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1050 -- Corn farms</w:t>
      </w:r>
    </w:p>
    <w:p>
      <w:pPr>
        <w:jc w:val="center"/>
      </w:pPr>
      <w:r>
        <w:t>Business ID: 1050</w:t>
        <w:br/>
        <w:t>Business Type: Corn farms</w:t>
        <w:br/>
        <w:t>Tax Year Design Basis: 2025</w:t>
        <w:br/>
        <w:t>Federal + California</w:t>
        <w:br/>
        <w:t>Question Range: 1050-0001 through 1050-0478</w:t>
        <w:br/>
        <w:t>Primary NAICS Candidate: Not yet researched -- verify before use</w:t>
        <w:br/>
        <w:t>Pack Complete (478/478): Yes</w:t>
        <w:br/>
        <w:t>Next Business ID / Type: 1051 / Soybean farms</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CORN-PLANTING-TECHNIQUES</w:t>
            </w:r>
          </w:p>
        </w:tc>
        <w:tc>
          <w:tcPr>
            <w:tcW w:type="dxa" w:w="2880"/>
          </w:tcPr>
          <w:p>
            <w:r>
              <w:t>14</w:t>
            </w:r>
          </w:p>
        </w:tc>
        <w:tc>
          <w:tcPr>
            <w:tcW w:type="dxa" w:w="2880"/>
          </w:tcPr>
          <w:p>
            <w:r>
              <w:t>Exploring innovative planting techniques and technologies used in corn farming.</w:t>
            </w:r>
          </w:p>
        </w:tc>
      </w:tr>
      <w:tr>
        <w:tc>
          <w:tcPr>
            <w:tcW w:type="dxa" w:w="2880"/>
          </w:tcPr>
          <w:p>
            <w:r>
              <w:t>IRRIGATION-MANAGEMENT-SYSTEMS</w:t>
            </w:r>
          </w:p>
        </w:tc>
        <w:tc>
          <w:tcPr>
            <w:tcW w:type="dxa" w:w="2880"/>
          </w:tcPr>
          <w:p>
            <w:r>
              <w:t>19</w:t>
            </w:r>
          </w:p>
        </w:tc>
        <w:tc>
          <w:tcPr>
            <w:tcW w:type="dxa" w:w="2880"/>
          </w:tcPr>
          <w:p>
            <w:r>
              <w:t>Investigating irrigation technologies and management practices for optimal water use.</w:t>
            </w:r>
          </w:p>
        </w:tc>
      </w:tr>
      <w:tr>
        <w:tc>
          <w:tcPr>
            <w:tcW w:type="dxa" w:w="2880"/>
          </w:tcPr>
          <w:p>
            <w:r>
              <w:t>PEST-CONTROL-STRATEGIES</w:t>
            </w:r>
          </w:p>
        </w:tc>
        <w:tc>
          <w:tcPr>
            <w:tcW w:type="dxa" w:w="2880"/>
          </w:tcPr>
          <w:p>
            <w:r>
              <w:t>24</w:t>
            </w:r>
          </w:p>
        </w:tc>
        <w:tc>
          <w:tcPr>
            <w:tcW w:type="dxa" w:w="2880"/>
          </w:tcPr>
          <w:p>
            <w:r>
              <w:t>Analyzing integrated pest management (IPM) strategies and their development.</w:t>
            </w:r>
          </w:p>
        </w:tc>
      </w:tr>
      <w:tr>
        <w:tc>
          <w:tcPr>
            <w:tcW w:type="dxa" w:w="2880"/>
          </w:tcPr>
          <w:p>
            <w:r>
              <w:t>FERTILIZATION-TECHNOLOGIES</w:t>
            </w:r>
          </w:p>
        </w:tc>
        <w:tc>
          <w:tcPr>
            <w:tcW w:type="dxa" w:w="2880"/>
          </w:tcPr>
          <w:p>
            <w:r>
              <w:t>22</w:t>
            </w:r>
          </w:p>
        </w:tc>
        <w:tc>
          <w:tcPr>
            <w:tcW w:type="dxa" w:w="2880"/>
          </w:tcPr>
          <w:p>
            <w:r>
              <w:t>Examining advanced fertilization techniques and their impact on yield and soil health.</w:t>
            </w:r>
          </w:p>
        </w:tc>
      </w:tr>
      <w:tr>
        <w:tc>
          <w:tcPr>
            <w:tcW w:type="dxa" w:w="2880"/>
          </w:tcPr>
          <w:p>
            <w:r>
              <w:t>HARVESTING-METHODS-EQUIPMENT</w:t>
            </w:r>
          </w:p>
        </w:tc>
        <w:tc>
          <w:tcPr>
            <w:tcW w:type="dxa" w:w="2880"/>
          </w:tcPr>
          <w:p>
            <w:r>
              <w:t>16</w:t>
            </w:r>
          </w:p>
        </w:tc>
        <w:tc>
          <w:tcPr>
            <w:tcW w:type="dxa" w:w="2880"/>
          </w:tcPr>
          <w:p>
            <w:r>
              <w:t>Understanding the technologies and processes involved in corn harvesting.</w:t>
            </w:r>
          </w:p>
        </w:tc>
      </w:tr>
      <w:tr>
        <w:tc>
          <w:tcPr>
            <w:tcW w:type="dxa" w:w="2880"/>
          </w:tcPr>
          <w:p>
            <w:r>
              <w:t>QUALITY-CONTROL-LAB-PROCEDURES</w:t>
            </w:r>
          </w:p>
        </w:tc>
        <w:tc>
          <w:tcPr>
            <w:tcW w:type="dxa" w:w="2880"/>
          </w:tcPr>
          <w:p>
            <w:r>
              <w:t>18</w:t>
            </w:r>
          </w:p>
        </w:tc>
        <w:tc>
          <w:tcPr>
            <w:tcW w:type="dxa" w:w="2880"/>
          </w:tcPr>
          <w:p>
            <w:r>
              <w:t>Assessing quality control measures and laboratory testing for corn products.</w:t>
            </w:r>
          </w:p>
        </w:tc>
      </w:tr>
      <w:tr>
        <w:tc>
          <w:tcPr>
            <w:tcW w:type="dxa" w:w="2880"/>
          </w:tcPr>
          <w:p>
            <w:r>
              <w:t>PACKAGING-TRACEABILITY-SYSTEMS</w:t>
            </w:r>
          </w:p>
        </w:tc>
        <w:tc>
          <w:tcPr>
            <w:tcW w:type="dxa" w:w="2880"/>
          </w:tcPr>
          <w:p>
            <w:r>
              <w:t>12</w:t>
            </w:r>
          </w:p>
        </w:tc>
        <w:tc>
          <w:tcPr>
            <w:tcW w:type="dxa" w:w="2880"/>
          </w:tcPr>
          <w:p>
            <w:r>
              <w:t>Exploring packaging technologies and traceability systems for corn products.</w:t>
            </w:r>
          </w:p>
        </w:tc>
      </w:tr>
      <w:tr>
        <w:tc>
          <w:tcPr>
            <w:tcW w:type="dxa" w:w="2880"/>
          </w:tcPr>
          <w:p>
            <w:r>
              <w:t>DATA-ANALYTICS-FOR-FARMING</w:t>
            </w:r>
          </w:p>
        </w:tc>
        <w:tc>
          <w:tcPr>
            <w:tcW w:type="dxa" w:w="2880"/>
          </w:tcPr>
          <w:p>
            <w:r>
              <w:t>20</w:t>
            </w:r>
          </w:p>
        </w:tc>
        <w:tc>
          <w:tcPr>
            <w:tcW w:type="dxa" w:w="2880"/>
          </w:tcPr>
          <w:p>
            <w:r>
              <w:t>Investigating the use of data analytics and software systems in corn farming.</w:t>
            </w:r>
          </w:p>
        </w:tc>
      </w:tr>
      <w:tr>
        <w:tc>
          <w:tcPr>
            <w:tcW w:type="dxa" w:w="2880"/>
          </w:tcPr>
          <w:p>
            <w:r>
              <w:t>SUSTAINABILITY-PRACTICES</w:t>
            </w:r>
          </w:p>
        </w:tc>
        <w:tc>
          <w:tcPr>
            <w:tcW w:type="dxa" w:w="2880"/>
          </w:tcPr>
          <w:p>
            <w:r>
              <w:t>14</w:t>
            </w:r>
          </w:p>
        </w:tc>
        <w:tc>
          <w:tcPr>
            <w:tcW w:type="dxa" w:w="2880"/>
          </w:tcPr>
          <w:p>
            <w:r>
              <w:t>Examining sustainable practices and their implementation in corn farming.</w:t>
            </w:r>
          </w:p>
        </w:tc>
      </w:tr>
      <w:tr>
        <w:tc>
          <w:tcPr>
            <w:tcW w:type="dxa" w:w="2880"/>
          </w:tcPr>
          <w:p>
            <w:r>
              <w:t>REGULATORY-COMPLIANCE-OVERVIEW</w:t>
            </w:r>
          </w:p>
        </w:tc>
        <w:tc>
          <w:tcPr>
            <w:tcW w:type="dxa" w:w="2880"/>
          </w:tcPr>
          <w:p>
            <w:r>
              <w:t>24</w:t>
            </w:r>
          </w:p>
        </w:tc>
        <w:tc>
          <w:tcPr>
            <w:tcW w:type="dxa" w:w="2880"/>
          </w:tcPr>
          <w:p>
            <w:r>
              <w:t>Understanding the regulatory landscape affecting corn farming operations.</w:t>
            </w:r>
          </w:p>
        </w:tc>
      </w:tr>
      <w:tr>
        <w:tc>
          <w:tcPr>
            <w:tcW w:type="dxa" w:w="2880"/>
          </w:tcPr>
          <w:p>
            <w:r>
              <w:t>BIODIVERSITY-AND-AGROECOLOGY</w:t>
            </w:r>
          </w:p>
        </w:tc>
        <w:tc>
          <w:tcPr>
            <w:tcW w:type="dxa" w:w="2880"/>
          </w:tcPr>
          <w:p>
            <w:r>
              <w:t>12</w:t>
            </w:r>
          </w:p>
        </w:tc>
        <w:tc>
          <w:tcPr>
            <w:tcW w:type="dxa" w:w="2880"/>
          </w:tcPr>
          <w:p>
            <w:r>
              <w:t>Exploring the role of biodiversity and agroecological practices in corn farming.</w:t>
            </w:r>
          </w:p>
        </w:tc>
      </w:tr>
      <w:tr>
        <w:tc>
          <w:tcPr>
            <w:tcW w:type="dxa" w:w="2880"/>
          </w:tcPr>
          <w:p>
            <w:r>
              <w:t>EQUIPMENT-AUTOMATION-TECHNOLOGIES</w:t>
            </w:r>
          </w:p>
        </w:tc>
        <w:tc>
          <w:tcPr>
            <w:tcW w:type="dxa" w:w="2880"/>
          </w:tcPr>
          <w:p>
            <w:r>
              <w:t>18</w:t>
            </w:r>
          </w:p>
        </w:tc>
        <w:tc>
          <w:tcPr>
            <w:tcW w:type="dxa" w:w="2880"/>
          </w:tcPr>
          <w:p>
            <w:r>
              <w:t>Investigating automation technologies and their application in corn farming equipment.</w:t>
            </w:r>
          </w:p>
        </w:tc>
      </w:tr>
      <w:tr>
        <w:tc>
          <w:tcPr>
            <w:tcW w:type="dxa" w:w="2880"/>
          </w:tcPr>
          <w:p>
            <w:r>
              <w:t>BYPRODUCTS-AND-WASTE-MANAGEMENT</w:t>
            </w:r>
          </w:p>
        </w:tc>
        <w:tc>
          <w:tcPr>
            <w:tcW w:type="dxa" w:w="2880"/>
          </w:tcPr>
          <w:p>
            <w:r>
              <w:t>14</w:t>
            </w:r>
          </w:p>
        </w:tc>
        <w:tc>
          <w:tcPr>
            <w:tcW w:type="dxa" w:w="2880"/>
          </w:tcPr>
          <w:p>
            <w:r>
              <w:t>Assessing the management of byproducts and waste in corn farming.</w:t>
            </w:r>
          </w:p>
        </w:tc>
      </w:tr>
      <w:tr>
        <w:tc>
          <w:tcPr>
            <w:tcW w:type="dxa" w:w="2880"/>
          </w:tcPr>
          <w:p>
            <w:r>
              <w:t>CROP-RESEARCH-AND-DEVELOPMENT</w:t>
            </w:r>
          </w:p>
        </w:tc>
        <w:tc>
          <w:tcPr>
            <w:tcW w:type="dxa" w:w="2880"/>
          </w:tcPr>
          <w:p>
            <w:r>
              <w:t>24</w:t>
            </w:r>
          </w:p>
        </w:tc>
        <w:tc>
          <w:tcPr>
            <w:tcW w:type="dxa" w:w="2880"/>
          </w:tcPr>
          <w:p>
            <w:r>
              <w:t>Exploring R&amp;D efforts focused on corn genetics and agronomic practices.</w:t>
            </w:r>
          </w:p>
        </w:tc>
      </w:tr>
      <w:tr>
        <w:tc>
          <w:tcPr>
            <w:tcW w:type="dxa" w:w="2880"/>
          </w:tcPr>
          <w:p>
            <w:r>
              <w:t>SOIL-HEALTH-AND-MANAGEMENT</w:t>
            </w:r>
          </w:p>
        </w:tc>
        <w:tc>
          <w:tcPr>
            <w:tcW w:type="dxa" w:w="2880"/>
          </w:tcPr>
          <w:p>
            <w:r>
              <w:t>18</w:t>
            </w:r>
          </w:p>
        </w:tc>
        <w:tc>
          <w:tcPr>
            <w:tcW w:type="dxa" w:w="2880"/>
          </w:tcPr>
          <w:p>
            <w:r>
              <w:t>Investigating soil health management practices and their impact on corn production.</w:t>
            </w:r>
          </w:p>
        </w:tc>
      </w:tr>
      <w:tr>
        <w:tc>
          <w:tcPr>
            <w:tcW w:type="dxa" w:w="2880"/>
          </w:tcPr>
          <w:p>
            <w:r>
              <w:t>MARKET-ANALYSIS-AND-STRATEGY</w:t>
            </w:r>
          </w:p>
        </w:tc>
        <w:tc>
          <w:tcPr>
            <w:tcW w:type="dxa" w:w="2880"/>
          </w:tcPr>
          <w:p>
            <w:r>
              <w:t>14</w:t>
            </w:r>
          </w:p>
        </w:tc>
        <w:tc>
          <w:tcPr>
            <w:tcW w:type="dxa" w:w="2880"/>
          </w:tcPr>
          <w:p>
            <w:r>
              <w:t>Understanding market dynamics and strategic planning for corn products.</w:t>
            </w:r>
          </w:p>
        </w:tc>
      </w:tr>
      <w:tr>
        <w:tc>
          <w:tcPr>
            <w:tcW w:type="dxa" w:w="2880"/>
          </w:tcPr>
          <w:p>
            <w:r>
              <w:t>AGRICULTURAL-TECHNOLOGY-ADOPTION</w:t>
            </w:r>
          </w:p>
        </w:tc>
        <w:tc>
          <w:tcPr>
            <w:tcW w:type="dxa" w:w="2880"/>
          </w:tcPr>
          <w:p>
            <w:r>
              <w:t>18</w:t>
            </w:r>
          </w:p>
        </w:tc>
        <w:tc>
          <w:tcPr>
            <w:tcW w:type="dxa" w:w="2880"/>
          </w:tcPr>
          <w:p>
            <w:r>
              <w:t>Examining the adoption of new technologies in corn farming operations.</w:t>
            </w:r>
          </w:p>
        </w:tc>
      </w:tr>
      <w:tr>
        <w:tc>
          <w:tcPr>
            <w:tcW w:type="dxa" w:w="2880"/>
          </w:tcPr>
          <w:p>
            <w:r>
              <w:t>ENVIRONMENTAL-IMPACT-AND-MITIGATION</w:t>
            </w:r>
          </w:p>
        </w:tc>
        <w:tc>
          <w:tcPr>
            <w:tcW w:type="dxa" w:w="2880"/>
          </w:tcPr>
          <w:p>
            <w:r>
              <w:t>14</w:t>
            </w:r>
          </w:p>
        </w:tc>
        <w:tc>
          <w:tcPr>
            <w:tcW w:type="dxa" w:w="2880"/>
          </w:tcPr>
          <w:p>
            <w:r>
              <w:t>Assessing the environmental impact of corn farming and mitigation strategies.</w:t>
            </w:r>
          </w:p>
        </w:tc>
      </w:tr>
      <w:tr>
        <w:tc>
          <w:tcPr>
            <w:tcW w:type="dxa" w:w="2880"/>
          </w:tcPr>
          <w:p>
            <w:r>
              <w:t>CROP-INSURANCE-AND-RISK-MANAGEMENT</w:t>
            </w:r>
          </w:p>
        </w:tc>
        <w:tc>
          <w:tcPr>
            <w:tcW w:type="dxa" w:w="2880"/>
          </w:tcPr>
          <w:p>
            <w:r>
              <w:t>14</w:t>
            </w:r>
          </w:p>
        </w:tc>
        <w:tc>
          <w:tcPr>
            <w:tcW w:type="dxa" w:w="2880"/>
          </w:tcPr>
          <w:p>
            <w:r>
              <w:t>Understanding crop insurance options and risk management strategies for corn farmers.</w:t>
            </w:r>
          </w:p>
        </w:tc>
      </w:tr>
      <w:tr>
        <w:tc>
          <w:tcPr>
            <w:tcW w:type="dxa" w:w="2880"/>
          </w:tcPr>
          <w:p>
            <w:r>
              <w:t>AGRICULTURAL-EDUCATION-AND-OUTREACH</w:t>
            </w:r>
          </w:p>
        </w:tc>
        <w:tc>
          <w:tcPr>
            <w:tcW w:type="dxa" w:w="2880"/>
          </w:tcPr>
          <w:p>
            <w:r>
              <w:t>13</w:t>
            </w:r>
          </w:p>
        </w:tc>
        <w:tc>
          <w:tcPr>
            <w:tcW w:type="dxa" w:w="2880"/>
          </w:tcPr>
          <w:p>
            <w:r>
              <w:t>Investigating educational initiatives and outreach programs for corn farming.</w:t>
            </w:r>
          </w:p>
        </w:tc>
      </w:tr>
    </w:tbl>
    <w:p>
      <w:r>
        <w:t>Total questions in this pack: 478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1050-0001</w:t>
            </w:r>
          </w:p>
        </w:tc>
        <w:tc>
          <w:tcPr>
            <w:tcW w:type="dxa" w:w="2160"/>
          </w:tcPr>
          <w:p>
            <w:r>
              <w:t>Entity Structure</w:t>
            </w:r>
          </w:p>
        </w:tc>
        <w:tc>
          <w:tcPr>
            <w:tcW w:type="dxa" w:w="2160"/>
          </w:tcPr>
          <w:p>
            <w:r>
              <w:t>What is the legal structure of your corn farming business (e.g., sole proprietorship, partnership, corporation)?</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1050-0002</w:t>
            </w:r>
          </w:p>
        </w:tc>
        <w:tc>
          <w:tcPr>
            <w:tcW w:type="dxa" w:w="2160"/>
          </w:tcPr>
          <w:p>
            <w:r>
              <w:t>Ownership</w:t>
            </w:r>
          </w:p>
        </w:tc>
        <w:tc>
          <w:tcPr>
            <w:tcW w:type="dxa" w:w="2160"/>
          </w:tcPr>
          <w:p>
            <w:r>
              <w:t>Who are the current owners of the business, and what percentage of ownership does each hold?</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1050-0003</w:t>
            </w:r>
          </w:p>
        </w:tc>
        <w:tc>
          <w:tcPr>
            <w:tcW w:type="dxa" w:w="2160"/>
          </w:tcPr>
          <w:p>
            <w:r>
              <w:t>Locations</w:t>
            </w:r>
          </w:p>
        </w:tc>
        <w:tc>
          <w:tcPr>
            <w:tcW w:type="dxa" w:w="2160"/>
          </w:tcPr>
          <w:p>
            <w:r>
              <w:t>List all locations where corn farming activities are conducted, including addresses and any relevant operational details.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1050-0004</w:t>
            </w:r>
          </w:p>
        </w:tc>
        <w:tc>
          <w:tcPr>
            <w:tcW w:type="dxa" w:w="2160"/>
          </w:tcPr>
          <w:p>
            <w:r>
              <w:t>Products</w:t>
            </w:r>
          </w:p>
        </w:tc>
        <w:tc>
          <w:tcPr>
            <w:tcW w:type="dxa" w:w="2160"/>
          </w:tcPr>
          <w:p>
            <w:r>
              <w:t>What specific types of corn are produced on your farms (e.g., sweet corn, field corn, popcorn)?</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1050-0005</w:t>
            </w:r>
          </w:p>
        </w:tc>
        <w:tc>
          <w:tcPr>
            <w:tcW w:type="dxa" w:w="2160"/>
          </w:tcPr>
          <w:p>
            <w:r>
              <w:t>Revenue</w:t>
            </w:r>
          </w:p>
        </w:tc>
        <w:tc>
          <w:tcPr>
            <w:tcW w:type="dxa" w:w="2160"/>
          </w:tcPr>
          <w:p>
            <w:r>
              <w:t>What was the total revenue generated from corn sales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1050-0006</w:t>
            </w:r>
          </w:p>
        </w:tc>
        <w:tc>
          <w:tcPr>
            <w:tcW w:type="dxa" w:w="2160"/>
          </w:tcPr>
          <w:p>
            <w:r>
              <w:t>Personnel</w:t>
            </w:r>
          </w:p>
        </w:tc>
        <w:tc>
          <w:tcPr>
            <w:tcW w:type="dxa" w:w="2160"/>
          </w:tcPr>
          <w:p>
            <w:r>
              <w:t>How many employees are directly involved in the corn farming operations, and what are their roles?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1050-0007</w:t>
            </w:r>
          </w:p>
        </w:tc>
        <w:tc>
          <w:tcPr>
            <w:tcW w:type="dxa" w:w="2160"/>
          </w:tcPr>
          <w:p>
            <w:r>
              <w:t>Records</w:t>
            </w:r>
          </w:p>
        </w:tc>
        <w:tc>
          <w:tcPr>
            <w:tcW w:type="dxa" w:w="2160"/>
          </w:tcPr>
          <w:p>
            <w:r>
              <w:t>What types of records do you maintain related to corn production, including planting, harvesting, and sales?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1050-0008</w:t>
            </w:r>
          </w:p>
        </w:tc>
        <w:tc>
          <w:tcPr>
            <w:tcW w:type="dxa" w:w="2160"/>
          </w:tcPr>
          <w:p>
            <w:r>
              <w:t>Lead Facts</w:t>
            </w:r>
          </w:p>
        </w:tc>
        <w:tc>
          <w:tcPr>
            <w:tcW w:type="dxa" w:w="2160"/>
          </w:tcPr>
          <w:p>
            <w:r>
              <w:t>What are the primary challenges faced in corn farming that require innovative solutions or experimental approaches?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1050-0009</w:t>
            </w:r>
          </w:p>
        </w:tc>
        <w:tc>
          <w:tcPr>
            <w:tcW w:type="dxa" w:w="2160"/>
          </w:tcPr>
          <w:p>
            <w:r>
              <w:t>Entity Structure</w:t>
            </w:r>
          </w:p>
        </w:tc>
        <w:tc>
          <w:tcPr>
            <w:tcW w:type="dxa" w:w="2160"/>
          </w:tcPr>
          <w:p>
            <w:r>
              <w:t>Is your business part of a larger agricultural organization or cooperative? If yes,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1050-0010</w:t>
            </w:r>
          </w:p>
        </w:tc>
        <w:tc>
          <w:tcPr>
            <w:tcW w:type="dxa" w:w="2160"/>
          </w:tcPr>
          <w:p>
            <w:r>
              <w:t>Ownership</w:t>
            </w:r>
          </w:p>
        </w:tc>
        <w:tc>
          <w:tcPr>
            <w:tcW w:type="dxa" w:w="2160"/>
          </w:tcPr>
          <w:p>
            <w:r>
              <w:t>Have there been any changes in ownership or structure of the business in the last three years? If yes, please describe.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1050-0011</w:t>
            </w:r>
          </w:p>
        </w:tc>
        <w:tc>
          <w:tcPr>
            <w:tcW w:type="dxa" w:w="2160"/>
          </w:tcPr>
          <w:p>
            <w:r>
              <w:t>Locations</w:t>
            </w:r>
          </w:p>
        </w:tc>
        <w:tc>
          <w:tcPr>
            <w:tcW w:type="dxa" w:w="2160"/>
          </w:tcPr>
          <w:p>
            <w:r>
              <w:t>Do you lease any land for corn farming? If so, provide details about the lease agreements.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1050-0012</w:t>
            </w:r>
          </w:p>
        </w:tc>
        <w:tc>
          <w:tcPr>
            <w:tcW w:type="dxa" w:w="2160"/>
          </w:tcPr>
          <w:p>
            <w:r>
              <w:t>Products</w:t>
            </w:r>
          </w:p>
        </w:tc>
        <w:tc>
          <w:tcPr>
            <w:tcW w:type="dxa" w:w="2160"/>
          </w:tcPr>
          <w:p>
            <w:r>
              <w:t>What are the primary uses for the corn produced (e.g., food products, animal feed, biofuels)?</w:t>
              <w:br/>
              <w:t>Answer type: Multi-select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1050-0013</w:t>
            </w:r>
          </w:p>
        </w:tc>
        <w:tc>
          <w:tcPr>
            <w:tcW w:type="dxa" w:w="2160"/>
          </w:tcPr>
          <w:p>
            <w:r>
              <w:t>Revenue</w:t>
            </w:r>
          </w:p>
        </w:tc>
        <w:tc>
          <w:tcPr>
            <w:tcW w:type="dxa" w:w="2160"/>
          </w:tcPr>
          <w:p>
            <w:r>
              <w:t>What percentage of your total revenue is derived from corn farming activities?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1050-0014</w:t>
            </w:r>
          </w:p>
        </w:tc>
        <w:tc>
          <w:tcPr>
            <w:tcW w:type="dxa" w:w="2160"/>
          </w:tcPr>
          <w:p>
            <w:r>
              <w:t>Personnel</w:t>
            </w:r>
          </w:p>
        </w:tc>
        <w:tc>
          <w:tcPr>
            <w:tcW w:type="dxa" w:w="2160"/>
          </w:tcPr>
          <w:p>
            <w:r>
              <w:t>What qualifications or training do your employees have related to agricultural science or corn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1050-0015</w:t>
            </w:r>
          </w:p>
        </w:tc>
        <w:tc>
          <w:tcPr>
            <w:tcW w:type="dxa" w:w="2160"/>
          </w:tcPr>
          <w:p>
            <w:r>
              <w:t>Records</w:t>
            </w:r>
          </w:p>
        </w:tc>
        <w:tc>
          <w:tcPr>
            <w:tcW w:type="dxa" w:w="2160"/>
          </w:tcPr>
          <w:p>
            <w:r>
              <w:t>How do you document and track experimental practices or new techniques employed in corn farming?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1050-0016</w:t>
            </w:r>
          </w:p>
        </w:tc>
        <w:tc>
          <w:tcPr>
            <w:tcW w:type="dxa" w:w="2160"/>
          </w:tcPr>
          <w:p>
            <w:r>
              <w:t>Lead Facts</w:t>
            </w:r>
          </w:p>
        </w:tc>
        <w:tc>
          <w:tcPr>
            <w:tcW w:type="dxa" w:w="2160"/>
          </w:tcPr>
          <w:p>
            <w:r>
              <w:t>What specific research or development activities have you undertaken in the past year to improve corn yield or quality?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1050-0017</w:t>
            </w:r>
          </w:p>
        </w:tc>
        <w:tc>
          <w:tcPr>
            <w:tcW w:type="dxa" w:w="2160"/>
          </w:tcPr>
          <w:p>
            <w:r>
              <w:t>Entity Structure</w:t>
            </w:r>
          </w:p>
        </w:tc>
        <w:tc>
          <w:tcPr>
            <w:tcW w:type="dxa" w:w="2160"/>
          </w:tcPr>
          <w:p>
            <w:r>
              <w:t>Is your business involved in any joint ventures or partnerships specifically for corn production?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1050-0018</w:t>
            </w:r>
          </w:p>
        </w:tc>
        <w:tc>
          <w:tcPr>
            <w:tcW w:type="dxa" w:w="2160"/>
          </w:tcPr>
          <w:p>
            <w:r>
              <w:t>Ownership</w:t>
            </w:r>
          </w:p>
        </w:tc>
        <w:tc>
          <w:tcPr>
            <w:tcW w:type="dxa" w:w="2160"/>
          </w:tcPr>
          <w:p>
            <w:r>
              <w:t>Are there any family members involved in the ownership or management of the business? If yes, please specify.</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1050-0019</w:t>
            </w:r>
          </w:p>
        </w:tc>
        <w:tc>
          <w:tcPr>
            <w:tcW w:type="dxa" w:w="2160"/>
          </w:tcPr>
          <w:p>
            <w:r>
              <w:t>Locations</w:t>
            </w:r>
          </w:p>
        </w:tc>
        <w:tc>
          <w:tcPr>
            <w:tcW w:type="dxa" w:w="2160"/>
          </w:tcPr>
          <w:p>
            <w:r>
              <w:t>Have you expanded your farming locations in the last three years?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1050-0020</w:t>
            </w:r>
          </w:p>
        </w:tc>
        <w:tc>
          <w:tcPr>
            <w:tcW w:type="dxa" w:w="2160"/>
          </w:tcPr>
          <w:p>
            <w:r>
              <w:t>Products</w:t>
            </w:r>
          </w:p>
        </w:tc>
        <w:tc>
          <w:tcPr>
            <w:tcW w:type="dxa" w:w="2160"/>
          </w:tcPr>
          <w:p>
            <w:r>
              <w:t>What are the main challenges you face in producing the types of corn you grow?</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1050-0021</w:t>
            </w:r>
          </w:p>
        </w:tc>
        <w:tc>
          <w:tcPr>
            <w:tcW w:type="dxa" w:w="2160"/>
          </w:tcPr>
          <w:p>
            <w:r>
              <w:t>General</w:t>
            </w:r>
          </w:p>
        </w:tc>
        <w:tc>
          <w:tcPr>
            <w:tcW w:type="dxa" w:w="2160"/>
          </w:tcPr>
          <w:p>
            <w:r>
              <w:t>What specific R&amp;D activities related to corn farming did you undertake in the tax year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1050-0022</w:t>
            </w:r>
          </w:p>
        </w:tc>
        <w:tc>
          <w:tcPr>
            <w:tcW w:type="dxa" w:w="2160"/>
          </w:tcPr>
          <w:p>
            <w:r>
              <w:t>Funding</w:t>
            </w:r>
          </w:p>
        </w:tc>
        <w:tc>
          <w:tcPr>
            <w:tcW w:type="dxa" w:w="2160"/>
          </w:tcPr>
          <w:p>
            <w:r>
              <w:t>Did you receive any grants or subsidies for R&amp;D activities in 2025? If so, please specify the source and amount.</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1050-0023</w:t>
            </w:r>
          </w:p>
        </w:tc>
        <w:tc>
          <w:tcPr>
            <w:tcW w:type="dxa" w:w="2160"/>
          </w:tcPr>
          <w:p>
            <w:r>
              <w:t>Return Status</w:t>
            </w:r>
          </w:p>
        </w:tc>
        <w:tc>
          <w:tcPr>
            <w:tcW w:type="dxa" w:w="2160"/>
          </w:tcPr>
          <w:p>
            <w:r>
              <w:t>What is the current status of your 2025 tax return regarding the R&amp;D tax credit claims?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1050-0024</w:t>
            </w:r>
          </w:p>
        </w:tc>
        <w:tc>
          <w:tcPr>
            <w:tcW w:type="dxa" w:w="2160"/>
          </w:tcPr>
          <w:p>
            <w:r>
              <w:t>Prior Credits</w:t>
            </w:r>
          </w:p>
        </w:tc>
        <w:tc>
          <w:tcPr>
            <w:tcW w:type="dxa" w:w="2160"/>
          </w:tcPr>
          <w:p>
            <w:r>
              <w:t>Have you claimed R&amp;D tax credits in previous tax years? If yes, please specify the years and amounts claimed.</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1050-0025</w:t>
            </w:r>
          </w:p>
        </w:tc>
        <w:tc>
          <w:tcPr>
            <w:tcW w:type="dxa" w:w="2160"/>
          </w:tcPr>
          <w:p>
            <w:r>
              <w:t>Aggregation</w:t>
            </w:r>
          </w:p>
        </w:tc>
        <w:tc>
          <w:tcPr>
            <w:tcW w:type="dxa" w:w="2160"/>
          </w:tcPr>
          <w:p>
            <w:r>
              <w:t>Do you aggregate R&amp;D activities across multiple farm locations for the 2025 tax year? If so, please provide details on the locations and activities involved.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1050-0026</w:t>
            </w:r>
          </w:p>
        </w:tc>
        <w:tc>
          <w:tcPr>
            <w:tcW w:type="dxa" w:w="2160"/>
          </w:tcPr>
          <w:p>
            <w:r>
              <w:t>Elections</w:t>
            </w:r>
          </w:p>
        </w:tc>
        <w:tc>
          <w:tcPr>
            <w:tcW w:type="dxa" w:w="2160"/>
          </w:tcPr>
          <w:p>
            <w:r>
              <w:t>Have you made any elections under Section 41 regarding the treatment of R&amp;D expenditures for the 2025 tax year? If yes, please describe the elections made.</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1050-0027</w:t>
            </w:r>
          </w:p>
        </w:tc>
        <w:tc>
          <w:tcPr>
            <w:tcW w:type="dxa" w:w="2160"/>
          </w:tcPr>
          <w:p>
            <w:r>
              <w:t>Amended Returns</w:t>
            </w:r>
          </w:p>
        </w:tc>
        <w:tc>
          <w:tcPr>
            <w:tcW w:type="dxa" w:w="2160"/>
          </w:tcPr>
          <w:p>
            <w:r>
              <w:t>Have you filed any amended returns for prior years that affect your R&amp;D tax credit claims? If yes, please provide details.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1050-0028</w:t>
            </w:r>
          </w:p>
        </w:tc>
        <w:tc>
          <w:tcPr>
            <w:tcW w:type="dxa" w:w="2160"/>
          </w:tcPr>
          <w:p>
            <w:r>
              <w:t>Section 174</w:t>
            </w:r>
          </w:p>
        </w:tc>
        <w:tc>
          <w:tcPr>
            <w:tcW w:type="dxa" w:w="2160"/>
          </w:tcPr>
          <w:p>
            <w:r>
              <w:t>Are you aware of the changes under Section 174 regarding the capitalization of R&amp;D expenses? How do you plan to address these changes in your 2025 tax filings?</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1050-0029</w:t>
            </w:r>
          </w:p>
        </w:tc>
        <w:tc>
          <w:tcPr>
            <w:tcW w:type="dxa" w:w="2160"/>
          </w:tcPr>
          <w:p>
            <w:r>
              <w:t>Return Status</w:t>
            </w:r>
          </w:p>
        </w:tc>
        <w:tc>
          <w:tcPr>
            <w:tcW w:type="dxa" w:w="2160"/>
          </w:tcPr>
          <w:p>
            <w:r>
              <w:t>Have you received any notices or communications from the IRS regarding your R&amp;D claims for prior years? If so, please provide details.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1050-0030</w:t>
            </w:r>
          </w:p>
        </w:tc>
        <w:tc>
          <w:tcPr>
            <w:tcW w:type="dxa" w:w="2160"/>
          </w:tcPr>
          <w:p>
            <w:r>
              <w:t>Prior Credits</w:t>
            </w:r>
          </w:p>
        </w:tc>
        <w:tc>
          <w:tcPr>
            <w:tcW w:type="dxa" w:w="2160"/>
          </w:tcPr>
          <w:p>
            <w:r>
              <w:t>What specific R&amp;D activities did you claim credits for in previous tax years? Please list them in detail.</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1050-0031</w:t>
            </w:r>
          </w:p>
        </w:tc>
        <w:tc>
          <w:tcPr>
            <w:tcW w:type="dxa" w:w="2160"/>
          </w:tcPr>
          <w:p>
            <w:r>
              <w:t>Aggregation</w:t>
            </w:r>
          </w:p>
        </w:tc>
        <w:tc>
          <w:tcPr>
            <w:tcW w:type="dxa" w:w="2160"/>
          </w:tcPr>
          <w:p>
            <w:r>
              <w:t>How do you track and document R&amp;D expenditures across different projects or locations on your corn farms?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1050-0032</w:t>
            </w:r>
          </w:p>
        </w:tc>
        <w:tc>
          <w:tcPr>
            <w:tcW w:type="dxa" w:w="2160"/>
          </w:tcPr>
          <w:p>
            <w:r>
              <w:t>Elections</w:t>
            </w:r>
          </w:p>
        </w:tc>
        <w:tc>
          <w:tcPr>
            <w:tcW w:type="dxa" w:w="2160"/>
          </w:tcPr>
          <w:p>
            <w:r>
              <w:t>Have you opted to use the alternative simplified credit method for calculating your R&amp;D tax credit? If yes, please explain your reasoning.</w:t>
              <w:br/>
              <w:t>Answer type: Yes-No + details</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1050-0033</w:t>
            </w:r>
          </w:p>
        </w:tc>
        <w:tc>
          <w:tcPr>
            <w:tcW w:type="dxa" w:w="2160"/>
          </w:tcPr>
          <w:p>
            <w:r>
              <w:t>Amended Returns</w:t>
            </w:r>
          </w:p>
        </w:tc>
        <w:tc>
          <w:tcPr>
            <w:tcW w:type="dxa" w:w="2160"/>
          </w:tcPr>
          <w:p>
            <w:r>
              <w:t>What is the reason for any amendments filed related to your R&amp;D claims in prior years? Please provide specific examples.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1050-0034</w:t>
            </w:r>
          </w:p>
        </w:tc>
        <w:tc>
          <w:tcPr>
            <w:tcW w:type="dxa" w:w="2160"/>
          </w:tcPr>
          <w:p>
            <w:r>
              <w:t>Section 174</w:t>
            </w:r>
          </w:p>
        </w:tc>
        <w:tc>
          <w:tcPr>
            <w:tcW w:type="dxa" w:w="2160"/>
          </w:tcPr>
          <w:p>
            <w:r>
              <w:t>How do you plan to segregate R&amp;D expenses that are now required to be capitalized under Section 174 for the 2025 tax year?</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1050-0035</w:t>
            </w:r>
          </w:p>
        </w:tc>
        <w:tc>
          <w:tcPr>
            <w:tcW w:type="dxa" w:w="2160"/>
          </w:tcPr>
          <w:p>
            <w:r>
              <w:t>Return Status</w:t>
            </w:r>
          </w:p>
        </w:tc>
        <w:tc>
          <w:tcPr>
            <w:tcW w:type="dxa" w:w="2160"/>
          </w:tcPr>
          <w:p>
            <w:r>
              <w:t>What documentation do you maintain to support your R&amp;D tax credit claims, and how is it organized?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1050-0036</w:t>
            </w:r>
          </w:p>
        </w:tc>
        <w:tc>
          <w:tcPr>
            <w:tcW w:type="dxa" w:w="2160"/>
          </w:tcPr>
          <w:p>
            <w:r>
              <w:t>Prior Credits</w:t>
            </w:r>
          </w:p>
        </w:tc>
        <w:tc>
          <w:tcPr>
            <w:tcW w:type="dxa" w:w="2160"/>
          </w:tcPr>
          <w:p>
            <w:r>
              <w:t>Can you provide a summary of the types of R&amp;D activities conducted on your corn farms that qualify for tax credits?</w:t>
              <w:br/>
              <w:t>Answer type: Long text</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1050-0037</w:t>
            </w:r>
          </w:p>
        </w:tc>
        <w:tc>
          <w:tcPr>
            <w:tcW w:type="dxa" w:w="2160"/>
          </w:tcPr>
          <w:p>
            <w:r>
              <w:t>Project Inventory</w:t>
            </w:r>
          </w:p>
        </w:tc>
        <w:tc>
          <w:tcPr>
            <w:tcW w:type="dxa" w:w="2160"/>
          </w:tcPr>
          <w:p>
            <w:r>
              <w:t>What specific projects were undertaken in 2025 to improve corn yield or disease resistance? Please list each project with a brief description.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1050-0038</w:t>
            </w:r>
          </w:p>
        </w:tc>
        <w:tc>
          <w:tcPr>
            <w:tcW w:type="dxa" w:w="2160"/>
          </w:tcPr>
          <w:p>
            <w:r>
              <w:t>Uncertainty</w:t>
            </w:r>
          </w:p>
        </w:tc>
        <w:tc>
          <w:tcPr>
            <w:tcW w:type="dxa" w:w="2160"/>
          </w:tcPr>
          <w:p>
            <w:r>
              <w:t>What were the primary uncertainties faced in your corn farming projects in 2025, particularly regarding crop genetics or pest management?</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1050-0039</w:t>
            </w:r>
          </w:p>
        </w:tc>
        <w:tc>
          <w:tcPr>
            <w:tcW w:type="dxa" w:w="2160"/>
          </w:tcPr>
          <w:p>
            <w:r>
              <w:t>Alternatives</w:t>
            </w:r>
          </w:p>
        </w:tc>
        <w:tc>
          <w:tcPr>
            <w:tcW w:type="dxa" w:w="2160"/>
          </w:tcPr>
          <w:p>
            <w:r>
              <w:t>What alternative methods or technologies were considered during the development of your corn farming projects in 2025? Please detail the options and the reasoning behind the chosen method.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1050-0040</w:t>
            </w:r>
          </w:p>
        </w:tc>
        <w:tc>
          <w:tcPr>
            <w:tcW w:type="dxa" w:w="2160"/>
          </w:tcPr>
          <w:p>
            <w:r>
              <w:t>Experiments</w:t>
            </w:r>
          </w:p>
        </w:tc>
        <w:tc>
          <w:tcPr>
            <w:tcW w:type="dxa" w:w="2160"/>
          </w:tcPr>
          <w:p>
            <w:r>
              <w:t>Can you describe any experimental trials conducted in 2025 related to new fertilizers or pest control methods? What were the objectives and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1050-0041</w:t>
            </w:r>
          </w:p>
        </w:tc>
        <w:tc>
          <w:tcPr>
            <w:tcW w:type="dxa" w:w="2160"/>
          </w:tcPr>
          <w:p>
            <w:r>
              <w:t>Measurements</w:t>
            </w:r>
          </w:p>
        </w:tc>
        <w:tc>
          <w:tcPr>
            <w:tcW w:type="dxa" w:w="2160"/>
          </w:tcPr>
          <w:p>
            <w:r>
              <w:t>What specific measurements or data were collected to evaluate the effectiveness of your projects in 2025? Please include types of data and methods of collection.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1050-0042</w:t>
            </w:r>
          </w:p>
        </w:tc>
        <w:tc>
          <w:tcPr>
            <w:tcW w:type="dxa" w:w="2160"/>
          </w:tcPr>
          <w:p>
            <w:r>
              <w:t>Costs</w:t>
            </w:r>
          </w:p>
        </w:tc>
        <w:tc>
          <w:tcPr>
            <w:tcW w:type="dxa" w:w="2160"/>
          </w:tcPr>
          <w:p>
            <w:r>
              <w:t>What were the total costs associated with each project undertaken in 2025? Please provide a breakdown of labor, materials, and any other expenses.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1050-0043</w:t>
            </w:r>
          </w:p>
        </w:tc>
        <w:tc>
          <w:tcPr>
            <w:tcW w:type="dxa" w:w="2160"/>
          </w:tcPr>
          <w:p>
            <w:r>
              <w:t>Evidence</w:t>
            </w:r>
          </w:p>
        </w:tc>
        <w:tc>
          <w:tcPr>
            <w:tcW w:type="dxa" w:w="2160"/>
          </w:tcPr>
          <w:p>
            <w:r>
              <w:t>What documentation do you have to support the R&amp;D activities conducted in 2025? This may include project plans, experimental results, and financial records.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1050-0044</w:t>
            </w:r>
          </w:p>
        </w:tc>
        <w:tc>
          <w:tcPr>
            <w:tcW w:type="dxa" w:w="2160"/>
          </w:tcPr>
          <w:p>
            <w:r>
              <w:t>Project Inventory</w:t>
            </w:r>
          </w:p>
        </w:tc>
        <w:tc>
          <w:tcPr>
            <w:tcW w:type="dxa" w:w="2160"/>
          </w:tcPr>
          <w:p>
            <w:r>
              <w:t>How many distinct R&amp;D projects were initiated in 2025 related to corn farming, and what were their respective goals?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1050-0045</w:t>
            </w:r>
          </w:p>
        </w:tc>
        <w:tc>
          <w:tcPr>
            <w:tcW w:type="dxa" w:w="2160"/>
          </w:tcPr>
          <w:p>
            <w:r>
              <w:t>Uncertainty</w:t>
            </w:r>
          </w:p>
        </w:tc>
        <w:tc>
          <w:tcPr>
            <w:tcW w:type="dxa" w:w="2160"/>
          </w:tcPr>
          <w:p>
            <w:r>
              <w:t>What specific hypotheses were tested during your R&amp;D projects in 2025, and what were the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1050-0046</w:t>
            </w:r>
          </w:p>
        </w:tc>
        <w:tc>
          <w:tcPr>
            <w:tcW w:type="dxa" w:w="2160"/>
          </w:tcPr>
          <w:p>
            <w:r>
              <w:t>Alternatives</w:t>
            </w:r>
          </w:p>
        </w:tc>
        <w:tc>
          <w:tcPr>
            <w:tcW w:type="dxa" w:w="2160"/>
          </w:tcPr>
          <w:p>
            <w:r>
              <w:t>Were there any alternative crop varieties tested in 2025? If so, please describe the varieties and the rationale for their selection.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1050-0047</w:t>
            </w:r>
          </w:p>
        </w:tc>
        <w:tc>
          <w:tcPr>
            <w:tcW w:type="dxa" w:w="2160"/>
          </w:tcPr>
          <w:p>
            <w:r>
              <w:t>Experiments</w:t>
            </w:r>
          </w:p>
        </w:tc>
        <w:tc>
          <w:tcPr>
            <w:tcW w:type="dxa" w:w="2160"/>
          </w:tcPr>
          <w:p>
            <w:r>
              <w:t>What controlled experiments were conducted in 2025 to test the efficacy of new irrigation techniques? Please detail the setup and findings.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1050-0048</w:t>
            </w:r>
          </w:p>
        </w:tc>
        <w:tc>
          <w:tcPr>
            <w:tcW w:type="dxa" w:w="2160"/>
          </w:tcPr>
          <w:p>
            <w:r>
              <w:t>Measurements</w:t>
            </w:r>
          </w:p>
        </w:tc>
        <w:tc>
          <w:tcPr>
            <w:tcW w:type="dxa" w:w="2160"/>
          </w:tcPr>
          <w:p>
            <w:r>
              <w:t>What specific yield metrics were tracked for your corn projects in 2025, and how were these metrics measured?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1050-0049</w:t>
            </w:r>
          </w:p>
        </w:tc>
        <w:tc>
          <w:tcPr>
            <w:tcW w:type="dxa" w:w="2160"/>
          </w:tcPr>
          <w:p>
            <w:r>
              <w:t>Costs</w:t>
            </w:r>
          </w:p>
        </w:tc>
        <w:tc>
          <w:tcPr>
            <w:tcW w:type="dxa" w:w="2160"/>
          </w:tcPr>
          <w:p>
            <w:r>
              <w:t>What percentage of your total operational budget in 2025 was allocated to R&amp;D activities related to corn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1050-0050</w:t>
            </w:r>
          </w:p>
        </w:tc>
        <w:tc>
          <w:tcPr>
            <w:tcW w:type="dxa" w:w="2160"/>
          </w:tcPr>
          <w:p>
            <w:r>
              <w:t>Evidence</w:t>
            </w:r>
          </w:p>
        </w:tc>
        <w:tc>
          <w:tcPr>
            <w:tcW w:type="dxa" w:w="2160"/>
          </w:tcPr>
          <w:p>
            <w:r>
              <w:t>What specific evidence do you have to support the innovative aspects of your projects in 2025? Please include any third-party validations or certifications.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1050-0051</w:t>
            </w:r>
          </w:p>
        </w:tc>
        <w:tc>
          <w:tcPr>
            <w:tcW w:type="dxa" w:w="2160"/>
          </w:tcPr>
          <w:p>
            <w:r>
              <w:t>Project Inventory</w:t>
            </w:r>
          </w:p>
        </w:tc>
        <w:tc>
          <w:tcPr>
            <w:tcW w:type="dxa" w:w="2160"/>
          </w:tcPr>
          <w:p>
            <w:r>
              <w:t>For each R&amp;D project in 2025, what was the timeline from initiation to completion? Please provide start and end dates.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1050-0052</w:t>
            </w:r>
          </w:p>
        </w:tc>
        <w:tc>
          <w:tcPr>
            <w:tcW w:type="dxa" w:w="2160"/>
          </w:tcPr>
          <w:p>
            <w:r>
              <w:t>Uncertainty</w:t>
            </w:r>
          </w:p>
        </w:tc>
        <w:tc>
          <w:tcPr>
            <w:tcW w:type="dxa" w:w="2160"/>
          </w:tcPr>
          <w:p>
            <w:r>
              <w:t>What were the key challenges or barriers encountered during your R&amp;D projects in 2025,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1050-0053</w:t>
            </w:r>
          </w:p>
        </w:tc>
        <w:tc>
          <w:tcPr>
            <w:tcW w:type="dxa" w:w="2160"/>
          </w:tcPr>
          <w:p>
            <w:r>
              <w:t>Alternatives</w:t>
            </w:r>
          </w:p>
        </w:tc>
        <w:tc>
          <w:tcPr>
            <w:tcW w:type="dxa" w:w="2160"/>
          </w:tcPr>
          <w:p>
            <w:r>
              <w:t>What alternative pest management strategies were evaluated in 2025, and what criteria were used to assess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1050-0054</w:t>
            </w:r>
          </w:p>
        </w:tc>
        <w:tc>
          <w:tcPr>
            <w:tcW w:type="dxa" w:w="2160"/>
          </w:tcPr>
          <w:p>
            <w:r>
              <w:t>Experiments</w:t>
            </w:r>
          </w:p>
        </w:tc>
        <w:tc>
          <w:tcPr>
            <w:tcW w:type="dxa" w:w="2160"/>
          </w:tcPr>
          <w:p>
            <w:r>
              <w:t>What were the experimental conditions set for testing new irrigation technologies in 2025? Please include details on variables controlled.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1050-0055</w:t>
            </w:r>
          </w:p>
        </w:tc>
        <w:tc>
          <w:tcPr>
            <w:tcW w:type="dxa" w:w="2160"/>
          </w:tcPr>
          <w:p>
            <w:r>
              <w:t>Measurements</w:t>
            </w:r>
          </w:p>
        </w:tc>
        <w:tc>
          <w:tcPr>
            <w:tcW w:type="dxa" w:w="2160"/>
          </w:tcPr>
          <w:p>
            <w:r>
              <w:t>How were the results of your R&amp;D projects in 2025 compared against industry benchmarks or standards? Please provide details of the benchmarks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1050-0056</w:t>
            </w:r>
          </w:p>
        </w:tc>
        <w:tc>
          <w:tcPr>
            <w:tcW w:type="dxa" w:w="2160"/>
          </w:tcPr>
          <w:p>
            <w:r>
              <w:t>Project Description</w:t>
            </w:r>
          </w:p>
        </w:tc>
        <w:tc>
          <w:tcPr>
            <w:tcW w:type="dxa" w:w="2160"/>
          </w:tcPr>
          <w:p>
            <w:r>
              <w:t>Can you describe the objectives and expected outcomes of your R&amp;D projects for corn farming in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1050-0057</w:t>
            </w:r>
          </w:p>
        </w:tc>
        <w:tc>
          <w:tcPr>
            <w:tcW w:type="dxa" w:w="2160"/>
          </w:tcPr>
          <w:p>
            <w:r>
              <w:t>Technological Nature</w:t>
            </w:r>
          </w:p>
        </w:tc>
        <w:tc>
          <w:tcPr>
            <w:tcW w:type="dxa" w:w="2160"/>
          </w:tcPr>
          <w:p>
            <w:r>
              <w:t>Can you describe a specific project in your corn farming operations where you attempted to develop or improve a process, product, or technique that involved evaluating different agricultural technologies?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1050-0058</w:t>
            </w:r>
          </w:p>
        </w:tc>
        <w:tc>
          <w:tcPr>
            <w:tcW w:type="dxa" w:w="2160"/>
          </w:tcPr>
          <w:p>
            <w:r>
              <w:t>Experimentation</w:t>
            </w:r>
          </w:p>
        </w:tc>
        <w:tc>
          <w:tcPr>
            <w:tcW w:type="dxa" w:w="2160"/>
          </w:tcPr>
          <w:p>
            <w:r>
              <w:t>What specific hypotheses did you test during your experimentation with new corn varieties or farming techniques, and what methods did you use to validate these hypotheses?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1050-0059</w:t>
            </w:r>
          </w:p>
        </w:tc>
        <w:tc>
          <w:tcPr>
            <w:tcW w:type="dxa" w:w="2160"/>
          </w:tcPr>
          <w:p>
            <w:r>
              <w:t>Permitted Purpose</w:t>
            </w:r>
          </w:p>
        </w:tc>
        <w:tc>
          <w:tcPr>
            <w:tcW w:type="dxa" w:w="2160"/>
          </w:tcPr>
          <w:p>
            <w:r>
              <w:t>What was the intended business component or outcome from your R&amp;D activities related to corn farming, and how did it align with improving your overall business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1050-0060</w:t>
            </w:r>
          </w:p>
        </w:tc>
        <w:tc>
          <w:tcPr>
            <w:tcW w:type="dxa" w:w="2160"/>
          </w:tcPr>
          <w:p>
            <w:r>
              <w:t>Uncertainty</w:t>
            </w:r>
          </w:p>
        </w:tc>
        <w:tc>
          <w:tcPr>
            <w:tcW w:type="dxa" w:w="2160"/>
          </w:tcPr>
          <w:p>
            <w:r>
              <w:t>Can you identify specific challenges or uncertainties you faced in developing new agricultural practices or technologies, and how did you address these uncertainties during your R&amp;D process?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1050-0061</w:t>
            </w:r>
          </w:p>
        </w:tc>
        <w:tc>
          <w:tcPr>
            <w:tcW w:type="dxa" w:w="2160"/>
          </w:tcPr>
          <w:p>
            <w:r>
              <w:t>Business Component</w:t>
            </w:r>
          </w:p>
        </w:tc>
        <w:tc>
          <w:tcPr>
            <w:tcW w:type="dxa" w:w="2160"/>
          </w:tcPr>
          <w:p>
            <w:r>
              <w:t>List the specific business components (e.g., new corn varieties, pest management techniques) that were part of your R&amp;D efforts, and describe how each component was intended to enhance your farming operations.</w:t>
              <w:br/>
              <w:t>Answer type: Repeating table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1050-0062</w:t>
            </w:r>
          </w:p>
        </w:tc>
        <w:tc>
          <w:tcPr>
            <w:tcW w:type="dxa" w:w="2160"/>
          </w:tcPr>
          <w:p>
            <w:r>
              <w:t>Commercial Production</w:t>
            </w:r>
          </w:p>
        </w:tc>
        <w:tc>
          <w:tcPr>
            <w:tcW w:type="dxa" w:w="2160"/>
          </w:tcPr>
          <w:p>
            <w:r>
              <w:t>Did your corn farming activities involve the production of a product that was commercially available prior to the tax year 2025?</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1050-0063</w:t>
            </w:r>
          </w:p>
        </w:tc>
        <w:tc>
          <w:tcPr>
            <w:tcW w:type="dxa" w:w="2160"/>
          </w:tcPr>
          <w:p>
            <w:r>
              <w:t>Adaptation</w:t>
            </w:r>
          </w:p>
        </w:tc>
        <w:tc>
          <w:tcPr>
            <w:tcW w:type="dxa" w:w="2160"/>
          </w:tcPr>
          <w:p>
            <w:r>
              <w:t>Were any of your corn varieties adapted from existing varieties without significant experimentation or modification? If so, please describe the extent of the adaptation process.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1050-0064</w:t>
            </w:r>
          </w:p>
        </w:tc>
        <w:tc>
          <w:tcPr>
            <w:tcW w:type="dxa" w:w="2160"/>
          </w:tcPr>
          <w:p>
            <w:r>
              <w:t>Duplication</w:t>
            </w:r>
          </w:p>
        </w:tc>
        <w:tc>
          <w:tcPr>
            <w:tcW w:type="dxa" w:w="2160"/>
          </w:tcPr>
          <w:p>
            <w:r>
              <w:t>Did you engage in any research activities that were primarily duplicative of previous research efforts in corn farming? Please specify the nature of these duplicative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1050-0065</w:t>
            </w:r>
          </w:p>
        </w:tc>
        <w:tc>
          <w:tcPr>
            <w:tcW w:type="dxa" w:w="2160"/>
          </w:tcPr>
          <w:p>
            <w:r>
              <w:t>Routine Testing</w:t>
            </w:r>
          </w:p>
        </w:tc>
        <w:tc>
          <w:tcPr>
            <w:tcW w:type="dxa" w:w="2160"/>
          </w:tcPr>
          <w:p>
            <w:r>
              <w:t>Did you conduct any routine testing of corn yields or pest resistance that did not involve new methodologies or significant uncertainty?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1050-0066</w:t>
            </w:r>
          </w:p>
        </w:tc>
        <w:tc>
          <w:tcPr>
            <w:tcW w:type="dxa" w:w="2160"/>
          </w:tcPr>
          <w:p>
            <w:r>
              <w:t>Foreign/Funded Research</w:t>
            </w:r>
          </w:p>
        </w:tc>
        <w:tc>
          <w:tcPr>
            <w:tcW w:type="dxa" w:w="2160"/>
          </w:tcPr>
          <w:p>
            <w:r>
              <w:t>Did you receive any funding or grants for research activities related to corn farming that might affect the eligibility for R&amp;D tax credits? If yes, please specify the source and nature of the funding.</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1050-0067</w:t>
            </w:r>
          </w:p>
        </w:tc>
        <w:tc>
          <w:tcPr>
            <w:tcW w:type="dxa" w:w="2160"/>
          </w:tcPr>
          <w:p>
            <w:r>
              <w:t>Unsupported Estimates</w:t>
            </w:r>
          </w:p>
        </w:tc>
        <w:tc>
          <w:tcPr>
            <w:tcW w:type="dxa" w:w="2160"/>
          </w:tcPr>
          <w:p>
            <w:r>
              <w:t>Did you rely on any unsupported estimates for costs associated with R&amp;D activities in corn farming? Please provide details on how these estimates were derived.</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1050-0068</w:t>
            </w:r>
          </w:p>
        </w:tc>
        <w:tc>
          <w:tcPr>
            <w:tcW w:type="dxa" w:w="2160"/>
          </w:tcPr>
          <w:p>
            <w:r>
              <w:t>Routine Operations</w:t>
            </w:r>
          </w:p>
        </w:tc>
        <w:tc>
          <w:tcPr>
            <w:tcW w:type="dxa" w:w="2160"/>
          </w:tcPr>
          <w:p>
            <w:r>
              <w:t>Were any of your activities classified as routine operations rather than R&amp;D? If so, please describe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1050-0069</w:t>
            </w:r>
          </w:p>
        </w:tc>
        <w:tc>
          <w:tcPr>
            <w:tcW w:type="dxa" w:w="2160"/>
          </w:tcPr>
          <w:p>
            <w:r>
              <w:t>Commercial Production</w:t>
            </w:r>
          </w:p>
        </w:tc>
        <w:tc>
          <w:tcPr>
            <w:tcW w:type="dxa" w:w="2160"/>
          </w:tcPr>
          <w:p>
            <w:r>
              <w:t>Did you produce any corn products that were sold directly to consumers without any experimental processes involved? Please specify the products.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1050-0070</w:t>
            </w:r>
          </w:p>
        </w:tc>
        <w:tc>
          <w:tcPr>
            <w:tcW w:type="dxa" w:w="2160"/>
          </w:tcPr>
          <w:p>
            <w:r>
              <w:t>Adaptation</w:t>
            </w:r>
          </w:p>
        </w:tc>
        <w:tc>
          <w:tcPr>
            <w:tcW w:type="dxa" w:w="2160"/>
          </w:tcPr>
          <w:p>
            <w:r>
              <w:t>Have you modified existing corn farming practices without introducing new scientific or technological uncertainty? Please detail these modifications.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1050-0071</w:t>
            </w:r>
          </w:p>
        </w:tc>
        <w:tc>
          <w:tcPr>
            <w:tcW w:type="dxa" w:w="2160"/>
          </w:tcPr>
          <w:p>
            <w:r>
              <w:t>Employee Roles</w:t>
            </w:r>
          </w:p>
        </w:tc>
        <w:tc>
          <w:tcPr>
            <w:tcW w:type="dxa" w:w="2160"/>
          </w:tcPr>
          <w:p>
            <w:r>
              <w:t>Which employees were directly involved in the development of new corn farming techniques or processes during the tax year 2025? Please list their names and roles.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1050-0072</w:t>
            </w:r>
          </w:p>
        </w:tc>
        <w:tc>
          <w:tcPr>
            <w:tcW w:type="dxa" w:w="2160"/>
          </w:tcPr>
          <w:p>
            <w:r>
              <w:t>Wage Allocation</w:t>
            </w:r>
          </w:p>
        </w:tc>
        <w:tc>
          <w:tcPr>
            <w:tcW w:type="dxa" w:w="2160"/>
          </w:tcPr>
          <w:p>
            <w:r>
              <w:t>What percentage of each qualified employee's wages can be allocated to R&amp;D activities for the tax year 2025? Please provide a breakdown by employee.</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1050-0073</w:t>
            </w:r>
          </w:p>
        </w:tc>
        <w:tc>
          <w:tcPr>
            <w:tcW w:type="dxa" w:w="2160"/>
          </w:tcPr>
          <w:p>
            <w:r>
              <w:t>Time Tracking</w:t>
            </w:r>
          </w:p>
        </w:tc>
        <w:tc>
          <w:tcPr>
            <w:tcW w:type="dxa" w:w="2160"/>
          </w:tcPr>
          <w:p>
            <w:r>
              <w:t>How many hours did each qualified employee spend on R&amp;D activities related to corn farming during the tax year 2025? Please provide a detailed log if available.</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1050-0074</w:t>
            </w:r>
          </w:p>
        </w:tc>
        <w:tc>
          <w:tcPr>
            <w:tcW w:type="dxa" w:w="2160"/>
          </w:tcPr>
          <w:p>
            <w:r>
              <w:t>Employee Training</w:t>
            </w:r>
          </w:p>
        </w:tc>
        <w:tc>
          <w:tcPr>
            <w:tcW w:type="dxa" w:w="2160"/>
          </w:tcPr>
          <w:p>
            <w:r>
              <w:t>Did any qualified employees receive specialized training or education related to R&amp;D activities in corn farming during the tax year 2025? If yes, please specify.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1050-0075</w:t>
            </w:r>
          </w:p>
        </w:tc>
        <w:tc>
          <w:tcPr>
            <w:tcW w:type="dxa" w:w="2160"/>
          </w:tcPr>
          <w:p>
            <w:r>
              <w:t>Contractor Services</w:t>
            </w:r>
          </w:p>
        </w:tc>
        <w:tc>
          <w:tcPr>
            <w:tcW w:type="dxa" w:w="2160"/>
          </w:tcPr>
          <w:p>
            <w:r>
              <w:t>Did you utilize any contracted employees or consultants for R&amp;D activities related to corn farming in 2025? If yes, please provide their names and roles.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1050-0076</w:t>
            </w:r>
          </w:p>
        </w:tc>
        <w:tc>
          <w:tcPr>
            <w:tcW w:type="dxa" w:w="2160"/>
          </w:tcPr>
          <w:p>
            <w:r>
              <w:t>Employee Retention</w:t>
            </w:r>
          </w:p>
        </w:tc>
        <w:tc>
          <w:tcPr>
            <w:tcW w:type="dxa" w:w="2160"/>
          </w:tcPr>
          <w:p>
            <w:r>
              <w:t>What measures were taken to retain employees involved in R&amp;D activities for corn farming during the tax year 2025? Please describe any incentives or programs.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1050-0077</w:t>
            </w:r>
          </w:p>
        </w:tc>
        <w:tc>
          <w:tcPr>
            <w:tcW w:type="dxa" w:w="2160"/>
          </w:tcPr>
          <w:p>
            <w:r>
              <w:t>R&amp;D Documentation</w:t>
            </w:r>
          </w:p>
        </w:tc>
        <w:tc>
          <w:tcPr>
            <w:tcW w:type="dxa" w:w="2160"/>
          </w:tcPr>
          <w:p>
            <w:r>
              <w:t>What documentation do you have to support the wages of employees engaged in R&amp;D activities for corn farming in 2025? Please list types of documents (e.g., payroll records, time sheets).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1050-0078</w:t>
            </w:r>
          </w:p>
        </w:tc>
        <w:tc>
          <w:tcPr>
            <w:tcW w:type="dxa" w:w="2160"/>
          </w:tcPr>
          <w:p>
            <w:r>
              <w:t>Employee Classification</w:t>
            </w:r>
          </w:p>
        </w:tc>
        <w:tc>
          <w:tcPr>
            <w:tcW w:type="dxa" w:w="2160"/>
          </w:tcPr>
          <w:p>
            <w:r>
              <w:t>How are the employees engaged in R&amp;D activities classified within your organization (e.g., full-time, part-time, seasonal)? Please specify for each employee involved.</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1050-0079</w:t>
            </w:r>
          </w:p>
        </w:tc>
        <w:tc>
          <w:tcPr>
            <w:tcW w:type="dxa" w:w="2160"/>
          </w:tcPr>
          <w:p>
            <w:r>
              <w:t>Wage Calculation</w:t>
            </w:r>
          </w:p>
        </w:tc>
        <w:tc>
          <w:tcPr>
            <w:tcW w:type="dxa" w:w="2160"/>
          </w:tcPr>
          <w:p>
            <w:r>
              <w:t>What was the average wage of employees involved in R&amp;D activities for corn farming in 2025? Please provide the total wages and number of employees.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1050-0080</w:t>
            </w:r>
          </w:p>
        </w:tc>
        <w:tc>
          <w:tcPr>
            <w:tcW w:type="dxa" w:w="2160"/>
          </w:tcPr>
          <w:p>
            <w:r>
              <w:t>R&amp;D Outcomes</w:t>
            </w:r>
          </w:p>
        </w:tc>
        <w:tc>
          <w:tcPr>
            <w:tcW w:type="dxa" w:w="2160"/>
          </w:tcPr>
          <w:p>
            <w:r>
              <w:t>What specific outcomes or advancements resulted from the R&amp;D activities performed by employees in 2025? Please provide details.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1050-0081</w:t>
            </w:r>
          </w:p>
        </w:tc>
        <w:tc>
          <w:tcPr>
            <w:tcW w:type="dxa" w:w="2160"/>
          </w:tcPr>
          <w:p>
            <w:r>
              <w:t>Experimental Inputs</w:t>
            </w:r>
          </w:p>
        </w:tc>
        <w:tc>
          <w:tcPr>
            <w:tcW w:type="dxa" w:w="2160"/>
          </w:tcPr>
          <w:p>
            <w:r>
              <w:t>What specific supplies did you purchase for experimental purposes in the development of new corn varieties during the tax year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1050-0082</w:t>
            </w:r>
          </w:p>
        </w:tc>
        <w:tc>
          <w:tcPr>
            <w:tcW w:type="dxa" w:w="2160"/>
          </w:tcPr>
          <w:p>
            <w:r>
              <w:t>Supply Exclusions</w:t>
            </w:r>
          </w:p>
        </w:tc>
        <w:tc>
          <w:tcPr>
            <w:tcW w:type="dxa" w:w="2160"/>
          </w:tcPr>
          <w:p>
            <w:r>
              <w:t>Did you utilize any supplies that are considered routine or non-experimental in your corn farming operations during 2025? Please specify which supplies and their purpose.</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1050-0083</w:t>
            </w:r>
          </w:p>
        </w:tc>
        <w:tc>
          <w:tcPr>
            <w:tcW w:type="dxa" w:w="2160"/>
          </w:tcPr>
          <w:p>
            <w:r>
              <w:t>Experimental Use</w:t>
            </w:r>
          </w:p>
        </w:tc>
        <w:tc>
          <w:tcPr>
            <w:tcW w:type="dxa" w:w="2160"/>
          </w:tcPr>
          <w:p>
            <w:r>
              <w:t>For the supplies used in your experiments, what percentage of each supply was dedicated to R&amp;D activities as opposed to routine farming operations in 2025?</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1050-0084</w:t>
            </w:r>
          </w:p>
        </w:tc>
        <w:tc>
          <w:tcPr>
            <w:tcW w:type="dxa" w:w="2160"/>
          </w:tcPr>
          <w:p>
            <w:r>
              <w:t>Documentation</w:t>
            </w:r>
          </w:p>
        </w:tc>
        <w:tc>
          <w:tcPr>
            <w:tcW w:type="dxa" w:w="2160"/>
          </w:tcPr>
          <w:p>
            <w:r>
              <w:t>Can you provide documentation or records that demonstrate the experimental nature of the supplies used in your corn research and development activities for 2025?</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1050-0085</w:t>
            </w:r>
          </w:p>
        </w:tc>
        <w:tc>
          <w:tcPr>
            <w:tcW w:type="dxa" w:w="2160"/>
          </w:tcPr>
          <w:p>
            <w:r>
              <w:t>Cost Allocation</w:t>
            </w:r>
          </w:p>
        </w:tc>
        <w:tc>
          <w:tcPr>
            <w:tcW w:type="dxa" w:w="2160"/>
          </w:tcPr>
          <w:p>
            <w:r>
              <w:t>What was the total cost of the supplies used specifically for experimental purposes in your corn farming R&amp;D for the year 2025?</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1050-0086</w:t>
            </w:r>
          </w:p>
        </w:tc>
        <w:tc>
          <w:tcPr>
            <w:tcW w:type="dxa" w:w="2160"/>
          </w:tcPr>
          <w:p>
            <w:r>
              <w:t>Contractor Services</w:t>
            </w:r>
          </w:p>
        </w:tc>
        <w:tc>
          <w:tcPr>
            <w:tcW w:type="dxa" w:w="2160"/>
          </w:tcPr>
          <w:p>
            <w:r>
              <w:t>What specific contractor services did you engage in for the development of new corn farming techniques or technologies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1050-0087</w:t>
            </w:r>
          </w:p>
        </w:tc>
        <w:tc>
          <w:tcPr>
            <w:tcW w:type="dxa" w:w="2160"/>
          </w:tcPr>
          <w:p>
            <w:r>
              <w:t>U.S. Location</w:t>
            </w:r>
          </w:p>
        </w:tc>
        <w:tc>
          <w:tcPr>
            <w:tcW w:type="dxa" w:w="2160"/>
          </w:tcPr>
          <w:p>
            <w:r>
              <w:t>Can you provide the physical location(s) where the contractor services were performed related to R&amp;D activities on your corn farm?</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1050-0088</w:t>
            </w:r>
          </w:p>
        </w:tc>
        <w:tc>
          <w:tcPr>
            <w:tcW w:type="dxa" w:w="2160"/>
          </w:tcPr>
          <w:p>
            <w:r>
              <w:t>Rights</w:t>
            </w:r>
          </w:p>
        </w:tc>
        <w:tc>
          <w:tcPr>
            <w:tcW w:type="dxa" w:w="2160"/>
          </w:tcPr>
          <w:p>
            <w:r>
              <w:t>What rights did you retain over the results of the contractor services performed, and how do these rights relate to the R&amp;D activities conducted?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1050-0089</w:t>
            </w:r>
          </w:p>
        </w:tc>
        <w:tc>
          <w:tcPr>
            <w:tcW w:type="dxa" w:w="2160"/>
          </w:tcPr>
          <w:p>
            <w:r>
              <w:t>Economic Risk</w:t>
            </w:r>
          </w:p>
        </w:tc>
        <w:tc>
          <w:tcPr>
            <w:tcW w:type="dxa" w:w="2160"/>
          </w:tcPr>
          <w:p>
            <w:r>
              <w:t>What economic risks did you assume in relation to the contractor services, and how did these risks impact the R&amp;D process for your corn farming operations?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1050-0090</w:t>
            </w:r>
          </w:p>
        </w:tc>
        <w:tc>
          <w:tcPr>
            <w:tcW w:type="dxa" w:w="2160"/>
          </w:tcPr>
          <w:p>
            <w:r>
              <w:t>Eligible Amount</w:t>
            </w:r>
          </w:p>
        </w:tc>
        <w:tc>
          <w:tcPr>
            <w:tcW w:type="dxa" w:w="2160"/>
          </w:tcPr>
          <w:p>
            <w:r>
              <w:t>What was the total amount paid to contractors for R&amp;D-related services in 2025, and how did you determine this eligible amount?</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1050-0091</w:t>
            </w:r>
          </w:p>
        </w:tc>
        <w:tc>
          <w:tcPr>
            <w:tcW w:type="dxa" w:w="2160"/>
          </w:tcPr>
          <w:p>
            <w:r>
              <w:t>Contractor Agreements</w:t>
            </w:r>
          </w:p>
        </w:tc>
        <w:tc>
          <w:tcPr>
            <w:tcW w:type="dxa" w:w="2160"/>
          </w:tcPr>
          <w:p>
            <w:r>
              <w:t>Do you have written agreements with contractors that outline their roles in R&amp;D activities? If yes, please summarize the key terms of these agreements.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1050-0092</w:t>
            </w:r>
          </w:p>
        </w:tc>
        <w:tc>
          <w:tcPr>
            <w:tcW w:type="dxa" w:w="2160"/>
          </w:tcPr>
          <w:p>
            <w:r>
              <w:t>Documentation</w:t>
            </w:r>
          </w:p>
        </w:tc>
        <w:tc>
          <w:tcPr>
            <w:tcW w:type="dxa" w:w="2160"/>
          </w:tcPr>
          <w:p>
            <w:r>
              <w:t>What documentation do you maintain to support the R&amp;D activities conducted by contractors, including invoices, project reports, and communications?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1050-0093</w:t>
            </w:r>
          </w:p>
        </w:tc>
        <w:tc>
          <w:tcPr>
            <w:tcW w:type="dxa" w:w="2160"/>
          </w:tcPr>
          <w:p>
            <w:r>
              <w:t>Third-party cloud services</w:t>
            </w:r>
          </w:p>
        </w:tc>
        <w:tc>
          <w:tcPr>
            <w:tcW w:type="dxa" w:w="2160"/>
          </w:tcPr>
          <w:p>
            <w:r>
              <w:t>Did your corn farming operations utilize any third-party cloud computing services for data analysis or modeling related to crop yield improvement during the 2025 tax year? If so, please specify the services used and the nature of the projects they supported.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1050-0094</w:t>
            </w:r>
          </w:p>
        </w:tc>
        <w:tc>
          <w:tcPr>
            <w:tcW w:type="dxa" w:w="2160"/>
          </w:tcPr>
          <w:p>
            <w:r>
              <w:t>Third-party software development</w:t>
            </w:r>
          </w:p>
        </w:tc>
        <w:tc>
          <w:tcPr>
            <w:tcW w:type="dxa" w:w="2160"/>
          </w:tcPr>
          <w:p>
            <w:r>
              <w:t>Were any third-party software development services contracted to create custom applications or tools aimed at enhancing agricultural processes (e.g., precision farming, soil analysis) in 2025? Please provide details on the nature of the software and its intended R&amp;D purpose.</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1050-0095</w:t>
            </w:r>
          </w:p>
        </w:tc>
        <w:tc>
          <w:tcPr>
            <w:tcW w:type="dxa" w:w="2160"/>
          </w:tcPr>
          <w:p>
            <w:r>
              <w:t>Project Documentation</w:t>
            </w:r>
          </w:p>
        </w:tc>
        <w:tc>
          <w:tcPr>
            <w:tcW w:type="dxa" w:w="2160"/>
          </w:tcPr>
          <w:p>
            <w:r>
              <w:t>Can you provide documentation that outlines the specific objectives and hypotheses for your corn farming R&amp;D projects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1050-0096</w:t>
            </w:r>
          </w:p>
        </w:tc>
        <w:tc>
          <w:tcPr>
            <w:tcW w:type="dxa" w:w="2160"/>
          </w:tcPr>
          <w:p>
            <w:r>
              <w:t>Cost Tracking</w:t>
            </w:r>
          </w:p>
        </w:tc>
        <w:tc>
          <w:tcPr>
            <w:tcW w:type="dxa" w:w="2160"/>
          </w:tcPr>
          <w:p>
            <w:r>
              <w:t>What specific costs (e.g., labor, materials, overhead) were incurred for each R&amp;D project related to corn farming in 2025, and how are these costs documented?</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1050-0097</w:t>
            </w:r>
          </w:p>
        </w:tc>
        <w:tc>
          <w:tcPr>
            <w:tcW w:type="dxa" w:w="2160"/>
          </w:tcPr>
          <w:p>
            <w:r>
              <w:t>Experimental Procedures</w:t>
            </w:r>
          </w:p>
        </w:tc>
        <w:tc>
          <w:tcPr>
            <w:tcW w:type="dxa" w:w="2160"/>
          </w:tcPr>
          <w:p>
            <w:r>
              <w:t>Describe the experimental procedures you implemented in 2025 to test new corn varieties or farming techniques, including any iterations based on prior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1050-0098</w:t>
            </w:r>
          </w:p>
        </w:tc>
        <w:tc>
          <w:tcPr>
            <w:tcW w:type="dxa" w:w="2160"/>
          </w:tcPr>
          <w:p>
            <w:r>
              <w:t>Project Timeline</w:t>
            </w:r>
          </w:p>
        </w:tc>
        <w:tc>
          <w:tcPr>
            <w:tcW w:type="dxa" w:w="2160"/>
          </w:tcPr>
          <w:p>
            <w:r>
              <w:t>What was the timeline for each R&amp;D project conducted in 2025, including start and end dates, and how did this timeline align with your project objectives?</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1050-0099</w:t>
            </w:r>
          </w:p>
        </w:tc>
        <w:tc>
          <w:tcPr>
            <w:tcW w:type="dxa" w:w="2160"/>
          </w:tcPr>
          <w:p>
            <w:r>
              <w:t>Field Trials</w:t>
            </w:r>
          </w:p>
        </w:tc>
        <w:tc>
          <w:tcPr>
            <w:tcW w:type="dxa" w:w="2160"/>
          </w:tcPr>
          <w:p>
            <w:r>
              <w:t>What field trials did you conduct in 2025 to evaluate new agricultural practices, and how were the results documented?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1050-0100</w:t>
            </w:r>
          </w:p>
        </w:tc>
        <w:tc>
          <w:tcPr>
            <w:tcW w:type="dxa" w:w="2160"/>
          </w:tcPr>
          <w:p>
            <w:r>
              <w:t>Regulatory Compliance</w:t>
            </w:r>
          </w:p>
        </w:tc>
        <w:tc>
          <w:tcPr>
            <w:tcW w:type="dxa" w:w="2160"/>
          </w:tcPr>
          <w:p>
            <w:r>
              <w:t>Were there any regulatory approvals or permits required for your R&amp;D activities in 2025, and how did you document compliance?</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1050-0101</w:t>
            </w:r>
          </w:p>
        </w:tc>
        <w:tc>
          <w:tcPr>
            <w:tcW w:type="dxa" w:w="2160"/>
          </w:tcPr>
          <w:p>
            <w:r>
              <w:t>Collaboration Records</w:t>
            </w:r>
          </w:p>
        </w:tc>
        <w:tc>
          <w:tcPr>
            <w:tcW w:type="dxa" w:w="2160"/>
          </w:tcPr>
          <w:p>
            <w:r>
              <w:t>Did you collaborate with any external entities (e.g., universities, research institutions) on R&amp;D projects in 2025? If so, please provide details of these collaborations and any agreements in place.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1050-0102</w:t>
            </w:r>
          </w:p>
        </w:tc>
        <w:tc>
          <w:tcPr>
            <w:tcW w:type="dxa" w:w="2160"/>
          </w:tcPr>
          <w:p>
            <w:r>
              <w:t>Technical Challenges</w:t>
            </w:r>
          </w:p>
        </w:tc>
        <w:tc>
          <w:tcPr>
            <w:tcW w:type="dxa" w:w="2160"/>
          </w:tcPr>
          <w:p>
            <w:r>
              <w:t>What specific technical challenges did you encounter during your R&amp;D projects in 2025, and how did you address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1050-0103</w:t>
            </w:r>
          </w:p>
        </w:tc>
        <w:tc>
          <w:tcPr>
            <w:tcW w:type="dxa" w:w="2160"/>
          </w:tcPr>
          <w:p>
            <w:r>
              <w:t>Record Retention</w:t>
            </w:r>
          </w:p>
        </w:tc>
        <w:tc>
          <w:tcPr>
            <w:tcW w:type="dxa" w:w="2160"/>
          </w:tcPr>
          <w:p>
            <w:r>
              <w:t>What procedures do you have in place for retaining records related to your R&amp;D activities for the tax year 2025, and how long do you plan to keep these records?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1050-0104</w:t>
            </w:r>
          </w:p>
        </w:tc>
        <w:tc>
          <w:tcPr>
            <w:tcW w:type="dxa" w:w="2160"/>
          </w:tcPr>
          <w:p>
            <w:r>
              <w:t>Outcome Measurement</w:t>
            </w:r>
          </w:p>
        </w:tc>
        <w:tc>
          <w:tcPr>
            <w:tcW w:type="dxa" w:w="2160"/>
          </w:tcPr>
          <w:p>
            <w:r>
              <w:t>How do you measure the outcomes of your R&amp;D projects in corn farming, and what metrics do you use to evaluate success?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1050-0105</w:t>
            </w:r>
          </w:p>
        </w:tc>
        <w:tc>
          <w:tcPr>
            <w:tcW w:type="dxa" w:w="2160"/>
          </w:tcPr>
          <w:p>
            <w:r>
              <w:t>Qualified Research Activities</w:t>
            </w:r>
          </w:p>
        </w:tc>
        <w:tc>
          <w:tcPr>
            <w:tcW w:type="dxa" w:w="2160"/>
          </w:tcPr>
          <w:p>
            <w:r>
              <w:t>During the tax year 2025, did your corn farming operations involve developing or improving any agricultural techniques, such as pest control methods or soil enhancement practices, that required experimentation?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1050-0106</w:t>
            </w:r>
          </w:p>
        </w:tc>
        <w:tc>
          <w:tcPr>
            <w:tcW w:type="dxa" w:w="2160"/>
          </w:tcPr>
          <w:p>
            <w:r>
              <w:t>Qualified Research Expenses</w:t>
            </w:r>
          </w:p>
        </w:tc>
        <w:tc>
          <w:tcPr>
            <w:tcW w:type="dxa" w:w="2160"/>
          </w:tcPr>
          <w:p>
            <w:r>
              <w:t>What percentage of your total expenses in 2025 was allocated to wages for employees directly engaged in R&amp;D activities related to corn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1050-0107</w:t>
            </w:r>
          </w:p>
        </w:tc>
        <w:tc>
          <w:tcPr>
            <w:tcW w:type="dxa" w:w="2160"/>
          </w:tcPr>
          <w:p>
            <w:r>
              <w:t>Contract Research Expenses</w:t>
            </w:r>
          </w:p>
        </w:tc>
        <w:tc>
          <w:tcPr>
            <w:tcW w:type="dxa" w:w="2160"/>
          </w:tcPr>
          <w:p>
            <w:r>
              <w:t>Did you incur any expenses in 2025 for contract research related to the development of new corn varieties or farming techniques? If so, please specify the amount and the nature of the research.</w:t>
              <w:br/>
              <w:t>Answer type: Currency</w:t>
              <w:br/>
              <w:t>Trigger: Always</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1050-0108</w:t>
            </w:r>
          </w:p>
        </w:tc>
        <w:tc>
          <w:tcPr>
            <w:tcW w:type="dxa" w:w="2160"/>
          </w:tcPr>
          <w:p>
            <w:r>
              <w:t>Supplies Expenses</w:t>
            </w:r>
          </w:p>
        </w:tc>
        <w:tc>
          <w:tcPr>
            <w:tcW w:type="dxa" w:w="2160"/>
          </w:tcPr>
          <w:p>
            <w:r>
              <w:t>What was the total cost of supplies used specifically for R&amp;D activities in 2025, such as seeds, fertilizers, or chemicals for experimental plots?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1050-0109</w:t>
            </w:r>
          </w:p>
        </w:tc>
        <w:tc>
          <w:tcPr>
            <w:tcW w:type="dxa" w:w="2160"/>
          </w:tcPr>
          <w:p>
            <w:r>
              <w:t>Documentation of Research</w:t>
            </w:r>
          </w:p>
        </w:tc>
        <w:tc>
          <w:tcPr>
            <w:tcW w:type="dxa" w:w="2160"/>
          </w:tcPr>
          <w:p>
            <w:r>
              <w:t>Can you provide documentation that supports the experimentation conducted in 2025, such as project plans, lab notes, or experimental results?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1050-0110</w:t>
            </w:r>
          </w:p>
        </w:tc>
        <w:tc>
          <w:tcPr>
            <w:tcW w:type="dxa" w:w="2160"/>
          </w:tcPr>
          <w:p>
            <w:r>
              <w:t>Employee Involvement</w:t>
            </w:r>
          </w:p>
        </w:tc>
        <w:tc>
          <w:tcPr>
            <w:tcW w:type="dxa" w:w="2160"/>
          </w:tcPr>
          <w:p>
            <w:r>
              <w:t>How many employees were directly involved in R&amp;D activities for corn farming in 2025, and what were their specific roles?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1050-0111</w:t>
            </w:r>
          </w:p>
        </w:tc>
        <w:tc>
          <w:tcPr>
            <w:tcW w:type="dxa" w:w="2160"/>
          </w:tcPr>
          <w:p>
            <w:r>
              <w:t>R&amp;D Project Duration</w:t>
            </w:r>
          </w:p>
        </w:tc>
        <w:tc>
          <w:tcPr>
            <w:tcW w:type="dxa" w:w="2160"/>
          </w:tcPr>
          <w:p>
            <w:r>
              <w:t>What was the duration of each R&amp;D project undertaken in 2025 related to corn farming, including start and end dates?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1050-0112</w:t>
            </w:r>
          </w:p>
        </w:tc>
        <w:tc>
          <w:tcPr>
            <w:tcW w:type="dxa" w:w="2160"/>
          </w:tcPr>
          <w:p>
            <w:r>
              <w:t>Innovation Goals</w:t>
            </w:r>
          </w:p>
        </w:tc>
        <w:tc>
          <w:tcPr>
            <w:tcW w:type="dxa" w:w="2160"/>
          </w:tcPr>
          <w:p>
            <w:r>
              <w:t>What specific innovations or improvements were targeted in your R&amp;D efforts for corn farming in 2025? Please describe the objectives and expected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1050-0113</w:t>
            </w:r>
          </w:p>
        </w:tc>
        <w:tc>
          <w:tcPr>
            <w:tcW w:type="dxa" w:w="2160"/>
          </w:tcPr>
          <w:p>
            <w:r>
              <w:t>Previous Year Comparisons</w:t>
            </w:r>
          </w:p>
        </w:tc>
        <w:tc>
          <w:tcPr>
            <w:tcW w:type="dxa" w:w="2160"/>
          </w:tcPr>
          <w:p>
            <w:r>
              <w:t>How do your R&amp;D activities and expenses in 2025 compare to those in 2024? Please provide details on any significant changes or trends.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1050-0114</w:t>
            </w:r>
          </w:p>
        </w:tc>
        <w:tc>
          <w:tcPr>
            <w:tcW w:type="dxa" w:w="2160"/>
          </w:tcPr>
          <w:p>
            <w:r>
              <w:t>Regulatory Compliance</w:t>
            </w:r>
          </w:p>
        </w:tc>
        <w:tc>
          <w:tcPr>
            <w:tcW w:type="dxa" w:w="2160"/>
          </w:tcPr>
          <w:p>
            <w:r>
              <w:t>Were any of your R&amp;D activities in 2025 subject to regulatory approval or oversight? If yes,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1050-0115</w:t>
            </w:r>
          </w:p>
        </w:tc>
        <w:tc>
          <w:tcPr>
            <w:tcW w:type="dxa" w:w="2160"/>
          </w:tcPr>
          <w:p>
            <w:r>
              <w:t>Tax Credit Calculation</w:t>
            </w:r>
          </w:p>
        </w:tc>
        <w:tc>
          <w:tcPr>
            <w:tcW w:type="dxa" w:w="2160"/>
          </w:tcPr>
          <w:p>
            <w:r>
              <w:t>What calculation method did you use to determine your R&amp;D tax credit for 2025, and what were the key inputs in that calculation?</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1050-0116</w:t>
            </w:r>
          </w:p>
        </w:tc>
        <w:tc>
          <w:tcPr>
            <w:tcW w:type="dxa" w:w="2160"/>
          </w:tcPr>
          <w:p>
            <w:r>
              <w:t>Qualified Research Activities</w:t>
            </w:r>
          </w:p>
        </w:tc>
        <w:tc>
          <w:tcPr>
            <w:tcW w:type="dxa" w:w="2160"/>
          </w:tcPr>
          <w:p>
            <w:r>
              <w:t>During the tax year 2025, did your corn farm engage in any experimental activities aimed at improving crop yields or pest resistance? Please provide details of the experiments conducted.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1050-0117</w:t>
            </w:r>
          </w:p>
        </w:tc>
        <w:tc>
          <w:tcPr>
            <w:tcW w:type="dxa" w:w="2160"/>
          </w:tcPr>
          <w:p>
            <w:r>
              <w:t>Qualified Research Expenses</w:t>
            </w:r>
          </w:p>
        </w:tc>
        <w:tc>
          <w:tcPr>
            <w:tcW w:type="dxa" w:w="2160"/>
          </w:tcPr>
          <w:p>
            <w:r>
              <w:t>What were the total qualified research expenses (QREs) incurred for the experimental activities related to corn farming in 2025? Please break this down into wages, supplies, and contract research.</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1050-0118</w:t>
            </w:r>
          </w:p>
        </w:tc>
        <w:tc>
          <w:tcPr>
            <w:tcW w:type="dxa" w:w="2160"/>
          </w:tcPr>
          <w:p>
            <w:r>
              <w:t>Documentation of QREs</w:t>
            </w:r>
          </w:p>
        </w:tc>
        <w:tc>
          <w:tcPr>
            <w:tcW w:type="dxa" w:w="2160"/>
          </w:tcPr>
          <w:p>
            <w:r>
              <w:t>Can you provide documentation supporting the QREs claimed for 2025, such as payroll records, invoices for supplies, and contracts for research services?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1050-0119</w:t>
            </w:r>
          </w:p>
        </w:tc>
        <w:tc>
          <w:tcPr>
            <w:tcW w:type="dxa" w:w="2160"/>
          </w:tcPr>
          <w:p>
            <w:r>
              <w:t>Research Design Methodology</w:t>
            </w:r>
          </w:p>
        </w:tc>
        <w:tc>
          <w:tcPr>
            <w:tcW w:type="dxa" w:w="2160"/>
          </w:tcPr>
          <w:p>
            <w:r>
              <w:t>Describe the research design methodology used in any experiments conducted in 2025. How did you determine the parameters and variables for your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1050-0120</w:t>
            </w:r>
          </w:p>
        </w:tc>
        <w:tc>
          <w:tcPr>
            <w:tcW w:type="dxa" w:w="2160"/>
          </w:tcPr>
          <w:p>
            <w:r>
              <w:t>Innovation and Improvement</w:t>
            </w:r>
          </w:p>
        </w:tc>
        <w:tc>
          <w:tcPr>
            <w:tcW w:type="dxa" w:w="2160"/>
          </w:tcPr>
          <w:p>
            <w:r>
              <w:t>What specific innovations or improvements were implemented in your corn farming practices as a result of the research conducted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1050-0121</w:t>
            </w:r>
          </w:p>
        </w:tc>
        <w:tc>
          <w:tcPr>
            <w:tcW w:type="dxa" w:w="2160"/>
          </w:tcPr>
          <w:p>
            <w:r>
              <w:t>Project Scope</w:t>
            </w:r>
          </w:p>
        </w:tc>
        <w:tc>
          <w:tcPr>
            <w:tcW w:type="dxa" w:w="2160"/>
          </w:tcPr>
          <w:p>
            <w:r>
              <w:t>List all research projects related to corn farming that were initiated or ongoing in 2025. Include project objectives and outcomes.</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1050-0122</w:t>
            </w:r>
          </w:p>
        </w:tc>
        <w:tc>
          <w:tcPr>
            <w:tcW w:type="dxa" w:w="2160"/>
          </w:tcPr>
          <w:p>
            <w:r>
              <w:t>Employee Involvement</w:t>
            </w:r>
          </w:p>
        </w:tc>
        <w:tc>
          <w:tcPr>
            <w:tcW w:type="dxa" w:w="2160"/>
          </w:tcPr>
          <w:p>
            <w:r>
              <w:t>How many employees were directly involved in the research activities for corn farming in 2025? Please specify their roles and the percentage of their time dedicated to these activities.</w:t>
              <w:br/>
              <w:t>Answer type: Integer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1050-0123</w:t>
            </w:r>
          </w:p>
        </w:tc>
        <w:tc>
          <w:tcPr>
            <w:tcW w:type="dxa" w:w="2160"/>
          </w:tcPr>
          <w:p>
            <w:r>
              <w:t>Contract Research</w:t>
            </w:r>
          </w:p>
        </w:tc>
        <w:tc>
          <w:tcPr>
            <w:tcW w:type="dxa" w:w="2160"/>
          </w:tcPr>
          <w:p>
            <w:r>
              <w:t>Did you engage any third-party contractors for research activities related to corn farming in 2025? If so, please provide details of the contracts and the nature of the research conducted.</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1050-0124</w:t>
            </w:r>
          </w:p>
        </w:tc>
        <w:tc>
          <w:tcPr>
            <w:tcW w:type="dxa" w:w="2160"/>
          </w:tcPr>
          <w:p>
            <w:r>
              <w:t>Geographic Scope of Research</w:t>
            </w:r>
          </w:p>
        </w:tc>
        <w:tc>
          <w:tcPr>
            <w:tcW w:type="dxa" w:w="2160"/>
          </w:tcPr>
          <w:p>
            <w:r>
              <w:t>Were any of the research activities conducted outside of California in 2025? If yes, please specify the locations and nature of the research.</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1050-0125</w:t>
            </w:r>
          </w:p>
        </w:tc>
        <w:tc>
          <w:tcPr>
            <w:tcW w:type="dxa" w:w="2160"/>
          </w:tcPr>
          <w:p>
            <w:r>
              <w:t>Regulatory Compliance</w:t>
            </w:r>
          </w:p>
        </w:tc>
        <w:tc>
          <w:tcPr>
            <w:tcW w:type="dxa" w:w="2160"/>
          </w:tcPr>
          <w:p>
            <w:r>
              <w:t>Did you encounter any regulatory challenges or compliance issues during your research activities in 2025? Please describe how these were addressed.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1050-0126</w:t>
            </w:r>
          </w:p>
        </w:tc>
        <w:tc>
          <w:tcPr>
            <w:tcW w:type="dxa" w:w="2160"/>
          </w:tcPr>
          <w:p>
            <w:r>
              <w:t>Future Research Plans</w:t>
            </w:r>
          </w:p>
        </w:tc>
        <w:tc>
          <w:tcPr>
            <w:tcW w:type="dxa" w:w="2160"/>
          </w:tcPr>
          <w:p>
            <w:r>
              <w:t>What are your plans for future research activities in corn farming beyond 2025? How do you anticipate these activities will contribute to your business growth?</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1050-0127</w:t>
            </w:r>
          </w:p>
        </w:tc>
        <w:tc>
          <w:tcPr>
            <w:tcW w:type="dxa" w:w="2160"/>
          </w:tcPr>
          <w:p>
            <w:r>
              <w:t>Final Conclusions</w:t>
            </w:r>
          </w:p>
        </w:tc>
        <w:tc>
          <w:tcPr>
            <w:tcW w:type="dxa" w:w="2160"/>
          </w:tcPr>
          <w:p>
            <w:r>
              <w:t>What specific R&amp;D activities did your corn farm undertake in 2025 that you believe qualify for the R&amp;D tax credit?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1050-0128</w:t>
            </w:r>
          </w:p>
        </w:tc>
        <w:tc>
          <w:tcPr>
            <w:tcW w:type="dxa" w:w="2160"/>
          </w:tcPr>
          <w:p>
            <w:r>
              <w:t>Open Issues</w:t>
            </w:r>
          </w:p>
        </w:tc>
        <w:tc>
          <w:tcPr>
            <w:tcW w:type="dxa" w:w="2160"/>
          </w:tcPr>
          <w:p>
            <w:r>
              <w:t>Were there any projects initiated in 2025 that were not completed by year-end? If so, please describe these projects and their current status.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1050-0129</w:t>
            </w:r>
          </w:p>
        </w:tc>
        <w:tc>
          <w:tcPr>
            <w:tcW w:type="dxa" w:w="2160"/>
          </w:tcPr>
          <w:p>
            <w:r>
              <w:t>Certification</w:t>
            </w:r>
          </w:p>
        </w:tc>
        <w:tc>
          <w:tcPr>
            <w:tcW w:type="dxa" w:w="2160"/>
          </w:tcPr>
          <w:p>
            <w:r>
              <w:t>Can you provide documentation that supports the R&amp;D activities claimed, including project plans, experimental results, and any related costs?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1050-0130</w:t>
            </w:r>
          </w:p>
        </w:tc>
        <w:tc>
          <w:tcPr>
            <w:tcW w:type="dxa" w:w="2160"/>
          </w:tcPr>
          <w:p>
            <w:r>
              <w:t>Next-Year Controls</w:t>
            </w:r>
          </w:p>
        </w:tc>
        <w:tc>
          <w:tcPr>
            <w:tcW w:type="dxa" w:w="2160"/>
          </w:tcPr>
          <w:p>
            <w:r>
              <w:t>What processes are in place to ensure that R&amp;D activities are accurately tracked and documented for 2026?</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1050-0131</w:t>
            </w:r>
          </w:p>
        </w:tc>
        <w:tc>
          <w:tcPr>
            <w:tcW w:type="dxa" w:w="2160"/>
          </w:tcPr>
          <w:p>
            <w:r>
              <w:t>Final Conclusions</w:t>
            </w:r>
          </w:p>
        </w:tc>
        <w:tc>
          <w:tcPr>
            <w:tcW w:type="dxa" w:w="2160"/>
          </w:tcPr>
          <w:p>
            <w:r>
              <w:t>How did you determine the eligible expenses related to R&amp;D activities for 2025? Please detail the methodology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1050-0132</w:t>
            </w:r>
          </w:p>
        </w:tc>
        <w:tc>
          <w:tcPr>
            <w:tcW w:type="dxa" w:w="2160"/>
          </w:tcPr>
          <w:p>
            <w:r>
              <w:t>Open Issues</w:t>
            </w:r>
          </w:p>
        </w:tc>
        <w:tc>
          <w:tcPr>
            <w:tcW w:type="dxa" w:w="2160"/>
          </w:tcPr>
          <w:p>
            <w:r>
              <w:t>Were there any disputes or uncertainties regarding the classification of any expenses as R&amp;D in 2025? If yes, please elaborate.</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1050-0133</w:t>
            </w:r>
          </w:p>
        </w:tc>
        <w:tc>
          <w:tcPr>
            <w:tcW w:type="dxa" w:w="2160"/>
          </w:tcPr>
          <w:p>
            <w:r>
              <w:t>Certification</w:t>
            </w:r>
          </w:p>
        </w:tc>
        <w:tc>
          <w:tcPr>
            <w:tcW w:type="dxa" w:w="2160"/>
          </w:tcPr>
          <w:p>
            <w:r>
              <w:t>Did you engage any third-party consultants or experts for R&amp;D activities in 2025? If so, please provide their details and the nature of their contributions.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1050-0134</w:t>
            </w:r>
          </w:p>
        </w:tc>
        <w:tc>
          <w:tcPr>
            <w:tcW w:type="dxa" w:w="2160"/>
          </w:tcPr>
          <w:p>
            <w:r>
              <w:t>Next-Year Controls</w:t>
            </w:r>
          </w:p>
        </w:tc>
        <w:tc>
          <w:tcPr>
            <w:tcW w:type="dxa" w:w="2160"/>
          </w:tcPr>
          <w:p>
            <w:r>
              <w:t>What training or resources will be provided to staff in 2026 to enhance understanding of R&amp;D tax credit eligibility?</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1050-0135</w:t>
            </w:r>
          </w:p>
        </w:tc>
        <w:tc>
          <w:tcPr>
            <w:tcW w:type="dxa" w:w="2160"/>
          </w:tcPr>
          <w:p>
            <w:r>
              <w:t>Final Conclusions</w:t>
            </w:r>
          </w:p>
        </w:tc>
        <w:tc>
          <w:tcPr>
            <w:tcW w:type="dxa" w:w="2160"/>
          </w:tcPr>
          <w:p>
            <w:r>
              <w:t>What challenges did you face in documenting R&amp;D activities for 2025, and how do you plan to address these in the future?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1050-0136</w:t>
            </w:r>
          </w:p>
        </w:tc>
        <w:tc>
          <w:tcPr>
            <w:tcW w:type="dxa" w:w="2160"/>
          </w:tcPr>
          <w:p>
            <w:r>
              <w:t>Open Issues</w:t>
            </w:r>
          </w:p>
        </w:tc>
        <w:tc>
          <w:tcPr>
            <w:tcW w:type="dxa" w:w="2160"/>
          </w:tcPr>
          <w:p>
            <w:r>
              <w:t>Are there any pending changes in legislation or guidance that may affect your R&amp;D claims for 2025? Please specify.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CORN-PLANTING-TECHNIQUES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1050-0137</w:t>
            </w:r>
          </w:p>
        </w:tc>
        <w:tc>
          <w:tcPr>
            <w:tcW w:type="dxa" w:w="2160"/>
          </w:tcPr>
          <w:p>
            <w:r>
              <w:t>Precision Agriculture</w:t>
            </w:r>
          </w:p>
        </w:tc>
        <w:tc>
          <w:tcPr>
            <w:tcW w:type="dxa" w:w="2160"/>
          </w:tcPr>
          <w:p>
            <w:r>
              <w:t>What precision agriculture technologies have you implemented in your corn planting process, and how have they changed your planting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1050-0138</w:t>
            </w:r>
          </w:p>
        </w:tc>
        <w:tc>
          <w:tcPr>
            <w:tcW w:type="dxa" w:w="2160"/>
          </w:tcPr>
          <w:p>
            <w:r>
              <w:t>GPS-Guided Planting</w:t>
            </w:r>
          </w:p>
        </w:tc>
        <w:tc>
          <w:tcPr>
            <w:tcW w:type="dxa" w:w="2160"/>
          </w:tcPr>
          <w:p>
            <w:r>
              <w:t>Describe the GPS-guided planting systems you use. What specific improvements in accuracy and efficiency have you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1050-0139</w:t>
            </w:r>
          </w:p>
        </w:tc>
        <w:tc>
          <w:tcPr>
            <w:tcW w:type="dxa" w:w="2160"/>
          </w:tcPr>
          <w:p>
            <w:r>
              <w:t>Seed Varieties</w:t>
            </w:r>
          </w:p>
        </w:tc>
        <w:tc>
          <w:tcPr>
            <w:tcW w:type="dxa" w:w="2160"/>
          </w:tcPr>
          <w:p>
            <w:r>
              <w:t>What new seed varieties have you tested in the past tax year, and what were the experimental results compared to traditional varieties?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1050-0140</w:t>
            </w:r>
          </w:p>
        </w:tc>
        <w:tc>
          <w:tcPr>
            <w:tcW w:type="dxa" w:w="2160"/>
          </w:tcPr>
          <w:p>
            <w:r>
              <w:t>Soil Health</w:t>
            </w:r>
          </w:p>
        </w:tc>
        <w:tc>
          <w:tcPr>
            <w:tcW w:type="dxa" w:w="2160"/>
          </w:tcPr>
          <w:p>
            <w:r>
              <w:t>What soil health assessments have you conducted prior to planting, and how did the findings influence your planting techniques?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1050-0141</w:t>
            </w:r>
          </w:p>
        </w:tc>
        <w:tc>
          <w:tcPr>
            <w:tcW w:type="dxa" w:w="2160"/>
          </w:tcPr>
          <w:p>
            <w:r>
              <w:t>Planting Depth</w:t>
            </w:r>
          </w:p>
        </w:tc>
        <w:tc>
          <w:tcPr>
            <w:tcW w:type="dxa" w:w="2160"/>
          </w:tcPr>
          <w:p>
            <w:r>
              <w:t>How do you determine the optimal planting depth for your corn, and what trials have you conducted to validate this depth?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1050-0142</w:t>
            </w:r>
          </w:p>
        </w:tc>
        <w:tc>
          <w:tcPr>
            <w:tcW w:type="dxa" w:w="2160"/>
          </w:tcPr>
          <w:p>
            <w:r>
              <w:t>Row Spacing</w:t>
            </w:r>
          </w:p>
        </w:tc>
        <w:tc>
          <w:tcPr>
            <w:tcW w:type="dxa" w:w="2160"/>
          </w:tcPr>
          <w:p>
            <w:r>
              <w:t>What row spacing configurations have you experimented with, and what were the impacts on yield and plant health?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1050-0143</w:t>
            </w:r>
          </w:p>
        </w:tc>
        <w:tc>
          <w:tcPr>
            <w:tcW w:type="dxa" w:w="2160"/>
          </w:tcPr>
          <w:p>
            <w:r>
              <w:t>Crop Rotation</w:t>
            </w:r>
          </w:p>
        </w:tc>
        <w:tc>
          <w:tcPr>
            <w:tcW w:type="dxa" w:w="2160"/>
          </w:tcPr>
          <w:p>
            <w:r>
              <w:t>What crop rotation strategies have you implemented alongside corn planting, and how have these strategies affected soil health and corn yield?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1050-0144</w:t>
            </w:r>
          </w:p>
        </w:tc>
        <w:tc>
          <w:tcPr>
            <w:tcW w:type="dxa" w:w="2160"/>
          </w:tcPr>
          <w:p>
            <w:r>
              <w:t>Planting Equipment</w:t>
            </w:r>
          </w:p>
        </w:tc>
        <w:tc>
          <w:tcPr>
            <w:tcW w:type="dxa" w:w="2160"/>
          </w:tcPr>
          <w:p>
            <w:r>
              <w:t>What new planting equipment have you acquired or modified for corn planting, and what innovations or efficiencies did these changes bring?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1050-0145</w:t>
            </w:r>
          </w:p>
        </w:tc>
        <w:tc>
          <w:tcPr>
            <w:tcW w:type="dxa" w:w="2160"/>
          </w:tcPr>
          <w:p>
            <w:r>
              <w:t>Precision Agriculture</w:t>
            </w:r>
          </w:p>
        </w:tc>
        <w:tc>
          <w:tcPr>
            <w:tcW w:type="dxa" w:w="2160"/>
          </w:tcPr>
          <w:p>
            <w:r>
              <w:t>Have you integrated any data analytics tools to analyze planting data? If so, what insights have you gained that influenced your planting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1050-0146</w:t>
            </w:r>
          </w:p>
        </w:tc>
        <w:tc>
          <w:tcPr>
            <w:tcW w:type="dxa" w:w="2160"/>
          </w:tcPr>
          <w:p>
            <w:r>
              <w:t>Soil Health</w:t>
            </w:r>
          </w:p>
        </w:tc>
        <w:tc>
          <w:tcPr>
            <w:tcW w:type="dxa" w:w="2160"/>
          </w:tcPr>
          <w:p>
            <w:r>
              <w:t>What specific soil amendments have you tested in conjunction with your corn planting, and what were the results of these tests?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1050-0147</w:t>
            </w:r>
          </w:p>
        </w:tc>
        <w:tc>
          <w:tcPr>
            <w:tcW w:type="dxa" w:w="2160"/>
          </w:tcPr>
          <w:p>
            <w:r>
              <w:t>Seed Varieties</w:t>
            </w:r>
          </w:p>
        </w:tc>
        <w:tc>
          <w:tcPr>
            <w:tcW w:type="dxa" w:w="2160"/>
          </w:tcPr>
          <w:p>
            <w:r>
              <w:t>Can you provide details on any genetic modifications or hybridization techniques you've explored in your seed varieties?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1050-0148</w:t>
            </w:r>
          </w:p>
        </w:tc>
        <w:tc>
          <w:tcPr>
            <w:tcW w:type="dxa" w:w="2160"/>
          </w:tcPr>
          <w:p>
            <w:r>
              <w:t>Planting Depth</w:t>
            </w:r>
          </w:p>
        </w:tc>
        <w:tc>
          <w:tcPr>
            <w:tcW w:type="dxa" w:w="2160"/>
          </w:tcPr>
          <w:p>
            <w:r>
              <w:t>What challenges have you faced in achieving the desired planting depth, and what experimental approaches have you taken to overcome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1050-0149</w:t>
            </w:r>
          </w:p>
        </w:tc>
        <w:tc>
          <w:tcPr>
            <w:tcW w:type="dxa" w:w="2160"/>
          </w:tcPr>
          <w:p>
            <w:r>
              <w:t>Crop Rotation</w:t>
            </w:r>
          </w:p>
        </w:tc>
        <w:tc>
          <w:tcPr>
            <w:tcW w:type="dxa" w:w="2160"/>
          </w:tcPr>
          <w:p>
            <w:r>
              <w:t>What data do you collect to evaluate the effectiveness of your crop rotation practices, and how does this data inform your corn planting strategies?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1050-0150</w:t>
            </w:r>
          </w:p>
        </w:tc>
        <w:tc>
          <w:tcPr>
            <w:tcW w:type="dxa" w:w="2160"/>
          </w:tcPr>
          <w:p>
            <w:r>
              <w:t>Planting Equipment</w:t>
            </w:r>
          </w:p>
        </w:tc>
        <w:tc>
          <w:tcPr>
            <w:tcW w:type="dxa" w:w="2160"/>
          </w:tcPr>
          <w:p>
            <w:r>
              <w:t>How have you customized your planting equipment to improve efficiency or effectiveness in corn planting? Please provide specific examples and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IRRIGATION-MANAGEMENT-SYSTEMS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1050-0151</w:t>
            </w:r>
          </w:p>
        </w:tc>
        <w:tc>
          <w:tcPr>
            <w:tcW w:type="dxa" w:w="2160"/>
          </w:tcPr>
          <w:p>
            <w:r>
              <w:t>Drip Irrigation</w:t>
            </w:r>
          </w:p>
        </w:tc>
        <w:tc>
          <w:tcPr>
            <w:tcW w:type="dxa" w:w="2160"/>
          </w:tcPr>
          <w:p>
            <w:r>
              <w:t>What specific innovations or modifications have you implemented in your drip irrigation systems to enhance water efficiency during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1050-0152</w:t>
            </w:r>
          </w:p>
        </w:tc>
        <w:tc>
          <w:tcPr>
            <w:tcW w:type="dxa" w:w="2160"/>
          </w:tcPr>
          <w:p>
            <w:r>
              <w:t>Pivot Systems</w:t>
            </w:r>
          </w:p>
        </w:tc>
        <w:tc>
          <w:tcPr>
            <w:tcW w:type="dxa" w:w="2160"/>
          </w:tcPr>
          <w:p>
            <w:r>
              <w:t>Can you describe any experimental adjustments made to your pivot irrigation systems to improve coverage or reduce water waste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1050-0153</w:t>
            </w:r>
          </w:p>
        </w:tc>
        <w:tc>
          <w:tcPr>
            <w:tcW w:type="dxa" w:w="2160"/>
          </w:tcPr>
          <w:p>
            <w:r>
              <w:t>Water Conservation</w:t>
            </w:r>
          </w:p>
        </w:tc>
        <w:tc>
          <w:tcPr>
            <w:tcW w:type="dxa" w:w="2160"/>
          </w:tcPr>
          <w:p>
            <w:r>
              <w:t>What new water conservation techniques did you test on your corn farm in 2025, and what were the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1050-0154</w:t>
            </w:r>
          </w:p>
        </w:tc>
        <w:tc>
          <w:tcPr>
            <w:tcW w:type="dxa" w:w="2160"/>
          </w:tcPr>
          <w:p>
            <w:r>
              <w:t>Soil Moisture Sensors</w:t>
            </w:r>
          </w:p>
        </w:tc>
        <w:tc>
          <w:tcPr>
            <w:tcW w:type="dxa" w:w="2160"/>
          </w:tcPr>
          <w:p>
            <w:r>
              <w:t>What types of soil moisture sensors did you trial in 2025, and how did their performance compare to previous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1050-0155</w:t>
            </w:r>
          </w:p>
        </w:tc>
        <w:tc>
          <w:tcPr>
            <w:tcW w:type="dxa" w:w="2160"/>
          </w:tcPr>
          <w:p>
            <w:r>
              <w:t>Irrigation Scheduling</w:t>
            </w:r>
          </w:p>
        </w:tc>
        <w:tc>
          <w:tcPr>
            <w:tcW w:type="dxa" w:w="2160"/>
          </w:tcPr>
          <w:p>
            <w:r>
              <w:t>Describe any changes you made to your irrigation scheduling practices in 2025 based on experimental data or new technologies. What were the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1050-0156</w:t>
            </w:r>
          </w:p>
        </w:tc>
        <w:tc>
          <w:tcPr>
            <w:tcW w:type="dxa" w:w="2160"/>
          </w:tcPr>
          <w:p>
            <w:r>
              <w:t>Regulatory Compliance</w:t>
            </w:r>
          </w:p>
        </w:tc>
        <w:tc>
          <w:tcPr>
            <w:tcW w:type="dxa" w:w="2160"/>
          </w:tcPr>
          <w:p>
            <w:r>
              <w:t>What new regulatory requirements regarding irrigation practices were you required to comply with in 2025, and how did they impact your operations?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1050-0157</w:t>
            </w:r>
          </w:p>
        </w:tc>
        <w:tc>
          <w:tcPr>
            <w:tcW w:type="dxa" w:w="2160"/>
          </w:tcPr>
          <w:p>
            <w:r>
              <w:t>Environmental Impact</w:t>
            </w:r>
          </w:p>
        </w:tc>
        <w:tc>
          <w:tcPr>
            <w:tcW w:type="dxa" w:w="2160"/>
          </w:tcPr>
          <w:p>
            <w:r>
              <w:t xml:space="preserve">What experimental practices did you implement in 2025 to assess the environmental impact of your irrigation methods? Please detail any findings. </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1050-0158</w:t>
            </w:r>
          </w:p>
        </w:tc>
        <w:tc>
          <w:tcPr>
            <w:tcW w:type="dxa" w:w="2160"/>
          </w:tcPr>
          <w:p>
            <w:r>
              <w:t>Sustainability Practices</w:t>
            </w:r>
          </w:p>
        </w:tc>
        <w:tc>
          <w:tcPr>
            <w:tcW w:type="dxa" w:w="2160"/>
          </w:tcPr>
          <w:p>
            <w:r>
              <w:t>What sustainability practices related to irrigation did you develop or test in 2025, and what metrics did you use to evaluate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1050-0159</w:t>
            </w:r>
          </w:p>
        </w:tc>
        <w:tc>
          <w:tcPr>
            <w:tcW w:type="dxa" w:w="2160"/>
          </w:tcPr>
          <w:p>
            <w:r>
              <w:t>Technology Integration</w:t>
            </w:r>
          </w:p>
        </w:tc>
        <w:tc>
          <w:tcPr>
            <w:tcW w:type="dxa" w:w="2160"/>
          </w:tcPr>
          <w:p>
            <w:r>
              <w:t xml:space="preserve">Did you integrate any new technologies into your irrigation systems in 2025? If yes, please describe the technology and its intended purpose. </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1050-0160</w:t>
            </w:r>
          </w:p>
        </w:tc>
        <w:tc>
          <w:tcPr>
            <w:tcW w:type="dxa" w:w="2160"/>
          </w:tcPr>
          <w:p>
            <w:r>
              <w:t>Cost Analysis</w:t>
            </w:r>
          </w:p>
        </w:tc>
        <w:tc>
          <w:tcPr>
            <w:tcW w:type="dxa" w:w="2160"/>
          </w:tcPr>
          <w:p>
            <w:r>
              <w:t xml:space="preserve">What were the estimated costs associated with the experimental irrigation practices you implemented in 2025? Please provide a breakdown of these costs. </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1050-0161</w:t>
            </w:r>
          </w:p>
        </w:tc>
        <w:tc>
          <w:tcPr>
            <w:tcW w:type="dxa" w:w="2160"/>
          </w:tcPr>
          <w:p>
            <w:r>
              <w:t>Yield Improvement</w:t>
            </w:r>
          </w:p>
        </w:tc>
        <w:tc>
          <w:tcPr>
            <w:tcW w:type="dxa" w:w="2160"/>
          </w:tcPr>
          <w:p>
            <w:r>
              <w:t>What experimental irrigation methods did you test in 2025 to improve corn yields, and what were the yield results compared to previous years?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1050-0162</w:t>
            </w:r>
          </w:p>
        </w:tc>
        <w:tc>
          <w:tcPr>
            <w:tcW w:type="dxa" w:w="2160"/>
          </w:tcPr>
          <w:p>
            <w:r>
              <w:t>Data Collection</w:t>
            </w:r>
          </w:p>
        </w:tc>
        <w:tc>
          <w:tcPr>
            <w:tcW w:type="dxa" w:w="2160"/>
          </w:tcPr>
          <w:p>
            <w:r>
              <w:t>What data collection methods did you use to monitor the effectiveness of your irrigation strategies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1050-0163</w:t>
            </w:r>
          </w:p>
        </w:tc>
        <w:tc>
          <w:tcPr>
            <w:tcW w:type="dxa" w:w="2160"/>
          </w:tcPr>
          <w:p>
            <w:r>
              <w:t>Collaboration</w:t>
            </w:r>
          </w:p>
        </w:tc>
        <w:tc>
          <w:tcPr>
            <w:tcW w:type="dxa" w:w="2160"/>
          </w:tcPr>
          <w:p>
            <w:r>
              <w:t xml:space="preserve">Did you collaborate with any external experts or organizations in 2025 to enhance your irrigation practices? If so, please describe the nature of this collaboration. </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1050-0164</w:t>
            </w:r>
          </w:p>
        </w:tc>
        <w:tc>
          <w:tcPr>
            <w:tcW w:type="dxa" w:w="2160"/>
          </w:tcPr>
          <w:p>
            <w:r>
              <w:t>Pilot Projects</w:t>
            </w:r>
          </w:p>
        </w:tc>
        <w:tc>
          <w:tcPr>
            <w:tcW w:type="dxa" w:w="2160"/>
          </w:tcPr>
          <w:p>
            <w:r>
              <w:t xml:space="preserve">Were there any pilot projects related to irrigation management that you initiated in 2025? Please provide details on the objectives and outcomes. </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1050-0165</w:t>
            </w:r>
          </w:p>
        </w:tc>
        <w:tc>
          <w:tcPr>
            <w:tcW w:type="dxa" w:w="2160"/>
          </w:tcPr>
          <w:p>
            <w:r>
              <w:t>Training and Development</w:t>
            </w:r>
          </w:p>
        </w:tc>
        <w:tc>
          <w:tcPr>
            <w:tcW w:type="dxa" w:w="2160"/>
          </w:tcPr>
          <w:p>
            <w:r>
              <w:t>What training or development initiatives did you undertake for your staff in 2025 related to new irrigation technologies or practices?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1050-0166</w:t>
            </w:r>
          </w:p>
        </w:tc>
        <w:tc>
          <w:tcPr>
            <w:tcW w:type="dxa" w:w="2160"/>
          </w:tcPr>
          <w:p>
            <w:r>
              <w:t>Impact Assessment</w:t>
            </w:r>
          </w:p>
        </w:tc>
        <w:tc>
          <w:tcPr>
            <w:tcW w:type="dxa" w:w="2160"/>
          </w:tcPr>
          <w:p>
            <w:r>
              <w:t>What methods did you use to assess the impact of your irrigation practices on crop health and productivity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1050-0167</w:t>
            </w:r>
          </w:p>
        </w:tc>
        <w:tc>
          <w:tcPr>
            <w:tcW w:type="dxa" w:w="2160"/>
          </w:tcPr>
          <w:p>
            <w:r>
              <w:t>Future Planning</w:t>
            </w:r>
          </w:p>
        </w:tc>
        <w:tc>
          <w:tcPr>
            <w:tcW w:type="dxa" w:w="2160"/>
          </w:tcPr>
          <w:p>
            <w:r>
              <w:t>Based on your findings in 2025, what future irrigation strategies are you considering for your corn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1050-0168</w:t>
            </w:r>
          </w:p>
        </w:tc>
        <w:tc>
          <w:tcPr>
            <w:tcW w:type="dxa" w:w="2160"/>
          </w:tcPr>
          <w:p>
            <w:r>
              <w:t>Resource Allocation</w:t>
            </w:r>
          </w:p>
        </w:tc>
        <w:tc>
          <w:tcPr>
            <w:tcW w:type="dxa" w:w="2160"/>
          </w:tcPr>
          <w:p>
            <w:r>
              <w:t>How did your resource allocation for irrigation management change in 2025 compared to previous years? Please provide specific examples.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1050-0169</w:t>
            </w:r>
          </w:p>
        </w:tc>
        <w:tc>
          <w:tcPr>
            <w:tcW w:type="dxa" w:w="2160"/>
          </w:tcPr>
          <w:p>
            <w:r>
              <w:t>Innovation</w:t>
            </w:r>
          </w:p>
        </w:tc>
        <w:tc>
          <w:tcPr>
            <w:tcW w:type="dxa" w:w="2160"/>
          </w:tcPr>
          <w:p>
            <w:r>
              <w:t>What new technologies or methodologies did you implement in your irrigation management systems during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PEST-CONTROL-STRATEGIES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1050-0170</w:t>
            </w:r>
          </w:p>
        </w:tc>
        <w:tc>
          <w:tcPr>
            <w:tcW w:type="dxa" w:w="2160"/>
          </w:tcPr>
          <w:p>
            <w:r>
              <w:t>Biological Control</w:t>
            </w:r>
          </w:p>
        </w:tc>
        <w:tc>
          <w:tcPr>
            <w:tcW w:type="dxa" w:w="2160"/>
          </w:tcPr>
          <w:p>
            <w:r>
              <w:t>What specific biological control agents have you developed or implemented in your corn farming operations during the tax year 2025? Please provide details on the research and experimentation involved in their application.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1050-0171</w:t>
            </w:r>
          </w:p>
        </w:tc>
        <w:tc>
          <w:tcPr>
            <w:tcW w:type="dxa" w:w="2160"/>
          </w:tcPr>
          <w:p>
            <w:r>
              <w:t>Chemical Applications</w:t>
            </w:r>
          </w:p>
        </w:tc>
        <w:tc>
          <w:tcPr>
            <w:tcW w:type="dxa" w:w="2160"/>
          </w:tcPr>
          <w:p>
            <w:r>
              <w:t>List the chemical pesticides that were tested for efficacy in 2025. Describe any experimental protocols used to assess their impact on pest populations and crop yield.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1050-0172</w:t>
            </w:r>
          </w:p>
        </w:tc>
        <w:tc>
          <w:tcPr>
            <w:tcW w:type="dxa" w:w="2160"/>
          </w:tcPr>
          <w:p>
            <w:r>
              <w:t>Pesticide Resistance</w:t>
            </w:r>
          </w:p>
        </w:tc>
        <w:tc>
          <w:tcPr>
            <w:tcW w:type="dxa" w:w="2160"/>
          </w:tcPr>
          <w:p>
            <w:r>
              <w:t>Have you conducted any studies or trials to evaluate pesticide resistance in pest populations on your corn farm? If yes, please describe the methodologies used and the outcomes.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1050-0173</w:t>
            </w:r>
          </w:p>
        </w:tc>
        <w:tc>
          <w:tcPr>
            <w:tcW w:type="dxa" w:w="2160"/>
          </w:tcPr>
          <w:p>
            <w:r>
              <w:t>Monitoring Techniques</w:t>
            </w:r>
          </w:p>
        </w:tc>
        <w:tc>
          <w:tcPr>
            <w:tcW w:type="dxa" w:w="2160"/>
          </w:tcPr>
          <w:p>
            <w:r>
              <w:t>What innovative monitoring techniques have you implemented in 2025 to track pest populations? Please detail any experimental approaches and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1050-0174</w:t>
            </w:r>
          </w:p>
        </w:tc>
        <w:tc>
          <w:tcPr>
            <w:tcW w:type="dxa" w:w="2160"/>
          </w:tcPr>
          <w:p>
            <w:r>
              <w:t>Crop Scouting</w:t>
            </w:r>
          </w:p>
        </w:tc>
        <w:tc>
          <w:tcPr>
            <w:tcW w:type="dxa" w:w="2160"/>
          </w:tcPr>
          <w:p>
            <w:r>
              <w:t>Describe the crop scouting methods you employed in 2025. How did you experiment with these methods to improve pest detection and management?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1050-0175</w:t>
            </w:r>
          </w:p>
        </w:tc>
        <w:tc>
          <w:tcPr>
            <w:tcW w:type="dxa" w:w="2160"/>
          </w:tcPr>
          <w:p>
            <w:r>
              <w:t>Regulatory Compliance</w:t>
            </w:r>
          </w:p>
        </w:tc>
        <w:tc>
          <w:tcPr>
            <w:tcW w:type="dxa" w:w="2160"/>
          </w:tcPr>
          <w:p>
            <w:r>
              <w:t>What new regulatory requirements regarding pest control did you research or implement in 2025? How did this research influence your pest management strategies?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1050-0176</w:t>
            </w:r>
          </w:p>
        </w:tc>
        <w:tc>
          <w:tcPr>
            <w:tcW w:type="dxa" w:w="2160"/>
          </w:tcPr>
          <w:p>
            <w:r>
              <w:t>Sustainability</w:t>
            </w:r>
          </w:p>
        </w:tc>
        <w:tc>
          <w:tcPr>
            <w:tcW w:type="dxa" w:w="2160"/>
          </w:tcPr>
          <w:p>
            <w:r>
              <w:t>Detail any experimental practices you tested in 2025 aimed at enhancing sustainability in your pest management strategies.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1050-0177</w:t>
            </w:r>
          </w:p>
        </w:tc>
        <w:tc>
          <w:tcPr>
            <w:tcW w:type="dxa" w:w="2160"/>
          </w:tcPr>
          <w:p>
            <w:r>
              <w:t>Eco-friendly Practices</w:t>
            </w:r>
          </w:p>
        </w:tc>
        <w:tc>
          <w:tcPr>
            <w:tcW w:type="dxa" w:w="2160"/>
          </w:tcPr>
          <w:p>
            <w:r>
              <w:t>What eco-friendly pest control methods did you experiment with in 2025? Please provide details on the research conducted and any outcomes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1050-0178</w:t>
            </w:r>
          </w:p>
        </w:tc>
        <w:tc>
          <w:tcPr>
            <w:tcW w:type="dxa" w:w="2160"/>
          </w:tcPr>
          <w:p>
            <w:r>
              <w:t>Biological Control</w:t>
            </w:r>
          </w:p>
        </w:tc>
        <w:tc>
          <w:tcPr>
            <w:tcW w:type="dxa" w:w="2160"/>
          </w:tcPr>
          <w:p>
            <w:r>
              <w:t>How did you assess the effectiveness of biological control agents in reducing pest populations in 2025? Describe any experimental designs used.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1050-0179</w:t>
            </w:r>
          </w:p>
        </w:tc>
        <w:tc>
          <w:tcPr>
            <w:tcW w:type="dxa" w:w="2160"/>
          </w:tcPr>
          <w:p>
            <w:r>
              <w:t>Chemical Applications</w:t>
            </w:r>
          </w:p>
        </w:tc>
        <w:tc>
          <w:tcPr>
            <w:tcW w:type="dxa" w:w="2160"/>
          </w:tcPr>
          <w:p>
            <w:r>
              <w:t>What new chemical application techniques did you experiment with in 2025? Describe the objectives and results of these experiments.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1050-0180</w:t>
            </w:r>
          </w:p>
        </w:tc>
        <w:tc>
          <w:tcPr>
            <w:tcW w:type="dxa" w:w="2160"/>
          </w:tcPr>
          <w:p>
            <w:r>
              <w:t>Pesticide Resistance</w:t>
            </w:r>
          </w:p>
        </w:tc>
        <w:tc>
          <w:tcPr>
            <w:tcW w:type="dxa" w:w="2160"/>
          </w:tcPr>
          <w:p>
            <w:r>
              <w:t>What measures did you take in 2025 to monitor and manage pesticide resistance on your farm? Include any experimental approaches you utilized.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1050-0181</w:t>
            </w:r>
          </w:p>
        </w:tc>
        <w:tc>
          <w:tcPr>
            <w:tcW w:type="dxa" w:w="2160"/>
          </w:tcPr>
          <w:p>
            <w:r>
              <w:t>Monitoring Techniques</w:t>
            </w:r>
          </w:p>
        </w:tc>
        <w:tc>
          <w:tcPr>
            <w:tcW w:type="dxa" w:w="2160"/>
          </w:tcPr>
          <w:p>
            <w:r>
              <w:t>What new technologies or methods did you implement for pest monitoring in 2025? Describe any experimental trials conducted and their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1050-0182</w:t>
            </w:r>
          </w:p>
        </w:tc>
        <w:tc>
          <w:tcPr>
            <w:tcW w:type="dxa" w:w="2160"/>
          </w:tcPr>
          <w:p>
            <w:r>
              <w:t>Crop Scouting</w:t>
            </w:r>
          </w:p>
        </w:tc>
        <w:tc>
          <w:tcPr>
            <w:tcW w:type="dxa" w:w="2160"/>
          </w:tcPr>
          <w:p>
            <w:r>
              <w:t>How did you enhance your crop scouting techniques in 2025? Detail any experimental trials and their effectiveness in pest detection.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1050-0183</w:t>
            </w:r>
          </w:p>
        </w:tc>
        <w:tc>
          <w:tcPr>
            <w:tcW w:type="dxa" w:w="2160"/>
          </w:tcPr>
          <w:p>
            <w:r>
              <w:t>Regulatory Compliance</w:t>
            </w:r>
          </w:p>
        </w:tc>
        <w:tc>
          <w:tcPr>
            <w:tcW w:type="dxa" w:w="2160"/>
          </w:tcPr>
          <w:p>
            <w:r>
              <w:t>What specific research did you undertake to ensure compliance with pest control regulations in 2025? Detail any experimental findings that influenced your practices.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1050-0184</w:t>
            </w:r>
          </w:p>
        </w:tc>
        <w:tc>
          <w:tcPr>
            <w:tcW w:type="dxa" w:w="2160"/>
          </w:tcPr>
          <w:p>
            <w:r>
              <w:t>Sustainability</w:t>
            </w:r>
          </w:p>
        </w:tc>
        <w:tc>
          <w:tcPr>
            <w:tcW w:type="dxa" w:w="2160"/>
          </w:tcPr>
          <w:p>
            <w:r>
              <w:t>What experimental strategies did you develop in 2025 to improve the sustainability of your pest management practices? Describe the outcomes of these strategies.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1050-0185</w:t>
            </w:r>
          </w:p>
        </w:tc>
        <w:tc>
          <w:tcPr>
            <w:tcW w:type="dxa" w:w="2160"/>
          </w:tcPr>
          <w:p>
            <w:r>
              <w:t>Eco-friendly Practices</w:t>
            </w:r>
          </w:p>
        </w:tc>
        <w:tc>
          <w:tcPr>
            <w:tcW w:type="dxa" w:w="2160"/>
          </w:tcPr>
          <w:p>
            <w:r>
              <w:t>What eco-friendly pest management practices did you test in 2025? Provide details on the research conducted and any measurable outcomes.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1050-0186</w:t>
            </w:r>
          </w:p>
        </w:tc>
        <w:tc>
          <w:tcPr>
            <w:tcW w:type="dxa" w:w="2160"/>
          </w:tcPr>
          <w:p>
            <w:r>
              <w:t>Biological Control</w:t>
            </w:r>
          </w:p>
        </w:tc>
        <w:tc>
          <w:tcPr>
            <w:tcW w:type="dxa" w:w="2160"/>
          </w:tcPr>
          <w:p>
            <w:r>
              <w:t>What challenges did you encounter when implementing biological control strategies in 2025? Describe any experimental adjustments made to overcome these challenges.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1050-0187</w:t>
            </w:r>
          </w:p>
        </w:tc>
        <w:tc>
          <w:tcPr>
            <w:tcW w:type="dxa" w:w="2160"/>
          </w:tcPr>
          <w:p>
            <w:r>
              <w:t>Chemical Applications</w:t>
            </w:r>
          </w:p>
        </w:tc>
        <w:tc>
          <w:tcPr>
            <w:tcW w:type="dxa" w:w="2160"/>
          </w:tcPr>
          <w:p>
            <w:r>
              <w:t>How did you evaluate the impact of chemical applications on non-target organisms in 2025? Describe any experimental designs used for this evaluation.</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1050-0188</w:t>
            </w:r>
          </w:p>
        </w:tc>
        <w:tc>
          <w:tcPr>
            <w:tcW w:type="dxa" w:w="2160"/>
          </w:tcPr>
          <w:p>
            <w:r>
              <w:t>Pesticide Resistance</w:t>
            </w:r>
          </w:p>
        </w:tc>
        <w:tc>
          <w:tcPr>
            <w:tcW w:type="dxa" w:w="2160"/>
          </w:tcPr>
          <w:p>
            <w:r>
              <w:t>What data did you collect in 2025 to analyze trends in pesticide resistance? Describe the experimental methods used for data collection.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1050-0189</w:t>
            </w:r>
          </w:p>
        </w:tc>
        <w:tc>
          <w:tcPr>
            <w:tcW w:type="dxa" w:w="2160"/>
          </w:tcPr>
          <w:p>
            <w:r>
              <w:t>Monitoring Techniques</w:t>
            </w:r>
          </w:p>
        </w:tc>
        <w:tc>
          <w:tcPr>
            <w:tcW w:type="dxa" w:w="2160"/>
          </w:tcPr>
          <w:p>
            <w:r>
              <w:t>What experimental monitoring systems did you implement in 2025 to enhance pest management? Describe their effectiveness based on your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1050-0190</w:t>
            </w:r>
          </w:p>
        </w:tc>
        <w:tc>
          <w:tcPr>
            <w:tcW w:type="dxa" w:w="2160"/>
          </w:tcPr>
          <w:p>
            <w:r>
              <w:t>Crop Scouting</w:t>
            </w:r>
          </w:p>
        </w:tc>
        <w:tc>
          <w:tcPr>
            <w:tcW w:type="dxa" w:w="2160"/>
          </w:tcPr>
          <w:p>
            <w:r>
              <w:t>What new crop scouting technologies did you explore in 2025? Detail any experimental trials conducted and their implications for pest management.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1050-0191</w:t>
            </w:r>
          </w:p>
        </w:tc>
        <w:tc>
          <w:tcPr>
            <w:tcW w:type="dxa" w:w="2160"/>
          </w:tcPr>
          <w:p>
            <w:r>
              <w:t>Regulatory Compliance</w:t>
            </w:r>
          </w:p>
        </w:tc>
        <w:tc>
          <w:tcPr>
            <w:tcW w:type="dxa" w:w="2160"/>
          </w:tcPr>
          <w:p>
            <w:r>
              <w:t>What innovative compliance strategies did you test in 2025 to meet pest control regulations? Describe the research and any experimental outcomes.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1050-0192</w:t>
            </w:r>
          </w:p>
        </w:tc>
        <w:tc>
          <w:tcPr>
            <w:tcW w:type="dxa" w:w="2160"/>
          </w:tcPr>
          <w:p>
            <w:r>
              <w:t>Methodology</w:t>
            </w:r>
          </w:p>
        </w:tc>
        <w:tc>
          <w:tcPr>
            <w:tcW w:type="dxa" w:w="2160"/>
          </w:tcPr>
          <w:p>
            <w:r>
              <w:t>What experimental pest control strategies did you test in 2025, and what were the results?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1050-0193</w:t>
            </w:r>
          </w:p>
        </w:tc>
        <w:tc>
          <w:tcPr>
            <w:tcW w:type="dxa" w:w="2160"/>
          </w:tcPr>
          <w:p>
            <w:r>
              <w:t>Regulatory Compliance</w:t>
            </w:r>
          </w:p>
        </w:tc>
        <w:tc>
          <w:tcPr>
            <w:tcW w:type="dxa" w:w="2160"/>
          </w:tcPr>
          <w:p>
            <w:r>
              <w:t>How did you ensure that your pest control strategies complied with local and federal regulations in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FERTILIZATION-TECHNOLOGIES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1050-0194</w:t>
            </w:r>
          </w:p>
        </w:tc>
        <w:tc>
          <w:tcPr>
            <w:tcW w:type="dxa" w:w="2160"/>
          </w:tcPr>
          <w:p>
            <w:r>
              <w:t>Precision Nutrient Application</w:t>
            </w:r>
          </w:p>
        </w:tc>
        <w:tc>
          <w:tcPr>
            <w:tcW w:type="dxa" w:w="2160"/>
          </w:tcPr>
          <w:p>
            <w:r>
              <w:t>What specific technologies or equipment do you use for precision nutrient application on your corn farm?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1050-0195</w:t>
            </w:r>
          </w:p>
        </w:tc>
        <w:tc>
          <w:tcPr>
            <w:tcW w:type="dxa" w:w="2160"/>
          </w:tcPr>
          <w:p>
            <w:r>
              <w:t>Soil Testing</w:t>
            </w:r>
          </w:p>
        </w:tc>
        <w:tc>
          <w:tcPr>
            <w:tcW w:type="dxa" w:w="2160"/>
          </w:tcPr>
          <w:p>
            <w:r>
              <w:t>How frequently do you conduct soil testing, and what specific parameters do you analyze to determine nutrient needs?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1050-0196</w:t>
            </w:r>
          </w:p>
        </w:tc>
        <w:tc>
          <w:tcPr>
            <w:tcW w:type="dxa" w:w="2160"/>
          </w:tcPr>
          <w:p>
            <w:r>
              <w:t>Fertilizer Types</w:t>
            </w:r>
          </w:p>
        </w:tc>
        <w:tc>
          <w:tcPr>
            <w:tcW w:type="dxa" w:w="2160"/>
          </w:tcPr>
          <w:p>
            <w:r>
              <w:t>List the types of fertilizers you utilize, specifying any innovative or unconventional fertilizers you have tested in the past year.</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1050-0197</w:t>
            </w:r>
          </w:p>
        </w:tc>
        <w:tc>
          <w:tcPr>
            <w:tcW w:type="dxa" w:w="2160"/>
          </w:tcPr>
          <w:p>
            <w:r>
              <w:t>Application Timing</w:t>
            </w:r>
          </w:p>
        </w:tc>
        <w:tc>
          <w:tcPr>
            <w:tcW w:type="dxa" w:w="2160"/>
          </w:tcPr>
          <w:p>
            <w:r>
              <w:t>What criteria do you use to determine the timing of fertilizer applications during the growing season?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1050-0198</w:t>
            </w:r>
          </w:p>
        </w:tc>
        <w:tc>
          <w:tcPr>
            <w:tcW w:type="dxa" w:w="2160"/>
          </w:tcPr>
          <w:p>
            <w:r>
              <w:t>Environmental Impact</w:t>
            </w:r>
          </w:p>
        </w:tc>
        <w:tc>
          <w:tcPr>
            <w:tcW w:type="dxa" w:w="2160"/>
          </w:tcPr>
          <w:p>
            <w:r>
              <w:t>Describe any experiments you have conducted to assess the environmental impact of your fertilization techniques. What were the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1050-0199</w:t>
            </w:r>
          </w:p>
        </w:tc>
        <w:tc>
          <w:tcPr>
            <w:tcW w:type="dxa" w:w="2160"/>
          </w:tcPr>
          <w:p>
            <w:r>
              <w:t>Regulatory Requirements</w:t>
            </w:r>
          </w:p>
        </w:tc>
        <w:tc>
          <w:tcPr>
            <w:tcW w:type="dxa" w:w="2160"/>
          </w:tcPr>
          <w:p>
            <w:r>
              <w:t>What regulatory requirements do you adhere to regarding fertilizer application, and how do you ensure compliance?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1050-0200</w:t>
            </w:r>
          </w:p>
        </w:tc>
        <w:tc>
          <w:tcPr>
            <w:tcW w:type="dxa" w:w="2160"/>
          </w:tcPr>
          <w:p>
            <w:r>
              <w:t>Sustainability</w:t>
            </w:r>
          </w:p>
        </w:tc>
        <w:tc>
          <w:tcPr>
            <w:tcW w:type="dxa" w:w="2160"/>
          </w:tcPr>
          <w:p>
            <w:r>
              <w:t>What sustainable practices do you implement in your fertilization process, and how do you measure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1050-0201</w:t>
            </w:r>
          </w:p>
        </w:tc>
        <w:tc>
          <w:tcPr>
            <w:tcW w:type="dxa" w:w="2160"/>
          </w:tcPr>
          <w:p>
            <w:r>
              <w:t>Organic Fertilizers</w:t>
            </w:r>
          </w:p>
        </w:tc>
        <w:tc>
          <w:tcPr>
            <w:tcW w:type="dxa" w:w="2160"/>
          </w:tcPr>
          <w:p>
            <w:r>
              <w:t>Have you experimented with organic fertilizers in your corn farming? If so, what types and what results did you observe?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1050-0202</w:t>
            </w:r>
          </w:p>
        </w:tc>
        <w:tc>
          <w:tcPr>
            <w:tcW w:type="dxa" w:w="2160"/>
          </w:tcPr>
          <w:p>
            <w:r>
              <w:t>Precision Nutrient Application</w:t>
            </w:r>
          </w:p>
        </w:tc>
        <w:tc>
          <w:tcPr>
            <w:tcW w:type="dxa" w:w="2160"/>
          </w:tcPr>
          <w:p>
            <w:r>
              <w:t>What data do you collect to evaluate the effectiveness of precision nutrient application on crop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1050-0203</w:t>
            </w:r>
          </w:p>
        </w:tc>
        <w:tc>
          <w:tcPr>
            <w:tcW w:type="dxa" w:w="2160"/>
          </w:tcPr>
          <w:p>
            <w:r>
              <w:t>Soil Testing</w:t>
            </w:r>
          </w:p>
        </w:tc>
        <w:tc>
          <w:tcPr>
            <w:tcW w:type="dxa" w:w="2160"/>
          </w:tcPr>
          <w:p>
            <w:r>
              <w:t>What specific soil amendments have you tested based on soil test results, and what were the results of those tests?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1050-0204</w:t>
            </w:r>
          </w:p>
        </w:tc>
        <w:tc>
          <w:tcPr>
            <w:tcW w:type="dxa" w:w="2160"/>
          </w:tcPr>
          <w:p>
            <w:r>
              <w:t>Fertilizer Types</w:t>
            </w:r>
          </w:p>
        </w:tc>
        <w:tc>
          <w:tcPr>
            <w:tcW w:type="dxa" w:w="2160"/>
          </w:tcPr>
          <w:p>
            <w:r>
              <w:t>What innovative fertilization techniques have you implemented in the last year, and how did you assess their impact?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1050-0205</w:t>
            </w:r>
          </w:p>
        </w:tc>
        <w:tc>
          <w:tcPr>
            <w:tcW w:type="dxa" w:w="2160"/>
          </w:tcPr>
          <w:p>
            <w:r>
              <w:t>Application Timing</w:t>
            </w:r>
          </w:p>
        </w:tc>
        <w:tc>
          <w:tcPr>
            <w:tcW w:type="dxa" w:w="2160"/>
          </w:tcPr>
          <w:p>
            <w:r>
              <w:t>How do you adjust your fertilization schedule based on weather conditions or crop growth stages?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1050-0206</w:t>
            </w:r>
          </w:p>
        </w:tc>
        <w:tc>
          <w:tcPr>
            <w:tcW w:type="dxa" w:w="2160"/>
          </w:tcPr>
          <w:p>
            <w:r>
              <w:t>Environmental Impact</w:t>
            </w:r>
          </w:p>
        </w:tc>
        <w:tc>
          <w:tcPr>
            <w:tcW w:type="dxa" w:w="2160"/>
          </w:tcPr>
          <w:p>
            <w:r>
              <w:t>What measures do you take to mitigate potential negative environmental impacts from your fertilization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1050-0207</w:t>
            </w:r>
          </w:p>
        </w:tc>
        <w:tc>
          <w:tcPr>
            <w:tcW w:type="dxa" w:w="2160"/>
          </w:tcPr>
          <w:p>
            <w:r>
              <w:t>Regulatory Requirements</w:t>
            </w:r>
          </w:p>
        </w:tc>
        <w:tc>
          <w:tcPr>
            <w:tcW w:type="dxa" w:w="2160"/>
          </w:tcPr>
          <w:p>
            <w:r>
              <w:t>What documentation do you maintain to support compliance with fertilization regulations?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1050-0208</w:t>
            </w:r>
          </w:p>
        </w:tc>
        <w:tc>
          <w:tcPr>
            <w:tcW w:type="dxa" w:w="2160"/>
          </w:tcPr>
          <w:p>
            <w:r>
              <w:t>Sustainability</w:t>
            </w:r>
          </w:p>
        </w:tc>
        <w:tc>
          <w:tcPr>
            <w:tcW w:type="dxa" w:w="2160"/>
          </w:tcPr>
          <w:p>
            <w:r>
              <w:t>What metrics do you use to evaluate the sustainability of your fertilization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1050-0209</w:t>
            </w:r>
          </w:p>
        </w:tc>
        <w:tc>
          <w:tcPr>
            <w:tcW w:type="dxa" w:w="2160"/>
          </w:tcPr>
          <w:p>
            <w:r>
              <w:t>Organic Fertilizers</w:t>
            </w:r>
          </w:p>
        </w:tc>
        <w:tc>
          <w:tcPr>
            <w:tcW w:type="dxa" w:w="2160"/>
          </w:tcPr>
          <w:p>
            <w:r>
              <w:t>What challenges have you faced when using organic fertilizers, and how have you addressed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1050-0210</w:t>
            </w:r>
          </w:p>
        </w:tc>
        <w:tc>
          <w:tcPr>
            <w:tcW w:type="dxa" w:w="2160"/>
          </w:tcPr>
          <w:p>
            <w:r>
              <w:t>Precision Nutrient Application</w:t>
            </w:r>
          </w:p>
        </w:tc>
        <w:tc>
          <w:tcPr>
            <w:tcW w:type="dxa" w:w="2160"/>
          </w:tcPr>
          <w:p>
            <w:r>
              <w:t>How do you integrate technology (e.g., sensors, drones) into your fertilization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1050-0211</w:t>
            </w:r>
          </w:p>
        </w:tc>
        <w:tc>
          <w:tcPr>
            <w:tcW w:type="dxa" w:w="2160"/>
          </w:tcPr>
          <w:p>
            <w:r>
              <w:t>Soil Testing</w:t>
            </w:r>
          </w:p>
        </w:tc>
        <w:tc>
          <w:tcPr>
            <w:tcW w:type="dxa" w:w="2160"/>
          </w:tcPr>
          <w:p>
            <w:r>
              <w:t>What new soil testing technologies or methods have you adopted recently, and what prompted these changes?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1050-0212</w:t>
            </w:r>
          </w:p>
        </w:tc>
        <w:tc>
          <w:tcPr>
            <w:tcW w:type="dxa" w:w="2160"/>
          </w:tcPr>
          <w:p>
            <w:r>
              <w:t>Fertilizer Types</w:t>
            </w:r>
          </w:p>
        </w:tc>
        <w:tc>
          <w:tcPr>
            <w:tcW w:type="dxa" w:w="2160"/>
          </w:tcPr>
          <w:p>
            <w:r>
              <w:t>How do you evaluate the cost-effectiveness of different fertilizers used on your corn farm?</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1050-0213</w:t>
            </w:r>
          </w:p>
        </w:tc>
        <w:tc>
          <w:tcPr>
            <w:tcW w:type="dxa" w:w="2160"/>
          </w:tcPr>
          <w:p>
            <w:r>
              <w:t>Application Timing</w:t>
            </w:r>
          </w:p>
        </w:tc>
        <w:tc>
          <w:tcPr>
            <w:tcW w:type="dxa" w:w="2160"/>
          </w:tcPr>
          <w:p>
            <w:r>
              <w:t>What historical data do you use to inform your fertilization timing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1050-0214</w:t>
            </w:r>
          </w:p>
        </w:tc>
        <w:tc>
          <w:tcPr>
            <w:tcW w:type="dxa" w:w="2160"/>
          </w:tcPr>
          <w:p>
            <w:r>
              <w:t>Research</w:t>
            </w:r>
          </w:p>
        </w:tc>
        <w:tc>
          <w:tcPr>
            <w:tcW w:type="dxa" w:w="2160"/>
          </w:tcPr>
          <w:p>
            <w:r>
              <w:t>What new fertilization technologies did you research or develop in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1050-0215</w:t>
            </w:r>
          </w:p>
        </w:tc>
        <w:tc>
          <w:tcPr>
            <w:tcW w:type="dxa" w:w="2160"/>
          </w:tcPr>
          <w:p>
            <w:r>
              <w:t>Testing</w:t>
            </w:r>
          </w:p>
        </w:tc>
        <w:tc>
          <w:tcPr>
            <w:tcW w:type="dxa" w:w="2160"/>
          </w:tcPr>
          <w:p>
            <w:r>
              <w:t>Can you detail any trials conducted to evaluate the effectiveness of new fertilizers in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HARVESTING-METHODS-EQUIPMENT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1050-0216</w:t>
            </w:r>
          </w:p>
        </w:tc>
        <w:tc>
          <w:tcPr>
            <w:tcW w:type="dxa" w:w="2160"/>
          </w:tcPr>
          <w:p>
            <w:r>
              <w:t>Harvest Timing</w:t>
            </w:r>
          </w:p>
        </w:tc>
        <w:tc>
          <w:tcPr>
            <w:tcW w:type="dxa" w:w="2160"/>
          </w:tcPr>
          <w:p>
            <w:r>
              <w:t>What specific environmental factors do you monitor to determine the optimal harvest timing for your corn crops?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1050-0217</w:t>
            </w:r>
          </w:p>
        </w:tc>
        <w:tc>
          <w:tcPr>
            <w:tcW w:type="dxa" w:w="2160"/>
          </w:tcPr>
          <w:p>
            <w:r>
              <w:t>Combine Technology</w:t>
            </w:r>
          </w:p>
        </w:tc>
        <w:tc>
          <w:tcPr>
            <w:tcW w:type="dxa" w:w="2160"/>
          </w:tcPr>
          <w:p>
            <w:r>
              <w:t>What advanced technologies or features do your combines utilize to enhance efficiency during the corn harvesting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1050-0218</w:t>
            </w:r>
          </w:p>
        </w:tc>
        <w:tc>
          <w:tcPr>
            <w:tcW w:type="dxa" w:w="2160"/>
          </w:tcPr>
          <w:p>
            <w:r>
              <w:t>Post-Harvest Handling</w:t>
            </w:r>
          </w:p>
        </w:tc>
        <w:tc>
          <w:tcPr>
            <w:tcW w:type="dxa" w:w="2160"/>
          </w:tcPr>
          <w:p>
            <w:r>
              <w:t>Describe the innovative methods you employ for post-harvest handling of corn to minimize spoilage and maximize quality. What challenges have you faced?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1050-0219</w:t>
            </w:r>
          </w:p>
        </w:tc>
        <w:tc>
          <w:tcPr>
            <w:tcW w:type="dxa" w:w="2160"/>
          </w:tcPr>
          <w:p>
            <w:r>
              <w:t>Yield Monitoring</w:t>
            </w:r>
          </w:p>
        </w:tc>
        <w:tc>
          <w:tcPr>
            <w:tcW w:type="dxa" w:w="2160"/>
          </w:tcPr>
          <w:p>
            <w:r>
              <w:t>What yield monitoring technologies do you implement during corn harvesting, and how do these technologies impact your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1050-0220</w:t>
            </w:r>
          </w:p>
        </w:tc>
        <w:tc>
          <w:tcPr>
            <w:tcW w:type="dxa" w:w="2160"/>
          </w:tcPr>
          <w:p>
            <w:r>
              <w:t>Equipment Maintenance</w:t>
            </w:r>
          </w:p>
        </w:tc>
        <w:tc>
          <w:tcPr>
            <w:tcW w:type="dxa" w:w="2160"/>
          </w:tcPr>
          <w:p>
            <w:r>
              <w:t>How do you document and manage the maintenance schedules for your harvesting equipment, and what innovations have you integrated to improve equipment reliability?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1050-0221</w:t>
            </w:r>
          </w:p>
        </w:tc>
        <w:tc>
          <w:tcPr>
            <w:tcW w:type="dxa" w:w="2160"/>
          </w:tcPr>
          <w:p>
            <w:r>
              <w:t>Safety Practices</w:t>
            </w:r>
          </w:p>
        </w:tc>
        <w:tc>
          <w:tcPr>
            <w:tcW w:type="dxa" w:w="2160"/>
          </w:tcPr>
          <w:p>
            <w:r>
              <w:t>What specific safety practices do you implement during the corn harvesting process to protect workers, and how do you evaluate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1050-0222</w:t>
            </w:r>
          </w:p>
        </w:tc>
        <w:tc>
          <w:tcPr>
            <w:tcW w:type="dxa" w:w="2160"/>
          </w:tcPr>
          <w:p>
            <w:r>
              <w:t>Storage Solutions</w:t>
            </w:r>
          </w:p>
        </w:tc>
        <w:tc>
          <w:tcPr>
            <w:tcW w:type="dxa" w:w="2160"/>
          </w:tcPr>
          <w:p>
            <w:r>
              <w:t>What innovative storage solutions do you utilize for harvested corn, and how do they contribute to maintaining grain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1050-0223</w:t>
            </w:r>
          </w:p>
        </w:tc>
        <w:tc>
          <w:tcPr>
            <w:tcW w:type="dxa" w:w="2160"/>
          </w:tcPr>
          <w:p>
            <w:r>
              <w:t>Data Collection</w:t>
            </w:r>
          </w:p>
        </w:tc>
        <w:tc>
          <w:tcPr>
            <w:tcW w:type="dxa" w:w="2160"/>
          </w:tcPr>
          <w:p>
            <w:r>
              <w:t>What data collection methods do you use during harvesting, and how do you analyze this data to inform future harvesting strategies?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1050-0224</w:t>
            </w:r>
          </w:p>
        </w:tc>
        <w:tc>
          <w:tcPr>
            <w:tcW w:type="dxa" w:w="2160"/>
          </w:tcPr>
          <w:p>
            <w:r>
              <w:t>Harvest Timing</w:t>
            </w:r>
          </w:p>
        </w:tc>
        <w:tc>
          <w:tcPr>
            <w:tcW w:type="dxa" w:w="2160"/>
          </w:tcPr>
          <w:p>
            <w:r>
              <w:t>How do you assess the moisture content of corn prior to harvest, and what thresholds do you consider critical?</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1050-0225</w:t>
            </w:r>
          </w:p>
        </w:tc>
        <w:tc>
          <w:tcPr>
            <w:tcW w:type="dxa" w:w="2160"/>
          </w:tcPr>
          <w:p>
            <w:r>
              <w:t>Combine Technology</w:t>
            </w:r>
          </w:p>
        </w:tc>
        <w:tc>
          <w:tcPr>
            <w:tcW w:type="dxa" w:w="2160"/>
          </w:tcPr>
          <w:p>
            <w:r>
              <w:t>What specific adjustments do you make to combine settings based on varying field conditions during corn harvesting?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1050-0226</w:t>
            </w:r>
          </w:p>
        </w:tc>
        <w:tc>
          <w:tcPr>
            <w:tcW w:type="dxa" w:w="2160"/>
          </w:tcPr>
          <w:p>
            <w:r>
              <w:t>Post-Harvest Handling</w:t>
            </w:r>
          </w:p>
        </w:tc>
        <w:tc>
          <w:tcPr>
            <w:tcW w:type="dxa" w:w="2160"/>
          </w:tcPr>
          <w:p>
            <w:r>
              <w:t>What technologies do you use to monitor the condition of corn during storage, and how do they influence your handling processes?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1050-0227</w:t>
            </w:r>
          </w:p>
        </w:tc>
        <w:tc>
          <w:tcPr>
            <w:tcW w:type="dxa" w:w="2160"/>
          </w:tcPr>
          <w:p>
            <w:r>
              <w:t>Yield Monitoring</w:t>
            </w:r>
          </w:p>
        </w:tc>
        <w:tc>
          <w:tcPr>
            <w:tcW w:type="dxa" w:w="2160"/>
          </w:tcPr>
          <w:p>
            <w:r>
              <w:t>What specific metrics do you track during yield monitoring, and how do these metrics inform your operational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1050-0228</w:t>
            </w:r>
          </w:p>
        </w:tc>
        <w:tc>
          <w:tcPr>
            <w:tcW w:type="dxa" w:w="2160"/>
          </w:tcPr>
          <w:p>
            <w:r>
              <w:t>Equipment Maintenance</w:t>
            </w:r>
          </w:p>
        </w:tc>
        <w:tc>
          <w:tcPr>
            <w:tcW w:type="dxa" w:w="2160"/>
          </w:tcPr>
          <w:p>
            <w:r>
              <w:t>How do you evaluate the effectiveness of your equipment maintenance protocols, and what innovations have you implemented based on these evaluations?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1050-0229</w:t>
            </w:r>
          </w:p>
        </w:tc>
        <w:tc>
          <w:tcPr>
            <w:tcW w:type="dxa" w:w="2160"/>
          </w:tcPr>
          <w:p>
            <w:r>
              <w:t>Safety Practices</w:t>
            </w:r>
          </w:p>
        </w:tc>
        <w:tc>
          <w:tcPr>
            <w:tcW w:type="dxa" w:w="2160"/>
          </w:tcPr>
          <w:p>
            <w:r>
              <w:t>What training programs do you have in place for workers regarding safety during harvesting, and how do you measure their impact?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1050-0230</w:t>
            </w:r>
          </w:p>
        </w:tc>
        <w:tc>
          <w:tcPr>
            <w:tcW w:type="dxa" w:w="2160"/>
          </w:tcPr>
          <w:p>
            <w:r>
              <w:t>Storage Solutions</w:t>
            </w:r>
          </w:p>
        </w:tc>
        <w:tc>
          <w:tcPr>
            <w:tcW w:type="dxa" w:w="2160"/>
          </w:tcPr>
          <w:p>
            <w:r>
              <w:t>What challenges have you encountered with your current storage solutions for corn, and what experimental approaches have you taken to address these challenges?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1050-0231</w:t>
            </w:r>
          </w:p>
        </w:tc>
        <w:tc>
          <w:tcPr>
            <w:tcW w:type="dxa" w:w="2160"/>
          </w:tcPr>
          <w:p>
            <w:r>
              <w:t>Equipment</w:t>
            </w:r>
          </w:p>
        </w:tc>
        <w:tc>
          <w:tcPr>
            <w:tcW w:type="dxa" w:w="2160"/>
          </w:tcPr>
          <w:p>
            <w:r>
              <w:t>What new harvesting equipment or methods did you implement in 2025, and what prompted these changes?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QUALITY-CONTROL-LAB-PROCEDURES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1050-0232</w:t>
            </w:r>
          </w:p>
        </w:tc>
        <w:tc>
          <w:tcPr>
            <w:tcW w:type="dxa" w:w="2160"/>
          </w:tcPr>
          <w:p>
            <w:r>
              <w:t>Sample Testing</w:t>
            </w:r>
          </w:p>
        </w:tc>
        <w:tc>
          <w:tcPr>
            <w:tcW w:type="dxa" w:w="2160"/>
          </w:tcPr>
          <w:p>
            <w:r>
              <w:t>What specific methods do you use to collect samples from your corn crops for quality testing?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1050-0233</w:t>
            </w:r>
          </w:p>
        </w:tc>
        <w:tc>
          <w:tcPr>
            <w:tcW w:type="dxa" w:w="2160"/>
          </w:tcPr>
          <w:p>
            <w:r>
              <w:t>Moisture Content</w:t>
            </w:r>
          </w:p>
        </w:tc>
        <w:tc>
          <w:tcPr>
            <w:tcW w:type="dxa" w:w="2160"/>
          </w:tcPr>
          <w:p>
            <w:r>
              <w:t>How do you determine the moisture content of your corn, and what equipment is used in this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1050-0234</w:t>
            </w:r>
          </w:p>
        </w:tc>
        <w:tc>
          <w:tcPr>
            <w:tcW w:type="dxa" w:w="2160"/>
          </w:tcPr>
          <w:p>
            <w:r>
              <w:t>Mycotoxin Testing</w:t>
            </w:r>
          </w:p>
        </w:tc>
        <w:tc>
          <w:tcPr>
            <w:tcW w:type="dxa" w:w="2160"/>
          </w:tcPr>
          <w:p>
            <w:r>
              <w:t>What protocols are in place for testing corn for mycotoxins, and how frequently are these tests conducted?</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1050-0235</w:t>
            </w:r>
          </w:p>
        </w:tc>
        <w:tc>
          <w:tcPr>
            <w:tcW w:type="dxa" w:w="2160"/>
          </w:tcPr>
          <w:p>
            <w:r>
              <w:t>Genetic Testing</w:t>
            </w:r>
          </w:p>
        </w:tc>
        <w:tc>
          <w:tcPr>
            <w:tcW w:type="dxa" w:w="2160"/>
          </w:tcPr>
          <w:p>
            <w:r>
              <w:t>Do you perform genetic testing on your corn varieties? If so, what specific traits are you testing for?</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1050-0236</w:t>
            </w:r>
          </w:p>
        </w:tc>
        <w:tc>
          <w:tcPr>
            <w:tcW w:type="dxa" w:w="2160"/>
          </w:tcPr>
          <w:p>
            <w:r>
              <w:t>Quality Standards</w:t>
            </w:r>
          </w:p>
        </w:tc>
        <w:tc>
          <w:tcPr>
            <w:tcW w:type="dxa" w:w="2160"/>
          </w:tcPr>
          <w:p>
            <w:r>
              <w:t>What quality standards do you adhere to for your corn products, and how do you ensure compliance with these standards?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1050-0237</w:t>
            </w:r>
          </w:p>
        </w:tc>
        <w:tc>
          <w:tcPr>
            <w:tcW w:type="dxa" w:w="2160"/>
          </w:tcPr>
          <w:p>
            <w:r>
              <w:t>Regulatory Compliance</w:t>
            </w:r>
          </w:p>
        </w:tc>
        <w:tc>
          <w:tcPr>
            <w:tcW w:type="dxa" w:w="2160"/>
          </w:tcPr>
          <w:p>
            <w:r>
              <w:t>What regulatory bodies do you report to regarding the quality of your corn products, and what documentation do you provide?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1050-0238</w:t>
            </w:r>
          </w:p>
        </w:tc>
        <w:tc>
          <w:tcPr>
            <w:tcW w:type="dxa" w:w="2160"/>
          </w:tcPr>
          <w:p>
            <w:r>
              <w:t>Traceability</w:t>
            </w:r>
          </w:p>
        </w:tc>
        <w:tc>
          <w:tcPr>
            <w:tcW w:type="dxa" w:w="2160"/>
          </w:tcPr>
          <w:p>
            <w:r>
              <w:t>How do you maintain traceability for your corn products from farm to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1050-0239</w:t>
            </w:r>
          </w:p>
        </w:tc>
        <w:tc>
          <w:tcPr>
            <w:tcW w:type="dxa" w:w="2160"/>
          </w:tcPr>
          <w:p>
            <w:r>
              <w:t>Data Analysis</w:t>
            </w:r>
          </w:p>
        </w:tc>
        <w:tc>
          <w:tcPr>
            <w:tcW w:type="dxa" w:w="2160"/>
          </w:tcPr>
          <w:p>
            <w:r>
              <w:t>What data analysis methods do you employ to evaluate the results of your quality control tests on corn?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1050-0240</w:t>
            </w:r>
          </w:p>
        </w:tc>
        <w:tc>
          <w:tcPr>
            <w:tcW w:type="dxa" w:w="2160"/>
          </w:tcPr>
          <w:p>
            <w:r>
              <w:t>Sample Testing Frequency</w:t>
            </w:r>
          </w:p>
        </w:tc>
        <w:tc>
          <w:tcPr>
            <w:tcW w:type="dxa" w:w="2160"/>
          </w:tcPr>
          <w:p>
            <w:r>
              <w:t>How often do you conduct sample testing on your corn crops, and what factors influence this frequency?</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1050-0241</w:t>
            </w:r>
          </w:p>
        </w:tc>
        <w:tc>
          <w:tcPr>
            <w:tcW w:type="dxa" w:w="2160"/>
          </w:tcPr>
          <w:p>
            <w:r>
              <w:t>Moisture Content Standards</w:t>
            </w:r>
          </w:p>
        </w:tc>
        <w:tc>
          <w:tcPr>
            <w:tcW w:type="dxa" w:w="2160"/>
          </w:tcPr>
          <w:p>
            <w:r>
              <w:t>What is the acceptable moisture content range for your corn products, and how do you monitor this during processing?</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1050-0242</w:t>
            </w:r>
          </w:p>
        </w:tc>
        <w:tc>
          <w:tcPr>
            <w:tcW w:type="dxa" w:w="2160"/>
          </w:tcPr>
          <w:p>
            <w:r>
              <w:t>Mycotoxin Testing Frequency</w:t>
            </w:r>
          </w:p>
        </w:tc>
        <w:tc>
          <w:tcPr>
            <w:tcW w:type="dxa" w:w="2160"/>
          </w:tcPr>
          <w:p>
            <w:r>
              <w:t>What is the frequency of mycotoxin testing in your corn, and how do you respond to any positive test results?</w:t>
              <w:br/>
              <w:t>Answer type: Long text + evidence</w:t>
              <w:br/>
              <w:t>Trigger: Yes-No + details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1050-0243</w:t>
            </w:r>
          </w:p>
        </w:tc>
        <w:tc>
          <w:tcPr>
            <w:tcW w:type="dxa" w:w="2160"/>
          </w:tcPr>
          <w:p>
            <w:r>
              <w:t>Genetic Testing Protocols</w:t>
            </w:r>
          </w:p>
        </w:tc>
        <w:tc>
          <w:tcPr>
            <w:tcW w:type="dxa" w:w="2160"/>
          </w:tcPr>
          <w:p>
            <w:r>
              <w:t>What specific protocols do you follow for genetic testing of corn, and how do you document the results?</w:t>
              <w:br/>
              <w:t>Answer type: Long text</w:t>
              <w:br/>
              <w:t>Trigger: Yes-No + details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1050-0244</w:t>
            </w:r>
          </w:p>
        </w:tc>
        <w:tc>
          <w:tcPr>
            <w:tcW w:type="dxa" w:w="2160"/>
          </w:tcPr>
          <w:p>
            <w:r>
              <w:t>Quality Control Procedures</w:t>
            </w:r>
          </w:p>
        </w:tc>
        <w:tc>
          <w:tcPr>
            <w:tcW w:type="dxa" w:w="2160"/>
          </w:tcPr>
          <w:p>
            <w:r>
              <w:t>What specific quality control procedures do you implement to ensure the safety and quality of your corn products?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1050-0245</w:t>
            </w:r>
          </w:p>
        </w:tc>
        <w:tc>
          <w:tcPr>
            <w:tcW w:type="dxa" w:w="2160"/>
          </w:tcPr>
          <w:p>
            <w:r>
              <w:t>Regulatory Documentation</w:t>
            </w:r>
          </w:p>
        </w:tc>
        <w:tc>
          <w:tcPr>
            <w:tcW w:type="dxa" w:w="2160"/>
          </w:tcPr>
          <w:p>
            <w:r>
              <w:t>What types of documentation do you maintain to demonstrate compliance with regulatory requirements for corn quality?</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1050-0246</w:t>
            </w:r>
          </w:p>
        </w:tc>
        <w:tc>
          <w:tcPr>
            <w:tcW w:type="dxa" w:w="2160"/>
          </w:tcPr>
          <w:p>
            <w:r>
              <w:t>Traceability Systems</w:t>
            </w:r>
          </w:p>
        </w:tc>
        <w:tc>
          <w:tcPr>
            <w:tcW w:type="dxa" w:w="2160"/>
          </w:tcPr>
          <w:p>
            <w:r>
              <w:t>What systems do you have in place to ensure traceability of corn products throughout the supply chain?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1050-0247</w:t>
            </w:r>
          </w:p>
        </w:tc>
        <w:tc>
          <w:tcPr>
            <w:tcW w:type="dxa" w:w="2160"/>
          </w:tcPr>
          <w:p>
            <w:r>
              <w:t>Data Analysis Tools</w:t>
            </w:r>
          </w:p>
        </w:tc>
        <w:tc>
          <w:tcPr>
            <w:tcW w:type="dxa" w:w="2160"/>
          </w:tcPr>
          <w:p>
            <w:r>
              <w:t>What tools or software do you use for data analysis in your quality control processes for corn?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1050-0248</w:t>
            </w:r>
          </w:p>
        </w:tc>
        <w:tc>
          <w:tcPr>
            <w:tcW w:type="dxa" w:w="2160"/>
          </w:tcPr>
          <w:p>
            <w:r>
              <w:t>Quality Assurance</w:t>
            </w:r>
          </w:p>
        </w:tc>
        <w:tc>
          <w:tcPr>
            <w:tcW w:type="dxa" w:w="2160"/>
          </w:tcPr>
          <w:p>
            <w:r>
              <w:t>What new quality control procedures were established in your lab for corn products in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1050-0249</w:t>
            </w:r>
          </w:p>
        </w:tc>
        <w:tc>
          <w:tcPr>
            <w:tcW w:type="dxa" w:w="2160"/>
          </w:tcPr>
          <w:p>
            <w:r>
              <w:t>Data Collection</w:t>
            </w:r>
          </w:p>
        </w:tc>
        <w:tc>
          <w:tcPr>
            <w:tcW w:type="dxa" w:w="2160"/>
          </w:tcPr>
          <w:p>
            <w:r>
              <w:t>How did you collect and analyze data to support your quality control processes in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PACKAGING-TRACEABILITY-SYSTEMS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1050-0250</w:t>
            </w:r>
          </w:p>
        </w:tc>
        <w:tc>
          <w:tcPr>
            <w:tcW w:type="dxa" w:w="2160"/>
          </w:tcPr>
          <w:p>
            <w:r>
              <w:t>Labeling Requirements</w:t>
            </w:r>
          </w:p>
        </w:tc>
        <w:tc>
          <w:tcPr>
            <w:tcW w:type="dxa" w:w="2160"/>
          </w:tcPr>
          <w:p>
            <w:r>
              <w:t>What specific labeling requirements do you follow for your corn products, and how do you ensure compliance with both federal and state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1050-0251</w:t>
            </w:r>
          </w:p>
        </w:tc>
        <w:tc>
          <w:tcPr>
            <w:tcW w:type="dxa" w:w="2160"/>
          </w:tcPr>
          <w:p>
            <w:r>
              <w:t>Biodegradable Packaging</w:t>
            </w:r>
          </w:p>
        </w:tc>
        <w:tc>
          <w:tcPr>
            <w:tcW w:type="dxa" w:w="2160"/>
          </w:tcPr>
          <w:p>
            <w:r>
              <w:t>Describe any experimental approaches you have taken to develop or test biodegradable packaging solutions for your corn products. What challenges did you encounter?</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1050-0252</w:t>
            </w:r>
          </w:p>
        </w:tc>
        <w:tc>
          <w:tcPr>
            <w:tcW w:type="dxa" w:w="2160"/>
          </w:tcPr>
          <w:p>
            <w:r>
              <w:t>Barcoding Systems</w:t>
            </w:r>
          </w:p>
        </w:tc>
        <w:tc>
          <w:tcPr>
            <w:tcW w:type="dxa" w:w="2160"/>
          </w:tcPr>
          <w:p>
            <w:r>
              <w:t>What barcoding systems have you implemented for tracking your corn products, and how do these systems enhance traceability in your supply chain?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1050-0253</w:t>
            </w:r>
          </w:p>
        </w:tc>
        <w:tc>
          <w:tcPr>
            <w:tcW w:type="dxa" w:w="2160"/>
          </w:tcPr>
          <w:p>
            <w:r>
              <w:t>Supply Chain Tracking</w:t>
            </w:r>
          </w:p>
        </w:tc>
        <w:tc>
          <w:tcPr>
            <w:tcW w:type="dxa" w:w="2160"/>
          </w:tcPr>
          <w:p>
            <w:r>
              <w:t>Can you explain any innovative methods you are currently testing for supply chain tracking of your corn products? What metrics do you use to measure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1050-0254</w:t>
            </w:r>
          </w:p>
        </w:tc>
        <w:tc>
          <w:tcPr>
            <w:tcW w:type="dxa" w:w="2160"/>
          </w:tcPr>
          <w:p>
            <w:r>
              <w:t>Consumer Transparency</w:t>
            </w:r>
          </w:p>
        </w:tc>
        <w:tc>
          <w:tcPr>
            <w:tcW w:type="dxa" w:w="2160"/>
          </w:tcPr>
          <w:p>
            <w:r>
              <w:t xml:space="preserve">How do you ensure consumer transparency regarding the sourcing and packaging of your corn products? Please provide examples of any initiatives or technologies you have explored. </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1050-0255</w:t>
            </w:r>
          </w:p>
        </w:tc>
        <w:tc>
          <w:tcPr>
            <w:tcW w:type="dxa" w:w="2160"/>
          </w:tcPr>
          <w:p>
            <w:r>
              <w:t>Regulatory Compliance</w:t>
            </w:r>
          </w:p>
        </w:tc>
        <w:tc>
          <w:tcPr>
            <w:tcW w:type="dxa" w:w="2160"/>
          </w:tcPr>
          <w:p>
            <w:r>
              <w:t>What specific regulatory compliance challenges have you faced in packaging your corn products, and how have you addressed them through R&amp;D efforts?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1050-0256</w:t>
            </w:r>
          </w:p>
        </w:tc>
        <w:tc>
          <w:tcPr>
            <w:tcW w:type="dxa" w:w="2160"/>
          </w:tcPr>
          <w:p>
            <w:r>
              <w:t>Sustainability</w:t>
            </w:r>
          </w:p>
        </w:tc>
        <w:tc>
          <w:tcPr>
            <w:tcW w:type="dxa" w:w="2160"/>
          </w:tcPr>
          <w:p>
            <w:r>
              <w:t xml:space="preserve">What R&amp;D initiatives have you undertaken to improve the sustainability of your packaging materials for corn products? Please detail any experimental results or findings. </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1050-0257</w:t>
            </w:r>
          </w:p>
        </w:tc>
        <w:tc>
          <w:tcPr>
            <w:tcW w:type="dxa" w:w="2160"/>
          </w:tcPr>
          <w:p>
            <w:r>
              <w:t>Packaging Innovations</w:t>
            </w:r>
          </w:p>
        </w:tc>
        <w:tc>
          <w:tcPr>
            <w:tcW w:type="dxa" w:w="2160"/>
          </w:tcPr>
          <w:p>
            <w:r>
              <w:t>Describe any innovative packaging technologies you are currently researching or developing for your corn products. What specific problems are you trying to solve?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1050-0258</w:t>
            </w:r>
          </w:p>
        </w:tc>
        <w:tc>
          <w:tcPr>
            <w:tcW w:type="dxa" w:w="2160"/>
          </w:tcPr>
          <w:p>
            <w:r>
              <w:t>Labeling Requirements</w:t>
            </w:r>
          </w:p>
        </w:tc>
        <w:tc>
          <w:tcPr>
            <w:tcW w:type="dxa" w:w="2160"/>
          </w:tcPr>
          <w:p>
            <w:r>
              <w:t xml:space="preserve">Have you conducted any R&amp;D to enhance the accuracy of your labeling processes for corn products? If so, please describe the methods and outcomes. </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1050-0259</w:t>
            </w:r>
          </w:p>
        </w:tc>
        <w:tc>
          <w:tcPr>
            <w:tcW w:type="dxa" w:w="2160"/>
          </w:tcPr>
          <w:p>
            <w:r>
              <w:t>Barcoding Systems</w:t>
            </w:r>
          </w:p>
        </w:tc>
        <w:tc>
          <w:tcPr>
            <w:tcW w:type="dxa" w:w="2160"/>
          </w:tcPr>
          <w:p>
            <w:r>
              <w:t>What specific technologies or software are you testing for integrating barcoding systems into your packaging processes for corn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1050-0260</w:t>
            </w:r>
          </w:p>
        </w:tc>
        <w:tc>
          <w:tcPr>
            <w:tcW w:type="dxa" w:w="2160"/>
          </w:tcPr>
          <w:p>
            <w:r>
              <w:t>Supply Chain Tracking</w:t>
            </w:r>
          </w:p>
        </w:tc>
        <w:tc>
          <w:tcPr>
            <w:tcW w:type="dxa" w:w="2160"/>
          </w:tcPr>
          <w:p>
            <w:r>
              <w:t>How do you utilize data analytics in your supply chain tracking for corn products, and what R&amp;D efforts have been made to enhance this capability?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1050-0261</w:t>
            </w:r>
          </w:p>
        </w:tc>
        <w:tc>
          <w:tcPr>
            <w:tcW w:type="dxa" w:w="2160"/>
          </w:tcPr>
          <w:p>
            <w:r>
              <w:t>Consumer Transparency</w:t>
            </w:r>
          </w:p>
        </w:tc>
        <w:tc>
          <w:tcPr>
            <w:tcW w:type="dxa" w:w="2160"/>
          </w:tcPr>
          <w:p>
            <w:r>
              <w:t>What feedback mechanisms do you have in place to gauge consumer perception of your packaging and traceability efforts for corn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DATA-ANALYTICS-FOR-FARMING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1050-0262</w:t>
            </w:r>
          </w:p>
        </w:tc>
        <w:tc>
          <w:tcPr>
            <w:tcW w:type="dxa" w:w="2160"/>
          </w:tcPr>
          <w:p>
            <w:r>
              <w:t>Farm Management Software</w:t>
            </w:r>
          </w:p>
        </w:tc>
        <w:tc>
          <w:tcPr>
            <w:tcW w:type="dxa" w:w="2160"/>
          </w:tcPr>
          <w:p>
            <w:r>
              <w:t>What specific farm management software did you implement in 2025, and what features were utilized to enhance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1050-0263</w:t>
            </w:r>
          </w:p>
        </w:tc>
        <w:tc>
          <w:tcPr>
            <w:tcW w:type="dxa" w:w="2160"/>
          </w:tcPr>
          <w:p>
            <w:r>
              <w:t>Yield Mapping</w:t>
            </w:r>
          </w:p>
        </w:tc>
        <w:tc>
          <w:tcPr>
            <w:tcW w:type="dxa" w:w="2160"/>
          </w:tcPr>
          <w:p>
            <w:r>
              <w:t>How did you utilize yield mapping technology in 2025 to analyze crop performance, and what specific data was collected?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1050-0264</w:t>
            </w:r>
          </w:p>
        </w:tc>
        <w:tc>
          <w:tcPr>
            <w:tcW w:type="dxa" w:w="2160"/>
          </w:tcPr>
          <w:p>
            <w:r>
              <w:t>Data Collection Methods</w:t>
            </w:r>
          </w:p>
        </w:tc>
        <w:tc>
          <w:tcPr>
            <w:tcW w:type="dxa" w:w="2160"/>
          </w:tcPr>
          <w:p>
            <w:r>
              <w:t>What methods did you employ for data collection on your corn yields in 2025, and how did these methods differ from previous years?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1050-0265</w:t>
            </w:r>
          </w:p>
        </w:tc>
        <w:tc>
          <w:tcPr>
            <w:tcW w:type="dxa" w:w="2160"/>
          </w:tcPr>
          <w:p>
            <w:r>
              <w:t>Decision Support Systems</w:t>
            </w:r>
          </w:p>
        </w:tc>
        <w:tc>
          <w:tcPr>
            <w:tcW w:type="dxa" w:w="2160"/>
          </w:tcPr>
          <w:p>
            <w:r>
              <w:t>Which decision support systems were integrated into your farming operations in 2025, and what specific decisions did these systems influence?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1050-0266</w:t>
            </w:r>
          </w:p>
        </w:tc>
        <w:tc>
          <w:tcPr>
            <w:tcW w:type="dxa" w:w="2160"/>
          </w:tcPr>
          <w:p>
            <w:r>
              <w:t>Data Visualization</w:t>
            </w:r>
          </w:p>
        </w:tc>
        <w:tc>
          <w:tcPr>
            <w:tcW w:type="dxa" w:w="2160"/>
          </w:tcPr>
          <w:p>
            <w:r>
              <w:t>Can you describe the data visualization tools used in your operations in 2025, and how they assisted in interpreting yield data?</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1050-0267</w:t>
            </w:r>
          </w:p>
        </w:tc>
        <w:tc>
          <w:tcPr>
            <w:tcW w:type="dxa" w:w="2160"/>
          </w:tcPr>
          <w:p>
            <w:r>
              <w:t>Cloud Computing</w:t>
            </w:r>
          </w:p>
        </w:tc>
        <w:tc>
          <w:tcPr>
            <w:tcW w:type="dxa" w:w="2160"/>
          </w:tcPr>
          <w:p>
            <w:r>
              <w:t>What cloud computing solutions were utilized in 2025 for data storage and analysis, and how did they enhance your farming operations?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1050-0268</w:t>
            </w:r>
          </w:p>
        </w:tc>
        <w:tc>
          <w:tcPr>
            <w:tcW w:type="dxa" w:w="2160"/>
          </w:tcPr>
          <w:p>
            <w:r>
              <w:t>Predictive Analytics</w:t>
            </w:r>
          </w:p>
        </w:tc>
        <w:tc>
          <w:tcPr>
            <w:tcW w:type="dxa" w:w="2160"/>
          </w:tcPr>
          <w:p>
            <w:r>
              <w:t>How did you apply predictive analytics in your corn farming practices in 2025, and what specific predictions were made?</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1050-0269</w:t>
            </w:r>
          </w:p>
        </w:tc>
        <w:tc>
          <w:tcPr>
            <w:tcW w:type="dxa" w:w="2160"/>
          </w:tcPr>
          <w:p>
            <w:r>
              <w:t>Machine Learning</w:t>
            </w:r>
          </w:p>
        </w:tc>
        <w:tc>
          <w:tcPr>
            <w:tcW w:type="dxa" w:w="2160"/>
          </w:tcPr>
          <w:p>
            <w:r>
              <w:t>What machine learning algorithms or models did you implement in 2025, and what specific outcomes were targeted?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1050-0270</w:t>
            </w:r>
          </w:p>
        </w:tc>
        <w:tc>
          <w:tcPr>
            <w:tcW w:type="dxa" w:w="2160"/>
          </w:tcPr>
          <w:p>
            <w:r>
              <w:t>Farm Management Software</w:t>
            </w:r>
          </w:p>
        </w:tc>
        <w:tc>
          <w:tcPr>
            <w:tcW w:type="dxa" w:w="2160"/>
          </w:tcPr>
          <w:p>
            <w:r>
              <w:t>What challenges did you face while implementing farm management software in 2025, and how were they addressed?</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1050-0271</w:t>
            </w:r>
          </w:p>
        </w:tc>
        <w:tc>
          <w:tcPr>
            <w:tcW w:type="dxa" w:w="2160"/>
          </w:tcPr>
          <w:p>
            <w:r>
              <w:t>Yield Mapping</w:t>
            </w:r>
          </w:p>
        </w:tc>
        <w:tc>
          <w:tcPr>
            <w:tcW w:type="dxa" w:w="2160"/>
          </w:tcPr>
          <w:p>
            <w:r>
              <w:t>What specific technologies were used for yield mapping in 2025, and how did they improve data accuracy?</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1050-0272</w:t>
            </w:r>
          </w:p>
        </w:tc>
        <w:tc>
          <w:tcPr>
            <w:tcW w:type="dxa" w:w="2160"/>
          </w:tcPr>
          <w:p>
            <w:r>
              <w:t>Data Collection Methods</w:t>
            </w:r>
          </w:p>
        </w:tc>
        <w:tc>
          <w:tcPr>
            <w:tcW w:type="dxa" w:w="2160"/>
          </w:tcPr>
          <w:p>
            <w:r>
              <w:t>How frequently was data collected during the 2025 growing season, and what changes were made to your data collection process?</w:t>
              <w:br/>
              <w:t>Answer type: Integer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1050-0273</w:t>
            </w:r>
          </w:p>
        </w:tc>
        <w:tc>
          <w:tcPr>
            <w:tcW w:type="dxa" w:w="2160"/>
          </w:tcPr>
          <w:p>
            <w:r>
              <w:t>Decision Support Systems</w:t>
            </w:r>
          </w:p>
        </w:tc>
        <w:tc>
          <w:tcPr>
            <w:tcW w:type="dxa" w:w="2160"/>
          </w:tcPr>
          <w:p>
            <w:r>
              <w:t>What specific data inputs were required for your decision support systems in 2025, and how were these inputs sourced?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1050-0274</w:t>
            </w:r>
          </w:p>
        </w:tc>
        <w:tc>
          <w:tcPr>
            <w:tcW w:type="dxa" w:w="2160"/>
          </w:tcPr>
          <w:p>
            <w:r>
              <w:t>Data Visualization</w:t>
            </w:r>
          </w:p>
        </w:tc>
        <w:tc>
          <w:tcPr>
            <w:tcW w:type="dxa" w:w="2160"/>
          </w:tcPr>
          <w:p>
            <w:r>
              <w:t>What types of visualizations were created to represent yield data in 2025, and what insights were gained from them?</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1050-0275</w:t>
            </w:r>
          </w:p>
        </w:tc>
        <w:tc>
          <w:tcPr>
            <w:tcW w:type="dxa" w:w="2160"/>
          </w:tcPr>
          <w:p>
            <w:r>
              <w:t>Cloud Computing</w:t>
            </w:r>
          </w:p>
        </w:tc>
        <w:tc>
          <w:tcPr>
            <w:tcW w:type="dxa" w:w="2160"/>
          </w:tcPr>
          <w:p>
            <w:r>
              <w:t>What specific cloud-based platforms did you use for data analytics in 2025, and how did they integrate with your existing systems?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1050-0276</w:t>
            </w:r>
          </w:p>
        </w:tc>
        <w:tc>
          <w:tcPr>
            <w:tcW w:type="dxa" w:w="2160"/>
          </w:tcPr>
          <w:p>
            <w:r>
              <w:t>Predictive Analytics</w:t>
            </w:r>
          </w:p>
        </w:tc>
        <w:tc>
          <w:tcPr>
            <w:tcW w:type="dxa" w:w="2160"/>
          </w:tcPr>
          <w:p>
            <w:r>
              <w:t>What key performance indicators were monitored through predictive analytics in 2025, and how did they impact your farming decisions?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1050-0277</w:t>
            </w:r>
          </w:p>
        </w:tc>
        <w:tc>
          <w:tcPr>
            <w:tcW w:type="dxa" w:w="2160"/>
          </w:tcPr>
          <w:p>
            <w:r>
              <w:t>Machine Learning</w:t>
            </w:r>
          </w:p>
        </w:tc>
        <w:tc>
          <w:tcPr>
            <w:tcW w:type="dxa" w:w="2160"/>
          </w:tcPr>
          <w:p>
            <w:r>
              <w:t>What specific outcomes did you aim to achieve through machine learning applications in 2025, and how were they measured?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1050-0278</w:t>
            </w:r>
          </w:p>
        </w:tc>
        <w:tc>
          <w:tcPr>
            <w:tcW w:type="dxa" w:w="2160"/>
          </w:tcPr>
          <w:p>
            <w:r>
              <w:t>Farm Management Software</w:t>
            </w:r>
          </w:p>
        </w:tc>
        <w:tc>
          <w:tcPr>
            <w:tcW w:type="dxa" w:w="2160"/>
          </w:tcPr>
          <w:p>
            <w:r>
              <w:t>What metrics were used to evaluate the effectiveness of the farm management software in 2025?</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1050-0279</w:t>
            </w:r>
          </w:p>
        </w:tc>
        <w:tc>
          <w:tcPr>
            <w:tcW w:type="dxa" w:w="2160"/>
          </w:tcPr>
          <w:p>
            <w:r>
              <w:t>Yield Mapping</w:t>
            </w:r>
          </w:p>
        </w:tc>
        <w:tc>
          <w:tcPr>
            <w:tcW w:type="dxa" w:w="2160"/>
          </w:tcPr>
          <w:p>
            <w:r>
              <w:t>How did yield mapping influence your planting decisions for the next growing season?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1050-0280</w:t>
            </w:r>
          </w:p>
        </w:tc>
        <w:tc>
          <w:tcPr>
            <w:tcW w:type="dxa" w:w="2160"/>
          </w:tcPr>
          <w:p>
            <w:r>
              <w:t>Data Utilization</w:t>
            </w:r>
          </w:p>
        </w:tc>
        <w:tc>
          <w:tcPr>
            <w:tcW w:type="dxa" w:w="2160"/>
          </w:tcPr>
          <w:p>
            <w:r>
              <w:t>What data analytics tools or techniques did you adopt in 2025 to enhance decision-making on your farm?</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1050-0281</w:t>
            </w:r>
          </w:p>
        </w:tc>
        <w:tc>
          <w:tcPr>
            <w:tcW w:type="dxa" w:w="2160"/>
          </w:tcPr>
          <w:p>
            <w:r>
              <w:t>Impact Assessment</w:t>
            </w:r>
          </w:p>
        </w:tc>
        <w:tc>
          <w:tcPr>
            <w:tcW w:type="dxa" w:w="2160"/>
          </w:tcPr>
          <w:p>
            <w:r>
              <w:t>How did your data analytics efforts impact your farming practices or outcomes in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SUSTAINABILITY-PRACTICES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1050-0282</w:t>
            </w:r>
          </w:p>
        </w:tc>
        <w:tc>
          <w:tcPr>
            <w:tcW w:type="dxa" w:w="2160"/>
          </w:tcPr>
          <w:p>
            <w:r>
              <w:t>Crop Rotation</w:t>
            </w:r>
          </w:p>
        </w:tc>
        <w:tc>
          <w:tcPr>
            <w:tcW w:type="dxa" w:w="2160"/>
          </w:tcPr>
          <w:p>
            <w:r>
              <w:t>What specific crop rotation practices have you implemented on your corn farm in the past year, and what were the intended benefits of these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1050-0283</w:t>
            </w:r>
          </w:p>
        </w:tc>
        <w:tc>
          <w:tcPr>
            <w:tcW w:type="dxa" w:w="2160"/>
          </w:tcPr>
          <w:p>
            <w:r>
              <w:t>Cover Cropping</w:t>
            </w:r>
          </w:p>
        </w:tc>
        <w:tc>
          <w:tcPr>
            <w:tcW w:type="dxa" w:w="2160"/>
          </w:tcPr>
          <w:p>
            <w:r>
              <w:t>Which cover crops have you utilized in conjunction with your corn production, and how have they contributed to soil health or pest management?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1050-0284</w:t>
            </w:r>
          </w:p>
        </w:tc>
        <w:tc>
          <w:tcPr>
            <w:tcW w:type="dxa" w:w="2160"/>
          </w:tcPr>
          <w:p>
            <w:r>
              <w:t>Soil Conservation</w:t>
            </w:r>
          </w:p>
        </w:tc>
        <w:tc>
          <w:tcPr>
            <w:tcW w:type="dxa" w:w="2160"/>
          </w:tcPr>
          <w:p>
            <w:r>
              <w:t>What soil conservation techniques have you adopted to minimize erosion on your corn farm, and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1050-0285</w:t>
            </w:r>
          </w:p>
        </w:tc>
        <w:tc>
          <w:tcPr>
            <w:tcW w:type="dxa" w:w="2160"/>
          </w:tcPr>
          <w:p>
            <w:r>
              <w:t>Water Management</w:t>
            </w:r>
          </w:p>
        </w:tc>
        <w:tc>
          <w:tcPr>
            <w:tcW w:type="dxa" w:w="2160"/>
          </w:tcPr>
          <w:p>
            <w:r>
              <w:t>Describe the water management strategies you have implemented to optimize irrigation for your corn crops, including any technologies used. How do these strategies affect your overall water usage?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1050-0286</w:t>
            </w:r>
          </w:p>
        </w:tc>
        <w:tc>
          <w:tcPr>
            <w:tcW w:type="dxa" w:w="2160"/>
          </w:tcPr>
          <w:p>
            <w:r>
              <w:t>Biodiversity</w:t>
            </w:r>
          </w:p>
        </w:tc>
        <w:tc>
          <w:tcPr>
            <w:tcW w:type="dxa" w:w="2160"/>
          </w:tcPr>
          <w:p>
            <w:r>
              <w:t>What practices do you employ to enhance biodiversity on your corn farm, and how do you assess their impact on your crop yield and ecosystem health?</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1050-0287</w:t>
            </w:r>
          </w:p>
        </w:tc>
        <w:tc>
          <w:tcPr>
            <w:tcW w:type="dxa" w:w="2160"/>
          </w:tcPr>
          <w:p>
            <w:r>
              <w:t>Carbon Footprint</w:t>
            </w:r>
          </w:p>
        </w:tc>
        <w:tc>
          <w:tcPr>
            <w:tcW w:type="dxa" w:w="2160"/>
          </w:tcPr>
          <w:p>
            <w:r>
              <w:t>Have you conducted any assessments of your farm's carbon footprint related to corn production? If so, what methods did you use, and what were the findings?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1050-0288</w:t>
            </w:r>
          </w:p>
        </w:tc>
        <w:tc>
          <w:tcPr>
            <w:tcW w:type="dxa" w:w="2160"/>
          </w:tcPr>
          <w:p>
            <w:r>
              <w:t>Regulatory Incentives</w:t>
            </w:r>
          </w:p>
        </w:tc>
        <w:tc>
          <w:tcPr>
            <w:tcW w:type="dxa" w:w="2160"/>
          </w:tcPr>
          <w:p>
            <w:r>
              <w:t>What specific regulatory incentives have you pursued or received for implementing sustainable practices on your corn farm? Please provide details of the programs and their benefits.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1050-0289</w:t>
            </w:r>
          </w:p>
        </w:tc>
        <w:tc>
          <w:tcPr>
            <w:tcW w:type="dxa" w:w="2160"/>
          </w:tcPr>
          <w:p>
            <w:r>
              <w:t>Sustainable Certifications</w:t>
            </w:r>
          </w:p>
        </w:tc>
        <w:tc>
          <w:tcPr>
            <w:tcW w:type="dxa" w:w="2160"/>
          </w:tcPr>
          <w:p>
            <w:r>
              <w:t>Have you obtained any sustainable farming certifications for your corn production? If yes, please specify which certifications and the requirements you had to meet.</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1050-0290</w:t>
            </w:r>
          </w:p>
        </w:tc>
        <w:tc>
          <w:tcPr>
            <w:tcW w:type="dxa" w:w="2160"/>
          </w:tcPr>
          <w:p>
            <w:r>
              <w:t>Crop Rotation</w:t>
            </w:r>
          </w:p>
        </w:tc>
        <w:tc>
          <w:tcPr>
            <w:tcW w:type="dxa" w:w="2160"/>
          </w:tcPr>
          <w:p>
            <w:r>
              <w:t>How do you document the effectiveness of your crop rotation practices in terms of yield improvement or pest reduction?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1050-0291</w:t>
            </w:r>
          </w:p>
        </w:tc>
        <w:tc>
          <w:tcPr>
            <w:tcW w:type="dxa" w:w="2160"/>
          </w:tcPr>
          <w:p>
            <w:r>
              <w:t>Cover Cropping</w:t>
            </w:r>
          </w:p>
        </w:tc>
        <w:tc>
          <w:tcPr>
            <w:tcW w:type="dxa" w:w="2160"/>
          </w:tcPr>
          <w:p>
            <w:r>
              <w:t>What challenges have you faced in implementing cover cropping, and how have you addressed these challenges to ensure successful integration with your corn farming?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1050-0292</w:t>
            </w:r>
          </w:p>
        </w:tc>
        <w:tc>
          <w:tcPr>
            <w:tcW w:type="dxa" w:w="2160"/>
          </w:tcPr>
          <w:p>
            <w:r>
              <w:t>Soil Conservation</w:t>
            </w:r>
          </w:p>
        </w:tc>
        <w:tc>
          <w:tcPr>
            <w:tcW w:type="dxa" w:w="2160"/>
          </w:tcPr>
          <w:p>
            <w:r>
              <w:t>What specific soil testing methods do you employ to monitor the health and quality of your soil, and what changes have you made based on the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1050-0293</w:t>
            </w:r>
          </w:p>
        </w:tc>
        <w:tc>
          <w:tcPr>
            <w:tcW w:type="dxa" w:w="2160"/>
          </w:tcPr>
          <w:p>
            <w:r>
              <w:t>Water Management</w:t>
            </w:r>
          </w:p>
        </w:tc>
        <w:tc>
          <w:tcPr>
            <w:tcW w:type="dxa" w:w="2160"/>
          </w:tcPr>
          <w:p>
            <w:r>
              <w:t>What percentage of your irrigation water comes from sustainable sources, and how do you track and report this data?</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1050-0294</w:t>
            </w:r>
          </w:p>
        </w:tc>
        <w:tc>
          <w:tcPr>
            <w:tcW w:type="dxa" w:w="2160"/>
          </w:tcPr>
          <w:p>
            <w:r>
              <w:t>Biodiversity</w:t>
            </w:r>
          </w:p>
        </w:tc>
        <w:tc>
          <w:tcPr>
            <w:tcW w:type="dxa" w:w="2160"/>
          </w:tcPr>
          <w:p>
            <w:r>
              <w:t>How do you incorporate native plant species into your farming practices to promote biodiversity, and what evidence do you have of their impact on local wildlife?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1050-0295</w:t>
            </w:r>
          </w:p>
        </w:tc>
        <w:tc>
          <w:tcPr>
            <w:tcW w:type="dxa" w:w="2160"/>
          </w:tcPr>
          <w:p>
            <w:r>
              <w:t>Carbon Footprint</w:t>
            </w:r>
          </w:p>
        </w:tc>
        <w:tc>
          <w:tcPr>
            <w:tcW w:type="dxa" w:w="2160"/>
          </w:tcPr>
          <w:p>
            <w:r>
              <w:t>What strategies have you implemented to reduce your farm's carbon emissions related to corn production, and how do you quantify the results?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REGULATORY-COMPLIANCE-OVERVIEW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1050-0296</w:t>
            </w:r>
          </w:p>
        </w:tc>
        <w:tc>
          <w:tcPr>
            <w:tcW w:type="dxa" w:w="2160"/>
          </w:tcPr>
          <w:p>
            <w:r>
              <w:t>EPA Regulations</w:t>
            </w:r>
          </w:p>
        </w:tc>
        <w:tc>
          <w:tcPr>
            <w:tcW w:type="dxa" w:w="2160"/>
          </w:tcPr>
          <w:p>
            <w:r>
              <w:t>What specific EPA regulations do you adhere to regarding pesticide application on your corn farm?</w:t>
              <w:br/>
              <w:t>Answer type: Long text</w:t>
              <w:br/>
              <w:t>Trigger: Always</w:t>
              <w:br/>
              <w:t>Required: No</w:t>
              <w:br/>
              <w:t>Risk: Medium</w:t>
            </w:r>
          </w:p>
        </w:tc>
        <w:tc>
          <w:tcPr>
            <w:tcW w:type="dxa" w:w="2160"/>
          </w:tcPr>
          <w:p>
            <w:r>
              <w:t>Primary authority: EPA Pesticide Regulations</w:t>
              <w:br/>
              <w:t>Response: ___________________________</w:t>
              <w:br/>
              <w:t>Evidence: ___________________________</w:t>
              <w:br/>
              <w:t>Reviewer conclusion: ___________________________</w:t>
            </w:r>
          </w:p>
        </w:tc>
      </w:tr>
      <w:tr>
        <w:tc>
          <w:tcPr>
            <w:tcW w:type="dxa" w:w="2160"/>
          </w:tcPr>
          <w:p>
            <w:r>
              <w:t>1050-0297</w:t>
            </w:r>
          </w:p>
        </w:tc>
        <w:tc>
          <w:tcPr>
            <w:tcW w:type="dxa" w:w="2160"/>
          </w:tcPr>
          <w:p>
            <w:r>
              <w:t>USDA Guidelines</w:t>
            </w:r>
          </w:p>
        </w:tc>
        <w:tc>
          <w:tcPr>
            <w:tcW w:type="dxa" w:w="2160"/>
          </w:tcPr>
          <w:p>
            <w:r>
              <w:t>How do you implement USDA guidelines for organic corn farming, if applicable?</w:t>
              <w:br/>
              <w:t>Answer type: Yes-No + details</w:t>
              <w:br/>
              <w:t>Trigger: Always</w:t>
              <w:br/>
              <w:t>Required: No</w:t>
              <w:br/>
              <w:t>Risk: High</w:t>
            </w:r>
          </w:p>
        </w:tc>
        <w:tc>
          <w:tcPr>
            <w:tcW w:type="dxa" w:w="2160"/>
          </w:tcPr>
          <w:p>
            <w:r>
              <w:t>Primary authority: USDA Organic Standards</w:t>
              <w:br/>
              <w:t>Response: ___________________________</w:t>
              <w:br/>
              <w:t>Evidence: ___________________________</w:t>
              <w:br/>
              <w:t>Reviewer conclusion: ___________________________</w:t>
            </w:r>
          </w:p>
        </w:tc>
      </w:tr>
      <w:tr>
        <w:tc>
          <w:tcPr>
            <w:tcW w:type="dxa" w:w="2160"/>
          </w:tcPr>
          <w:p>
            <w:r>
              <w:t>1050-0298</w:t>
            </w:r>
          </w:p>
        </w:tc>
        <w:tc>
          <w:tcPr>
            <w:tcW w:type="dxa" w:w="2160"/>
          </w:tcPr>
          <w:p>
            <w:r>
              <w:t>State Regulations</w:t>
            </w:r>
          </w:p>
        </w:tc>
        <w:tc>
          <w:tcPr>
            <w:tcW w:type="dxa" w:w="2160"/>
          </w:tcPr>
          <w:p>
            <w:r>
              <w:t>What California state regulations specifically impact your corn farming operations?</w:t>
              <w:br/>
              <w:t>Answer type: Long text</w:t>
              <w:br/>
              <w:t>Trigger: Always</w:t>
              <w:br/>
              <w:t>Required: No</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r>
        <w:tc>
          <w:tcPr>
            <w:tcW w:type="dxa" w:w="2160"/>
          </w:tcPr>
          <w:p>
            <w:r>
              <w:t>1050-0299</w:t>
            </w:r>
          </w:p>
        </w:tc>
        <w:tc>
          <w:tcPr>
            <w:tcW w:type="dxa" w:w="2160"/>
          </w:tcPr>
          <w:p>
            <w:r>
              <w:t>Pesticide Registration</w:t>
            </w:r>
          </w:p>
        </w:tc>
        <w:tc>
          <w:tcPr>
            <w:tcW w:type="dxa" w:w="2160"/>
          </w:tcPr>
          <w:p>
            <w:r>
              <w:t>Can you provide details on the registration process for pesticides used on your corn farm?</w:t>
              <w:br/>
              <w:t>Answer type: Long text + evidence</w:t>
              <w:br/>
              <w:t>Trigger: Always</w:t>
              <w:br/>
              <w:t>Required: No</w:t>
              <w:br/>
              <w:t>Risk: High</w:t>
            </w:r>
          </w:p>
        </w:tc>
        <w:tc>
          <w:tcPr>
            <w:tcW w:type="dxa" w:w="2160"/>
          </w:tcPr>
          <w:p>
            <w:r>
              <w:t>Primary authority: EPA Pesticide Registration</w:t>
              <w:br/>
              <w:t>Response: ___________________________</w:t>
              <w:br/>
              <w:t>Evidence: ___________________________</w:t>
              <w:br/>
              <w:t>Reviewer conclusion: ___________________________</w:t>
            </w:r>
          </w:p>
        </w:tc>
      </w:tr>
      <w:tr>
        <w:tc>
          <w:tcPr>
            <w:tcW w:type="dxa" w:w="2160"/>
          </w:tcPr>
          <w:p>
            <w:r>
              <w:t>1050-0300</w:t>
            </w:r>
          </w:p>
        </w:tc>
        <w:tc>
          <w:tcPr>
            <w:tcW w:type="dxa" w:w="2160"/>
          </w:tcPr>
          <w:p>
            <w:r>
              <w:t>Organic Certification</w:t>
            </w:r>
          </w:p>
        </w:tc>
        <w:tc>
          <w:tcPr>
            <w:tcW w:type="dxa" w:w="2160"/>
          </w:tcPr>
          <w:p>
            <w:r>
              <w:t>What steps have you taken to ensure compliance with organic certification requirements for your corn crops?</w:t>
              <w:br/>
              <w:t>Answer type: Yes-No + details</w:t>
              <w:br/>
              <w:t>Trigger: Always</w:t>
              <w:br/>
              <w:t>Required: No</w:t>
              <w:br/>
              <w:t>Risk: High</w:t>
            </w:r>
          </w:p>
        </w:tc>
        <w:tc>
          <w:tcPr>
            <w:tcW w:type="dxa" w:w="2160"/>
          </w:tcPr>
          <w:p>
            <w:r>
              <w:t>Primary authority: USDA Organic Certification</w:t>
              <w:br/>
              <w:t>Response: ___________________________</w:t>
              <w:br/>
              <w:t>Evidence: ___________________________</w:t>
              <w:br/>
              <w:t>Reviewer conclusion: ___________________________</w:t>
            </w:r>
          </w:p>
        </w:tc>
      </w:tr>
      <w:tr>
        <w:tc>
          <w:tcPr>
            <w:tcW w:type="dxa" w:w="2160"/>
          </w:tcPr>
          <w:p>
            <w:r>
              <w:t>1050-0301</w:t>
            </w:r>
          </w:p>
        </w:tc>
        <w:tc>
          <w:tcPr>
            <w:tcW w:type="dxa" w:w="2160"/>
          </w:tcPr>
          <w:p>
            <w:r>
              <w:t>Food Safety Standards</w:t>
            </w:r>
          </w:p>
        </w:tc>
        <w:tc>
          <w:tcPr>
            <w:tcW w:type="dxa" w:w="2160"/>
          </w:tcPr>
          <w:p>
            <w:r>
              <w:t>What food safety standards do you follow to ensure the safety of your corn products?</w:t>
              <w:br/>
              <w:t>Answer type: Multi-select</w:t>
              <w:br/>
              <w:t>Trigger: Always</w:t>
              <w:br/>
              <w:t>Required: No</w:t>
              <w:br/>
              <w:t>Risk: Medium</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1050-0302</w:t>
            </w:r>
          </w:p>
        </w:tc>
        <w:tc>
          <w:tcPr>
            <w:tcW w:type="dxa" w:w="2160"/>
          </w:tcPr>
          <w:p>
            <w:r>
              <w:t>Environmental Impact Assessments</w:t>
            </w:r>
          </w:p>
        </w:tc>
        <w:tc>
          <w:tcPr>
            <w:tcW w:type="dxa" w:w="2160"/>
          </w:tcPr>
          <w:p>
            <w:r>
              <w:t>Have you conducted any environmental impact assessments for your corn farming practices? If so, what were the findings?</w:t>
              <w:br/>
              <w:t>Answer type: Yes-No + details</w:t>
              <w:br/>
              <w:t>Trigger: Always</w:t>
              <w:br/>
              <w:t>Required: No</w:t>
              <w:br/>
              <w:t>Risk: Medium</w:t>
            </w:r>
          </w:p>
        </w:tc>
        <w:tc>
          <w:tcPr>
            <w:tcW w:type="dxa" w:w="2160"/>
          </w:tcPr>
          <w:p>
            <w:r>
              <w:t>Primary authority: NEPA Guidelines</w:t>
              <w:br/>
              <w:t>Response: ___________________________</w:t>
              <w:br/>
              <w:t>Evidence: ___________________________</w:t>
              <w:br/>
              <w:t>Reviewer conclusion: ___________________________</w:t>
            </w:r>
          </w:p>
        </w:tc>
      </w:tr>
      <w:tr>
        <w:tc>
          <w:tcPr>
            <w:tcW w:type="dxa" w:w="2160"/>
          </w:tcPr>
          <w:p>
            <w:r>
              <w:t>1050-0303</w:t>
            </w:r>
          </w:p>
        </w:tc>
        <w:tc>
          <w:tcPr>
            <w:tcW w:type="dxa" w:w="2160"/>
          </w:tcPr>
          <w:p>
            <w:r>
              <w:t>Compliance Audits</w:t>
            </w:r>
          </w:p>
        </w:tc>
        <w:tc>
          <w:tcPr>
            <w:tcW w:type="dxa" w:w="2160"/>
          </w:tcPr>
          <w:p>
            <w:r>
              <w:t>How often do you conduct compliance audits related to environmental and agricultural regulations?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1050-0304</w:t>
            </w:r>
          </w:p>
        </w:tc>
        <w:tc>
          <w:tcPr>
            <w:tcW w:type="dxa" w:w="2160"/>
          </w:tcPr>
          <w:p>
            <w:r>
              <w:t>EPA Regulations</w:t>
            </w:r>
          </w:p>
        </w:tc>
        <w:tc>
          <w:tcPr>
            <w:tcW w:type="dxa" w:w="2160"/>
          </w:tcPr>
          <w:p>
            <w:r>
              <w:t>What measures do you take to comply with EPA’s Clean Water Act as it pertains to your corn farming operations?</w:t>
              <w:br/>
              <w:t>Answer type: Long text</w:t>
              <w:br/>
              <w:t>Trigger: Always</w:t>
              <w:br/>
              <w:t>Required: No</w:t>
              <w:br/>
              <w:t>Risk: High</w:t>
            </w:r>
          </w:p>
        </w:tc>
        <w:tc>
          <w:tcPr>
            <w:tcW w:type="dxa" w:w="2160"/>
          </w:tcPr>
          <w:p>
            <w:r>
              <w:t>Primary authority: EPA Clean Water Act</w:t>
              <w:br/>
              <w:t>Response: ___________________________</w:t>
              <w:br/>
              <w:t>Evidence: ___________________________</w:t>
              <w:br/>
              <w:t>Reviewer conclusion: ___________________________</w:t>
            </w:r>
          </w:p>
        </w:tc>
      </w:tr>
      <w:tr>
        <w:tc>
          <w:tcPr>
            <w:tcW w:type="dxa" w:w="2160"/>
          </w:tcPr>
          <w:p>
            <w:r>
              <w:t>1050-0305</w:t>
            </w:r>
          </w:p>
        </w:tc>
        <w:tc>
          <w:tcPr>
            <w:tcW w:type="dxa" w:w="2160"/>
          </w:tcPr>
          <w:p>
            <w:r>
              <w:t>USDA Guidelines</w:t>
            </w:r>
          </w:p>
        </w:tc>
        <w:tc>
          <w:tcPr>
            <w:tcW w:type="dxa" w:w="2160"/>
          </w:tcPr>
          <w:p>
            <w:r>
              <w:t>How do you ensure that your corn farming practices align with USDA guidelines for sustainable agriculture?</w:t>
              <w:br/>
              <w:t>Answer type: Long text</w:t>
              <w:br/>
              <w:t>Trigger: Always</w:t>
              <w:br/>
              <w:t>Required: No</w:t>
              <w:br/>
              <w:t>Risk: Medium</w:t>
            </w:r>
          </w:p>
        </w:tc>
        <w:tc>
          <w:tcPr>
            <w:tcW w:type="dxa" w:w="2160"/>
          </w:tcPr>
          <w:p>
            <w:r>
              <w:t>Primary authority: USDA Sustainable Agriculture Guidelines</w:t>
              <w:br/>
              <w:t>Response: ___________________________</w:t>
              <w:br/>
              <w:t>Evidence: ___________________________</w:t>
              <w:br/>
              <w:t>Reviewer conclusion: ___________________________</w:t>
            </w:r>
          </w:p>
        </w:tc>
      </w:tr>
      <w:tr>
        <w:tc>
          <w:tcPr>
            <w:tcW w:type="dxa" w:w="2160"/>
          </w:tcPr>
          <w:p>
            <w:r>
              <w:t>1050-0306</w:t>
            </w:r>
          </w:p>
        </w:tc>
        <w:tc>
          <w:tcPr>
            <w:tcW w:type="dxa" w:w="2160"/>
          </w:tcPr>
          <w:p>
            <w:r>
              <w:t>State Regulations</w:t>
            </w:r>
          </w:p>
        </w:tc>
        <w:tc>
          <w:tcPr>
            <w:tcW w:type="dxa" w:w="2160"/>
          </w:tcPr>
          <w:p>
            <w:r>
              <w:t>What specific California environmental regulations do you follow in your corn farming operations?</w:t>
              <w:br/>
              <w:t>Answer type: Long text</w:t>
              <w:br/>
              <w:t>Trigger: Always</w:t>
              <w:br/>
              <w:t>Required: No</w:t>
              <w:br/>
              <w:t>Risk: Medium</w:t>
            </w:r>
          </w:p>
        </w:tc>
        <w:tc>
          <w:tcPr>
            <w:tcW w:type="dxa" w:w="2160"/>
          </w:tcPr>
          <w:p>
            <w:r>
              <w:t>Primary authority: California Environmental Protection Agency</w:t>
              <w:br/>
              <w:t>Response: ___________________________</w:t>
              <w:br/>
              <w:t>Evidence: ___________________________</w:t>
              <w:br/>
              <w:t>Reviewer conclusion: ___________________________</w:t>
            </w:r>
          </w:p>
        </w:tc>
      </w:tr>
      <w:tr>
        <w:tc>
          <w:tcPr>
            <w:tcW w:type="dxa" w:w="2160"/>
          </w:tcPr>
          <w:p>
            <w:r>
              <w:t>1050-0307</w:t>
            </w:r>
          </w:p>
        </w:tc>
        <w:tc>
          <w:tcPr>
            <w:tcW w:type="dxa" w:w="2160"/>
          </w:tcPr>
          <w:p>
            <w:r>
              <w:t>Pesticide Registration</w:t>
            </w:r>
          </w:p>
        </w:tc>
        <w:tc>
          <w:tcPr>
            <w:tcW w:type="dxa" w:w="2160"/>
          </w:tcPr>
          <w:p>
            <w:r>
              <w:t>What is the process for maintaining records of pesticide usage on your corn farm, in compliance with state and federal regulations?</w:t>
              <w:br/>
              <w:t>Answer type: Long text + evidence</w:t>
              <w:br/>
              <w:t>Trigger: Always</w:t>
              <w:br/>
              <w:t>Required: No</w:t>
              <w:br/>
              <w:t>Risk: High</w:t>
            </w:r>
          </w:p>
        </w:tc>
        <w:tc>
          <w:tcPr>
            <w:tcW w:type="dxa" w:w="2160"/>
          </w:tcPr>
          <w:p>
            <w:r>
              <w:t>Primary authority: EPA Pesticide Regulations</w:t>
              <w:br/>
              <w:t>Response: ___________________________</w:t>
              <w:br/>
              <w:t>Evidence: ___________________________</w:t>
              <w:br/>
              <w:t>Reviewer conclusion: ___________________________</w:t>
            </w:r>
          </w:p>
        </w:tc>
      </w:tr>
      <w:tr>
        <w:tc>
          <w:tcPr>
            <w:tcW w:type="dxa" w:w="2160"/>
          </w:tcPr>
          <w:p>
            <w:r>
              <w:t>1050-0308</w:t>
            </w:r>
          </w:p>
        </w:tc>
        <w:tc>
          <w:tcPr>
            <w:tcW w:type="dxa" w:w="2160"/>
          </w:tcPr>
          <w:p>
            <w:r>
              <w:t>Organic Certification</w:t>
            </w:r>
          </w:p>
        </w:tc>
        <w:tc>
          <w:tcPr>
            <w:tcW w:type="dxa" w:w="2160"/>
          </w:tcPr>
          <w:p>
            <w:r>
              <w:t>What challenges have you faced in obtaining or maintaining organic certification for your corn products?</w:t>
              <w:br/>
              <w:t>Answer type: Long text</w:t>
              <w:br/>
              <w:t>Trigger: Yes</w:t>
              <w:br/>
              <w:t>Required: No</w:t>
              <w:br/>
              <w:t>Risk: High</w:t>
            </w:r>
          </w:p>
        </w:tc>
        <w:tc>
          <w:tcPr>
            <w:tcW w:type="dxa" w:w="2160"/>
          </w:tcPr>
          <w:p>
            <w:r>
              <w:t>Primary authority: USDA Organic Certification</w:t>
              <w:br/>
              <w:t>Response: ___________________________</w:t>
              <w:br/>
              <w:t>Evidence: ___________________________</w:t>
              <w:br/>
              <w:t>Reviewer conclusion: ___________________________</w:t>
            </w:r>
          </w:p>
        </w:tc>
      </w:tr>
      <w:tr>
        <w:tc>
          <w:tcPr>
            <w:tcW w:type="dxa" w:w="2160"/>
          </w:tcPr>
          <w:p>
            <w:r>
              <w:t>1050-0309</w:t>
            </w:r>
          </w:p>
        </w:tc>
        <w:tc>
          <w:tcPr>
            <w:tcW w:type="dxa" w:w="2160"/>
          </w:tcPr>
          <w:p>
            <w:r>
              <w:t>Food Safety Standards</w:t>
            </w:r>
          </w:p>
        </w:tc>
        <w:tc>
          <w:tcPr>
            <w:tcW w:type="dxa" w:w="2160"/>
          </w:tcPr>
          <w:p>
            <w:r>
              <w:t>What specific food safety protocols do you implement during the harvesting and processing of corn?</w:t>
              <w:br/>
              <w:t>Answer type: Long text + evidence</w:t>
              <w:br/>
              <w:t>Trigger: Always</w:t>
              <w:br/>
              <w:t>Required: No</w:t>
              <w:br/>
              <w:t>Risk: Medium</w:t>
            </w:r>
          </w:p>
        </w:tc>
        <w:tc>
          <w:tcPr>
            <w:tcW w:type="dxa" w:w="2160"/>
          </w:tcPr>
          <w:p>
            <w:r>
              <w:t>Primary authority: FDA Food Safety Modernization Act</w:t>
              <w:br/>
              <w:t>Response: ___________________________</w:t>
              <w:br/>
              <w:t>Evidence: ___________________________</w:t>
              <w:br/>
              <w:t>Reviewer conclusion: ___________________________</w:t>
            </w:r>
          </w:p>
        </w:tc>
      </w:tr>
      <w:tr>
        <w:tc>
          <w:tcPr>
            <w:tcW w:type="dxa" w:w="2160"/>
          </w:tcPr>
          <w:p>
            <w:r>
              <w:t>1050-0310</w:t>
            </w:r>
          </w:p>
        </w:tc>
        <w:tc>
          <w:tcPr>
            <w:tcW w:type="dxa" w:w="2160"/>
          </w:tcPr>
          <w:p>
            <w:r>
              <w:t>Environmental Impact Assessments</w:t>
            </w:r>
          </w:p>
        </w:tc>
        <w:tc>
          <w:tcPr>
            <w:tcW w:type="dxa" w:w="2160"/>
          </w:tcPr>
          <w:p>
            <w:r>
              <w:t>What types of environmental assessments do you conduct prior to initiating new farming practices or expanding operations?</w:t>
              <w:br/>
              <w:t>Answer type: Long text</w:t>
              <w:br/>
              <w:t>Trigger: Always</w:t>
              <w:br/>
              <w:t>Required: No</w:t>
              <w:br/>
              <w:t>Risk: High</w:t>
            </w:r>
          </w:p>
        </w:tc>
        <w:tc>
          <w:tcPr>
            <w:tcW w:type="dxa" w:w="2160"/>
          </w:tcPr>
          <w:p>
            <w:r>
              <w:t>Primary authority: NEPA Guidelines</w:t>
              <w:br/>
              <w:t>Response: ___________________________</w:t>
              <w:br/>
              <w:t>Evidence: ___________________________</w:t>
              <w:br/>
              <w:t>Reviewer conclusion: ___________________________</w:t>
            </w:r>
          </w:p>
        </w:tc>
      </w:tr>
      <w:tr>
        <w:tc>
          <w:tcPr>
            <w:tcW w:type="dxa" w:w="2160"/>
          </w:tcPr>
          <w:p>
            <w:r>
              <w:t>1050-0311</w:t>
            </w:r>
          </w:p>
        </w:tc>
        <w:tc>
          <w:tcPr>
            <w:tcW w:type="dxa" w:w="2160"/>
          </w:tcPr>
          <w:p>
            <w:r>
              <w:t>Compliance Audits</w:t>
            </w:r>
          </w:p>
        </w:tc>
        <w:tc>
          <w:tcPr>
            <w:tcW w:type="dxa" w:w="2160"/>
          </w:tcPr>
          <w:p>
            <w:r>
              <w:t>Who is responsible for conducting compliance audits on your corn farm, and what qualifications do they have?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1050-0312</w:t>
            </w:r>
          </w:p>
        </w:tc>
        <w:tc>
          <w:tcPr>
            <w:tcW w:type="dxa" w:w="2160"/>
          </w:tcPr>
          <w:p>
            <w:r>
              <w:t>EPA Regulations</w:t>
            </w:r>
          </w:p>
        </w:tc>
        <w:tc>
          <w:tcPr>
            <w:tcW w:type="dxa" w:w="2160"/>
          </w:tcPr>
          <w:p>
            <w:r>
              <w:t>How do you monitor and report air quality emissions related to your corn farming activities?</w:t>
              <w:br/>
              <w:t>Answer type: Long text</w:t>
              <w:br/>
              <w:t>Trigger: Always</w:t>
              <w:br/>
              <w:t>Required: No</w:t>
              <w:br/>
              <w:t>Risk: High</w:t>
            </w:r>
          </w:p>
        </w:tc>
        <w:tc>
          <w:tcPr>
            <w:tcW w:type="dxa" w:w="2160"/>
          </w:tcPr>
          <w:p>
            <w:r>
              <w:t>Primary authority: EPA Air Quality Standards</w:t>
              <w:br/>
              <w:t>Response: ___________________________</w:t>
              <w:br/>
              <w:t>Evidence: ___________________________</w:t>
              <w:br/>
              <w:t>Reviewer conclusion: ___________________________</w:t>
            </w:r>
          </w:p>
        </w:tc>
      </w:tr>
      <w:tr>
        <w:tc>
          <w:tcPr>
            <w:tcW w:type="dxa" w:w="2160"/>
          </w:tcPr>
          <w:p>
            <w:r>
              <w:t>1050-0313</w:t>
            </w:r>
          </w:p>
        </w:tc>
        <w:tc>
          <w:tcPr>
            <w:tcW w:type="dxa" w:w="2160"/>
          </w:tcPr>
          <w:p>
            <w:r>
              <w:t>USDA Guidelines</w:t>
            </w:r>
          </w:p>
        </w:tc>
        <w:tc>
          <w:tcPr>
            <w:tcW w:type="dxa" w:w="2160"/>
          </w:tcPr>
          <w:p>
            <w:r>
              <w:t>What USDA programs have you participated in to enhance the sustainability of your corn farming practices?</w:t>
              <w:br/>
              <w:t>Answer type: Multi-select</w:t>
              <w:br/>
              <w:t>Trigger: Always</w:t>
              <w:br/>
              <w:t>Required: No</w:t>
              <w:br/>
              <w:t>Risk: Medium</w:t>
            </w:r>
          </w:p>
        </w:tc>
        <w:tc>
          <w:tcPr>
            <w:tcW w:type="dxa" w:w="2160"/>
          </w:tcPr>
          <w:p>
            <w:r>
              <w:t>Primary authority: USDA Programs</w:t>
              <w:br/>
              <w:t>Response: ___________________________</w:t>
              <w:br/>
              <w:t>Evidence: ___________________________</w:t>
              <w:br/>
              <w:t>Reviewer conclusion: ___________________________</w:t>
            </w:r>
          </w:p>
        </w:tc>
      </w:tr>
      <w:tr>
        <w:tc>
          <w:tcPr>
            <w:tcW w:type="dxa" w:w="2160"/>
          </w:tcPr>
          <w:p>
            <w:r>
              <w:t>1050-0314</w:t>
            </w:r>
          </w:p>
        </w:tc>
        <w:tc>
          <w:tcPr>
            <w:tcW w:type="dxa" w:w="2160"/>
          </w:tcPr>
          <w:p>
            <w:r>
              <w:t>State Regulations</w:t>
            </w:r>
          </w:p>
        </w:tc>
        <w:tc>
          <w:tcPr>
            <w:tcW w:type="dxa" w:w="2160"/>
          </w:tcPr>
          <w:p>
            <w:r>
              <w:t>What local California ordinances affect your corn farming operations, and how do you comply with them?</w:t>
              <w:br/>
              <w:t>Answer type: Long text</w:t>
              <w:br/>
              <w:t>Trigger: Always</w:t>
              <w:br/>
              <w:t>Required: No</w:t>
              <w:br/>
              <w:t>Risk: Medium</w:t>
            </w:r>
          </w:p>
        </w:tc>
        <w:tc>
          <w:tcPr>
            <w:tcW w:type="dxa" w:w="2160"/>
          </w:tcPr>
          <w:p>
            <w:r>
              <w:t>Primary authority: California Department of Food and Agriculture</w:t>
              <w:br/>
              <w:t>Response: ___________________________</w:t>
              <w:br/>
              <w:t>Evidence: ___________________________</w:t>
              <w:br/>
              <w:t>Reviewer conclusion: ___________________________</w:t>
            </w:r>
          </w:p>
        </w:tc>
      </w:tr>
      <w:tr>
        <w:tc>
          <w:tcPr>
            <w:tcW w:type="dxa" w:w="2160"/>
          </w:tcPr>
          <w:p>
            <w:r>
              <w:t>1050-0315</w:t>
            </w:r>
          </w:p>
        </w:tc>
        <w:tc>
          <w:tcPr>
            <w:tcW w:type="dxa" w:w="2160"/>
          </w:tcPr>
          <w:p>
            <w:r>
              <w:t>Pesticide Registration</w:t>
            </w:r>
          </w:p>
        </w:tc>
        <w:tc>
          <w:tcPr>
            <w:tcW w:type="dxa" w:w="2160"/>
          </w:tcPr>
          <w:p>
            <w:r>
              <w:t>What documentation do you maintain to demonstrate compliance with pesticide registration requirements?</w:t>
              <w:br/>
              <w:t>Answer type: Long text + evidence</w:t>
              <w:br/>
              <w:t>Trigger: Always</w:t>
              <w:br/>
              <w:t>Required: No</w:t>
              <w:br/>
              <w:t>Risk: High</w:t>
            </w:r>
          </w:p>
        </w:tc>
        <w:tc>
          <w:tcPr>
            <w:tcW w:type="dxa" w:w="2160"/>
          </w:tcPr>
          <w:p>
            <w:r>
              <w:t>Primary authority: EPA Pesticide Registration</w:t>
              <w:br/>
              <w:t>Response: ___________________________</w:t>
              <w:br/>
              <w:t>Evidence: ___________________________</w:t>
              <w:br/>
              <w:t>Reviewer conclusion: ___________________________</w:t>
            </w:r>
          </w:p>
        </w:tc>
      </w:tr>
      <w:tr>
        <w:tc>
          <w:tcPr>
            <w:tcW w:type="dxa" w:w="2160"/>
          </w:tcPr>
          <w:p>
            <w:r>
              <w:t>1050-0316</w:t>
            </w:r>
          </w:p>
        </w:tc>
        <w:tc>
          <w:tcPr>
            <w:tcW w:type="dxa" w:w="2160"/>
          </w:tcPr>
          <w:p>
            <w:r>
              <w:t>Organic Certification</w:t>
            </w:r>
          </w:p>
        </w:tc>
        <w:tc>
          <w:tcPr>
            <w:tcW w:type="dxa" w:w="2160"/>
          </w:tcPr>
          <w:p>
            <w:r>
              <w:t>How do you handle non-compliance issues related to organic certification for your corn products?</w:t>
              <w:br/>
              <w:t>Answer type: Long text</w:t>
              <w:br/>
              <w:t>Trigger: Yes</w:t>
              <w:br/>
              <w:t>Required: No</w:t>
              <w:br/>
              <w:t>Risk: High</w:t>
            </w:r>
          </w:p>
        </w:tc>
        <w:tc>
          <w:tcPr>
            <w:tcW w:type="dxa" w:w="2160"/>
          </w:tcPr>
          <w:p>
            <w:r>
              <w:t>Primary authority: USDA Organic Certification</w:t>
              <w:br/>
              <w:t>Response: ___________________________</w:t>
              <w:br/>
              <w:t>Evidence: ___________________________</w:t>
              <w:br/>
              <w:t>Reviewer conclusion: ___________________________</w:t>
            </w:r>
          </w:p>
        </w:tc>
      </w:tr>
      <w:tr>
        <w:tc>
          <w:tcPr>
            <w:tcW w:type="dxa" w:w="2160"/>
          </w:tcPr>
          <w:p>
            <w:r>
              <w:t>1050-0317</w:t>
            </w:r>
          </w:p>
        </w:tc>
        <w:tc>
          <w:tcPr>
            <w:tcW w:type="dxa" w:w="2160"/>
          </w:tcPr>
          <w:p>
            <w:r>
              <w:t>Compliance Measures</w:t>
            </w:r>
          </w:p>
        </w:tc>
        <w:tc>
          <w:tcPr>
            <w:tcW w:type="dxa" w:w="2160"/>
          </w:tcPr>
          <w:p>
            <w:r>
              <w:t>What specific compliance measures did you implement in 2025 to adhere to agricultural regulations?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1050-0318</w:t>
            </w:r>
          </w:p>
        </w:tc>
        <w:tc>
          <w:tcPr>
            <w:tcW w:type="dxa" w:w="2160"/>
          </w:tcPr>
          <w:p>
            <w:r>
              <w:t>Training</w:t>
            </w:r>
          </w:p>
        </w:tc>
        <w:tc>
          <w:tcPr>
            <w:tcW w:type="dxa" w:w="2160"/>
          </w:tcPr>
          <w:p>
            <w:r>
              <w:t>What training did your staff receive in 2025 to ensure compliance with agricultural regulations?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1050-0319</w:t>
            </w:r>
          </w:p>
        </w:tc>
        <w:tc>
          <w:tcPr>
            <w:tcW w:type="dxa" w:w="2160"/>
          </w:tcPr>
          <w:p>
            <w:r>
              <w:t>Documentation</w:t>
            </w:r>
          </w:p>
        </w:tc>
        <w:tc>
          <w:tcPr>
            <w:tcW w:type="dxa" w:w="2160"/>
          </w:tcPr>
          <w:p>
            <w:r>
              <w:t>What documentation do you maintain to demonstrate compliance with agricultural regulations in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BIODIVERSITY-AND-AGROECOLOGY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1050-0320</w:t>
            </w:r>
          </w:p>
        </w:tc>
        <w:tc>
          <w:tcPr>
            <w:tcW w:type="dxa" w:w="2160"/>
          </w:tcPr>
          <w:p>
            <w:r>
              <w:t>Polyculture Practices</w:t>
            </w:r>
          </w:p>
        </w:tc>
        <w:tc>
          <w:tcPr>
            <w:tcW w:type="dxa" w:w="2160"/>
          </w:tcPr>
          <w:p>
            <w:r>
              <w:t>What specific polyculture practices have you implemented on your corn farm, and how do you measure their impact on yield and pest control?</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1050-0321</w:t>
            </w:r>
          </w:p>
        </w:tc>
        <w:tc>
          <w:tcPr>
            <w:tcW w:type="dxa" w:w="2160"/>
          </w:tcPr>
          <w:p>
            <w:r>
              <w:t>Beneficial Insects</w:t>
            </w:r>
          </w:p>
        </w:tc>
        <w:tc>
          <w:tcPr>
            <w:tcW w:type="dxa" w:w="2160"/>
          </w:tcPr>
          <w:p>
            <w:r>
              <w:t>Can you detail the strategies you use to attract and maintain beneficial insect populations on your corn farm? What data do you collect to evaluate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1050-0322</w:t>
            </w:r>
          </w:p>
        </w:tc>
        <w:tc>
          <w:tcPr>
            <w:tcW w:type="dxa" w:w="2160"/>
          </w:tcPr>
          <w:p>
            <w:r>
              <w:t>Habitat Conservation</w:t>
            </w:r>
          </w:p>
        </w:tc>
        <w:tc>
          <w:tcPr>
            <w:tcW w:type="dxa" w:w="2160"/>
          </w:tcPr>
          <w:p>
            <w:r>
              <w:t>What habitat conservation measures have you adopted on your corn farm, and how do you assess their impact on local biodiversity?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1050-0323</w:t>
            </w:r>
          </w:p>
        </w:tc>
        <w:tc>
          <w:tcPr>
            <w:tcW w:type="dxa" w:w="2160"/>
          </w:tcPr>
          <w:p>
            <w:r>
              <w:t>Soil Health</w:t>
            </w:r>
          </w:p>
        </w:tc>
        <w:tc>
          <w:tcPr>
            <w:tcW w:type="dxa" w:w="2160"/>
          </w:tcPr>
          <w:p>
            <w:r>
              <w:t>Describe the soil health monitoring practices you have in place. What specific indicators do you track, and how do they inform your farming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1050-0324</w:t>
            </w:r>
          </w:p>
        </w:tc>
        <w:tc>
          <w:tcPr>
            <w:tcW w:type="dxa" w:w="2160"/>
          </w:tcPr>
          <w:p>
            <w:r>
              <w:t>Ecosystem Services</w:t>
            </w:r>
          </w:p>
        </w:tc>
        <w:tc>
          <w:tcPr>
            <w:tcW w:type="dxa" w:w="2160"/>
          </w:tcPr>
          <w:p>
            <w:r>
              <w:t>What ecosystem services do you believe your corn farming practices provide, and how do you quantify these services?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1050-0325</w:t>
            </w:r>
          </w:p>
        </w:tc>
        <w:tc>
          <w:tcPr>
            <w:tcW w:type="dxa" w:w="2160"/>
          </w:tcPr>
          <w:p>
            <w:r>
              <w:t>Sustainable Practices</w:t>
            </w:r>
          </w:p>
        </w:tc>
        <w:tc>
          <w:tcPr>
            <w:tcW w:type="dxa" w:w="2160"/>
          </w:tcPr>
          <w:p>
            <w:r>
              <w:t>What specific sustainable practices have you implemented in your corn farming operations, and how do you measure their effectiveness over time?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1050-0326</w:t>
            </w:r>
          </w:p>
        </w:tc>
        <w:tc>
          <w:tcPr>
            <w:tcW w:type="dxa" w:w="2160"/>
          </w:tcPr>
          <w:p>
            <w:r>
              <w:t>Regulatory Compliance</w:t>
            </w:r>
          </w:p>
        </w:tc>
        <w:tc>
          <w:tcPr>
            <w:tcW w:type="dxa" w:w="2160"/>
          </w:tcPr>
          <w:p>
            <w:r>
              <w:t>What regulatory requirements related to biodiversity and agroecology do you comply with on your corn farm, and how do you ensure adherence to these regulations?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1050-0327</w:t>
            </w:r>
          </w:p>
        </w:tc>
        <w:tc>
          <w:tcPr>
            <w:tcW w:type="dxa" w:w="2160"/>
          </w:tcPr>
          <w:p>
            <w:r>
              <w:t>Community Engagement</w:t>
            </w:r>
          </w:p>
        </w:tc>
        <w:tc>
          <w:tcPr>
            <w:tcW w:type="dxa" w:w="2160"/>
          </w:tcPr>
          <w:p>
            <w:r>
              <w:t>How do you engage with the local community regarding biodiversity and agroecology on your corn farm? Please provide examples of initiatives or feedback mechanisms.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1050-0328</w:t>
            </w:r>
          </w:p>
        </w:tc>
        <w:tc>
          <w:tcPr>
            <w:tcW w:type="dxa" w:w="2160"/>
          </w:tcPr>
          <w:p>
            <w:r>
              <w:t>Polyculture Impact</w:t>
            </w:r>
          </w:p>
        </w:tc>
        <w:tc>
          <w:tcPr>
            <w:tcW w:type="dxa" w:w="2160"/>
          </w:tcPr>
          <w:p>
            <w:r>
              <w:t>Have you conducted any experimental trials comparing polyculture versus monoculture on your corn farm? If so, what were the findings and how did they influence your practices?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1050-0329</w:t>
            </w:r>
          </w:p>
        </w:tc>
        <w:tc>
          <w:tcPr>
            <w:tcW w:type="dxa" w:w="2160"/>
          </w:tcPr>
          <w:p>
            <w:r>
              <w:t>Soil Amendments</w:t>
            </w:r>
          </w:p>
        </w:tc>
        <w:tc>
          <w:tcPr>
            <w:tcW w:type="dxa" w:w="2160"/>
          </w:tcPr>
          <w:p>
            <w:r>
              <w:t>What types of soil amendments do you use to enhance biodiversity on your corn farm, and what evidence do you have of their impact on soil health?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1050-0330</w:t>
            </w:r>
          </w:p>
        </w:tc>
        <w:tc>
          <w:tcPr>
            <w:tcW w:type="dxa" w:w="2160"/>
          </w:tcPr>
          <w:p>
            <w:r>
              <w:t>Ecosystem Monitoring</w:t>
            </w:r>
          </w:p>
        </w:tc>
        <w:tc>
          <w:tcPr>
            <w:tcW w:type="dxa" w:w="2160"/>
          </w:tcPr>
          <w:p>
            <w:r>
              <w:t>What monitoring systems do you have in place to assess the health of ecosystems on your corn farm, and how do you utilize this data in your management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1050-0331</w:t>
            </w:r>
          </w:p>
        </w:tc>
        <w:tc>
          <w:tcPr>
            <w:tcW w:type="dxa" w:w="2160"/>
          </w:tcPr>
          <w:p>
            <w:r>
              <w:t>Biodiversity Goals</w:t>
            </w:r>
          </w:p>
        </w:tc>
        <w:tc>
          <w:tcPr>
            <w:tcW w:type="dxa" w:w="2160"/>
          </w:tcPr>
          <w:p>
            <w:r>
              <w:t>What specific biodiversity goals have you set for your corn farming operation, and how do you track progress towards achieving these goals?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EQUIPMENT-AUTOMATION-TECHNOLOGIES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1050-0332</w:t>
            </w:r>
          </w:p>
        </w:tc>
        <w:tc>
          <w:tcPr>
            <w:tcW w:type="dxa" w:w="2160"/>
          </w:tcPr>
          <w:p>
            <w:r>
              <w:t>Autonomous Tractors</w:t>
            </w:r>
          </w:p>
        </w:tc>
        <w:tc>
          <w:tcPr>
            <w:tcW w:type="dxa" w:w="2160"/>
          </w:tcPr>
          <w:p>
            <w:r>
              <w:t>What specific features of the autonomous tractors have you implemented to improve operational efficiency in your corn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1050-0333</w:t>
            </w:r>
          </w:p>
        </w:tc>
        <w:tc>
          <w:tcPr>
            <w:tcW w:type="dxa" w:w="2160"/>
          </w:tcPr>
          <w:p>
            <w:r>
              <w:t>Drones for Monitoring</w:t>
            </w:r>
          </w:p>
        </w:tc>
        <w:tc>
          <w:tcPr>
            <w:tcW w:type="dxa" w:w="2160"/>
          </w:tcPr>
          <w:p>
            <w:r>
              <w:t>Can you describe the types of data collected by drones for monitoring corn crop health and how this data is integrated into your farming operations?</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1050-0334</w:t>
            </w:r>
          </w:p>
        </w:tc>
        <w:tc>
          <w:tcPr>
            <w:tcW w:type="dxa" w:w="2160"/>
          </w:tcPr>
          <w:p>
            <w:r>
              <w:t>Robotic Harvesters</w:t>
            </w:r>
          </w:p>
        </w:tc>
        <w:tc>
          <w:tcPr>
            <w:tcW w:type="dxa" w:w="2160"/>
          </w:tcPr>
          <w:p>
            <w:r>
              <w:t>What testing procedures have you implemented to evaluate the effectiveness of robotic harvesters in your corn fields?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1050-0335</w:t>
            </w:r>
          </w:p>
        </w:tc>
        <w:tc>
          <w:tcPr>
            <w:tcW w:type="dxa" w:w="2160"/>
          </w:tcPr>
          <w:p>
            <w:r>
              <w:t>Sensor Technologies</w:t>
            </w:r>
          </w:p>
        </w:tc>
        <w:tc>
          <w:tcPr>
            <w:tcW w:type="dxa" w:w="2160"/>
          </w:tcPr>
          <w:p>
            <w:r>
              <w:t>What types of sensor technologies have you deployed in your corn farming operations, and what specific challenges are you addressing with these technologies?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1050-0336</w:t>
            </w:r>
          </w:p>
        </w:tc>
        <w:tc>
          <w:tcPr>
            <w:tcW w:type="dxa" w:w="2160"/>
          </w:tcPr>
          <w:p>
            <w:r>
              <w:t>Data Integration</w:t>
            </w:r>
          </w:p>
        </w:tc>
        <w:tc>
          <w:tcPr>
            <w:tcW w:type="dxa" w:w="2160"/>
          </w:tcPr>
          <w:p>
            <w:r>
              <w:t>How do you integrate data from various automation technologies (e.g., sensors, drones) into a cohesive system for decision-making in your corn farming?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1050-0337</w:t>
            </w:r>
          </w:p>
        </w:tc>
        <w:tc>
          <w:tcPr>
            <w:tcW w:type="dxa" w:w="2160"/>
          </w:tcPr>
          <w:p>
            <w:r>
              <w:t>Efficiency Improvements</w:t>
            </w:r>
          </w:p>
        </w:tc>
        <w:tc>
          <w:tcPr>
            <w:tcW w:type="dxa" w:w="2160"/>
          </w:tcPr>
          <w:p>
            <w:r>
              <w:t>What specific metrics do you use to measure the efficiency improvements resulting from the adoption of automation technologies in your corn farming operations?</w:t>
              <w:br/>
              <w:t>Answer type: Multi-select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1050-0338</w:t>
            </w:r>
          </w:p>
        </w:tc>
        <w:tc>
          <w:tcPr>
            <w:tcW w:type="dxa" w:w="2160"/>
          </w:tcPr>
          <w:p>
            <w:r>
              <w:t>Safety Standards</w:t>
            </w:r>
          </w:p>
        </w:tc>
        <w:tc>
          <w:tcPr>
            <w:tcW w:type="dxa" w:w="2160"/>
          </w:tcPr>
          <w:p>
            <w:r>
              <w:t>What safety standards have you implemented for the operation of autonomous tractors and robotic harvesters on your corn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1050-0339</w:t>
            </w:r>
          </w:p>
        </w:tc>
        <w:tc>
          <w:tcPr>
            <w:tcW w:type="dxa" w:w="2160"/>
          </w:tcPr>
          <w:p>
            <w:r>
              <w:t>Cost-Benefit Analysis</w:t>
            </w:r>
          </w:p>
        </w:tc>
        <w:tc>
          <w:tcPr>
            <w:tcW w:type="dxa" w:w="2160"/>
          </w:tcPr>
          <w:p>
            <w:r>
              <w:t>Can you provide a detailed cost-benefit analysis of implementing automation technologies in your corn farming operations?</w:t>
              <w:br/>
              <w:t>Answer type: Currency</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1050-0340</w:t>
            </w:r>
          </w:p>
        </w:tc>
        <w:tc>
          <w:tcPr>
            <w:tcW w:type="dxa" w:w="2160"/>
          </w:tcPr>
          <w:p>
            <w:r>
              <w:t>Autonomous Tractors</w:t>
            </w:r>
          </w:p>
        </w:tc>
        <w:tc>
          <w:tcPr>
            <w:tcW w:type="dxa" w:w="2160"/>
          </w:tcPr>
          <w:p>
            <w:r>
              <w:t>What challenges have you faced in the deployment of autonomous tractors, and how have you addressed them?</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1050-0341</w:t>
            </w:r>
          </w:p>
        </w:tc>
        <w:tc>
          <w:tcPr>
            <w:tcW w:type="dxa" w:w="2160"/>
          </w:tcPr>
          <w:p>
            <w:r>
              <w:t>Drones for Monitoring</w:t>
            </w:r>
          </w:p>
        </w:tc>
        <w:tc>
          <w:tcPr>
            <w:tcW w:type="dxa" w:w="2160"/>
          </w:tcPr>
          <w:p>
            <w:r>
              <w:t>What specific algorithms or software are you using to analyze the data collected by drones for monitoring corn health?</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1050-0342</w:t>
            </w:r>
          </w:p>
        </w:tc>
        <w:tc>
          <w:tcPr>
            <w:tcW w:type="dxa" w:w="2160"/>
          </w:tcPr>
          <w:p>
            <w:r>
              <w:t>Robotic Harvesters</w:t>
            </w:r>
          </w:p>
        </w:tc>
        <w:tc>
          <w:tcPr>
            <w:tcW w:type="dxa" w:w="2160"/>
          </w:tcPr>
          <w:p>
            <w:r>
              <w:t>How do you evaluate the performance of robotic harvesters compared to traditional harvesting methods?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1050-0343</w:t>
            </w:r>
          </w:p>
        </w:tc>
        <w:tc>
          <w:tcPr>
            <w:tcW w:type="dxa" w:w="2160"/>
          </w:tcPr>
          <w:p>
            <w:r>
              <w:t>Sensor Technologies</w:t>
            </w:r>
          </w:p>
        </w:tc>
        <w:tc>
          <w:tcPr>
            <w:tcW w:type="dxa" w:w="2160"/>
          </w:tcPr>
          <w:p>
            <w:r>
              <w:t>What specific types of sensors (e.g., soil moisture, temperature) have you integrated into your corn farming practices, and what results have you observed?</w:t>
              <w:br/>
              <w:t>Answer type: Long text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1050-0344</w:t>
            </w:r>
          </w:p>
        </w:tc>
        <w:tc>
          <w:tcPr>
            <w:tcW w:type="dxa" w:w="2160"/>
          </w:tcPr>
          <w:p>
            <w:r>
              <w:t>Data Integration</w:t>
            </w:r>
          </w:p>
        </w:tc>
        <w:tc>
          <w:tcPr>
            <w:tcW w:type="dxa" w:w="2160"/>
          </w:tcPr>
          <w:p>
            <w:r>
              <w:t>What software platforms are you using to integrate data from your automation technologies, and what challenges have you encountered?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1050-0345</w:t>
            </w:r>
          </w:p>
        </w:tc>
        <w:tc>
          <w:tcPr>
            <w:tcW w:type="dxa" w:w="2160"/>
          </w:tcPr>
          <w:p>
            <w:r>
              <w:t>Efficiency Improvements</w:t>
            </w:r>
          </w:p>
        </w:tc>
        <w:tc>
          <w:tcPr>
            <w:tcW w:type="dxa" w:w="2160"/>
          </w:tcPr>
          <w:p>
            <w:r>
              <w:t>What percentage of yield improvement have you attributed to the use of automation technologies in your corn farming operations?</w:t>
              <w:br/>
              <w:t>Answer type: Percentage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1050-0346</w:t>
            </w:r>
          </w:p>
        </w:tc>
        <w:tc>
          <w:tcPr>
            <w:tcW w:type="dxa" w:w="2160"/>
          </w:tcPr>
          <w:p>
            <w:r>
              <w:t>Safety Standards</w:t>
            </w:r>
          </w:p>
        </w:tc>
        <w:tc>
          <w:tcPr>
            <w:tcW w:type="dxa" w:w="2160"/>
          </w:tcPr>
          <w:p>
            <w:r>
              <w:t>What specific training or certifications have your staff undergone to ensure compliance with safety standards for automation technologies?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1050-0347</w:t>
            </w:r>
          </w:p>
        </w:tc>
        <w:tc>
          <w:tcPr>
            <w:tcW w:type="dxa" w:w="2160"/>
          </w:tcPr>
          <w:p>
            <w:r>
              <w:t>Cost-Benefit Analysis</w:t>
            </w:r>
          </w:p>
        </w:tc>
        <w:tc>
          <w:tcPr>
            <w:tcW w:type="dxa" w:w="2160"/>
          </w:tcPr>
          <w:p>
            <w:r>
              <w:t>What is the estimated return on investment (ROI) for the automation technologies implemented in your corn farming operations?</w:t>
              <w:br/>
              <w:t>Answer type: Percentage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1050-0348</w:t>
            </w:r>
          </w:p>
        </w:tc>
        <w:tc>
          <w:tcPr>
            <w:tcW w:type="dxa" w:w="2160"/>
          </w:tcPr>
          <w:p>
            <w:r>
              <w:t>Implementation</w:t>
            </w:r>
          </w:p>
        </w:tc>
        <w:tc>
          <w:tcPr>
            <w:tcW w:type="dxa" w:w="2160"/>
          </w:tcPr>
          <w:p>
            <w:r>
              <w:t>What automation technologies did you implement in your farming equipment in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1050-0349</w:t>
            </w:r>
          </w:p>
        </w:tc>
        <w:tc>
          <w:tcPr>
            <w:tcW w:type="dxa" w:w="2160"/>
          </w:tcPr>
          <w:p>
            <w:r>
              <w:t>Efficiency Gains</w:t>
            </w:r>
          </w:p>
        </w:tc>
        <w:tc>
          <w:tcPr>
            <w:tcW w:type="dxa" w:w="2160"/>
          </w:tcPr>
          <w:p>
            <w:r>
              <w:t>How did the automation technologies improve operational efficiency on your farm in 2025?</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BYPRODUCTS-AND-WASTE-MANAGEMENT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1050-0350</w:t>
            </w:r>
          </w:p>
        </w:tc>
        <w:tc>
          <w:tcPr>
            <w:tcW w:type="dxa" w:w="2160"/>
          </w:tcPr>
          <w:p>
            <w:r>
              <w:t>Corn Stover Utilization</w:t>
            </w:r>
          </w:p>
        </w:tc>
        <w:tc>
          <w:tcPr>
            <w:tcW w:type="dxa" w:w="2160"/>
          </w:tcPr>
          <w:p>
            <w:r>
              <w:t>What specific methods are you using to utilize corn stover beyond traditional practices? Please detail any innovative techniques or technologies implemented in the past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1050-0351</w:t>
            </w:r>
          </w:p>
        </w:tc>
        <w:tc>
          <w:tcPr>
            <w:tcW w:type="dxa" w:w="2160"/>
          </w:tcPr>
          <w:p>
            <w:r>
              <w:t>Biofuel Production</w:t>
            </w:r>
          </w:p>
        </w:tc>
        <w:tc>
          <w:tcPr>
            <w:tcW w:type="dxa" w:w="2160"/>
          </w:tcPr>
          <w:p>
            <w:r>
              <w:t>Have you conducted any experimental processes for converting corn byproducts into biofuels? If so, please describe the experimental design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1050-0352</w:t>
            </w:r>
          </w:p>
        </w:tc>
        <w:tc>
          <w:tcPr>
            <w:tcW w:type="dxa" w:w="2160"/>
          </w:tcPr>
          <w:p>
            <w:r>
              <w:t>Composting</w:t>
            </w:r>
          </w:p>
        </w:tc>
        <w:tc>
          <w:tcPr>
            <w:tcW w:type="dxa" w:w="2160"/>
          </w:tcPr>
          <w:p>
            <w:r>
              <w:t>What composting techniques are you employing to manage organic waste from your corn farming operations? Please include any research or trials conducted to improve these techniques.</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1050-0353</w:t>
            </w:r>
          </w:p>
        </w:tc>
        <w:tc>
          <w:tcPr>
            <w:tcW w:type="dxa" w:w="2160"/>
          </w:tcPr>
          <w:p>
            <w:r>
              <w:t>Waste Reduction Strategies</w:t>
            </w:r>
          </w:p>
        </w:tc>
        <w:tc>
          <w:tcPr>
            <w:tcW w:type="dxa" w:w="2160"/>
          </w:tcPr>
          <w:p>
            <w:r>
              <w:t>Can you detail any experimental waste reduction strategies that have been tested on your farm in the past year? What metrics were used to assess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1050-0354</w:t>
            </w:r>
          </w:p>
        </w:tc>
        <w:tc>
          <w:tcPr>
            <w:tcW w:type="dxa" w:w="2160"/>
          </w:tcPr>
          <w:p>
            <w:r>
              <w:t>Regulatory Compliance</w:t>
            </w:r>
          </w:p>
        </w:tc>
        <w:tc>
          <w:tcPr>
            <w:tcW w:type="dxa" w:w="2160"/>
          </w:tcPr>
          <w:p>
            <w:r>
              <w:t>What specific regulations regarding waste management do you monitor for compliance, and have you conducted any experiments to meet or exceed these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1050-0355</w:t>
            </w:r>
          </w:p>
        </w:tc>
        <w:tc>
          <w:tcPr>
            <w:tcW w:type="dxa" w:w="2160"/>
          </w:tcPr>
          <w:p>
            <w:r>
              <w:t>Sustainability Practices</w:t>
            </w:r>
          </w:p>
        </w:tc>
        <w:tc>
          <w:tcPr>
            <w:tcW w:type="dxa" w:w="2160"/>
          </w:tcPr>
          <w:p>
            <w:r>
              <w:t>What innovative sustainability practices have you implemented in managing byproducts and waste? Please provide details on any trials or studies conducted to evaluate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1050-0356</w:t>
            </w:r>
          </w:p>
        </w:tc>
        <w:tc>
          <w:tcPr>
            <w:tcW w:type="dxa" w:w="2160"/>
          </w:tcPr>
          <w:p>
            <w:r>
              <w:t>Economic Impact</w:t>
            </w:r>
          </w:p>
        </w:tc>
        <w:tc>
          <w:tcPr>
            <w:tcW w:type="dxa" w:w="2160"/>
          </w:tcPr>
          <w:p>
            <w:r>
              <w:t>How have your byproduct management practices impacted your overall economic performance? Please provide quantitative data or case studies to support your claims.</w:t>
              <w:br/>
              <w:t>Answer type: Currency</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1050-0357</w:t>
            </w:r>
          </w:p>
        </w:tc>
        <w:tc>
          <w:tcPr>
            <w:tcW w:type="dxa" w:w="2160"/>
          </w:tcPr>
          <w:p>
            <w:r>
              <w:t>Environmental Considerations</w:t>
            </w:r>
          </w:p>
        </w:tc>
        <w:tc>
          <w:tcPr>
            <w:tcW w:type="dxa" w:w="2160"/>
          </w:tcPr>
          <w:p>
            <w:r>
              <w:t>What environmental assessments have you conducted regarding the byproducts and waste generated from your corn farming? Include any experimental findings that influenced operational changes.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1050-0358</w:t>
            </w:r>
          </w:p>
        </w:tc>
        <w:tc>
          <w:tcPr>
            <w:tcW w:type="dxa" w:w="2160"/>
          </w:tcPr>
          <w:p>
            <w:r>
              <w:t>Corn Stover Utilization</w:t>
            </w:r>
          </w:p>
        </w:tc>
        <w:tc>
          <w:tcPr>
            <w:tcW w:type="dxa" w:w="2160"/>
          </w:tcPr>
          <w:p>
            <w:r>
              <w:t>Have you explored any partnerships or collaborations aimed at enhancing corn stover utilization? Please describe any experiments or pilot projects resulting from these partnerships.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1050-0359</w:t>
            </w:r>
          </w:p>
        </w:tc>
        <w:tc>
          <w:tcPr>
            <w:tcW w:type="dxa" w:w="2160"/>
          </w:tcPr>
          <w:p>
            <w:r>
              <w:t>Biofuel Production</w:t>
            </w:r>
          </w:p>
        </w:tc>
        <w:tc>
          <w:tcPr>
            <w:tcW w:type="dxa" w:w="2160"/>
          </w:tcPr>
          <w:p>
            <w:r>
              <w:t>What research and development activities have you undertaken to improve the efficiency of biofuel production from corn byproducts? Please provide specific examples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1050-0360</w:t>
            </w:r>
          </w:p>
        </w:tc>
        <w:tc>
          <w:tcPr>
            <w:tcW w:type="dxa" w:w="2160"/>
          </w:tcPr>
          <w:p>
            <w:r>
              <w:t>Composting</w:t>
            </w:r>
          </w:p>
        </w:tc>
        <w:tc>
          <w:tcPr>
            <w:tcW w:type="dxa" w:w="2160"/>
          </w:tcPr>
          <w:p>
            <w:r>
              <w:t>What challenges have you faced in implementing effective composting practices, and what experimental approaches have you taken to overcome these challenges?</w:t>
              <w:br/>
              <w:t>Answer type: Long text + evidence</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1050-0361</w:t>
            </w:r>
          </w:p>
        </w:tc>
        <w:tc>
          <w:tcPr>
            <w:tcW w:type="dxa" w:w="2160"/>
          </w:tcPr>
          <w:p>
            <w:r>
              <w:t>Waste Reduction Strategies</w:t>
            </w:r>
          </w:p>
        </w:tc>
        <w:tc>
          <w:tcPr>
            <w:tcW w:type="dxa" w:w="2160"/>
          </w:tcPr>
          <w:p>
            <w:r>
              <w:t>What metrics do you use to evaluate the success of your waste reduction strategies, and how have these influenced your operational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1050-0362</w:t>
            </w:r>
          </w:p>
        </w:tc>
        <w:tc>
          <w:tcPr>
            <w:tcW w:type="dxa" w:w="2160"/>
          </w:tcPr>
          <w:p>
            <w:r>
              <w:t>Regulatory Compliance</w:t>
            </w:r>
          </w:p>
        </w:tc>
        <w:tc>
          <w:tcPr>
            <w:tcW w:type="dxa" w:w="2160"/>
          </w:tcPr>
          <w:p>
            <w:r>
              <w:t>Have you conducted any R&amp;D to develop new methods for complying with waste management regulations? Please detail the research process and findings.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1050-0363</w:t>
            </w:r>
          </w:p>
        </w:tc>
        <w:tc>
          <w:tcPr>
            <w:tcW w:type="dxa" w:w="2160"/>
          </w:tcPr>
          <w:p>
            <w:r>
              <w:t>Sustainability Practices</w:t>
            </w:r>
          </w:p>
        </w:tc>
        <w:tc>
          <w:tcPr>
            <w:tcW w:type="dxa" w:w="2160"/>
          </w:tcPr>
          <w:p>
            <w:r>
              <w:t>What innovative technologies have you researched or implemented to enhance the sustainability of byproduct management in your corn farming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CROP-RESEARCH-AND-DEVELOPMENT (24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1050-0364</w:t>
            </w:r>
          </w:p>
        </w:tc>
        <w:tc>
          <w:tcPr>
            <w:tcW w:type="dxa" w:w="2160"/>
          </w:tcPr>
          <w:p>
            <w:r>
              <w:t>Genetic Modification</w:t>
            </w:r>
          </w:p>
        </w:tc>
        <w:tc>
          <w:tcPr>
            <w:tcW w:type="dxa" w:w="2160"/>
          </w:tcPr>
          <w:p>
            <w:r>
              <w:t>What specific genetic modifications have been implemented in your corn varieties during the tax year 2025, and what was the objective of each modification?</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1050-0365</w:t>
            </w:r>
          </w:p>
        </w:tc>
        <w:tc>
          <w:tcPr>
            <w:tcW w:type="dxa" w:w="2160"/>
          </w:tcPr>
          <w:p>
            <w:r>
              <w:t>Hybrid Development</w:t>
            </w:r>
          </w:p>
        </w:tc>
        <w:tc>
          <w:tcPr>
            <w:tcW w:type="dxa" w:w="2160"/>
          </w:tcPr>
          <w:p>
            <w:r>
              <w:t>Describe the hybrid corn varieties developed in 2025, including the traits targeted for improvement and the methods used for hybridization.</w:t>
              <w:br/>
              <w:t>Answer type: Long text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1050-0366</w:t>
            </w:r>
          </w:p>
        </w:tc>
        <w:tc>
          <w:tcPr>
            <w:tcW w:type="dxa" w:w="2160"/>
          </w:tcPr>
          <w:p>
            <w:r>
              <w:t>Field Trials</w:t>
            </w:r>
          </w:p>
        </w:tc>
        <w:tc>
          <w:tcPr>
            <w:tcW w:type="dxa" w:w="2160"/>
          </w:tcPr>
          <w:p>
            <w:r>
              <w:t>What field trials were conducted in 2025 to test new corn hybrids or genetic modifications, including the locations, conditions, and results of these trials?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1050-0367</w:t>
            </w:r>
          </w:p>
        </w:tc>
        <w:tc>
          <w:tcPr>
            <w:tcW w:type="dxa" w:w="2160"/>
          </w:tcPr>
          <w:p>
            <w:r>
              <w:t>Data Collection</w:t>
            </w:r>
          </w:p>
        </w:tc>
        <w:tc>
          <w:tcPr>
            <w:tcW w:type="dxa" w:w="2160"/>
          </w:tcPr>
          <w:p>
            <w:r>
              <w:t>What types of data were collected during your R&amp;D efforts in 2025, and how was this data utilized to inform decisions on corn development?</w:t>
              <w:br/>
              <w:t>Answer type: Long text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1050-0368</w:t>
            </w:r>
          </w:p>
        </w:tc>
        <w:tc>
          <w:tcPr>
            <w:tcW w:type="dxa" w:w="2160"/>
          </w:tcPr>
          <w:p>
            <w:r>
              <w:t>Regulatory Requirements</w:t>
            </w:r>
          </w:p>
        </w:tc>
        <w:tc>
          <w:tcPr>
            <w:tcW w:type="dxa" w:w="2160"/>
          </w:tcPr>
          <w:p>
            <w:r>
              <w:t>What regulatory requirements did you encounter in 2025 related to genetic modifications or hybrids, and how did you address these requirements in your R&amp;D processes?</w:t>
              <w:br/>
              <w:t>Answer type: Long text</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1050-0369</w:t>
            </w:r>
          </w:p>
        </w:tc>
        <w:tc>
          <w:tcPr>
            <w:tcW w:type="dxa" w:w="2160"/>
          </w:tcPr>
          <w:p>
            <w:r>
              <w:t>Market Trends</w:t>
            </w:r>
          </w:p>
        </w:tc>
        <w:tc>
          <w:tcPr>
            <w:tcW w:type="dxa" w:w="2160"/>
          </w:tcPr>
          <w:p>
            <w:r>
              <w:t>How did market trends influence your R&amp;D decisions in 2025 regarding corn genetics and agronomic practices? Please provide specific examples.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1050-0370</w:t>
            </w:r>
          </w:p>
        </w:tc>
        <w:tc>
          <w:tcPr>
            <w:tcW w:type="dxa" w:w="2160"/>
          </w:tcPr>
          <w:p>
            <w:r>
              <w:t>Sustainability</w:t>
            </w:r>
          </w:p>
        </w:tc>
        <w:tc>
          <w:tcPr>
            <w:tcW w:type="dxa" w:w="2160"/>
          </w:tcPr>
          <w:p>
            <w:r>
              <w:t>What sustainable practices were integrated into your R&amp;D processes for corn development in 2025, and how were these practices measured for effectiveness?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1050-0371</w:t>
            </w:r>
          </w:p>
        </w:tc>
        <w:tc>
          <w:tcPr>
            <w:tcW w:type="dxa" w:w="2160"/>
          </w:tcPr>
          <w:p>
            <w:r>
              <w:t>Collaborative Research</w:t>
            </w:r>
          </w:p>
        </w:tc>
        <w:tc>
          <w:tcPr>
            <w:tcW w:type="dxa" w:w="2160"/>
          </w:tcPr>
          <w:p>
            <w:r>
              <w:t>Did you engage in any collaborative research efforts in 2025 with universities or other organizations for corn R&amp;D? If so, please describe the nature and outcomes of these collaborations.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1050-0372</w:t>
            </w:r>
          </w:p>
        </w:tc>
        <w:tc>
          <w:tcPr>
            <w:tcW w:type="dxa" w:w="2160"/>
          </w:tcPr>
          <w:p>
            <w:r>
              <w:t>Genetic Modification</w:t>
            </w:r>
          </w:p>
        </w:tc>
        <w:tc>
          <w:tcPr>
            <w:tcW w:type="dxa" w:w="2160"/>
          </w:tcPr>
          <w:p>
            <w:r>
              <w:t>What challenges did you face in the genetic modification processes in 2025, and how did you overcome these challenges?</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1050-0373</w:t>
            </w:r>
          </w:p>
        </w:tc>
        <w:tc>
          <w:tcPr>
            <w:tcW w:type="dxa" w:w="2160"/>
          </w:tcPr>
          <w:p>
            <w:r>
              <w:t>Hybrid Development</w:t>
            </w:r>
          </w:p>
        </w:tc>
        <w:tc>
          <w:tcPr>
            <w:tcW w:type="dxa" w:w="2160"/>
          </w:tcPr>
          <w:p>
            <w:r>
              <w:t>What were the key performance indicators (KPIs) used to evaluate the success of new corn hybrids developed in 2025?</w:t>
              <w:br/>
              <w:t>Answer type: Multi-select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1050-0374</w:t>
            </w:r>
          </w:p>
        </w:tc>
        <w:tc>
          <w:tcPr>
            <w:tcW w:type="dxa" w:w="2160"/>
          </w:tcPr>
          <w:p>
            <w:r>
              <w:t>Field Trials</w:t>
            </w:r>
          </w:p>
        </w:tc>
        <w:tc>
          <w:tcPr>
            <w:tcW w:type="dxa" w:w="2160"/>
          </w:tcPr>
          <w:p>
            <w:r>
              <w:t>How many field trials were conducted in 2025, and what was the average size of each trial plot?</w:t>
              <w:br/>
              <w:t>Answer type: Integer + details</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1050-0375</w:t>
            </w:r>
          </w:p>
        </w:tc>
        <w:tc>
          <w:tcPr>
            <w:tcW w:type="dxa" w:w="2160"/>
          </w:tcPr>
          <w:p>
            <w:r>
              <w:t>Data Collection</w:t>
            </w:r>
          </w:p>
        </w:tc>
        <w:tc>
          <w:tcPr>
            <w:tcW w:type="dxa" w:w="2160"/>
          </w:tcPr>
          <w:p>
            <w:r>
              <w:t>What specific methodologies were employed to collect data during your R&amp;D activities in 2025?</w:t>
              <w:br/>
              <w:t>Answer type: Long text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1050-0376</w:t>
            </w:r>
          </w:p>
        </w:tc>
        <w:tc>
          <w:tcPr>
            <w:tcW w:type="dxa" w:w="2160"/>
          </w:tcPr>
          <w:p>
            <w:r>
              <w:t>Regulatory Requirements</w:t>
            </w:r>
          </w:p>
        </w:tc>
        <w:tc>
          <w:tcPr>
            <w:tcW w:type="dxa" w:w="2160"/>
          </w:tcPr>
          <w:p>
            <w:r>
              <w:t>What specific regulatory approvals were sought for your corn genetic modifications in 2025, and what was the outcome of these applications?</w:t>
              <w:br/>
              <w:t>Answer type: Long text</w:t>
              <w:br/>
              <w:t>Trigger: Always</w:t>
              <w:br/>
              <w:t>Required: Yes</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1050-0377</w:t>
            </w:r>
          </w:p>
        </w:tc>
        <w:tc>
          <w:tcPr>
            <w:tcW w:type="dxa" w:w="2160"/>
          </w:tcPr>
          <w:p>
            <w:r>
              <w:t>Market Trends</w:t>
            </w:r>
          </w:p>
        </w:tc>
        <w:tc>
          <w:tcPr>
            <w:tcW w:type="dxa" w:w="2160"/>
          </w:tcPr>
          <w:p>
            <w:r>
              <w:t>What specific market demands influenced your R&amp;D focus in 2025, particularly regarding corn traits?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1050-0378</w:t>
            </w:r>
          </w:p>
        </w:tc>
        <w:tc>
          <w:tcPr>
            <w:tcW w:type="dxa" w:w="2160"/>
          </w:tcPr>
          <w:p>
            <w:r>
              <w:t>Sustainability</w:t>
            </w:r>
          </w:p>
        </w:tc>
        <w:tc>
          <w:tcPr>
            <w:tcW w:type="dxa" w:w="2160"/>
          </w:tcPr>
          <w:p>
            <w:r>
              <w:t>What metrics were used to assess the sustainability of your corn development practices in 2025?</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1050-0379</w:t>
            </w:r>
          </w:p>
        </w:tc>
        <w:tc>
          <w:tcPr>
            <w:tcW w:type="dxa" w:w="2160"/>
          </w:tcPr>
          <w:p>
            <w:r>
              <w:t>Collaborative Research</w:t>
            </w:r>
          </w:p>
        </w:tc>
        <w:tc>
          <w:tcPr>
            <w:tcW w:type="dxa" w:w="2160"/>
          </w:tcPr>
          <w:p>
            <w:r>
              <w:t>What specific outcomes or advancements resulted from your collaborative research efforts in 2025?</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1050-0380</w:t>
            </w:r>
          </w:p>
        </w:tc>
        <w:tc>
          <w:tcPr>
            <w:tcW w:type="dxa" w:w="2160"/>
          </w:tcPr>
          <w:p>
            <w:r>
              <w:t>Genetic Modification</w:t>
            </w:r>
          </w:p>
        </w:tc>
        <w:tc>
          <w:tcPr>
            <w:tcW w:type="dxa" w:w="2160"/>
          </w:tcPr>
          <w:p>
            <w:r>
              <w:t>What innovative techniques were utilized in 2025 to enhance the efficiency of genetic modifications in corn?</w:t>
              <w:br/>
              <w:t>Answer type: Long text</w:t>
              <w:br/>
              <w:t>Trigger: Always</w:t>
              <w:br/>
              <w:t>Required: Yes</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1050-0381</w:t>
            </w:r>
          </w:p>
        </w:tc>
        <w:tc>
          <w:tcPr>
            <w:tcW w:type="dxa" w:w="2160"/>
          </w:tcPr>
          <w:p>
            <w:r>
              <w:t>Hybrid Development</w:t>
            </w:r>
          </w:p>
        </w:tc>
        <w:tc>
          <w:tcPr>
            <w:tcW w:type="dxa" w:w="2160"/>
          </w:tcPr>
          <w:p>
            <w:r>
              <w:t>What was the timeline for developing new hybrids in 2025, from initial research to field testing?</w:t>
              <w:br/>
              <w:t>Answer type: Date range</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1050-0382</w:t>
            </w:r>
          </w:p>
        </w:tc>
        <w:tc>
          <w:tcPr>
            <w:tcW w:type="dxa" w:w="2160"/>
          </w:tcPr>
          <w:p>
            <w:r>
              <w:t>Field Trials</w:t>
            </w:r>
          </w:p>
        </w:tc>
        <w:tc>
          <w:tcPr>
            <w:tcW w:type="dxa" w:w="2160"/>
          </w:tcPr>
          <w:p>
            <w:r>
              <w:t>What criteria were used to select locations for field trials in 2025?</w:t>
              <w:br/>
              <w:t>Answer type: Long text</w:t>
              <w:br/>
              <w:t>Trigger: Always</w:t>
              <w:br/>
              <w:t>Required: Yes</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1050-0383</w:t>
            </w:r>
          </w:p>
        </w:tc>
        <w:tc>
          <w:tcPr>
            <w:tcW w:type="dxa" w:w="2160"/>
          </w:tcPr>
          <w:p>
            <w:r>
              <w:t>Data Collection</w:t>
            </w:r>
          </w:p>
        </w:tc>
        <w:tc>
          <w:tcPr>
            <w:tcW w:type="dxa" w:w="2160"/>
          </w:tcPr>
          <w:p>
            <w:r>
              <w:t>What challenges did you encounter in data collection during your R&amp;D efforts in 2025, and how were these challenges addressed?</w:t>
              <w:br/>
              <w:t>Answer type: Long text</w:t>
              <w:br/>
              <w:t>Trigger: Always</w:t>
              <w:br/>
              <w:t>Required: Yes</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1050-0384</w:t>
            </w:r>
          </w:p>
        </w:tc>
        <w:tc>
          <w:tcPr>
            <w:tcW w:type="dxa" w:w="2160"/>
          </w:tcPr>
          <w:p>
            <w:r>
              <w:t>Regulatory Requirements</w:t>
            </w:r>
          </w:p>
        </w:tc>
        <w:tc>
          <w:tcPr>
            <w:tcW w:type="dxa" w:w="2160"/>
          </w:tcPr>
          <w:p>
            <w:r>
              <w:t>How did changes in regulatory requirements in 2025 impact your R&amp;D strategy for corn genetics?</w:t>
              <w:br/>
              <w:t>Answer type: Long text</w:t>
              <w:br/>
              <w:t>Trigger: Always</w:t>
              <w:br/>
              <w:t>Required: Yes</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1050-0385</w:t>
            </w:r>
          </w:p>
        </w:tc>
        <w:tc>
          <w:tcPr>
            <w:tcW w:type="dxa" w:w="2160"/>
          </w:tcPr>
          <w:p>
            <w:r>
              <w:t>Market Trends</w:t>
            </w:r>
          </w:p>
        </w:tc>
        <w:tc>
          <w:tcPr>
            <w:tcW w:type="dxa" w:w="2160"/>
          </w:tcPr>
          <w:p>
            <w:r>
              <w:t>What specific consumer preferences were identified in 2025 that influenced your R&amp;D direction for corn products?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1050-0386</w:t>
            </w:r>
          </w:p>
        </w:tc>
        <w:tc>
          <w:tcPr>
            <w:tcW w:type="dxa" w:w="2160"/>
          </w:tcPr>
          <w:p>
            <w:r>
              <w:t>Research Focus</w:t>
            </w:r>
          </w:p>
        </w:tc>
        <w:tc>
          <w:tcPr>
            <w:tcW w:type="dxa" w:w="2160"/>
          </w:tcPr>
          <w:p>
            <w:r>
              <w:t>What specific crop varieties or traits did you research in 2025 to enhance yield or resilience?</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1050-0387</w:t>
            </w:r>
          </w:p>
        </w:tc>
        <w:tc>
          <w:tcPr>
            <w:tcW w:type="dxa" w:w="2160"/>
          </w:tcPr>
          <w:p>
            <w:r>
              <w:t>Collaboration</w:t>
            </w:r>
          </w:p>
        </w:tc>
        <w:tc>
          <w:tcPr>
            <w:tcW w:type="dxa" w:w="2160"/>
          </w:tcPr>
          <w:p>
            <w:r>
              <w:t>Did you collaborate with any research institutions or universities for crop development in 2025? Please provide details.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SOIL-HEALTH-AND-MANAGEMENT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1050-0388</w:t>
            </w:r>
          </w:p>
        </w:tc>
        <w:tc>
          <w:tcPr>
            <w:tcW w:type="dxa" w:w="2160"/>
          </w:tcPr>
          <w:p>
            <w:r>
              <w:t>Soil Amendments</w:t>
            </w:r>
          </w:p>
        </w:tc>
        <w:tc>
          <w:tcPr>
            <w:tcW w:type="dxa" w:w="2160"/>
          </w:tcPr>
          <w:p>
            <w:r>
              <w:t>What specific soil amendments have you tested on your corn fields in 2025, and what were the results of these tests in terms of corn yield improvement?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1050-0389</w:t>
            </w:r>
          </w:p>
        </w:tc>
        <w:tc>
          <w:tcPr>
            <w:tcW w:type="dxa" w:w="2160"/>
          </w:tcPr>
          <w:p>
            <w:r>
              <w:t>Microbial Activity</w:t>
            </w:r>
          </w:p>
        </w:tc>
        <w:tc>
          <w:tcPr>
            <w:tcW w:type="dxa" w:w="2160"/>
          </w:tcPr>
          <w:p>
            <w:r>
              <w:t>How have you measured microbial activity in your soil, and what experimental methods did you use to assess its impact on corn growth?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1050-0390</w:t>
            </w:r>
          </w:p>
        </w:tc>
        <w:tc>
          <w:tcPr>
            <w:tcW w:type="dxa" w:w="2160"/>
          </w:tcPr>
          <w:p>
            <w:r>
              <w:t>Erosion Control</w:t>
            </w:r>
          </w:p>
        </w:tc>
        <w:tc>
          <w:tcPr>
            <w:tcW w:type="dxa" w:w="2160"/>
          </w:tcPr>
          <w:p>
            <w:r>
              <w:t>What innovative erosion control techniques did you implement in 2025, and how did you evaluate their effectiveness on corn production?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1050-0391</w:t>
            </w:r>
          </w:p>
        </w:tc>
        <w:tc>
          <w:tcPr>
            <w:tcW w:type="dxa" w:w="2160"/>
          </w:tcPr>
          <w:p>
            <w:r>
              <w:t>Nutrient Cycling</w:t>
            </w:r>
          </w:p>
        </w:tc>
        <w:tc>
          <w:tcPr>
            <w:tcW w:type="dxa" w:w="2160"/>
          </w:tcPr>
          <w:p>
            <w:r>
              <w:t>Can you describe any experimental practices you adopted to enhance nutrient cycling in your soil, and what metrics did you use to measure their success?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1050-0392</w:t>
            </w:r>
          </w:p>
        </w:tc>
        <w:tc>
          <w:tcPr>
            <w:tcW w:type="dxa" w:w="2160"/>
          </w:tcPr>
          <w:p>
            <w:r>
              <w:t>Testing Methods</w:t>
            </w:r>
          </w:p>
        </w:tc>
        <w:tc>
          <w:tcPr>
            <w:tcW w:type="dxa" w:w="2160"/>
          </w:tcPr>
          <w:p>
            <w:r>
              <w:t>What specific soil testing methods did you employ in 2025 to assess soil health, and how did these methods influence your farming decisions?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1050-0393</w:t>
            </w:r>
          </w:p>
        </w:tc>
        <w:tc>
          <w:tcPr>
            <w:tcW w:type="dxa" w:w="2160"/>
          </w:tcPr>
          <w:p>
            <w:r>
              <w:t>Regulatory Compliance</w:t>
            </w:r>
          </w:p>
        </w:tc>
        <w:tc>
          <w:tcPr>
            <w:tcW w:type="dxa" w:w="2160"/>
          </w:tcPr>
          <w:p>
            <w:r>
              <w:t>What regulatory compliance measures did you implement regarding soil health management in 2025, and how did you document these efforts?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1050-0394</w:t>
            </w:r>
          </w:p>
        </w:tc>
        <w:tc>
          <w:tcPr>
            <w:tcW w:type="dxa" w:w="2160"/>
          </w:tcPr>
          <w:p>
            <w:r>
              <w:t>Sustainability Practices</w:t>
            </w:r>
          </w:p>
        </w:tc>
        <w:tc>
          <w:tcPr>
            <w:tcW w:type="dxa" w:w="2160"/>
          </w:tcPr>
          <w:p>
            <w:r>
              <w:t>What new sustainability practices did you trial in your corn farming operations in 2025, and what were the outcomes related to soil health?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1050-0395</w:t>
            </w:r>
          </w:p>
        </w:tc>
        <w:tc>
          <w:tcPr>
            <w:tcW w:type="dxa" w:w="2160"/>
          </w:tcPr>
          <w:p>
            <w:r>
              <w:t>Long-term Monitoring</w:t>
            </w:r>
          </w:p>
        </w:tc>
        <w:tc>
          <w:tcPr>
            <w:tcW w:type="dxa" w:w="2160"/>
          </w:tcPr>
          <w:p>
            <w:r>
              <w:t>What long-term monitoring strategies did you establish for soil health in 2025, and how did these strategies inform your corn production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1050-0396</w:t>
            </w:r>
          </w:p>
        </w:tc>
        <w:tc>
          <w:tcPr>
            <w:tcW w:type="dxa" w:w="2160"/>
          </w:tcPr>
          <w:p>
            <w:r>
              <w:t>Soil Amendments</w:t>
            </w:r>
          </w:p>
        </w:tc>
        <w:tc>
          <w:tcPr>
            <w:tcW w:type="dxa" w:w="2160"/>
          </w:tcPr>
          <w:p>
            <w:r>
              <w:t>What specific results did you observe from the application of organic versus synthetic soil amendments in your corn fields during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1050-0397</w:t>
            </w:r>
          </w:p>
        </w:tc>
        <w:tc>
          <w:tcPr>
            <w:tcW w:type="dxa" w:w="2160"/>
          </w:tcPr>
          <w:p>
            <w:r>
              <w:t>Microbial Activity</w:t>
            </w:r>
          </w:p>
        </w:tc>
        <w:tc>
          <w:tcPr>
            <w:tcW w:type="dxa" w:w="2160"/>
          </w:tcPr>
          <w:p>
            <w:r>
              <w:t>What changes in microbial activity did you document after implementing new soil management practices in 2025, and how did you measure these changes?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1050-0398</w:t>
            </w:r>
          </w:p>
        </w:tc>
        <w:tc>
          <w:tcPr>
            <w:tcW w:type="dxa" w:w="2160"/>
          </w:tcPr>
          <w:p>
            <w:r>
              <w:t>Erosion Control</w:t>
            </w:r>
          </w:p>
        </w:tc>
        <w:tc>
          <w:tcPr>
            <w:tcW w:type="dxa" w:w="2160"/>
          </w:tcPr>
          <w:p>
            <w:r>
              <w:t>What experimental designs did you use to test the effectiveness of your erosion control measures in corn production, and what were the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1050-0399</w:t>
            </w:r>
          </w:p>
        </w:tc>
        <w:tc>
          <w:tcPr>
            <w:tcW w:type="dxa" w:w="2160"/>
          </w:tcPr>
          <w:p>
            <w:r>
              <w:t>Nutrient Cycling</w:t>
            </w:r>
          </w:p>
        </w:tc>
        <w:tc>
          <w:tcPr>
            <w:tcW w:type="dxa" w:w="2160"/>
          </w:tcPr>
          <w:p>
            <w:r>
              <w:t>What innovative practices did you implement to improve nutrient cycling in your soil during 2025, and how did you assess their impact on corn yield?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1050-0400</w:t>
            </w:r>
          </w:p>
        </w:tc>
        <w:tc>
          <w:tcPr>
            <w:tcW w:type="dxa" w:w="2160"/>
          </w:tcPr>
          <w:p>
            <w:r>
              <w:t>Testing Methods</w:t>
            </w:r>
          </w:p>
        </w:tc>
        <w:tc>
          <w:tcPr>
            <w:tcW w:type="dxa" w:w="2160"/>
          </w:tcPr>
          <w:p>
            <w:r>
              <w:t>What specific soil health indicators did you monitor in 2025, and what testing protocols did you follow to ensure accuracy?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1050-0401</w:t>
            </w:r>
          </w:p>
        </w:tc>
        <w:tc>
          <w:tcPr>
            <w:tcW w:type="dxa" w:w="2160"/>
          </w:tcPr>
          <w:p>
            <w:r>
              <w:t>Regulatory Compliance</w:t>
            </w:r>
          </w:p>
        </w:tc>
        <w:tc>
          <w:tcPr>
            <w:tcW w:type="dxa" w:w="2160"/>
          </w:tcPr>
          <w:p>
            <w:r>
              <w:t>How did you ensure compliance with local agricultural regulations regarding soil health management in 2025, and what documentation supports this?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1050-0402</w:t>
            </w:r>
          </w:p>
        </w:tc>
        <w:tc>
          <w:tcPr>
            <w:tcW w:type="dxa" w:w="2160"/>
          </w:tcPr>
          <w:p>
            <w:r>
              <w:t>Sustainability Practices</w:t>
            </w:r>
          </w:p>
        </w:tc>
        <w:tc>
          <w:tcPr>
            <w:tcW w:type="dxa" w:w="2160"/>
          </w:tcPr>
          <w:p>
            <w:r>
              <w:t>What sustainability metrics did you track in relation to your soil health practices in 2025, and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1050-0403</w:t>
            </w:r>
          </w:p>
        </w:tc>
        <w:tc>
          <w:tcPr>
            <w:tcW w:type="dxa" w:w="2160"/>
          </w:tcPr>
          <w:p>
            <w:r>
              <w:t>Long-term Monitoring</w:t>
            </w:r>
          </w:p>
        </w:tc>
        <w:tc>
          <w:tcPr>
            <w:tcW w:type="dxa" w:w="2160"/>
          </w:tcPr>
          <w:p>
            <w:r>
              <w:t>What specific long-term monitoring data did you collect in 2025 to evaluate the ongoing health of your soil, and how did you analyze this data?</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1050-0404</w:t>
            </w:r>
          </w:p>
        </w:tc>
        <w:tc>
          <w:tcPr>
            <w:tcW w:type="dxa" w:w="2160"/>
          </w:tcPr>
          <w:p>
            <w:r>
              <w:t>Soil Amendments</w:t>
            </w:r>
          </w:p>
        </w:tc>
        <w:tc>
          <w:tcPr>
            <w:tcW w:type="dxa" w:w="2160"/>
          </w:tcPr>
          <w:p>
            <w:r>
              <w:t>What was the cost-benefit analysis of the soil amendments used in 2025, and how did this inform your future soil management strategies?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1050-0405</w:t>
            </w:r>
          </w:p>
        </w:tc>
        <w:tc>
          <w:tcPr>
            <w:tcW w:type="dxa" w:w="2160"/>
          </w:tcPr>
          <w:p>
            <w:r>
              <w:t>Soil Testing</w:t>
            </w:r>
          </w:p>
        </w:tc>
        <w:tc>
          <w:tcPr>
            <w:tcW w:type="dxa" w:w="2160"/>
          </w:tcPr>
          <w:p>
            <w:r>
              <w:t>What soil health assessments did you conduct in 2025, and what were the findings?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MARKET-ANALYSIS-AND-STRATEGY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1050-0406</w:t>
            </w:r>
          </w:p>
        </w:tc>
        <w:tc>
          <w:tcPr>
            <w:tcW w:type="dxa" w:w="2160"/>
          </w:tcPr>
          <w:p>
            <w:r>
              <w:t>Market Trends</w:t>
            </w:r>
          </w:p>
        </w:tc>
        <w:tc>
          <w:tcPr>
            <w:tcW w:type="dxa" w:w="2160"/>
          </w:tcPr>
          <w:p>
            <w:r>
              <w:t>What specific market trends have you identified in the corn industry over the past year, and how have these trends influenced your production decisions?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1050-0407</w:t>
            </w:r>
          </w:p>
        </w:tc>
        <w:tc>
          <w:tcPr>
            <w:tcW w:type="dxa" w:w="2160"/>
          </w:tcPr>
          <w:p>
            <w:r>
              <w:t>Pricing Strategies</w:t>
            </w:r>
          </w:p>
        </w:tc>
        <w:tc>
          <w:tcPr>
            <w:tcW w:type="dxa" w:w="2160"/>
          </w:tcPr>
          <w:p>
            <w:r>
              <w:t>How do you determine the pricing strategy for your corn products, and what factors do you consider when adjusting prices?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1050-0408</w:t>
            </w:r>
          </w:p>
        </w:tc>
        <w:tc>
          <w:tcPr>
            <w:tcW w:type="dxa" w:w="2160"/>
          </w:tcPr>
          <w:p>
            <w:r>
              <w:t>Consumer Preferences</w:t>
            </w:r>
          </w:p>
        </w:tc>
        <w:tc>
          <w:tcPr>
            <w:tcW w:type="dxa" w:w="2160"/>
          </w:tcPr>
          <w:p>
            <w:r>
              <w:t>What methods do you use to gather data on consumer preferences for corn products, and how does this data inform your product development?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1050-0409</w:t>
            </w:r>
          </w:p>
        </w:tc>
        <w:tc>
          <w:tcPr>
            <w:tcW w:type="dxa" w:w="2160"/>
          </w:tcPr>
          <w:p>
            <w:r>
              <w:t>Export Regulations</w:t>
            </w:r>
          </w:p>
        </w:tc>
        <w:tc>
          <w:tcPr>
            <w:tcW w:type="dxa" w:w="2160"/>
          </w:tcPr>
          <w:p>
            <w:r>
              <w:t>What specific export regulations do you need to comply with when exporting corn, and how do you ensure compliance?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1050-0410</w:t>
            </w:r>
          </w:p>
        </w:tc>
        <w:tc>
          <w:tcPr>
            <w:tcW w:type="dxa" w:w="2160"/>
          </w:tcPr>
          <w:p>
            <w:r>
              <w:t>Supply Chain Management</w:t>
            </w:r>
          </w:p>
        </w:tc>
        <w:tc>
          <w:tcPr>
            <w:tcW w:type="dxa" w:w="2160"/>
          </w:tcPr>
          <w:p>
            <w:r>
              <w:t>Can you describe any recent changes in your supply chain management practices that were implemented to improve efficiency or reduce costs?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1050-0411</w:t>
            </w:r>
          </w:p>
        </w:tc>
        <w:tc>
          <w:tcPr>
            <w:tcW w:type="dxa" w:w="2160"/>
          </w:tcPr>
          <w:p>
            <w:r>
              <w:t>Competitive Analysis</w:t>
            </w:r>
          </w:p>
        </w:tc>
        <w:tc>
          <w:tcPr>
            <w:tcW w:type="dxa" w:w="2160"/>
          </w:tcPr>
          <w:p>
            <w:r>
              <w:t>Who are your main competitors in the corn market, and what competitive strategies do you employ to differentiate your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1050-0412</w:t>
            </w:r>
          </w:p>
        </w:tc>
        <w:tc>
          <w:tcPr>
            <w:tcW w:type="dxa" w:w="2160"/>
          </w:tcPr>
          <w:p>
            <w:r>
              <w:t>Risk Assessment</w:t>
            </w:r>
          </w:p>
        </w:tc>
        <w:tc>
          <w:tcPr>
            <w:tcW w:type="dxa" w:w="2160"/>
          </w:tcPr>
          <w:p>
            <w:r>
              <w:t>What specific risks have you identified in your corn production process, and what measures have you implemented to mitigate these risks?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1050-0413</w:t>
            </w:r>
          </w:p>
        </w:tc>
        <w:tc>
          <w:tcPr>
            <w:tcW w:type="dxa" w:w="2160"/>
          </w:tcPr>
          <w:p>
            <w:r>
              <w:t>Data Analysis</w:t>
            </w:r>
          </w:p>
        </w:tc>
        <w:tc>
          <w:tcPr>
            <w:tcW w:type="dxa" w:w="2160"/>
          </w:tcPr>
          <w:p>
            <w:r>
              <w:t>What data analysis tools or methods do you utilize to analyze market data related to corn, and how do these analyses impact your strategic planning?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1050-0414</w:t>
            </w:r>
          </w:p>
        </w:tc>
        <w:tc>
          <w:tcPr>
            <w:tcW w:type="dxa" w:w="2160"/>
          </w:tcPr>
          <w:p>
            <w:r>
              <w:t>Market Trends</w:t>
            </w:r>
          </w:p>
        </w:tc>
        <w:tc>
          <w:tcPr>
            <w:tcW w:type="dxa" w:w="2160"/>
          </w:tcPr>
          <w:p>
            <w:r>
              <w:t>How do you track changes in consumer demand for corn products, and what indicators do you monitor?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1050-0415</w:t>
            </w:r>
          </w:p>
        </w:tc>
        <w:tc>
          <w:tcPr>
            <w:tcW w:type="dxa" w:w="2160"/>
          </w:tcPr>
          <w:p>
            <w:r>
              <w:t>Pricing Strategies</w:t>
            </w:r>
          </w:p>
        </w:tc>
        <w:tc>
          <w:tcPr>
            <w:tcW w:type="dxa" w:w="2160"/>
          </w:tcPr>
          <w:p>
            <w:r>
              <w:t>What role does seasonal pricing play in your overall pricing strategy for corn, and how do you adjust for seasonal fluctuations?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1050-0416</w:t>
            </w:r>
          </w:p>
        </w:tc>
        <w:tc>
          <w:tcPr>
            <w:tcW w:type="dxa" w:w="2160"/>
          </w:tcPr>
          <w:p>
            <w:r>
              <w:t>Consumer Preferences</w:t>
            </w:r>
          </w:p>
        </w:tc>
        <w:tc>
          <w:tcPr>
            <w:tcW w:type="dxa" w:w="2160"/>
          </w:tcPr>
          <w:p>
            <w:r>
              <w:t>Have you conducted any consumer surveys or focus groups regarding corn products in the past year? If so, what were the key findings?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1050-0417</w:t>
            </w:r>
          </w:p>
        </w:tc>
        <w:tc>
          <w:tcPr>
            <w:tcW w:type="dxa" w:w="2160"/>
          </w:tcPr>
          <w:p>
            <w:r>
              <w:t>Export Regulations</w:t>
            </w:r>
          </w:p>
        </w:tc>
        <w:tc>
          <w:tcPr>
            <w:tcW w:type="dxa" w:w="2160"/>
          </w:tcPr>
          <w:p>
            <w:r>
              <w:t>What documentation do you maintain to ensure compliance with export regulations for your corn products?</w:t>
              <w:br/>
              <w:t>Answer type: Repeating table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1050-0418</w:t>
            </w:r>
          </w:p>
        </w:tc>
        <w:tc>
          <w:tcPr>
            <w:tcW w:type="dxa" w:w="2160"/>
          </w:tcPr>
          <w:p>
            <w:r>
              <w:t>Supply Chain Management</w:t>
            </w:r>
          </w:p>
        </w:tc>
        <w:tc>
          <w:tcPr>
            <w:tcW w:type="dxa" w:w="2160"/>
          </w:tcPr>
          <w:p>
            <w:r>
              <w:t>What challenges have you faced in your supply chain for corn, and how have you addressed these challenges?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1050-0419</w:t>
            </w:r>
          </w:p>
        </w:tc>
        <w:tc>
          <w:tcPr>
            <w:tcW w:type="dxa" w:w="2160"/>
          </w:tcPr>
          <w:p>
            <w:r>
              <w:t>Competitive Analysis</w:t>
            </w:r>
          </w:p>
        </w:tc>
        <w:tc>
          <w:tcPr>
            <w:tcW w:type="dxa" w:w="2160"/>
          </w:tcPr>
          <w:p>
            <w:r>
              <w:t>What metrics do you use to evaluate your competitive position in the corn market, and how frequently do you reassess these metrics?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AGRICULTURAL-TECHNOLOGY-ADOPTION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1050-0420</w:t>
            </w:r>
          </w:p>
        </w:tc>
        <w:tc>
          <w:tcPr>
            <w:tcW w:type="dxa" w:w="2160"/>
          </w:tcPr>
          <w:p>
            <w:r>
              <w:t>Tech Transfer</w:t>
            </w:r>
          </w:p>
        </w:tc>
        <w:tc>
          <w:tcPr>
            <w:tcW w:type="dxa" w:w="2160"/>
          </w:tcPr>
          <w:p>
            <w:r>
              <w:t>What specific new technologies have you adopted in your corn farming operations in 2025, and what was the primary driver for their adoption?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1050-0421</w:t>
            </w:r>
          </w:p>
        </w:tc>
        <w:tc>
          <w:tcPr>
            <w:tcW w:type="dxa" w:w="2160"/>
          </w:tcPr>
          <w:p>
            <w:r>
              <w:t>Innovation Barriers</w:t>
            </w:r>
          </w:p>
        </w:tc>
        <w:tc>
          <w:tcPr>
            <w:tcW w:type="dxa" w:w="2160"/>
          </w:tcPr>
          <w:p>
            <w:r>
              <w:t>What barriers have you encountered in adopting new agricultural technologies for corn farming, such as financial, regulatory, or operational challenges?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1050-0422</w:t>
            </w:r>
          </w:p>
        </w:tc>
        <w:tc>
          <w:tcPr>
            <w:tcW w:type="dxa" w:w="2160"/>
          </w:tcPr>
          <w:p>
            <w:r>
              <w:t>Training Programs</w:t>
            </w:r>
          </w:p>
        </w:tc>
        <w:tc>
          <w:tcPr>
            <w:tcW w:type="dxa" w:w="2160"/>
          </w:tcPr>
          <w:p>
            <w:r>
              <w:t>What training programs have you implemented in 2025 to facilitate the adoption of new technologies in your corn farming operations? Please describe their content and duration.</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1050-0423</w:t>
            </w:r>
          </w:p>
        </w:tc>
        <w:tc>
          <w:tcPr>
            <w:tcW w:type="dxa" w:w="2160"/>
          </w:tcPr>
          <w:p>
            <w:r>
              <w:t>Cost Analysis</w:t>
            </w:r>
          </w:p>
        </w:tc>
        <w:tc>
          <w:tcPr>
            <w:tcW w:type="dxa" w:w="2160"/>
          </w:tcPr>
          <w:p>
            <w:r>
              <w:t>What were the total costs associated with the adoption of new technologies in your corn farming operations in 2025, including both direct and indirect costs?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1050-0424</w:t>
            </w:r>
          </w:p>
        </w:tc>
        <w:tc>
          <w:tcPr>
            <w:tcW w:type="dxa" w:w="2160"/>
          </w:tcPr>
          <w:p>
            <w:r>
              <w:t>Impact Assessment</w:t>
            </w:r>
          </w:p>
        </w:tc>
        <w:tc>
          <w:tcPr>
            <w:tcW w:type="dxa" w:w="2160"/>
          </w:tcPr>
          <w:p>
            <w:r>
              <w:t>How have the newly adopted technologies impacted your corn yield or operational efficiency in 2025? Please provide quantitative metrics if available.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1050-0425</w:t>
            </w:r>
          </w:p>
        </w:tc>
        <w:tc>
          <w:tcPr>
            <w:tcW w:type="dxa" w:w="2160"/>
          </w:tcPr>
          <w:p>
            <w:r>
              <w:t>Regulatory Considerations</w:t>
            </w:r>
          </w:p>
        </w:tc>
        <w:tc>
          <w:tcPr>
            <w:tcW w:type="dxa" w:w="2160"/>
          </w:tcPr>
          <w:p>
            <w:r>
              <w:t>What regulatory considerations did you have to address when adopting new technologies for corn farming in 2025?</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1050-0426</w:t>
            </w:r>
          </w:p>
        </w:tc>
        <w:tc>
          <w:tcPr>
            <w:tcW w:type="dxa" w:w="2160"/>
          </w:tcPr>
          <w:p>
            <w:r>
              <w:t>Sustainability</w:t>
            </w:r>
          </w:p>
        </w:tc>
        <w:tc>
          <w:tcPr>
            <w:tcW w:type="dxa" w:w="2160"/>
          </w:tcPr>
          <w:p>
            <w:r>
              <w:t>How do the new technologies you adopted in 2025 contribute to sustainability in your corn farming practices?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1050-0427</w:t>
            </w:r>
          </w:p>
        </w:tc>
        <w:tc>
          <w:tcPr>
            <w:tcW w:type="dxa" w:w="2160"/>
          </w:tcPr>
          <w:p>
            <w:r>
              <w:t>Data Integration</w:t>
            </w:r>
          </w:p>
        </w:tc>
        <w:tc>
          <w:tcPr>
            <w:tcW w:type="dxa" w:w="2160"/>
          </w:tcPr>
          <w:p>
            <w:r>
              <w:t>What systems or processes have you implemented to integrate data from the newly adopted technologies into your existing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1050-0428</w:t>
            </w:r>
          </w:p>
        </w:tc>
        <w:tc>
          <w:tcPr>
            <w:tcW w:type="dxa" w:w="2160"/>
          </w:tcPr>
          <w:p>
            <w:r>
              <w:t>Tech Transfer</w:t>
            </w:r>
          </w:p>
        </w:tc>
        <w:tc>
          <w:tcPr>
            <w:tcW w:type="dxa" w:w="2160"/>
          </w:tcPr>
          <w:p>
            <w:r>
              <w:t>Can you provide examples of partnerships or collaborations that facilitated the transfer of technology into your corn farming operations in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1050-0429</w:t>
            </w:r>
          </w:p>
        </w:tc>
        <w:tc>
          <w:tcPr>
            <w:tcW w:type="dxa" w:w="2160"/>
          </w:tcPr>
          <w:p>
            <w:r>
              <w:t>Innovation Barriers</w:t>
            </w:r>
          </w:p>
        </w:tc>
        <w:tc>
          <w:tcPr>
            <w:tcW w:type="dxa" w:w="2160"/>
          </w:tcPr>
          <w:p>
            <w:r>
              <w:t>What specific technological challenges did you face when implementing new systems in your corn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1050-0430</w:t>
            </w:r>
          </w:p>
        </w:tc>
        <w:tc>
          <w:tcPr>
            <w:tcW w:type="dxa" w:w="2160"/>
          </w:tcPr>
          <w:p>
            <w:r>
              <w:t>Training Programs</w:t>
            </w:r>
          </w:p>
        </w:tc>
        <w:tc>
          <w:tcPr>
            <w:tcW w:type="dxa" w:w="2160"/>
          </w:tcPr>
          <w:p>
            <w:r>
              <w:t>How many employees participated in the training programs for new technologies in 2025, and what was the feedback received?</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1050-0431</w:t>
            </w:r>
          </w:p>
        </w:tc>
        <w:tc>
          <w:tcPr>
            <w:tcW w:type="dxa" w:w="2160"/>
          </w:tcPr>
          <w:p>
            <w:r>
              <w:t>Cost Analysis</w:t>
            </w:r>
          </w:p>
        </w:tc>
        <w:tc>
          <w:tcPr>
            <w:tcW w:type="dxa" w:w="2160"/>
          </w:tcPr>
          <w:p>
            <w:r>
              <w:t>What percentage of your total operational budget in 2025 was allocated to the adoption of new technologies in corn farming?</w:t>
              <w:br/>
              <w:t>Answer type: Percentage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1050-0432</w:t>
            </w:r>
          </w:p>
        </w:tc>
        <w:tc>
          <w:tcPr>
            <w:tcW w:type="dxa" w:w="2160"/>
          </w:tcPr>
          <w:p>
            <w:r>
              <w:t>Impact Assessment</w:t>
            </w:r>
          </w:p>
        </w:tc>
        <w:tc>
          <w:tcPr>
            <w:tcW w:type="dxa" w:w="2160"/>
          </w:tcPr>
          <w:p>
            <w:r>
              <w:t>What specific metrics do you use to assess the impact of new technologies on your corn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1050-0433</w:t>
            </w:r>
          </w:p>
        </w:tc>
        <w:tc>
          <w:tcPr>
            <w:tcW w:type="dxa" w:w="2160"/>
          </w:tcPr>
          <w:p>
            <w:r>
              <w:t>Regulatory Considerations</w:t>
            </w:r>
          </w:p>
        </w:tc>
        <w:tc>
          <w:tcPr>
            <w:tcW w:type="dxa" w:w="2160"/>
          </w:tcPr>
          <w:p>
            <w:r>
              <w:t>Have you faced any compliance issues related to the new technologies adopted in 2025? If so, please describe them.</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1050-0434</w:t>
            </w:r>
          </w:p>
        </w:tc>
        <w:tc>
          <w:tcPr>
            <w:tcW w:type="dxa" w:w="2160"/>
          </w:tcPr>
          <w:p>
            <w:r>
              <w:t>Sustainability</w:t>
            </w:r>
          </w:p>
        </w:tc>
        <w:tc>
          <w:tcPr>
            <w:tcW w:type="dxa" w:w="2160"/>
          </w:tcPr>
          <w:p>
            <w:r>
              <w:t>What sustainability certifications or standards are you aiming to meet with the adoption of new technologies in corn farming?</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1050-0435</w:t>
            </w:r>
          </w:p>
        </w:tc>
        <w:tc>
          <w:tcPr>
            <w:tcW w:type="dxa" w:w="2160"/>
          </w:tcPr>
          <w:p>
            <w:r>
              <w:t>Data Integration</w:t>
            </w:r>
          </w:p>
        </w:tc>
        <w:tc>
          <w:tcPr>
            <w:tcW w:type="dxa" w:w="2160"/>
          </w:tcPr>
          <w:p>
            <w:r>
              <w:t>What tools or software have you integrated with your farming operations to analyze data from the new technologies?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1050-0436</w:t>
            </w:r>
          </w:p>
        </w:tc>
        <w:tc>
          <w:tcPr>
            <w:tcW w:type="dxa" w:w="2160"/>
          </w:tcPr>
          <w:p>
            <w:r>
              <w:t>Tech Transfer</w:t>
            </w:r>
          </w:p>
        </w:tc>
        <w:tc>
          <w:tcPr>
            <w:tcW w:type="dxa" w:w="2160"/>
          </w:tcPr>
          <w:p>
            <w:r>
              <w:t>What role do external consultants or advisors play in your technology adoption process for corn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1050-0437</w:t>
            </w:r>
          </w:p>
        </w:tc>
        <w:tc>
          <w:tcPr>
            <w:tcW w:type="dxa" w:w="2160"/>
          </w:tcPr>
          <w:p>
            <w:r>
              <w:t>Technology Adoption</w:t>
            </w:r>
          </w:p>
        </w:tc>
        <w:tc>
          <w:tcPr>
            <w:tcW w:type="dxa" w:w="2160"/>
          </w:tcPr>
          <w:p>
            <w:r>
              <w:t>What new agricultural technologies did you adopt in 2025, and what influenced your decision?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ENVIRONMENTAL-IMPACT-AND-MITIGATION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1050-0438</w:t>
            </w:r>
          </w:p>
        </w:tc>
        <w:tc>
          <w:tcPr>
            <w:tcW w:type="dxa" w:w="2160"/>
          </w:tcPr>
          <w:p>
            <w:r>
              <w:t>Carbon Emissions Assessment</w:t>
            </w:r>
          </w:p>
        </w:tc>
        <w:tc>
          <w:tcPr>
            <w:tcW w:type="dxa" w:w="2160"/>
          </w:tcPr>
          <w:p>
            <w:r>
              <w:t>What specific measures have you implemented to reduce carbon emissions on your corn farm, and how do you quantify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1050-0439</w:t>
            </w:r>
          </w:p>
        </w:tc>
        <w:tc>
          <w:tcPr>
            <w:tcW w:type="dxa" w:w="2160"/>
          </w:tcPr>
          <w:p>
            <w:r>
              <w:t>Water Usage Efficiency</w:t>
            </w:r>
          </w:p>
        </w:tc>
        <w:tc>
          <w:tcPr>
            <w:tcW w:type="dxa" w:w="2160"/>
          </w:tcPr>
          <w:p>
            <w:r>
              <w:t>Can you provide data on your average water usage per acre for the past three years, and describe any innovative irrigation techniques you've adopted?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1050-0440</w:t>
            </w:r>
          </w:p>
        </w:tc>
        <w:tc>
          <w:tcPr>
            <w:tcW w:type="dxa" w:w="2160"/>
          </w:tcPr>
          <w:p>
            <w:r>
              <w:t>Biodiversity Practices</w:t>
            </w:r>
          </w:p>
        </w:tc>
        <w:tc>
          <w:tcPr>
            <w:tcW w:type="dxa" w:w="2160"/>
          </w:tcPr>
          <w:p>
            <w:r>
              <w:t>What specific practices do you employ to promote biodiversity on your corn farm, and how do you measure their impact?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1050-0441</w:t>
            </w:r>
          </w:p>
        </w:tc>
        <w:tc>
          <w:tcPr>
            <w:tcW w:type="dxa" w:w="2160"/>
          </w:tcPr>
          <w:p>
            <w:r>
              <w:t>Regulatory Compliance</w:t>
            </w:r>
          </w:p>
        </w:tc>
        <w:tc>
          <w:tcPr>
            <w:tcW w:type="dxa" w:w="2160"/>
          </w:tcPr>
          <w:p>
            <w:r>
              <w:t>What environmental regulations related to corn farming are applicable to your operations, and how do you ensure compliance?</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1050-0442</w:t>
            </w:r>
          </w:p>
        </w:tc>
        <w:tc>
          <w:tcPr>
            <w:tcW w:type="dxa" w:w="2160"/>
          </w:tcPr>
          <w:p>
            <w:r>
              <w:t>Sustainability Practices</w:t>
            </w:r>
          </w:p>
        </w:tc>
        <w:tc>
          <w:tcPr>
            <w:tcW w:type="dxa" w:w="2160"/>
          </w:tcPr>
          <w:p>
            <w:r>
              <w:t>Describe any sustainability certifications your corn farm has achieved and the criteria you met to obtain them.</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1050-0443</w:t>
            </w:r>
          </w:p>
        </w:tc>
        <w:tc>
          <w:tcPr>
            <w:tcW w:type="dxa" w:w="2160"/>
          </w:tcPr>
          <w:p>
            <w:r>
              <w:t>Environmental Assessments</w:t>
            </w:r>
          </w:p>
        </w:tc>
        <w:tc>
          <w:tcPr>
            <w:tcW w:type="dxa" w:w="2160"/>
          </w:tcPr>
          <w:p>
            <w:r>
              <w:t>Have you conducted any formal environmental assessments on your farm in the last five years? If so, what were the key findings?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1050-0444</w:t>
            </w:r>
          </w:p>
        </w:tc>
        <w:tc>
          <w:tcPr>
            <w:tcW w:type="dxa" w:w="2160"/>
          </w:tcPr>
          <w:p>
            <w:r>
              <w:t>Community Impact</w:t>
            </w:r>
          </w:p>
        </w:tc>
        <w:tc>
          <w:tcPr>
            <w:tcW w:type="dxa" w:w="2160"/>
          </w:tcPr>
          <w:p>
            <w:r>
              <w:t>How does your corn farming operation impact the local community, and what steps have you taken to mitigate any negative effects?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1050-0445</w:t>
            </w:r>
          </w:p>
        </w:tc>
        <w:tc>
          <w:tcPr>
            <w:tcW w:type="dxa" w:w="2160"/>
          </w:tcPr>
          <w:p>
            <w:r>
              <w:t>Long-Term Planning</w:t>
            </w:r>
          </w:p>
        </w:tc>
        <w:tc>
          <w:tcPr>
            <w:tcW w:type="dxa" w:w="2160"/>
          </w:tcPr>
          <w:p>
            <w:r>
              <w:t>What long-term environmental goals have you set for your corn farm, and what strategies are in place to achieve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1050-0446</w:t>
            </w:r>
          </w:p>
        </w:tc>
        <w:tc>
          <w:tcPr>
            <w:tcW w:type="dxa" w:w="2160"/>
          </w:tcPr>
          <w:p>
            <w:r>
              <w:t>Carbon Emissions Measurement</w:t>
            </w:r>
          </w:p>
        </w:tc>
        <w:tc>
          <w:tcPr>
            <w:tcW w:type="dxa" w:w="2160"/>
          </w:tcPr>
          <w:p>
            <w:r>
              <w:t>What methods do you use to measure and report carbon emissions from your farming activities, and how frequently is this data reviewed?</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1050-0447</w:t>
            </w:r>
          </w:p>
        </w:tc>
        <w:tc>
          <w:tcPr>
            <w:tcW w:type="dxa" w:w="2160"/>
          </w:tcPr>
          <w:p>
            <w:r>
              <w:t>Water Quality Monitoring</w:t>
            </w:r>
          </w:p>
        </w:tc>
        <w:tc>
          <w:tcPr>
            <w:tcW w:type="dxa" w:w="2160"/>
          </w:tcPr>
          <w:p>
            <w:r>
              <w:t>What practices do you have in place for monitoring water quality on your farm, and how do you address any identified issues?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1050-0448</w:t>
            </w:r>
          </w:p>
        </w:tc>
        <w:tc>
          <w:tcPr>
            <w:tcW w:type="dxa" w:w="2160"/>
          </w:tcPr>
          <w:p>
            <w:r>
              <w:t>Soil Health Practices</w:t>
            </w:r>
          </w:p>
        </w:tc>
        <w:tc>
          <w:tcPr>
            <w:tcW w:type="dxa" w:w="2160"/>
          </w:tcPr>
          <w:p>
            <w:r>
              <w:t>What specific soil health practices do you implement, and how do you measure their effectiveness in supporting sustainable corn production?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1050-0449</w:t>
            </w:r>
          </w:p>
        </w:tc>
        <w:tc>
          <w:tcPr>
            <w:tcW w:type="dxa" w:w="2160"/>
          </w:tcPr>
          <w:p>
            <w:r>
              <w:t>Pesticide and Fertilizer Use</w:t>
            </w:r>
          </w:p>
        </w:tc>
        <w:tc>
          <w:tcPr>
            <w:tcW w:type="dxa" w:w="2160"/>
          </w:tcPr>
          <w:p>
            <w:r>
              <w:t>How do you manage pesticide and fertilizer application to minimize environmental impact, and what records do you maintain?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1050-0450</w:t>
            </w:r>
          </w:p>
        </w:tc>
        <w:tc>
          <w:tcPr>
            <w:tcW w:type="dxa" w:w="2160"/>
          </w:tcPr>
          <w:p>
            <w:r>
              <w:t>Climate Resilience Strategies</w:t>
            </w:r>
          </w:p>
        </w:tc>
        <w:tc>
          <w:tcPr>
            <w:tcW w:type="dxa" w:w="2160"/>
          </w:tcPr>
          <w:p>
            <w:r>
              <w:t>What strategies have you developed to enhance the resilience of your corn farm to climate change impacts, and how do you evaluate their success?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1050-0451</w:t>
            </w:r>
          </w:p>
        </w:tc>
        <w:tc>
          <w:tcPr>
            <w:tcW w:type="dxa" w:w="2160"/>
          </w:tcPr>
          <w:p>
            <w:r>
              <w:t>Community Engagement</w:t>
            </w:r>
          </w:p>
        </w:tc>
        <w:tc>
          <w:tcPr>
            <w:tcW w:type="dxa" w:w="2160"/>
          </w:tcPr>
          <w:p>
            <w:r>
              <w:t>How do you engage with the local community regarding environmental issues related to your corn farming, and what feedback mechanisms are in place?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CROP-INSURANCE-AND-RISK-MANAGEMENT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1050-0452</w:t>
            </w:r>
          </w:p>
        </w:tc>
        <w:tc>
          <w:tcPr>
            <w:tcW w:type="dxa" w:w="2160"/>
          </w:tcPr>
          <w:p>
            <w:r>
              <w:t>Insurance Types</w:t>
            </w:r>
          </w:p>
        </w:tc>
        <w:tc>
          <w:tcPr>
            <w:tcW w:type="dxa" w:w="2160"/>
          </w:tcPr>
          <w:p>
            <w:r>
              <w:t>What types of crop insurance policies have you utilized for your corn farming operations in 2025 (e.g., Actual Production History, Revenue Protection, etc.)?</w:t>
              <w:br/>
              <w:t>Answer type: Multi-select</w:t>
              <w:br/>
              <w:t>Trigger: Always</w:t>
              <w:br/>
              <w:t>Required: No</w:t>
              <w:br/>
              <w:t>Risk: Medium</w:t>
            </w:r>
          </w:p>
        </w:tc>
        <w:tc>
          <w:tcPr>
            <w:tcW w:type="dxa" w:w="2160"/>
          </w:tcPr>
          <w:p>
            <w:r>
              <w:t>Primary authority: USDA Risk Management Agency</w:t>
              <w:br/>
              <w:t>Response: ___________________________</w:t>
              <w:br/>
              <w:t>Evidence: ___________________________</w:t>
              <w:br/>
              <w:t>Reviewer conclusion: ___________________________</w:t>
            </w:r>
          </w:p>
        </w:tc>
      </w:tr>
      <w:tr>
        <w:tc>
          <w:tcPr>
            <w:tcW w:type="dxa" w:w="2160"/>
          </w:tcPr>
          <w:p>
            <w:r>
              <w:t>1050-0453</w:t>
            </w:r>
          </w:p>
        </w:tc>
        <w:tc>
          <w:tcPr>
            <w:tcW w:type="dxa" w:w="2160"/>
          </w:tcPr>
          <w:p>
            <w:r>
              <w:t>Risk Assessment</w:t>
            </w:r>
          </w:p>
        </w:tc>
        <w:tc>
          <w:tcPr>
            <w:tcW w:type="dxa" w:w="2160"/>
          </w:tcPr>
          <w:p>
            <w:r>
              <w:t>How do you assess the risk of crop failure or yield loss on your corn farm? Please describe the methodologies or tools you use.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1050-0454</w:t>
            </w:r>
          </w:p>
        </w:tc>
        <w:tc>
          <w:tcPr>
            <w:tcW w:type="dxa" w:w="2160"/>
          </w:tcPr>
          <w:p>
            <w:r>
              <w:t>Financial Planning</w:t>
            </w:r>
          </w:p>
        </w:tc>
        <w:tc>
          <w:tcPr>
            <w:tcW w:type="dxa" w:w="2160"/>
          </w:tcPr>
          <w:p>
            <w:r>
              <w:t>What percentage of your overall budget is allocated to crop insurance premiums for the 2025 tax year?</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1050-0455</w:t>
            </w:r>
          </w:p>
        </w:tc>
        <w:tc>
          <w:tcPr>
            <w:tcW w:type="dxa" w:w="2160"/>
          </w:tcPr>
          <w:p>
            <w:r>
              <w:t>Regulatory Requirements</w:t>
            </w:r>
          </w:p>
        </w:tc>
        <w:tc>
          <w:tcPr>
            <w:tcW w:type="dxa" w:w="2160"/>
          </w:tcPr>
          <w:p>
            <w:r>
              <w:t>What specific regulatory requirements do you follow when purchasing crop insurance for your corn farming operations?</w:t>
              <w:br/>
              <w:t>Answer type: Long text</w:t>
              <w:br/>
              <w:t>Trigger: Always</w:t>
              <w:br/>
              <w:t>Required: No</w:t>
              <w:br/>
              <w:t>Risk: Medium</w:t>
            </w:r>
          </w:p>
        </w:tc>
        <w:tc>
          <w:tcPr>
            <w:tcW w:type="dxa" w:w="2160"/>
          </w:tcPr>
          <w:p>
            <w:r>
              <w:t>Primary authority: USDA Risk Management Agency</w:t>
              <w:br/>
              <w:t>Response: ___________________________</w:t>
              <w:br/>
              <w:t>Evidence: ___________________________</w:t>
              <w:br/>
              <w:t>Reviewer conclusion: ___________________________</w:t>
            </w:r>
          </w:p>
        </w:tc>
      </w:tr>
      <w:tr>
        <w:tc>
          <w:tcPr>
            <w:tcW w:type="dxa" w:w="2160"/>
          </w:tcPr>
          <w:p>
            <w:r>
              <w:t>1050-0456</w:t>
            </w:r>
          </w:p>
        </w:tc>
        <w:tc>
          <w:tcPr>
            <w:tcW w:type="dxa" w:w="2160"/>
          </w:tcPr>
          <w:p>
            <w:r>
              <w:t>Market Fluctuations</w:t>
            </w:r>
          </w:p>
        </w:tc>
        <w:tc>
          <w:tcPr>
            <w:tcW w:type="dxa" w:w="2160"/>
          </w:tcPr>
          <w:p>
            <w:r>
              <w:t>How do you adjust your crop insurance coverage in response to market fluctuations for corn prices?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1050-0457</w:t>
            </w:r>
          </w:p>
        </w:tc>
        <w:tc>
          <w:tcPr>
            <w:tcW w:type="dxa" w:w="2160"/>
          </w:tcPr>
          <w:p>
            <w:r>
              <w:t>Sustainability Practices</w:t>
            </w:r>
          </w:p>
        </w:tc>
        <w:tc>
          <w:tcPr>
            <w:tcW w:type="dxa" w:w="2160"/>
          </w:tcPr>
          <w:p>
            <w:r>
              <w:t>What sustainable practices do you implement on your corn farm that may impact your risk management strategies?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1050-0458</w:t>
            </w:r>
          </w:p>
        </w:tc>
        <w:tc>
          <w:tcPr>
            <w:tcW w:type="dxa" w:w="2160"/>
          </w:tcPr>
          <w:p>
            <w:r>
              <w:t>Data Analysis</w:t>
            </w:r>
          </w:p>
        </w:tc>
        <w:tc>
          <w:tcPr>
            <w:tcW w:type="dxa" w:w="2160"/>
          </w:tcPr>
          <w:p>
            <w:r>
              <w:t>What data sources do you utilize to inform your crop insurance decisions and risk management strategies?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1050-0459</w:t>
            </w:r>
          </w:p>
        </w:tc>
        <w:tc>
          <w:tcPr>
            <w:tcW w:type="dxa" w:w="2160"/>
          </w:tcPr>
          <w:p>
            <w:r>
              <w:t>Case Studies</w:t>
            </w:r>
          </w:p>
        </w:tc>
        <w:tc>
          <w:tcPr>
            <w:tcW w:type="dxa" w:w="2160"/>
          </w:tcPr>
          <w:p>
            <w:r>
              <w:t>Can you provide a case study or example of a situation where your crop insurance significantly mitigated financial loss on your corn farm?</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1050-0460</w:t>
            </w:r>
          </w:p>
        </w:tc>
        <w:tc>
          <w:tcPr>
            <w:tcW w:type="dxa" w:w="2160"/>
          </w:tcPr>
          <w:p>
            <w:r>
              <w:t>Insurance Types</w:t>
            </w:r>
          </w:p>
        </w:tc>
        <w:tc>
          <w:tcPr>
            <w:tcW w:type="dxa" w:w="2160"/>
          </w:tcPr>
          <w:p>
            <w:r>
              <w:t>Have you ever opted for additional coverage options, such as supplemental insurance or endorsements, for your corn crops? If so, please specify.</w:t>
              <w:br/>
              <w:t>Answer type: Yes-No + details</w:t>
              <w:br/>
              <w:t>Trigger: Always</w:t>
              <w:br/>
              <w:t>Required: No</w:t>
              <w:br/>
              <w:t>Risk: Medium</w:t>
            </w:r>
          </w:p>
        </w:tc>
        <w:tc>
          <w:tcPr>
            <w:tcW w:type="dxa" w:w="2160"/>
          </w:tcPr>
          <w:p>
            <w:r>
              <w:t>Primary authority: USDA Risk Management Agency</w:t>
              <w:br/>
              <w:t>Response: ___________________________</w:t>
              <w:br/>
              <w:t>Evidence: ___________________________</w:t>
              <w:br/>
              <w:t>Reviewer conclusion: ___________________________</w:t>
            </w:r>
          </w:p>
        </w:tc>
      </w:tr>
      <w:tr>
        <w:tc>
          <w:tcPr>
            <w:tcW w:type="dxa" w:w="2160"/>
          </w:tcPr>
          <w:p>
            <w:r>
              <w:t>1050-0461</w:t>
            </w:r>
          </w:p>
        </w:tc>
        <w:tc>
          <w:tcPr>
            <w:tcW w:type="dxa" w:w="2160"/>
          </w:tcPr>
          <w:p>
            <w:r>
              <w:t>Risk Assessment</w:t>
            </w:r>
          </w:p>
        </w:tc>
        <w:tc>
          <w:tcPr>
            <w:tcW w:type="dxa" w:w="2160"/>
          </w:tcPr>
          <w:p>
            <w:r>
              <w:t>What criteria do you use to determine the adequacy of your crop insurance coverage for potential yield losses?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1050-0462</w:t>
            </w:r>
          </w:p>
        </w:tc>
        <w:tc>
          <w:tcPr>
            <w:tcW w:type="dxa" w:w="2160"/>
          </w:tcPr>
          <w:p>
            <w:r>
              <w:t>Financial Planning</w:t>
            </w:r>
          </w:p>
        </w:tc>
        <w:tc>
          <w:tcPr>
            <w:tcW w:type="dxa" w:w="2160"/>
          </w:tcPr>
          <w:p>
            <w:r>
              <w:t>How often do you review and adjust your financial plan concerning crop insurance costs and expected payouts?</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1050-0463</w:t>
            </w:r>
          </w:p>
        </w:tc>
        <w:tc>
          <w:tcPr>
            <w:tcW w:type="dxa" w:w="2160"/>
          </w:tcPr>
          <w:p>
            <w:r>
              <w:t>Regulatory Requirements</w:t>
            </w:r>
          </w:p>
        </w:tc>
        <w:tc>
          <w:tcPr>
            <w:tcW w:type="dxa" w:w="2160"/>
          </w:tcPr>
          <w:p>
            <w:r>
              <w:t>Are you aware of any recent changes in crop insurance regulations that could affect your corn farming operations? Please elaborate.</w:t>
              <w:br/>
              <w:t>Answer type: Yes-No + details</w:t>
              <w:br/>
              <w:t>Trigger: Always</w:t>
              <w:br/>
              <w:t>Required: No</w:t>
              <w:br/>
              <w:t>Risk: Medium</w:t>
            </w:r>
          </w:p>
        </w:tc>
        <w:tc>
          <w:tcPr>
            <w:tcW w:type="dxa" w:w="2160"/>
          </w:tcPr>
          <w:p>
            <w:r>
              <w:t>Primary authority: USDA Risk Management Agency</w:t>
              <w:br/>
              <w:t>Response: ___________________________</w:t>
              <w:br/>
              <w:t>Evidence: ___________________________</w:t>
              <w:br/>
              <w:t>Reviewer conclusion: ___________________________</w:t>
            </w:r>
          </w:p>
        </w:tc>
      </w:tr>
      <w:tr>
        <w:tc>
          <w:tcPr>
            <w:tcW w:type="dxa" w:w="2160"/>
          </w:tcPr>
          <w:p>
            <w:r>
              <w:t>1050-0464</w:t>
            </w:r>
          </w:p>
        </w:tc>
        <w:tc>
          <w:tcPr>
            <w:tcW w:type="dxa" w:w="2160"/>
          </w:tcPr>
          <w:p>
            <w:r>
              <w:t>Market Fluctuations</w:t>
            </w:r>
          </w:p>
        </w:tc>
        <w:tc>
          <w:tcPr>
            <w:tcW w:type="dxa" w:w="2160"/>
          </w:tcPr>
          <w:p>
            <w:r>
              <w:t>What strategies do you employ to manage the financial impact of market fluctuations on your crop insurance claims?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1050-0465</w:t>
            </w:r>
          </w:p>
        </w:tc>
        <w:tc>
          <w:tcPr>
            <w:tcW w:type="dxa" w:w="2160"/>
          </w:tcPr>
          <w:p>
            <w:r>
              <w:t>Sustainability Practices</w:t>
            </w:r>
          </w:p>
        </w:tc>
        <w:tc>
          <w:tcPr>
            <w:tcW w:type="dxa" w:w="2160"/>
          </w:tcPr>
          <w:p>
            <w:r>
              <w:t>How do your sustainability practices influence your eligibility for certain crop insurance programs?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AGRICULTURAL-EDUCATION-AND-OUTREACH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1050-0466</w:t>
            </w:r>
          </w:p>
        </w:tc>
        <w:tc>
          <w:tcPr>
            <w:tcW w:type="dxa" w:w="2160"/>
          </w:tcPr>
          <w:p>
            <w:r>
              <w:t>Community Engagement</w:t>
            </w:r>
          </w:p>
        </w:tc>
        <w:tc>
          <w:tcPr>
            <w:tcW w:type="dxa" w:w="2160"/>
          </w:tcPr>
          <w:p>
            <w:r>
              <w:t>What specific outreach initiatives have you implemented in the past year to engage local communities in sustainable corn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1050-0467</w:t>
            </w:r>
          </w:p>
        </w:tc>
        <w:tc>
          <w:tcPr>
            <w:tcW w:type="dxa" w:w="2160"/>
          </w:tcPr>
          <w:p>
            <w:r>
              <w:t>Training Programs</w:t>
            </w:r>
          </w:p>
        </w:tc>
        <w:tc>
          <w:tcPr>
            <w:tcW w:type="dxa" w:w="2160"/>
          </w:tcPr>
          <w:p>
            <w:r>
              <w:t>Can you describe any training programs you have developed or participated in that focus on innovative techniques for corn cultivation?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1050-0468</w:t>
            </w:r>
          </w:p>
        </w:tc>
        <w:tc>
          <w:tcPr>
            <w:tcW w:type="dxa" w:w="2160"/>
          </w:tcPr>
          <w:p>
            <w:r>
              <w:t>Best Practices</w:t>
            </w:r>
          </w:p>
        </w:tc>
        <w:tc>
          <w:tcPr>
            <w:tcW w:type="dxa" w:w="2160"/>
          </w:tcPr>
          <w:p>
            <w:r>
              <w:t>What best practices have you adopted in your corn farming operations to enhance yield while minimizing environmental impact?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1050-0469</w:t>
            </w:r>
          </w:p>
        </w:tc>
        <w:tc>
          <w:tcPr>
            <w:tcW w:type="dxa" w:w="2160"/>
          </w:tcPr>
          <w:p>
            <w:r>
              <w:t>Sustainability Education</w:t>
            </w:r>
          </w:p>
        </w:tc>
        <w:tc>
          <w:tcPr>
            <w:tcW w:type="dxa" w:w="2160"/>
          </w:tcPr>
          <w:p>
            <w:r>
              <w:t>How do you incorporate sustainability education into your outreach programs for corn farming? Please provide specific examples.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1050-0470</w:t>
            </w:r>
          </w:p>
        </w:tc>
        <w:tc>
          <w:tcPr>
            <w:tcW w:type="dxa" w:w="2160"/>
          </w:tcPr>
          <w:p>
            <w:r>
              <w:t>Regulatory Compliance</w:t>
            </w:r>
          </w:p>
        </w:tc>
        <w:tc>
          <w:tcPr>
            <w:tcW w:type="dxa" w:w="2160"/>
          </w:tcPr>
          <w:p>
            <w:r>
              <w:t>What steps have you taken to ensure compliance with agricultural regulations while conducting educational initiatives related to corn farming?</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1050-0471</w:t>
            </w:r>
          </w:p>
        </w:tc>
        <w:tc>
          <w:tcPr>
            <w:tcW w:type="dxa" w:w="2160"/>
          </w:tcPr>
          <w:p>
            <w:r>
              <w:t>Collaborative Projects</w:t>
            </w:r>
          </w:p>
        </w:tc>
        <w:tc>
          <w:tcPr>
            <w:tcW w:type="dxa" w:w="2160"/>
          </w:tcPr>
          <w:p>
            <w:r>
              <w:t>Have you collaborated with any organizations or educational institutions on corn farming initiatives? If so, please detail the nature of these collaborations.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1050-0472</w:t>
            </w:r>
          </w:p>
        </w:tc>
        <w:tc>
          <w:tcPr>
            <w:tcW w:type="dxa" w:w="2160"/>
          </w:tcPr>
          <w:p>
            <w:r>
              <w:t>Knowledge Sharing</w:t>
            </w:r>
          </w:p>
        </w:tc>
        <w:tc>
          <w:tcPr>
            <w:tcW w:type="dxa" w:w="2160"/>
          </w:tcPr>
          <w:p>
            <w:r>
              <w:t>What methods do you use to share knowledge and findings from your corn farming practices with other farmers or stakeholders?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1050-0473</w:t>
            </w:r>
          </w:p>
        </w:tc>
        <w:tc>
          <w:tcPr>
            <w:tcW w:type="dxa" w:w="2160"/>
          </w:tcPr>
          <w:p>
            <w:r>
              <w:t>Impact Assessment</w:t>
            </w:r>
          </w:p>
        </w:tc>
        <w:tc>
          <w:tcPr>
            <w:tcW w:type="dxa" w:w="2160"/>
          </w:tcPr>
          <w:p>
            <w:r>
              <w:t>How do you assess the impact of your educational initiatives on local corn farming practices? Please provide metrics or evaluation methods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1050-0474</w:t>
            </w:r>
          </w:p>
        </w:tc>
        <w:tc>
          <w:tcPr>
            <w:tcW w:type="dxa" w:w="2160"/>
          </w:tcPr>
          <w:p>
            <w:r>
              <w:t>Community Engagement</w:t>
            </w:r>
          </w:p>
        </w:tc>
        <w:tc>
          <w:tcPr>
            <w:tcW w:type="dxa" w:w="2160"/>
          </w:tcPr>
          <w:p>
            <w:r>
              <w:t>What feedback mechanisms do you have in place to gather community input on your corn farming educational programs?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1050-0475</w:t>
            </w:r>
          </w:p>
        </w:tc>
        <w:tc>
          <w:tcPr>
            <w:tcW w:type="dxa" w:w="2160"/>
          </w:tcPr>
          <w:p>
            <w:r>
              <w:t>Training Programs</w:t>
            </w:r>
          </w:p>
        </w:tc>
        <w:tc>
          <w:tcPr>
            <w:tcW w:type="dxa" w:w="2160"/>
          </w:tcPr>
          <w:p>
            <w:r>
              <w:t>How often do you update your training programs to reflect the latest research and advancements in corn farming techniques?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1050-0476</w:t>
            </w:r>
          </w:p>
        </w:tc>
        <w:tc>
          <w:tcPr>
            <w:tcW w:type="dxa" w:w="2160"/>
          </w:tcPr>
          <w:p>
            <w:r>
              <w:t>Best Practices</w:t>
            </w:r>
          </w:p>
        </w:tc>
        <w:tc>
          <w:tcPr>
            <w:tcW w:type="dxa" w:w="2160"/>
          </w:tcPr>
          <w:p>
            <w:r>
              <w:t>What specific metrics do you track to evaluate the effectiveness of the best practices you implement in corn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1050-0477</w:t>
            </w:r>
          </w:p>
        </w:tc>
        <w:tc>
          <w:tcPr>
            <w:tcW w:type="dxa" w:w="2160"/>
          </w:tcPr>
          <w:p>
            <w:r>
              <w:t>Collaborative Projects</w:t>
            </w:r>
          </w:p>
        </w:tc>
        <w:tc>
          <w:tcPr>
            <w:tcW w:type="dxa" w:w="2160"/>
          </w:tcPr>
          <w:p>
            <w:r>
              <w:t>What challenges have you faced in your collaborative projects related to corn farming,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1050-0478</w:t>
            </w:r>
          </w:p>
        </w:tc>
        <w:tc>
          <w:tcPr>
            <w:tcW w:type="dxa" w:w="2160"/>
          </w:tcPr>
          <w:p>
            <w:r>
              <w:t>Impact Assessment</w:t>
            </w:r>
          </w:p>
        </w:tc>
        <w:tc>
          <w:tcPr>
            <w:tcW w:type="dxa" w:w="2160"/>
          </w:tcPr>
          <w:p>
            <w:r>
              <w:t>Can you provide examples of how your educational initiatives have led to measurable changes in corn farming practices within your community?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1050 (Corn farms). Next Business ID: 1051 (Soybean farms).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