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1051 -- Soybean farms</w:t>
      </w:r>
    </w:p>
    <w:p>
      <w:pPr>
        <w:jc w:val="center"/>
      </w:pPr>
      <w:r>
        <w:t>Business ID: 1051</w:t>
        <w:br/>
        <w:t>Business Type: Soybean farms</w:t>
        <w:br/>
        <w:t>Tax Year Design Basis: 2025</w:t>
        <w:br/>
        <w:t>Federal + California</w:t>
        <w:br/>
        <w:t>Question Range: 1051-0001 through 1051-0477</w:t>
        <w:br/>
        <w:t>Primary NAICS Candidate: Not yet researched -- verify before use</w:t>
        <w:br/>
        <w:t>Pack Complete (478/478): No -- see module index and Sources for gaps</w:t>
        <w:br/>
        <w:t>Next Business ID / Type: 1052 / (TBD)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21</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SEED-QUALITY-ANALYSIS</w:t>
            </w:r>
          </w:p>
        </w:tc>
        <w:tc>
          <w:tcPr>
            <w:tcW w:type="dxa" w:w="2880"/>
          </w:tcPr>
          <w:p>
            <w:r>
              <w:t>14</w:t>
            </w:r>
          </w:p>
        </w:tc>
        <w:tc>
          <w:tcPr>
            <w:tcW w:type="dxa" w:w="2880"/>
          </w:tcPr>
          <w:p>
            <w:r>
              <w:t>Assessing the quality and traits of soybean seeds for optimal growth.</w:t>
            </w:r>
          </w:p>
        </w:tc>
      </w:tr>
      <w:tr>
        <w:tc>
          <w:tcPr>
            <w:tcW w:type="dxa" w:w="2880"/>
          </w:tcPr>
          <w:p>
            <w:r>
              <w:t>CROP-CULTIVATION-PRACTICES</w:t>
            </w:r>
          </w:p>
        </w:tc>
        <w:tc>
          <w:tcPr>
            <w:tcW w:type="dxa" w:w="2880"/>
          </w:tcPr>
          <w:p>
            <w:r>
              <w:t>23</w:t>
            </w:r>
          </w:p>
        </w:tc>
        <w:tc>
          <w:tcPr>
            <w:tcW w:type="dxa" w:w="2880"/>
          </w:tcPr>
          <w:p>
            <w:r>
              <w:t>Exploring advanced cultivation techniques and practices for soybean farming.</w:t>
            </w:r>
          </w:p>
        </w:tc>
      </w:tr>
      <w:tr>
        <w:tc>
          <w:tcPr>
            <w:tcW w:type="dxa" w:w="2880"/>
          </w:tcPr>
          <w:p>
            <w:r>
              <w:t>HARVESTING-TECHNOLOGIES</w:t>
            </w:r>
          </w:p>
        </w:tc>
        <w:tc>
          <w:tcPr>
            <w:tcW w:type="dxa" w:w="2880"/>
          </w:tcPr>
          <w:p>
            <w:r>
              <w:t>19</w:t>
            </w:r>
          </w:p>
        </w:tc>
        <w:tc>
          <w:tcPr>
            <w:tcW w:type="dxa" w:w="2880"/>
          </w:tcPr>
          <w:p>
            <w:r>
              <w:t>Investigating technologies and methods used during soybean harvesting.</w:t>
            </w:r>
          </w:p>
        </w:tc>
      </w:tr>
      <w:tr>
        <w:tc>
          <w:tcPr>
            <w:tcW w:type="dxa" w:w="2880"/>
          </w:tcPr>
          <w:p>
            <w:r>
              <w:t>PROCESSING-TECHNIQUES</w:t>
            </w:r>
          </w:p>
        </w:tc>
        <w:tc>
          <w:tcPr>
            <w:tcW w:type="dxa" w:w="2880"/>
          </w:tcPr>
          <w:p>
            <w:r>
              <w:t>22</w:t>
            </w:r>
          </w:p>
        </w:tc>
        <w:tc>
          <w:tcPr>
            <w:tcW w:type="dxa" w:w="2880"/>
          </w:tcPr>
          <w:p>
            <w:r>
              <w:t>Understanding the various processing methods applied to harvested soybeans.</w:t>
            </w:r>
          </w:p>
        </w:tc>
      </w:tr>
      <w:tr>
        <w:tc>
          <w:tcPr>
            <w:tcW w:type="dxa" w:w="2880"/>
          </w:tcPr>
          <w:p>
            <w:r>
              <w:t>QUALITY-CONTROL-PROCEDURES</w:t>
            </w:r>
          </w:p>
        </w:tc>
        <w:tc>
          <w:tcPr>
            <w:tcW w:type="dxa" w:w="2880"/>
          </w:tcPr>
          <w:p>
            <w:r>
              <w:t>18</w:t>
            </w:r>
          </w:p>
        </w:tc>
        <w:tc>
          <w:tcPr>
            <w:tcW w:type="dxa" w:w="2880"/>
          </w:tcPr>
          <w:p>
            <w:r>
              <w:t>Evaluating quality control measures throughout the soybean production process.</w:t>
            </w:r>
          </w:p>
        </w:tc>
      </w:tr>
      <w:tr>
        <w:tc>
          <w:tcPr>
            <w:tcW w:type="dxa" w:w="2880"/>
          </w:tcPr>
          <w:p>
            <w:r>
              <w:t>PACKAGING-AND-TRACEABILITY</w:t>
            </w:r>
          </w:p>
        </w:tc>
        <w:tc>
          <w:tcPr>
            <w:tcW w:type="dxa" w:w="2880"/>
          </w:tcPr>
          <w:p>
            <w:r>
              <w:t>16</w:t>
            </w:r>
          </w:p>
        </w:tc>
        <w:tc>
          <w:tcPr>
            <w:tcW w:type="dxa" w:w="2880"/>
          </w:tcPr>
          <w:p>
            <w:r>
              <w:t>Examining packaging methods and traceability systems for soybean products.</w:t>
            </w:r>
          </w:p>
        </w:tc>
      </w:tr>
      <w:tr>
        <w:tc>
          <w:tcPr>
            <w:tcW w:type="dxa" w:w="2880"/>
          </w:tcPr>
          <w:p>
            <w:r>
              <w:t>REGULATORY-COMPLIANCE</w:t>
            </w:r>
          </w:p>
        </w:tc>
        <w:tc>
          <w:tcPr>
            <w:tcW w:type="dxa" w:w="2880"/>
          </w:tcPr>
          <w:p>
            <w:r>
              <w:t>12</w:t>
            </w:r>
          </w:p>
        </w:tc>
        <w:tc>
          <w:tcPr>
            <w:tcW w:type="dxa" w:w="2880"/>
          </w:tcPr>
          <w:p>
            <w:r>
              <w:t>Identifying regulatory requirements impacting soybean farming and processing.</w:t>
            </w:r>
          </w:p>
        </w:tc>
      </w:tr>
      <w:tr>
        <w:tc>
          <w:tcPr>
            <w:tcW w:type="dxa" w:w="2880"/>
          </w:tcPr>
          <w:p>
            <w:r>
              <w:t>SUSTAINABILITY-PRACTICES</w:t>
            </w:r>
          </w:p>
        </w:tc>
        <w:tc>
          <w:tcPr>
            <w:tcW w:type="dxa" w:w="2880"/>
          </w:tcPr>
          <w:p>
            <w:r>
              <w:t>20</w:t>
            </w:r>
          </w:p>
        </w:tc>
        <w:tc>
          <w:tcPr>
            <w:tcW w:type="dxa" w:w="2880"/>
          </w:tcPr>
          <w:p>
            <w:r>
              <w:t>Analyzing sustainable practices in soybean farming and processing.</w:t>
            </w:r>
          </w:p>
        </w:tc>
      </w:tr>
      <w:tr>
        <w:tc>
          <w:tcPr>
            <w:tcW w:type="dxa" w:w="2880"/>
          </w:tcPr>
          <w:p>
            <w:r>
              <w:t>DATA-MANAGEMENT-SYSTEMS</w:t>
            </w:r>
          </w:p>
        </w:tc>
        <w:tc>
          <w:tcPr>
            <w:tcW w:type="dxa" w:w="2880"/>
          </w:tcPr>
          <w:p>
            <w:r>
              <w:t>14</w:t>
            </w:r>
          </w:p>
        </w:tc>
        <w:tc>
          <w:tcPr>
            <w:tcW w:type="dxa" w:w="2880"/>
          </w:tcPr>
          <w:p>
            <w:r>
              <w:t>Exploring data management and software systems used in soybean operations.</w:t>
            </w:r>
          </w:p>
        </w:tc>
      </w:tr>
      <w:tr>
        <w:tc>
          <w:tcPr>
            <w:tcW w:type="dxa" w:w="2880"/>
          </w:tcPr>
          <w:p>
            <w:r>
              <w:t>AUTOMATION-AND-TECHNOLOGY</w:t>
            </w:r>
          </w:p>
        </w:tc>
        <w:tc>
          <w:tcPr>
            <w:tcW w:type="dxa" w:w="2880"/>
          </w:tcPr>
          <w:p>
            <w:r>
              <w:t>23</w:t>
            </w:r>
          </w:p>
        </w:tc>
        <w:tc>
          <w:tcPr>
            <w:tcW w:type="dxa" w:w="2880"/>
          </w:tcPr>
          <w:p>
            <w:r>
              <w:t>Investigating automation technologies enhancing efficiency in soybean farming.</w:t>
            </w:r>
          </w:p>
        </w:tc>
      </w:tr>
      <w:tr>
        <w:tc>
          <w:tcPr>
            <w:tcW w:type="dxa" w:w="2880"/>
          </w:tcPr>
          <w:p>
            <w:r>
              <w:t>BYPRODUCT-UTILIZATION</w:t>
            </w:r>
          </w:p>
        </w:tc>
        <w:tc>
          <w:tcPr>
            <w:tcW w:type="dxa" w:w="2880"/>
          </w:tcPr>
          <w:p>
            <w:r>
              <w:t>14</w:t>
            </w:r>
          </w:p>
        </w:tc>
        <w:tc>
          <w:tcPr>
            <w:tcW w:type="dxa" w:w="2880"/>
          </w:tcPr>
          <w:p>
            <w:r>
              <w:t>Exploring the utilization of byproducts from soybean processing.</w:t>
            </w:r>
          </w:p>
        </w:tc>
      </w:tr>
      <w:tr>
        <w:tc>
          <w:tcPr>
            <w:tcW w:type="dxa" w:w="2880"/>
          </w:tcPr>
          <w:p>
            <w:r>
              <w:t>ENVIRONMENTAL-IMPACT-ANALYSIS</w:t>
            </w:r>
          </w:p>
        </w:tc>
        <w:tc>
          <w:tcPr>
            <w:tcW w:type="dxa" w:w="2880"/>
          </w:tcPr>
          <w:p>
            <w:r>
              <w:t>19</w:t>
            </w:r>
          </w:p>
        </w:tc>
        <w:tc>
          <w:tcPr>
            <w:tcW w:type="dxa" w:w="2880"/>
          </w:tcPr>
          <w:p>
            <w:r>
              <w:t>Assessing the environmental impacts of soybean farming and processing activities.</w:t>
            </w:r>
          </w:p>
        </w:tc>
      </w:tr>
      <w:tr>
        <w:tc>
          <w:tcPr>
            <w:tcW w:type="dxa" w:w="2880"/>
          </w:tcPr>
          <w:p>
            <w:r>
              <w:t>FERTILIZER-AND-PESTICIDE-APPLICATION</w:t>
            </w:r>
          </w:p>
        </w:tc>
        <w:tc>
          <w:tcPr>
            <w:tcW w:type="dxa" w:w="2880"/>
          </w:tcPr>
          <w:p>
            <w:r>
              <w:t>16</w:t>
            </w:r>
          </w:p>
        </w:tc>
        <w:tc>
          <w:tcPr>
            <w:tcW w:type="dxa" w:w="2880"/>
          </w:tcPr>
          <w:p>
            <w:r>
              <w:t>Evaluating the application of fertilizers and pesticides in soybean cultivation.</w:t>
            </w:r>
          </w:p>
        </w:tc>
      </w:tr>
      <w:tr>
        <w:tc>
          <w:tcPr>
            <w:tcW w:type="dxa" w:w="2880"/>
          </w:tcPr>
          <w:p>
            <w:r>
              <w:t>FIELD-TRIALS-AND-RESEARCH</w:t>
            </w:r>
          </w:p>
        </w:tc>
        <w:tc>
          <w:tcPr>
            <w:tcW w:type="dxa" w:w="2880"/>
          </w:tcPr>
          <w:p>
            <w:r>
              <w:t>14</w:t>
            </w:r>
          </w:p>
        </w:tc>
        <w:tc>
          <w:tcPr>
            <w:tcW w:type="dxa" w:w="2880"/>
          </w:tcPr>
          <w:p>
            <w:r>
              <w:t>Investigating research and field trials for soybean variety improvement.</w:t>
            </w:r>
          </w:p>
        </w:tc>
      </w:tr>
      <w:tr>
        <w:tc>
          <w:tcPr>
            <w:tcW w:type="dxa" w:w="2880"/>
          </w:tcPr>
          <w:p>
            <w:r>
              <w:t>IRRIGATION-MANAGEMENT</w:t>
            </w:r>
          </w:p>
        </w:tc>
        <w:tc>
          <w:tcPr>
            <w:tcW w:type="dxa" w:w="2880"/>
          </w:tcPr>
          <w:p>
            <w:r>
              <w:t>14</w:t>
            </w:r>
          </w:p>
        </w:tc>
        <w:tc>
          <w:tcPr>
            <w:tcW w:type="dxa" w:w="2880"/>
          </w:tcPr>
          <w:p>
            <w:r>
              <w:t>Examining irrigation practices and technologies for soybean crops.</w:t>
            </w:r>
          </w:p>
        </w:tc>
      </w:tr>
      <w:tr>
        <w:tc>
          <w:tcPr>
            <w:tcW w:type="dxa" w:w="2880"/>
          </w:tcPr>
          <w:p>
            <w:r>
              <w:t>SOIL-HEALTH-MANAGEMENT</w:t>
            </w:r>
          </w:p>
        </w:tc>
        <w:tc>
          <w:tcPr>
            <w:tcW w:type="dxa" w:w="2880"/>
          </w:tcPr>
          <w:p>
            <w:r>
              <w:t>14</w:t>
            </w:r>
          </w:p>
        </w:tc>
        <w:tc>
          <w:tcPr>
            <w:tcW w:type="dxa" w:w="2880"/>
          </w:tcPr>
          <w:p>
            <w:r>
              <w:t>Understanding practices for maintaining soil health in soybean farming.</w:t>
            </w:r>
          </w:p>
        </w:tc>
      </w:tr>
      <w:tr>
        <w:tc>
          <w:tcPr>
            <w:tcW w:type="dxa" w:w="2880"/>
          </w:tcPr>
          <w:p>
            <w:r>
              <w:t>GENETIC-IMPROVEMENT-TECHNOLOGIES</w:t>
            </w:r>
          </w:p>
        </w:tc>
        <w:tc>
          <w:tcPr>
            <w:tcW w:type="dxa" w:w="2880"/>
          </w:tcPr>
          <w:p>
            <w:r>
              <w:t>14</w:t>
            </w:r>
          </w:p>
        </w:tc>
        <w:tc>
          <w:tcPr>
            <w:tcW w:type="dxa" w:w="2880"/>
          </w:tcPr>
          <w:p>
            <w:r>
              <w:t>Exploring genetic improvement technologies for soybean varieties.</w:t>
            </w:r>
          </w:p>
        </w:tc>
      </w:tr>
      <w:tr>
        <w:tc>
          <w:tcPr>
            <w:tcW w:type="dxa" w:w="2880"/>
          </w:tcPr>
          <w:p>
            <w:r>
              <w:t>CROP-MONITORING-TECHNIQUES</w:t>
            </w:r>
          </w:p>
        </w:tc>
        <w:tc>
          <w:tcPr>
            <w:tcW w:type="dxa" w:w="2880"/>
          </w:tcPr>
          <w:p>
            <w:r>
              <w:t>14</w:t>
            </w:r>
          </w:p>
        </w:tc>
        <w:tc>
          <w:tcPr>
            <w:tcW w:type="dxa" w:w="2880"/>
          </w:tcPr>
          <w:p>
            <w:r>
              <w:t>Investigating monitoring techniques for crop health and development.</w:t>
            </w:r>
          </w:p>
        </w:tc>
      </w:tr>
      <w:tr>
        <w:tc>
          <w:tcPr>
            <w:tcW w:type="dxa" w:w="2880"/>
          </w:tcPr>
          <w:p>
            <w:r>
              <w:t>MARKET-ANALYSIS-AND-STRATEGY</w:t>
            </w:r>
          </w:p>
        </w:tc>
        <w:tc>
          <w:tcPr>
            <w:tcW w:type="dxa" w:w="2880"/>
          </w:tcPr>
          <w:p>
            <w:r>
              <w:t>14</w:t>
            </w:r>
          </w:p>
        </w:tc>
        <w:tc>
          <w:tcPr>
            <w:tcW w:type="dxa" w:w="2880"/>
          </w:tcPr>
          <w:p>
            <w:r>
              <w:t>Analyzing market trends and strategies for soybean products.</w:t>
            </w:r>
          </w:p>
        </w:tc>
      </w:tr>
      <w:tr>
        <w:tc>
          <w:tcPr>
            <w:tcW w:type="dxa" w:w="2880"/>
          </w:tcPr>
          <w:p>
            <w:r>
              <w:t>AGRICULTURAL-EDUCATION-AND-OUTREACH</w:t>
            </w:r>
          </w:p>
        </w:tc>
        <w:tc>
          <w:tcPr>
            <w:tcW w:type="dxa" w:w="2880"/>
          </w:tcPr>
          <w:p>
            <w:r>
              <w:t>14</w:t>
            </w:r>
          </w:p>
        </w:tc>
        <w:tc>
          <w:tcPr>
            <w:tcW w:type="dxa" w:w="2880"/>
          </w:tcPr>
          <w:p>
            <w:r>
              <w:t>Exploring educational initiatives and outreach in the soybean industry.</w:t>
            </w:r>
          </w:p>
        </w:tc>
      </w:tr>
      <w:tr>
        <w:tc>
          <w:tcPr>
            <w:tcW w:type="dxa" w:w="2880"/>
          </w:tcPr>
          <w:p>
            <w:r>
              <w:t>CROP-RESILIENCE-STRATEGIES</w:t>
            </w:r>
          </w:p>
        </w:tc>
        <w:tc>
          <w:tcPr>
            <w:tcW w:type="dxa" w:w="2880"/>
          </w:tcPr>
          <w:p>
            <w:r>
              <w:t>14</w:t>
            </w:r>
          </w:p>
        </w:tc>
        <w:tc>
          <w:tcPr>
            <w:tcW w:type="dxa" w:w="2880"/>
          </w:tcPr>
          <w:p>
            <w:r>
              <w:t>Assessing strategies for enhancing crop resilience against climate change.</w:t>
            </w:r>
          </w:p>
        </w:tc>
      </w:tr>
    </w:tbl>
    <w:p>
      <w:r>
        <w:t>Total questions in this pack: 477 (target: 478).</w:t>
      </w:r>
    </w:p>
    <w:p>
      <w:r>
        <w:br w:type="page"/>
      </w:r>
    </w:p>
    <w:p>
      <w:pPr>
        <w:pStyle w:val="Heading1"/>
      </w:pPr>
      <w:r>
        <w:t>Interview Questions by Module</w:t>
      </w:r>
    </w:p>
    <w:p>
      <w:pPr>
        <w:pStyle w:val="Heading2"/>
      </w:pPr>
      <w:r>
        <w:t>INTAKE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1051-0001</w:t>
            </w:r>
          </w:p>
        </w:tc>
        <w:tc>
          <w:tcPr>
            <w:tcW w:type="dxa" w:w="2160"/>
          </w:tcPr>
          <w:p>
            <w:r>
              <w:t>Entity Structure</w:t>
            </w:r>
          </w:p>
        </w:tc>
        <w:tc>
          <w:tcPr>
            <w:tcW w:type="dxa" w:w="2160"/>
          </w:tcPr>
          <w:p>
            <w:r>
              <w:t>What is the legal structure of your soybean farming operation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1051-0002</w:t>
            </w:r>
          </w:p>
        </w:tc>
        <w:tc>
          <w:tcPr>
            <w:tcW w:type="dxa" w:w="2160"/>
          </w:tcPr>
          <w:p>
            <w:r>
              <w:t>Ownership</w:t>
            </w:r>
          </w:p>
        </w:tc>
        <w:tc>
          <w:tcPr>
            <w:tcW w:type="dxa" w:w="2160"/>
          </w:tcPr>
          <w:p>
            <w:r>
              <w:t>Who are the principal owners of the soybean farming business, and what percentage of ownership does each hold?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1051-0003</w:t>
            </w:r>
          </w:p>
        </w:tc>
        <w:tc>
          <w:tcPr>
            <w:tcW w:type="dxa" w:w="2160"/>
          </w:tcPr>
          <w:p>
            <w:r>
              <w:t>Locations</w:t>
            </w:r>
          </w:p>
        </w:tc>
        <w:tc>
          <w:tcPr>
            <w:tcW w:type="dxa" w:w="2160"/>
          </w:tcPr>
          <w:p>
            <w:r>
              <w:t>List all locations where soybean farming operations are conducted, including addresses and types of operations at each site.</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1051-0004</w:t>
            </w:r>
          </w:p>
        </w:tc>
        <w:tc>
          <w:tcPr>
            <w:tcW w:type="dxa" w:w="2160"/>
          </w:tcPr>
          <w:p>
            <w:r>
              <w:t>Products</w:t>
            </w:r>
          </w:p>
        </w:tc>
        <w:tc>
          <w:tcPr>
            <w:tcW w:type="dxa" w:w="2160"/>
          </w:tcPr>
          <w:p>
            <w:r>
              <w:t>What specific soybean varieties are produced, and are there any unique cultivation methods employed for these varieties?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1051-0005</w:t>
            </w:r>
          </w:p>
        </w:tc>
        <w:tc>
          <w:tcPr>
            <w:tcW w:type="dxa" w:w="2160"/>
          </w:tcPr>
          <w:p>
            <w:r>
              <w:t>Revenue</w:t>
            </w:r>
          </w:p>
        </w:tc>
        <w:tc>
          <w:tcPr>
            <w:tcW w:type="dxa" w:w="2160"/>
          </w:tcPr>
          <w:p>
            <w:r>
              <w:t>What was the total revenue generated from soybean sales in the tax year 2025?</w:t>
              <w:br/>
              <w:t>Answer type: Currency</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1051-0006</w:t>
            </w:r>
          </w:p>
        </w:tc>
        <w:tc>
          <w:tcPr>
            <w:tcW w:type="dxa" w:w="2160"/>
          </w:tcPr>
          <w:p>
            <w:r>
              <w:t>Personnel</w:t>
            </w:r>
          </w:p>
        </w:tc>
        <w:tc>
          <w:tcPr>
            <w:tcW w:type="dxa" w:w="2160"/>
          </w:tcPr>
          <w:p>
            <w:r>
              <w:t>How many full-time and part-time employees were involved in soybean farming operations during the tax year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1051-0007</w:t>
            </w:r>
          </w:p>
        </w:tc>
        <w:tc>
          <w:tcPr>
            <w:tcW w:type="dxa" w:w="2160"/>
          </w:tcPr>
          <w:p>
            <w:r>
              <w:t>Records</w:t>
            </w:r>
          </w:p>
        </w:tc>
        <w:tc>
          <w:tcPr>
            <w:tcW w:type="dxa" w:w="2160"/>
          </w:tcPr>
          <w:p>
            <w:r>
              <w:t>What types of records are maintained to document the R&amp;D activities related to soybean cultivation (e.g., experimental results, methodologies)?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1051-0008</w:t>
            </w:r>
          </w:p>
        </w:tc>
        <w:tc>
          <w:tcPr>
            <w:tcW w:type="dxa" w:w="2160"/>
          </w:tcPr>
          <w:p>
            <w:r>
              <w:t>Operational Practices</w:t>
            </w:r>
          </w:p>
        </w:tc>
        <w:tc>
          <w:tcPr>
            <w:tcW w:type="dxa" w:w="2160"/>
          </w:tcPr>
          <w:p>
            <w:r>
              <w:t>What specific methods do you use to assess the viability of soybean varieties before planting?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1051-0009</w:t>
            </w:r>
          </w:p>
        </w:tc>
        <w:tc>
          <w:tcPr>
            <w:tcW w:type="dxa" w:w="2160"/>
          </w:tcPr>
          <w:p>
            <w:r>
              <w:t>Research Activities</w:t>
            </w:r>
          </w:p>
        </w:tc>
        <w:tc>
          <w:tcPr>
            <w:tcW w:type="dxa" w:w="2160"/>
          </w:tcPr>
          <w:p>
            <w:r>
              <w:t>Can you describe any experimental techniques you employ to enhance soybean seed germination rates?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1051-0010</w:t>
            </w:r>
          </w:p>
        </w:tc>
        <w:tc>
          <w:tcPr>
            <w:tcW w:type="dxa" w:w="2160"/>
          </w:tcPr>
          <w:p>
            <w:r>
              <w:t>Data Collection</w:t>
            </w:r>
          </w:p>
        </w:tc>
        <w:tc>
          <w:tcPr>
            <w:tcW w:type="dxa" w:w="2160"/>
          </w:tcPr>
          <w:p>
            <w:r>
              <w:t>What data do you collect during the intake phase to evaluate soil health for soybean planting?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1051-0011</w:t>
            </w:r>
          </w:p>
        </w:tc>
        <w:tc>
          <w:tcPr>
            <w:tcW w:type="dxa" w:w="2160"/>
          </w:tcPr>
          <w:p>
            <w:r>
              <w:t>Technology Utilization</w:t>
            </w:r>
          </w:p>
        </w:tc>
        <w:tc>
          <w:tcPr>
            <w:tcW w:type="dxa" w:w="2160"/>
          </w:tcPr>
          <w:p>
            <w:r>
              <w:t>How do you integrate technology to monitor environmental conditions before planting?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1051-0012</w:t>
            </w:r>
          </w:p>
        </w:tc>
        <w:tc>
          <w:tcPr>
            <w:tcW w:type="dxa" w:w="2160"/>
          </w:tcPr>
          <w:p>
            <w:r>
              <w:t>Regulatory Compliance</w:t>
            </w:r>
          </w:p>
        </w:tc>
        <w:tc>
          <w:tcPr>
            <w:tcW w:type="dxa" w:w="2160"/>
          </w:tcPr>
          <w:p>
            <w:r>
              <w:t>What regulatory guidelines do you follow when selecting soybean seeds for cultivation?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1051-0013</w:t>
            </w:r>
          </w:p>
        </w:tc>
        <w:tc>
          <w:tcPr>
            <w:tcW w:type="dxa" w:w="2160"/>
          </w:tcPr>
          <w:p>
            <w:r>
              <w:t>Innovation Practices</w:t>
            </w:r>
          </w:p>
        </w:tc>
        <w:tc>
          <w:tcPr>
            <w:tcW w:type="dxa" w:w="2160"/>
          </w:tcPr>
          <w:p>
            <w:r>
              <w:t>Have you developed any proprietary methods for selecting soybean varieties? If so, please describe them.</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1051-0014</w:t>
            </w:r>
          </w:p>
        </w:tc>
        <w:tc>
          <w:tcPr>
            <w:tcW w:type="dxa" w:w="2160"/>
          </w:tcPr>
          <w:p>
            <w:r>
              <w:t>Collaboration</w:t>
            </w:r>
          </w:p>
        </w:tc>
        <w:tc>
          <w:tcPr>
            <w:tcW w:type="dxa" w:w="2160"/>
          </w:tcPr>
          <w:p>
            <w:r>
              <w:t>Do you collaborate with any research institutions for soybean variety selection? If yes, please provide details.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1051-0015</w:t>
            </w:r>
          </w:p>
        </w:tc>
        <w:tc>
          <w:tcPr>
            <w:tcW w:type="dxa" w:w="2160"/>
          </w:tcPr>
          <w:p>
            <w:r>
              <w:t>Cost Analysis</w:t>
            </w:r>
          </w:p>
        </w:tc>
        <w:tc>
          <w:tcPr>
            <w:tcW w:type="dxa" w:w="2160"/>
          </w:tcPr>
          <w:p>
            <w:r>
              <w:t>What costs are associated with your intake process for soybean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1051-0016</w:t>
            </w:r>
          </w:p>
        </w:tc>
        <w:tc>
          <w:tcPr>
            <w:tcW w:type="dxa" w:w="2160"/>
          </w:tcPr>
          <w:p>
            <w:r>
              <w:t>Sustainability</w:t>
            </w:r>
          </w:p>
        </w:tc>
        <w:tc>
          <w:tcPr>
            <w:tcW w:type="dxa" w:w="2160"/>
          </w:tcPr>
          <w:p>
            <w:r>
              <w:t>What sustainable practices do you incorporate during the intake phase of soybean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1051-0017</w:t>
            </w:r>
          </w:p>
        </w:tc>
        <w:tc>
          <w:tcPr>
            <w:tcW w:type="dxa" w:w="2160"/>
          </w:tcPr>
          <w:p>
            <w:r>
              <w:t>Market Research</w:t>
            </w:r>
          </w:p>
        </w:tc>
        <w:tc>
          <w:tcPr>
            <w:tcW w:type="dxa" w:w="2160"/>
          </w:tcPr>
          <w:p>
            <w:r>
              <w:t>How do you assess market trends when selecting soybean varieties for planting?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1051-0018</w:t>
            </w:r>
          </w:p>
        </w:tc>
        <w:tc>
          <w:tcPr>
            <w:tcW w:type="dxa" w:w="2160"/>
          </w:tcPr>
          <w:p>
            <w:r>
              <w:t>Risk Management</w:t>
            </w:r>
          </w:p>
        </w:tc>
        <w:tc>
          <w:tcPr>
            <w:tcW w:type="dxa" w:w="2160"/>
          </w:tcPr>
          <w:p>
            <w:r>
              <w:t>What risks do you consider when selecting soybean seeds for your farm?</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1051-0019</w:t>
            </w:r>
          </w:p>
        </w:tc>
        <w:tc>
          <w:tcPr>
            <w:tcW w:type="dxa" w:w="2160"/>
          </w:tcPr>
          <w:p>
            <w:r>
              <w:t>Performance Metrics</w:t>
            </w:r>
          </w:p>
        </w:tc>
        <w:tc>
          <w:tcPr>
            <w:tcW w:type="dxa" w:w="2160"/>
          </w:tcPr>
          <w:p>
            <w:r>
              <w:t>What metrics do you track to evaluate the success of your intake process?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1051-0020</w:t>
            </w:r>
          </w:p>
        </w:tc>
        <w:tc>
          <w:tcPr>
            <w:tcW w:type="dxa" w:w="2160"/>
          </w:tcPr>
          <w:p>
            <w:r>
              <w:t>Soil Testing</w:t>
            </w:r>
          </w:p>
        </w:tc>
        <w:tc>
          <w:tcPr>
            <w:tcW w:type="dxa" w:w="2160"/>
          </w:tcPr>
          <w:p>
            <w:r>
              <w:t>What soil testing procedures do you implement prior to the intake of soybean seeds?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1051-0021</w:t>
            </w:r>
          </w:p>
        </w:tc>
        <w:tc>
          <w:tcPr>
            <w:tcW w:type="dxa" w:w="2160"/>
          </w:tcPr>
          <w:p>
            <w:r>
              <w:t>Seed Treatment</w:t>
            </w:r>
          </w:p>
        </w:tc>
        <w:tc>
          <w:tcPr>
            <w:tcW w:type="dxa" w:w="2160"/>
          </w:tcPr>
          <w:p>
            <w:r>
              <w:t>Do you use any treatments or coatings on seeds during the intake process? Please elaborate.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1051-0022</w:t>
            </w:r>
          </w:p>
        </w:tc>
        <w:tc>
          <w:tcPr>
            <w:tcW w:type="dxa" w:w="2160"/>
          </w:tcPr>
          <w:p>
            <w:r>
              <w:t>Return Status</w:t>
            </w:r>
          </w:p>
        </w:tc>
        <w:tc>
          <w:tcPr>
            <w:tcW w:type="dxa" w:w="2160"/>
          </w:tcPr>
          <w:p>
            <w:r>
              <w:t>What is the current status of your R&amp;D tax credit claim for the 2025 tax year, and have you received any correspondence from the IRS or state tax authority regarding it?</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1051-0023</w:t>
            </w:r>
          </w:p>
        </w:tc>
        <w:tc>
          <w:tcPr>
            <w:tcW w:type="dxa" w:w="2160"/>
          </w:tcPr>
          <w:p>
            <w:r>
              <w:t>Prior Credits</w:t>
            </w:r>
          </w:p>
        </w:tc>
        <w:tc>
          <w:tcPr>
            <w:tcW w:type="dxa" w:w="2160"/>
          </w:tcPr>
          <w:p>
            <w:r>
              <w:t>Have you previously claimed R&amp;D tax credits in any of the last three tax years? If so, please provide the tax years and the amounts claimed.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1051-0024</w:t>
            </w:r>
          </w:p>
        </w:tc>
        <w:tc>
          <w:tcPr>
            <w:tcW w:type="dxa" w:w="2160"/>
          </w:tcPr>
          <w:p>
            <w:r>
              <w:t>Aggregation</w:t>
            </w:r>
          </w:p>
        </w:tc>
        <w:tc>
          <w:tcPr>
            <w:tcW w:type="dxa" w:w="2160"/>
          </w:tcPr>
          <w:p>
            <w:r>
              <w:t>For the 2025 tax year, are you aggregating multiple projects for the R&amp;D tax credit claim? If yes, please list the projects and their respective costs.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1051-0025</w:t>
            </w:r>
          </w:p>
        </w:tc>
        <w:tc>
          <w:tcPr>
            <w:tcW w:type="dxa" w:w="2160"/>
          </w:tcPr>
          <w:p>
            <w:r>
              <w:t>Elections</w:t>
            </w:r>
          </w:p>
        </w:tc>
        <w:tc>
          <w:tcPr>
            <w:tcW w:type="dxa" w:w="2160"/>
          </w:tcPr>
          <w:p>
            <w:r>
              <w:t>Have you made any elections regarding the treatment of research expenses under Section 174 for the 2025 tax year? If yes, please specify the elections made.</w:t>
              <w:br/>
              <w:t>Answer type: Long text</w:t>
              <w:br/>
              <w:t>Trigger: Always</w:t>
              <w:br/>
              <w:t>Required: No</w:t>
              <w:br/>
              <w:t>Risk: Medium</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1051-0026</w:t>
            </w:r>
          </w:p>
        </w:tc>
        <w:tc>
          <w:tcPr>
            <w:tcW w:type="dxa" w:w="2160"/>
          </w:tcPr>
          <w:p>
            <w:r>
              <w:t>Amended Returns</w:t>
            </w:r>
          </w:p>
        </w:tc>
        <w:tc>
          <w:tcPr>
            <w:tcW w:type="dxa" w:w="2160"/>
          </w:tcPr>
          <w:p>
            <w:r>
              <w:t>Have you filed any amended returns for prior years that affect your R&amp;D tax credit claims? If so, please provide details of the amendments and the years affected.</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1051-0027</w:t>
            </w:r>
          </w:p>
        </w:tc>
        <w:tc>
          <w:tcPr>
            <w:tcW w:type="dxa" w:w="2160"/>
          </w:tcPr>
          <w:p>
            <w:r>
              <w:t>Section 174</w:t>
            </w:r>
          </w:p>
        </w:tc>
        <w:tc>
          <w:tcPr>
            <w:tcW w:type="dxa" w:w="2160"/>
          </w:tcPr>
          <w:p>
            <w:r>
              <w:t>What specific research activities have you engaged in during the 2025 tax year that you believe qualify under Section 174? Please describe the nature of the experiments or uncertainties faced.</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1051-0028</w:t>
            </w:r>
          </w:p>
        </w:tc>
        <w:tc>
          <w:tcPr>
            <w:tcW w:type="dxa" w:w="2160"/>
          </w:tcPr>
          <w:p>
            <w:r>
              <w:t>Return Status</w:t>
            </w:r>
          </w:p>
        </w:tc>
        <w:tc>
          <w:tcPr>
            <w:tcW w:type="dxa" w:w="2160"/>
          </w:tcPr>
          <w:p>
            <w:r>
              <w:t>Have you received any audits or inquiries related to your R&amp;D tax credit claims from the IRS or state tax authority?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1051-0029</w:t>
            </w:r>
          </w:p>
        </w:tc>
        <w:tc>
          <w:tcPr>
            <w:tcW w:type="dxa" w:w="2160"/>
          </w:tcPr>
          <w:p>
            <w:r>
              <w:t>Prior Credits</w:t>
            </w:r>
          </w:p>
        </w:tc>
        <w:tc>
          <w:tcPr>
            <w:tcW w:type="dxa" w:w="2160"/>
          </w:tcPr>
          <w:p>
            <w:r>
              <w:t>For California state tax purposes, have you claimed any credits similar to the federal R&amp;D tax credit in prior years? If yes, please specify the credits and amounts.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1051-0030</w:t>
            </w:r>
          </w:p>
        </w:tc>
        <w:tc>
          <w:tcPr>
            <w:tcW w:type="dxa" w:w="2160"/>
          </w:tcPr>
          <w:p>
            <w:r>
              <w:t>Aggregation</w:t>
            </w:r>
          </w:p>
        </w:tc>
        <w:tc>
          <w:tcPr>
            <w:tcW w:type="dxa" w:w="2160"/>
          </w:tcPr>
          <w:p>
            <w:r>
              <w:t>Are you consolidating R&amp;D expenses from different departments or subsidiaries for the 2025 tax year? If so, please list the departments or subsidiaries and their respective expenses.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1051-0031</w:t>
            </w:r>
          </w:p>
        </w:tc>
        <w:tc>
          <w:tcPr>
            <w:tcW w:type="dxa" w:w="2160"/>
          </w:tcPr>
          <w:p>
            <w:r>
              <w:t>Elections</w:t>
            </w:r>
          </w:p>
        </w:tc>
        <w:tc>
          <w:tcPr>
            <w:tcW w:type="dxa" w:w="2160"/>
          </w:tcPr>
          <w:p>
            <w:r>
              <w:t>Have you chosen to capitalize or expense your research expenditures for the 2025 tax year? Please indicate your choice and any relevant details.</w:t>
              <w:br/>
              <w:t>Answer type: Single select</w:t>
              <w:br/>
              <w:t>Trigger: Always</w:t>
              <w:br/>
              <w:t>Required: No</w:t>
              <w:br/>
              <w:t>Risk: Medium</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1051-0032</w:t>
            </w:r>
          </w:p>
        </w:tc>
        <w:tc>
          <w:tcPr>
            <w:tcW w:type="dxa" w:w="2160"/>
          </w:tcPr>
          <w:p>
            <w:r>
              <w:t>Amended Returns</w:t>
            </w:r>
          </w:p>
        </w:tc>
        <w:tc>
          <w:tcPr>
            <w:tcW w:type="dxa" w:w="2160"/>
          </w:tcPr>
          <w:p>
            <w:r>
              <w:t>If you have amended any returns affecting your R&amp;D claims, did those amendments result in an increase or decrease in your claimed credits? Please provide details.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1051-0033</w:t>
            </w:r>
          </w:p>
        </w:tc>
        <w:tc>
          <w:tcPr>
            <w:tcW w:type="dxa" w:w="2160"/>
          </w:tcPr>
          <w:p>
            <w:r>
              <w:t>Return Status</w:t>
            </w:r>
          </w:p>
        </w:tc>
        <w:tc>
          <w:tcPr>
            <w:tcW w:type="dxa" w:w="2160"/>
          </w:tcPr>
          <w:p>
            <w:r>
              <w:t>What documentation do you have to support your R&amp;D tax credit claims for the 2025 tax year? Please list the types of documentation and their relevance.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1051-0034</w:t>
            </w:r>
          </w:p>
        </w:tc>
        <w:tc>
          <w:tcPr>
            <w:tcW w:type="dxa" w:w="2160"/>
          </w:tcPr>
          <w:p>
            <w:r>
              <w:t>Prior Credits</w:t>
            </w:r>
          </w:p>
        </w:tc>
        <w:tc>
          <w:tcPr>
            <w:tcW w:type="dxa" w:w="2160"/>
          </w:tcPr>
          <w:p>
            <w:r>
              <w:t>Have you ever had any R&amp;D tax credits disallowed or reduced in the past? If so, please describe the circumstances and the outcome.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1051-0035</w:t>
            </w:r>
          </w:p>
        </w:tc>
        <w:tc>
          <w:tcPr>
            <w:tcW w:type="dxa" w:w="2160"/>
          </w:tcPr>
          <w:p>
            <w:r>
              <w:t>Section 174</w:t>
            </w:r>
          </w:p>
        </w:tc>
        <w:tc>
          <w:tcPr>
            <w:tcW w:type="dxa" w:w="2160"/>
          </w:tcPr>
          <w:p>
            <w:r>
              <w:t>What specific methodologies did you use to calculate your qualified research expenses for the 2025 tax year? Please describe any assumptions made.</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1051-0036</w:t>
            </w:r>
          </w:p>
        </w:tc>
        <w:tc>
          <w:tcPr>
            <w:tcW w:type="dxa" w:w="2160"/>
          </w:tcPr>
          <w:p>
            <w:r>
              <w:t>Project Inventory</w:t>
            </w:r>
          </w:p>
        </w:tc>
        <w:tc>
          <w:tcPr>
            <w:tcW w:type="dxa" w:w="2160"/>
          </w:tcPr>
          <w:p>
            <w:r>
              <w:t>What specific projects did your soybean farm undertake in 2025 that aimed at improving crop yield or resilience?</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1051-0037</w:t>
            </w:r>
          </w:p>
        </w:tc>
        <w:tc>
          <w:tcPr>
            <w:tcW w:type="dxa" w:w="2160"/>
          </w:tcPr>
          <w:p>
            <w:r>
              <w:t>Uncertainty</w:t>
            </w:r>
          </w:p>
        </w:tc>
        <w:tc>
          <w:tcPr>
            <w:tcW w:type="dxa" w:w="2160"/>
          </w:tcPr>
          <w:p>
            <w:r>
              <w:t>What uncertainties did you encounter during the development of new soybean varieties in 2025?</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1051-0038</w:t>
            </w:r>
          </w:p>
        </w:tc>
        <w:tc>
          <w:tcPr>
            <w:tcW w:type="dxa" w:w="2160"/>
          </w:tcPr>
          <w:p>
            <w:r>
              <w:t>Alternatives</w:t>
            </w:r>
          </w:p>
        </w:tc>
        <w:tc>
          <w:tcPr>
            <w:tcW w:type="dxa" w:w="2160"/>
          </w:tcPr>
          <w:p>
            <w:r>
              <w:t>What alternative methods or technologies did you consider for pest management in your soybean crops, and why were they not implemented?</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1051-0039</w:t>
            </w:r>
          </w:p>
        </w:tc>
        <w:tc>
          <w:tcPr>
            <w:tcW w:type="dxa" w:w="2160"/>
          </w:tcPr>
          <w:p>
            <w:r>
              <w:t>Experiments</w:t>
            </w:r>
          </w:p>
        </w:tc>
        <w:tc>
          <w:tcPr>
            <w:tcW w:type="dxa" w:w="2160"/>
          </w:tcPr>
          <w:p>
            <w:r>
              <w:t>Can you describe any experiments conducted on soybean crop rotation strategies in 2025? What were the goals and outcomes?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1051-0040</w:t>
            </w:r>
          </w:p>
        </w:tc>
        <w:tc>
          <w:tcPr>
            <w:tcW w:type="dxa" w:w="2160"/>
          </w:tcPr>
          <w:p>
            <w:r>
              <w:t>Measurements</w:t>
            </w:r>
          </w:p>
        </w:tc>
        <w:tc>
          <w:tcPr>
            <w:tcW w:type="dxa" w:w="2160"/>
          </w:tcPr>
          <w:p>
            <w:r>
              <w:t>What specific metrics did you use to measure the success of your soybean R&amp;D projects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1051-0041</w:t>
            </w:r>
          </w:p>
        </w:tc>
        <w:tc>
          <w:tcPr>
            <w:tcW w:type="dxa" w:w="2160"/>
          </w:tcPr>
          <w:p>
            <w:r>
              <w:t>Costs</w:t>
            </w:r>
          </w:p>
        </w:tc>
        <w:tc>
          <w:tcPr>
            <w:tcW w:type="dxa" w:w="2160"/>
          </w:tcPr>
          <w:p>
            <w:r>
              <w:t>What were the total costs associated with your R&amp;D projects related to soybean farming in 2025? Please provide a breakdown if possible.</w:t>
              <w:br/>
              <w:t>Answer type: Currency</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1051-0042</w:t>
            </w:r>
          </w:p>
        </w:tc>
        <w:tc>
          <w:tcPr>
            <w:tcW w:type="dxa" w:w="2160"/>
          </w:tcPr>
          <w:p>
            <w:r>
              <w:t>Evidence</w:t>
            </w:r>
          </w:p>
        </w:tc>
        <w:tc>
          <w:tcPr>
            <w:tcW w:type="dxa" w:w="2160"/>
          </w:tcPr>
          <w:p>
            <w:r>
              <w:t>What documentation do you have to support the R&amp;D activities conducted in 2025, such as lab results or trial reports?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1051-0043</w:t>
            </w:r>
          </w:p>
        </w:tc>
        <w:tc>
          <w:tcPr>
            <w:tcW w:type="dxa" w:w="2160"/>
          </w:tcPr>
          <w:p>
            <w:r>
              <w:t>Project Inventory</w:t>
            </w:r>
          </w:p>
        </w:tc>
        <w:tc>
          <w:tcPr>
            <w:tcW w:type="dxa" w:w="2160"/>
          </w:tcPr>
          <w:p>
            <w:r>
              <w:t>How many distinct R&amp;D projects did your soybean farm initiate in 2025?</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1051-0044</w:t>
            </w:r>
          </w:p>
        </w:tc>
        <w:tc>
          <w:tcPr>
            <w:tcW w:type="dxa" w:w="2160"/>
          </w:tcPr>
          <w:p>
            <w:r>
              <w:t>Uncertainty</w:t>
            </w:r>
          </w:p>
        </w:tc>
        <w:tc>
          <w:tcPr>
            <w:tcW w:type="dxa" w:w="2160"/>
          </w:tcPr>
          <w:p>
            <w:r>
              <w:t>What specific technical challenges did you face while developing new soybean varieties?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1051-0045</w:t>
            </w:r>
          </w:p>
        </w:tc>
        <w:tc>
          <w:tcPr>
            <w:tcW w:type="dxa" w:w="2160"/>
          </w:tcPr>
          <w:p>
            <w:r>
              <w:t>Alternatives</w:t>
            </w:r>
          </w:p>
        </w:tc>
        <w:tc>
          <w:tcPr>
            <w:tcW w:type="dxa" w:w="2160"/>
          </w:tcPr>
          <w:p>
            <w:r>
              <w:t>What alternative crop management practices were considered but ultimately not pursued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1051-0046</w:t>
            </w:r>
          </w:p>
        </w:tc>
        <w:tc>
          <w:tcPr>
            <w:tcW w:type="dxa" w:w="2160"/>
          </w:tcPr>
          <w:p>
            <w:r>
              <w:t>Experiments</w:t>
            </w:r>
          </w:p>
        </w:tc>
        <w:tc>
          <w:tcPr>
            <w:tcW w:type="dxa" w:w="2160"/>
          </w:tcPr>
          <w:p>
            <w:r>
              <w:t>Describe any trials conducted on new fertilizer applications for soybean crops in 2025. What were the hypotheses and results?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1051-0047</w:t>
            </w:r>
          </w:p>
        </w:tc>
        <w:tc>
          <w:tcPr>
            <w:tcW w:type="dxa" w:w="2160"/>
          </w:tcPr>
          <w:p>
            <w:r>
              <w:t>Measurements</w:t>
            </w:r>
          </w:p>
        </w:tc>
        <w:tc>
          <w:tcPr>
            <w:tcW w:type="dxa" w:w="2160"/>
          </w:tcPr>
          <w:p>
            <w:r>
              <w:t>What tools or technologies did you use to measure the effectiveness of R&amp;D efforts in your soybean farming operations?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1051-0048</w:t>
            </w:r>
          </w:p>
        </w:tc>
        <w:tc>
          <w:tcPr>
            <w:tcW w:type="dxa" w:w="2160"/>
          </w:tcPr>
          <w:p>
            <w:r>
              <w:t>Costs</w:t>
            </w:r>
          </w:p>
        </w:tc>
        <w:tc>
          <w:tcPr>
            <w:tcW w:type="dxa" w:w="2160"/>
          </w:tcPr>
          <w:p>
            <w:r>
              <w:t>Can you provide a detailed account of labor costs associated with R&amp;D activities in soybean farming for 2025?</w:t>
              <w:br/>
              <w:t>Answer type: Currency</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1051-0049</w:t>
            </w:r>
          </w:p>
        </w:tc>
        <w:tc>
          <w:tcPr>
            <w:tcW w:type="dxa" w:w="2160"/>
          </w:tcPr>
          <w:p>
            <w:r>
              <w:t>Evidence</w:t>
            </w:r>
          </w:p>
        </w:tc>
        <w:tc>
          <w:tcPr>
            <w:tcW w:type="dxa" w:w="2160"/>
          </w:tcPr>
          <w:p>
            <w:r>
              <w:t>What specific records do you maintain to document the R&amp;D activities and results for your soybean projects in 2025?</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1051-0050</w:t>
            </w:r>
          </w:p>
        </w:tc>
        <w:tc>
          <w:tcPr>
            <w:tcW w:type="dxa" w:w="2160"/>
          </w:tcPr>
          <w:p>
            <w:r>
              <w:t>Project Inventory</w:t>
            </w:r>
          </w:p>
        </w:tc>
        <w:tc>
          <w:tcPr>
            <w:tcW w:type="dxa" w:w="2160"/>
          </w:tcPr>
          <w:p>
            <w:r>
              <w:t>What was the duration of each R&amp;D project undertaken in 2025?</w:t>
              <w:br/>
              <w:t>Answer type: Repeating table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1051-0051</w:t>
            </w:r>
          </w:p>
        </w:tc>
        <w:tc>
          <w:tcPr>
            <w:tcW w:type="dxa" w:w="2160"/>
          </w:tcPr>
          <w:p>
            <w:r>
              <w:t>Uncertainty</w:t>
            </w:r>
          </w:p>
        </w:tc>
        <w:tc>
          <w:tcPr>
            <w:tcW w:type="dxa" w:w="2160"/>
          </w:tcPr>
          <w:p>
            <w:r>
              <w:t>How did you address any unexpected results from your soybean R&amp;D projects in 2025?</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1051-0052</w:t>
            </w:r>
          </w:p>
        </w:tc>
        <w:tc>
          <w:tcPr>
            <w:tcW w:type="dxa" w:w="2160"/>
          </w:tcPr>
          <w:p>
            <w:r>
              <w:t>Alternatives</w:t>
            </w:r>
          </w:p>
        </w:tc>
        <w:tc>
          <w:tcPr>
            <w:tcW w:type="dxa" w:w="2160"/>
          </w:tcPr>
          <w:p>
            <w:r>
              <w:t>What alternative soybean varieties were evaluated in 2025, and what criteria were used to assess their viability?</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1051-0053</w:t>
            </w:r>
          </w:p>
        </w:tc>
        <w:tc>
          <w:tcPr>
            <w:tcW w:type="dxa" w:w="2160"/>
          </w:tcPr>
          <w:p>
            <w:r>
              <w:t>Experiments</w:t>
            </w:r>
          </w:p>
        </w:tc>
        <w:tc>
          <w:tcPr>
            <w:tcW w:type="dxa" w:w="2160"/>
          </w:tcPr>
          <w:p>
            <w:r>
              <w:t>What controlled experiments were conducted to test the effectiveness of new pest control methods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1051-0054</w:t>
            </w:r>
          </w:p>
        </w:tc>
        <w:tc>
          <w:tcPr>
            <w:tcW w:type="dxa" w:w="2160"/>
          </w:tcPr>
          <w:p>
            <w:r>
              <w:t>Measurements</w:t>
            </w:r>
          </w:p>
        </w:tc>
        <w:tc>
          <w:tcPr>
            <w:tcW w:type="dxa" w:w="2160"/>
          </w:tcPr>
          <w:p>
            <w:r>
              <w:t>What statistical methods were employed to analyze the data collected from your soybean R&amp;D projects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1051-0055</w:t>
            </w:r>
          </w:p>
        </w:tc>
        <w:tc>
          <w:tcPr>
            <w:tcW w:type="dxa" w:w="2160"/>
          </w:tcPr>
          <w:p>
            <w:r>
              <w:t>Project Development</w:t>
            </w:r>
          </w:p>
        </w:tc>
        <w:tc>
          <w:tcPr>
            <w:tcW w:type="dxa" w:w="2160"/>
          </w:tcPr>
          <w:p>
            <w:r>
              <w:t>Can you detail any current R&amp;D projects aimed at improving soybean yield?</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1051-0056</w:t>
            </w:r>
          </w:p>
        </w:tc>
        <w:tc>
          <w:tcPr>
            <w:tcW w:type="dxa" w:w="2160"/>
          </w:tcPr>
          <w:p>
            <w:r>
              <w:t>Technological Nature</w:t>
            </w:r>
          </w:p>
        </w:tc>
        <w:tc>
          <w:tcPr>
            <w:tcW w:type="dxa" w:w="2160"/>
          </w:tcPr>
          <w:p>
            <w:r>
              <w:t>What specific technological advancements or processes were you attempting to develop or improve in your soybean farming operations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1051-0057</w:t>
            </w:r>
          </w:p>
        </w:tc>
        <w:tc>
          <w:tcPr>
            <w:tcW w:type="dxa" w:w="2160"/>
          </w:tcPr>
          <w:p>
            <w:r>
              <w:t>Experimentation</w:t>
            </w:r>
          </w:p>
        </w:tc>
        <w:tc>
          <w:tcPr>
            <w:tcW w:type="dxa" w:w="2160"/>
          </w:tcPr>
          <w:p>
            <w:r>
              <w:t>Can you describe any systematic trials or experiments conducted to test new farming techniques, seed varieties, or pest control methods? Please include details about the hypotheses, methodologies, and results.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1051-0058</w:t>
            </w:r>
          </w:p>
        </w:tc>
        <w:tc>
          <w:tcPr>
            <w:tcW w:type="dxa" w:w="2160"/>
          </w:tcPr>
          <w:p>
            <w:r>
              <w:t>Permitted Purpose</w:t>
            </w:r>
          </w:p>
        </w:tc>
        <w:tc>
          <w:tcPr>
            <w:tcW w:type="dxa" w:w="2160"/>
          </w:tcPr>
          <w:p>
            <w:r>
              <w:t>What specific business components (e.g., crop yield improvement, disease resistance) were the focus of your R&amp;D activities, and how do they align with the permitted purposes outlined in IRC Section 41?</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1051-0059</w:t>
            </w:r>
          </w:p>
        </w:tc>
        <w:tc>
          <w:tcPr>
            <w:tcW w:type="dxa" w:w="2160"/>
          </w:tcPr>
          <w:p>
            <w:r>
              <w:t>Section 174 Uncertainty</w:t>
            </w:r>
          </w:p>
        </w:tc>
        <w:tc>
          <w:tcPr>
            <w:tcW w:type="dxa" w:w="2160"/>
          </w:tcPr>
          <w:p>
            <w:r>
              <w:t>Describe any uncertainties faced in the development of new agricultural practices or technologies, including how these uncertainties influenced your approach to experimentation.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1051-0060</w:t>
            </w:r>
          </w:p>
        </w:tc>
        <w:tc>
          <w:tcPr>
            <w:tcW w:type="dxa" w:w="2160"/>
          </w:tcPr>
          <w:p>
            <w:r>
              <w:t>Business Component</w:t>
            </w:r>
          </w:p>
        </w:tc>
        <w:tc>
          <w:tcPr>
            <w:tcW w:type="dxa" w:w="2160"/>
          </w:tcPr>
          <w:p>
            <w:r>
              <w:t>List the specific business components related to your soybean farming that you believe qualify for R&amp;D tax credits, and explain how each component meets the criteria for qualified research as per IRC Section 41.</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1051-0061</w:t>
            </w:r>
          </w:p>
        </w:tc>
        <w:tc>
          <w:tcPr>
            <w:tcW w:type="dxa" w:w="2160"/>
          </w:tcPr>
          <w:p>
            <w:r>
              <w:t>Commercial Production</w:t>
            </w:r>
          </w:p>
        </w:tc>
        <w:tc>
          <w:tcPr>
            <w:tcW w:type="dxa" w:w="2160"/>
          </w:tcPr>
          <w:p>
            <w:r>
              <w:t>During the tax year 2025, did your soybean farming operations involve any activities that were primarily focused on the commercial production of soybeans rather than research and development?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1051-0062</w:t>
            </w:r>
          </w:p>
        </w:tc>
        <w:tc>
          <w:tcPr>
            <w:tcW w:type="dxa" w:w="2160"/>
          </w:tcPr>
          <w:p>
            <w:r>
              <w:t>Adaptation</w:t>
            </w:r>
          </w:p>
        </w:tc>
        <w:tc>
          <w:tcPr>
            <w:tcW w:type="dxa" w:w="2160"/>
          </w:tcPr>
          <w:p>
            <w:r>
              <w:t>Did you adapt existing soybean farming techniques or technologies in 2025 without developing new processes or products? If yes, please specify the adaptations made.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1051-0063</w:t>
            </w:r>
          </w:p>
        </w:tc>
        <w:tc>
          <w:tcPr>
            <w:tcW w:type="dxa" w:w="2160"/>
          </w:tcPr>
          <w:p>
            <w:r>
              <w:t>Duplication</w:t>
            </w:r>
          </w:p>
        </w:tc>
        <w:tc>
          <w:tcPr>
            <w:tcW w:type="dxa" w:w="2160"/>
          </w:tcPr>
          <w:p>
            <w:r>
              <w:t>In 2025, did you duplicate existing farming methods or processes for soybeans that do not involve any experimentation or innovation? Please describe any such duplications.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1051-0064</w:t>
            </w:r>
          </w:p>
        </w:tc>
        <w:tc>
          <w:tcPr>
            <w:tcW w:type="dxa" w:w="2160"/>
          </w:tcPr>
          <w:p>
            <w:r>
              <w:t>Routine Testing</w:t>
            </w:r>
          </w:p>
        </w:tc>
        <w:tc>
          <w:tcPr>
            <w:tcW w:type="dxa" w:w="2160"/>
          </w:tcPr>
          <w:p>
            <w:r>
              <w:t>Were any testing or quality control measures applied to your soybean production in 2025 considered routine and not experimental in nature?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1051-0065</w:t>
            </w:r>
          </w:p>
        </w:tc>
        <w:tc>
          <w:tcPr>
            <w:tcW w:type="dxa" w:w="2160"/>
          </w:tcPr>
          <w:p>
            <w:r>
              <w:t>Foreign/Funded Research</w:t>
            </w:r>
          </w:p>
        </w:tc>
        <w:tc>
          <w:tcPr>
            <w:tcW w:type="dxa" w:w="2160"/>
          </w:tcPr>
          <w:p>
            <w:r>
              <w:t>Did you engage in any foreign research or receive funding for research activities related to soybean farming in 2025? If yes, please detail the nature of this research.</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1051-0066</w:t>
            </w:r>
          </w:p>
        </w:tc>
        <w:tc>
          <w:tcPr>
            <w:tcW w:type="dxa" w:w="2160"/>
          </w:tcPr>
          <w:p>
            <w:r>
              <w:t>Unsupported Estimates</w:t>
            </w:r>
          </w:p>
        </w:tc>
        <w:tc>
          <w:tcPr>
            <w:tcW w:type="dxa" w:w="2160"/>
          </w:tcPr>
          <w:p>
            <w:r>
              <w:t>Did you use any unsupported estimates in your calculations for R&amp;D credits related to soybean farming in 2025? If yes, please describe the estimates and their basis.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1051-0067</w:t>
            </w:r>
          </w:p>
        </w:tc>
        <w:tc>
          <w:tcPr>
            <w:tcW w:type="dxa" w:w="2160"/>
          </w:tcPr>
          <w:p>
            <w:r>
              <w:t>Routine Operations</w:t>
            </w:r>
          </w:p>
        </w:tc>
        <w:tc>
          <w:tcPr>
            <w:tcW w:type="dxa" w:w="2160"/>
          </w:tcPr>
          <w:p>
            <w:r>
              <w:t>Were any of your soybean farming activities in 2025 classified as routine operations rather than R&amp;D? If so, please specify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1051-0068</w:t>
            </w:r>
          </w:p>
        </w:tc>
        <w:tc>
          <w:tcPr>
            <w:tcW w:type="dxa" w:w="2160"/>
          </w:tcPr>
          <w:p>
            <w:r>
              <w:t>Regulatory Compliance</w:t>
            </w:r>
          </w:p>
        </w:tc>
        <w:tc>
          <w:tcPr>
            <w:tcW w:type="dxa" w:w="2160"/>
          </w:tcPr>
          <w:p>
            <w:r>
              <w:t>Did you perform any activities in 2025 solely for regulatory compliance that did not involve R&amp;D? Please provide details of such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1051-0069</w:t>
            </w:r>
          </w:p>
        </w:tc>
        <w:tc>
          <w:tcPr>
            <w:tcW w:type="dxa" w:w="2160"/>
          </w:tcPr>
          <w:p>
            <w:r>
              <w:t>Non-Experimental Practices</w:t>
            </w:r>
          </w:p>
        </w:tc>
        <w:tc>
          <w:tcPr>
            <w:tcW w:type="dxa" w:w="2160"/>
          </w:tcPr>
          <w:p>
            <w:r>
              <w:t>In 2025, did you implement any non-experimental practices or technologies that were already established in the industry for soybean farming? If yes, please describe these practices.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1051-0070</w:t>
            </w:r>
          </w:p>
        </w:tc>
        <w:tc>
          <w:tcPr>
            <w:tcW w:type="dxa" w:w="2160"/>
          </w:tcPr>
          <w:p>
            <w:r>
              <w:t>Employee Roles</w:t>
            </w:r>
          </w:p>
        </w:tc>
        <w:tc>
          <w:tcPr>
            <w:tcW w:type="dxa" w:w="2160"/>
          </w:tcPr>
          <w:p>
            <w:r>
              <w:t>List the employees who were directly involved in the research and development of new soybean varieties during the tax year 2025. Include their roles and the percentage of time they dedicated to R&amp;D activities.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1051-0071</w:t>
            </w:r>
          </w:p>
        </w:tc>
        <w:tc>
          <w:tcPr>
            <w:tcW w:type="dxa" w:w="2160"/>
          </w:tcPr>
          <w:p>
            <w:r>
              <w:t>Wage Allocation</w:t>
            </w:r>
          </w:p>
        </w:tc>
        <w:tc>
          <w:tcPr>
            <w:tcW w:type="dxa" w:w="2160"/>
          </w:tcPr>
          <w:p>
            <w:r>
              <w:t>For each employee listed, specify the total wages paid to them during the tax year 2025 and the portion of those wages allocated to R&amp;D activities.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1051-0072</w:t>
            </w:r>
          </w:p>
        </w:tc>
        <w:tc>
          <w:tcPr>
            <w:tcW w:type="dxa" w:w="2160"/>
          </w:tcPr>
          <w:p>
            <w:r>
              <w:t>Time Tracking</w:t>
            </w:r>
          </w:p>
        </w:tc>
        <w:tc>
          <w:tcPr>
            <w:tcW w:type="dxa" w:w="2160"/>
          </w:tcPr>
          <w:p>
            <w:r>
              <w:t>Describe the methods used to track the time employees spent on R&amp;D projects versus routine farming operations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1051-0073</w:t>
            </w:r>
          </w:p>
        </w:tc>
        <w:tc>
          <w:tcPr>
            <w:tcW w:type="dxa" w:w="2160"/>
          </w:tcPr>
          <w:p>
            <w:r>
              <w:t>Project Identification</w:t>
            </w:r>
          </w:p>
        </w:tc>
        <w:tc>
          <w:tcPr>
            <w:tcW w:type="dxa" w:w="2160"/>
          </w:tcPr>
          <w:p>
            <w:r>
              <w:t>Identify specific projects related to soybean farming that were undertaken in 2025. What were the objectives of these projects?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1051-0074</w:t>
            </w:r>
          </w:p>
        </w:tc>
        <w:tc>
          <w:tcPr>
            <w:tcW w:type="dxa" w:w="2160"/>
          </w:tcPr>
          <w:p>
            <w:r>
              <w:t>Employee Training</w:t>
            </w:r>
          </w:p>
        </w:tc>
        <w:tc>
          <w:tcPr>
            <w:tcW w:type="dxa" w:w="2160"/>
          </w:tcPr>
          <w:p>
            <w:r>
              <w:t>Did any employees receive specialized training related to R&amp;D activities in 2025? If yes, please describe the training and its relevance.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1051-0075</w:t>
            </w:r>
          </w:p>
        </w:tc>
        <w:tc>
          <w:tcPr>
            <w:tcW w:type="dxa" w:w="2160"/>
          </w:tcPr>
          <w:p>
            <w:r>
              <w:t>Collaboration</w:t>
            </w:r>
          </w:p>
        </w:tc>
        <w:tc>
          <w:tcPr>
            <w:tcW w:type="dxa" w:w="2160"/>
          </w:tcPr>
          <w:p>
            <w:r>
              <w:t>Were any employees involved in collaborations with external research institutions or universities for R&amp;D purposes in 2025?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1051-0076</w:t>
            </w:r>
          </w:p>
        </w:tc>
        <w:tc>
          <w:tcPr>
            <w:tcW w:type="dxa" w:w="2160"/>
          </w:tcPr>
          <w:p>
            <w:r>
              <w:t>Documentation</w:t>
            </w:r>
          </w:p>
        </w:tc>
        <w:tc>
          <w:tcPr>
            <w:tcW w:type="dxa" w:w="2160"/>
          </w:tcPr>
          <w:p>
            <w:r>
              <w:t>What documentation is maintained to support the allocation of wages to R&amp;D activities for the tax year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1051-0077</w:t>
            </w:r>
          </w:p>
        </w:tc>
        <w:tc>
          <w:tcPr>
            <w:tcW w:type="dxa" w:w="2160"/>
          </w:tcPr>
          <w:p>
            <w:r>
              <w:t>Job Descriptions</w:t>
            </w:r>
          </w:p>
        </w:tc>
        <w:tc>
          <w:tcPr>
            <w:tcW w:type="dxa" w:w="2160"/>
          </w:tcPr>
          <w:p>
            <w:r>
              <w:t>Provide job descriptions for employees involved in R&amp;D activities. How do these roles differ from those engaged in routine farming tasks?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1051-0078</w:t>
            </w:r>
          </w:p>
        </w:tc>
        <w:tc>
          <w:tcPr>
            <w:tcW w:type="dxa" w:w="2160"/>
          </w:tcPr>
          <w:p>
            <w:r>
              <w:t>R&amp;D Focus Areas</w:t>
            </w:r>
          </w:p>
        </w:tc>
        <w:tc>
          <w:tcPr>
            <w:tcW w:type="dxa" w:w="2160"/>
          </w:tcPr>
          <w:p>
            <w:r>
              <w:t>What specific areas of research (e.g., pest resistance, yield improvement) were prioritized by your team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1051-0079</w:t>
            </w:r>
          </w:p>
        </w:tc>
        <w:tc>
          <w:tcPr>
            <w:tcW w:type="dxa" w:w="2160"/>
          </w:tcPr>
          <w:p>
            <w:r>
              <w:t>Expense Tracking</w:t>
            </w:r>
          </w:p>
        </w:tc>
        <w:tc>
          <w:tcPr>
            <w:tcW w:type="dxa" w:w="2160"/>
          </w:tcPr>
          <w:p>
            <w:r>
              <w:t>How are R&amp;D-related expenses, including wages, tracked and reported in your financial statements for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1051-0080</w:t>
            </w:r>
          </w:p>
        </w:tc>
        <w:tc>
          <w:tcPr>
            <w:tcW w:type="dxa" w:w="2160"/>
          </w:tcPr>
          <w:p>
            <w:r>
              <w:t>Experimental Inputs</w:t>
            </w:r>
          </w:p>
        </w:tc>
        <w:tc>
          <w:tcPr>
            <w:tcW w:type="dxa" w:w="2160"/>
          </w:tcPr>
          <w:p>
            <w:r>
              <w:t>What specific experimental supplies did you acquire during the tax year 2025 for the purpose of developing new soybean varieties or improving existing ones? Please list all materials including seeds, fertilizers, and any specialized equipment used in the experimentation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1051-0081</w:t>
            </w:r>
          </w:p>
        </w:tc>
        <w:tc>
          <w:tcPr>
            <w:tcW w:type="dxa" w:w="2160"/>
          </w:tcPr>
          <w:p>
            <w:r>
              <w:t>Exclusions</w:t>
            </w:r>
          </w:p>
        </w:tc>
        <w:tc>
          <w:tcPr>
            <w:tcW w:type="dxa" w:w="2160"/>
          </w:tcPr>
          <w:p>
            <w:r>
              <w:t>Were any of the supplies used exclusively for non-experimental purposes, such as routine farming operations or maintenance? If yes, please specify which supplies and the nature of their use.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1051-0082</w:t>
            </w:r>
          </w:p>
        </w:tc>
        <w:tc>
          <w:tcPr>
            <w:tcW w:type="dxa" w:w="2160"/>
          </w:tcPr>
          <w:p>
            <w:r>
              <w:t>Cost Allocation</w:t>
            </w:r>
          </w:p>
        </w:tc>
        <w:tc>
          <w:tcPr>
            <w:tcW w:type="dxa" w:w="2160"/>
          </w:tcPr>
          <w:p>
            <w:r>
              <w:t>What percentage of the total cost of supplies was allocated to experimental activities versus routine farming operations for the year 2025? Please provide a breakdown of costs if available.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1051-0083</w:t>
            </w:r>
          </w:p>
        </w:tc>
        <w:tc>
          <w:tcPr>
            <w:tcW w:type="dxa" w:w="2160"/>
          </w:tcPr>
          <w:p>
            <w:r>
              <w:t>Documentation</w:t>
            </w:r>
          </w:p>
        </w:tc>
        <w:tc>
          <w:tcPr>
            <w:tcW w:type="dxa" w:w="2160"/>
          </w:tcPr>
          <w:p>
            <w:r>
              <w:t>Can you provide documentation or receipts for the experimental supplies purchased in 2025? Please specify the type of documentation available (e.g., invoices, purchase orders).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1051-0084</w:t>
            </w:r>
          </w:p>
        </w:tc>
        <w:tc>
          <w:tcPr>
            <w:tcW w:type="dxa" w:w="2160"/>
          </w:tcPr>
          <w:p>
            <w:r>
              <w:t>Experimental Design</w:t>
            </w:r>
          </w:p>
        </w:tc>
        <w:tc>
          <w:tcPr>
            <w:tcW w:type="dxa" w:w="2160"/>
          </w:tcPr>
          <w:p>
            <w:r>
              <w:t>Describe the experimental design or methodology used for the supplies purchased in 2025. How did these supplies contribute to the hypothesis or objectives of your research?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1051-0085</w:t>
            </w:r>
          </w:p>
        </w:tc>
        <w:tc>
          <w:tcPr>
            <w:tcW w:type="dxa" w:w="2160"/>
          </w:tcPr>
          <w:p>
            <w:r>
              <w:t>Contractor Services</w:t>
            </w:r>
          </w:p>
        </w:tc>
        <w:tc>
          <w:tcPr>
            <w:tcW w:type="dxa" w:w="2160"/>
          </w:tcPr>
          <w:p>
            <w:r>
              <w:t>What specific contractor services related to soybean farming did you engage during the tax year 2025, and how did these services contribute to your R&amp;D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1051-0086</w:t>
            </w:r>
          </w:p>
        </w:tc>
        <w:tc>
          <w:tcPr>
            <w:tcW w:type="dxa" w:w="2160"/>
          </w:tcPr>
          <w:p>
            <w:r>
              <w:t>U.S. Location</w:t>
            </w:r>
          </w:p>
        </w:tc>
        <w:tc>
          <w:tcPr>
            <w:tcW w:type="dxa" w:w="2160"/>
          </w:tcPr>
          <w:p>
            <w:r>
              <w:t>Can you provide the physical addresses of all contractors involved in R&amp;D activities for your soybean farm during 2025?</w:t>
              <w:br/>
              <w:t>Answer type: Repeating table</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1051-0087</w:t>
            </w:r>
          </w:p>
        </w:tc>
        <w:tc>
          <w:tcPr>
            <w:tcW w:type="dxa" w:w="2160"/>
          </w:tcPr>
          <w:p>
            <w:r>
              <w:t>Rights</w:t>
            </w:r>
          </w:p>
        </w:tc>
        <w:tc>
          <w:tcPr>
            <w:tcW w:type="dxa" w:w="2160"/>
          </w:tcPr>
          <w:p>
            <w:r>
              <w:t>What rights did you retain over the results of the contractor services provided for R&amp;D, and how do these rights affect your eligibility for the tax credit?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1051-0088</w:t>
            </w:r>
          </w:p>
        </w:tc>
        <w:tc>
          <w:tcPr>
            <w:tcW w:type="dxa" w:w="2160"/>
          </w:tcPr>
          <w:p>
            <w:r>
              <w:t>Economic Risk</w:t>
            </w:r>
          </w:p>
        </w:tc>
        <w:tc>
          <w:tcPr>
            <w:tcW w:type="dxa" w:w="2160"/>
          </w:tcPr>
          <w:p>
            <w:r>
              <w:t>What economic risks did you assume in the contracts with your R&amp;D contractors, and how do these risks demonstrate your commitment to the R&amp;D process?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1051-0089</w:t>
            </w:r>
          </w:p>
        </w:tc>
        <w:tc>
          <w:tcPr>
            <w:tcW w:type="dxa" w:w="2160"/>
          </w:tcPr>
          <w:p>
            <w:r>
              <w:t>Eligible Amount</w:t>
            </w:r>
          </w:p>
        </w:tc>
        <w:tc>
          <w:tcPr>
            <w:tcW w:type="dxa" w:w="2160"/>
          </w:tcPr>
          <w:p>
            <w:r>
              <w:t>What was the total amount paid to contractors for R&amp;D activities related to soybean farming in 2025, and how did you determine this amount?</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1051-0090</w:t>
            </w:r>
          </w:p>
        </w:tc>
        <w:tc>
          <w:tcPr>
            <w:tcW w:type="dxa" w:w="2160"/>
          </w:tcPr>
          <w:p>
            <w:r>
              <w:t>Contractor Agreement</w:t>
            </w:r>
          </w:p>
        </w:tc>
        <w:tc>
          <w:tcPr>
            <w:tcW w:type="dxa" w:w="2160"/>
          </w:tcPr>
          <w:p>
            <w:r>
              <w:t>Did you have formal written agreements with your contractors for R&amp;D services? If yes, please provide details on the scope of work outlined in these agreements.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1051-0091</w:t>
            </w:r>
          </w:p>
        </w:tc>
        <w:tc>
          <w:tcPr>
            <w:tcW w:type="dxa" w:w="2160"/>
          </w:tcPr>
          <w:p>
            <w:r>
              <w:t>Contractor Experience</w:t>
            </w:r>
          </w:p>
        </w:tc>
        <w:tc>
          <w:tcPr>
            <w:tcW w:type="dxa" w:w="2160"/>
          </w:tcPr>
          <w:p>
            <w:r>
              <w:t>What qualifications or expertise did the contractors possess that were specifically relevant to the R&amp;D activities in soybean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1051-0092</w:t>
            </w:r>
          </w:p>
        </w:tc>
        <w:tc>
          <w:tcPr>
            <w:tcW w:type="dxa" w:w="2160"/>
          </w:tcPr>
          <w:p>
            <w:r>
              <w:t>Third-party cloud services</w:t>
            </w:r>
          </w:p>
        </w:tc>
        <w:tc>
          <w:tcPr>
            <w:tcW w:type="dxa" w:w="2160"/>
          </w:tcPr>
          <w:p>
            <w:r>
              <w:t>What specific third-party cloud services did your soybean farm utilize for data analysis or agricultural modeling in 2025, and how did these services contribute to the development of new farming techniques or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1051-0093</w:t>
            </w:r>
          </w:p>
        </w:tc>
        <w:tc>
          <w:tcPr>
            <w:tcW w:type="dxa" w:w="2160"/>
          </w:tcPr>
          <w:p>
            <w:r>
              <w:t>Third-party software</w:t>
            </w:r>
          </w:p>
        </w:tc>
        <w:tc>
          <w:tcPr>
            <w:tcW w:type="dxa" w:w="2160"/>
          </w:tcPr>
          <w:p>
            <w:r>
              <w:t>Did your soybean farm engage any third-party software providers for developing custom applications or tools that enhanced your R&amp;D efforts in crop yield optimization? If so, please detail the software used, its purpose, and the outcomes achieved.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1051-0094</w:t>
            </w:r>
          </w:p>
        </w:tc>
        <w:tc>
          <w:tcPr>
            <w:tcW w:type="dxa" w:w="2160"/>
          </w:tcPr>
          <w:p>
            <w:r>
              <w:t>Project Documentation</w:t>
            </w:r>
          </w:p>
        </w:tc>
        <w:tc>
          <w:tcPr>
            <w:tcW w:type="dxa" w:w="2160"/>
          </w:tcPr>
          <w:p>
            <w:r>
              <w:t>Can you provide a detailed description of the specific experimental processes or techniques you employed in your soybean cultivation that aimed to improve yield or pest resistance?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1051-0095</w:t>
            </w:r>
          </w:p>
        </w:tc>
        <w:tc>
          <w:tcPr>
            <w:tcW w:type="dxa" w:w="2160"/>
          </w:tcPr>
          <w:p>
            <w:r>
              <w:t>Cost Records</w:t>
            </w:r>
          </w:p>
        </w:tc>
        <w:tc>
          <w:tcPr>
            <w:tcW w:type="dxa" w:w="2160"/>
          </w:tcPr>
          <w:p>
            <w:r>
              <w:t>What percentage of your total expenses for the tax year 2025 can be directly attributed to R&amp;D activities related to soybean farming? Please specify any relevant costs such as seed development, pest control trials, or soil enhancement experiments.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1051-0096</w:t>
            </w:r>
          </w:p>
        </w:tc>
        <w:tc>
          <w:tcPr>
            <w:tcW w:type="dxa" w:w="2160"/>
          </w:tcPr>
          <w:p>
            <w:r>
              <w:t>Personnel Involvement</w:t>
            </w:r>
          </w:p>
        </w:tc>
        <w:tc>
          <w:tcPr>
            <w:tcW w:type="dxa" w:w="2160"/>
          </w:tcPr>
          <w:p>
            <w:r>
              <w:t>List the employees or contractors who were directly involved in R&amp;D activities for soybean farming during 2025, including their roles and the time spent on these activities.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1051-0097</w:t>
            </w:r>
          </w:p>
        </w:tc>
        <w:tc>
          <w:tcPr>
            <w:tcW w:type="dxa" w:w="2160"/>
          </w:tcPr>
          <w:p>
            <w:r>
              <w:t>Experimental Results</w:t>
            </w:r>
          </w:p>
        </w:tc>
        <w:tc>
          <w:tcPr>
            <w:tcW w:type="dxa" w:w="2160"/>
          </w:tcPr>
          <w:p>
            <w:r>
              <w:t>What were the specific outcomes of your R&amp;D activities in soybean farming for 2025? Include any measurable improvements in yield, resistance to diseases, or other relevant metrics.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1051-0098</w:t>
            </w:r>
          </w:p>
        </w:tc>
        <w:tc>
          <w:tcPr>
            <w:tcW w:type="dxa" w:w="2160"/>
          </w:tcPr>
          <w:p>
            <w:r>
              <w:t>Documentation of Trials</w:t>
            </w:r>
          </w:p>
        </w:tc>
        <w:tc>
          <w:tcPr>
            <w:tcW w:type="dxa" w:w="2160"/>
          </w:tcPr>
          <w:p>
            <w:r>
              <w:t>Can you provide records of any controlled trials conducted in 2025, including objectives, methodologies, and results for soybean varieties?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1051-0099</w:t>
            </w:r>
          </w:p>
        </w:tc>
        <w:tc>
          <w:tcPr>
            <w:tcW w:type="dxa" w:w="2160"/>
          </w:tcPr>
          <w:p>
            <w:r>
              <w:t>Regulatory Compliance</w:t>
            </w:r>
          </w:p>
        </w:tc>
        <w:tc>
          <w:tcPr>
            <w:tcW w:type="dxa" w:w="2160"/>
          </w:tcPr>
          <w:p>
            <w:r>
              <w:t>What regulatory approvals or certifications did you seek for your R&amp;D activities in soybean farming during 2025, and what documentation do you have to support this?</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1051-0100</w:t>
            </w:r>
          </w:p>
        </w:tc>
        <w:tc>
          <w:tcPr>
            <w:tcW w:type="dxa" w:w="2160"/>
          </w:tcPr>
          <w:p>
            <w:r>
              <w:t>Experimental Design</w:t>
            </w:r>
          </w:p>
        </w:tc>
        <w:tc>
          <w:tcPr>
            <w:tcW w:type="dxa" w:w="2160"/>
          </w:tcPr>
          <w:p>
            <w:r>
              <w:t>Describe how your R&amp;D projects in soybean farming were designed to test hypotheses or assumptions about agricultural practices. What specific variables were manipulated or measured?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1051-0101</w:t>
            </w:r>
          </w:p>
        </w:tc>
        <w:tc>
          <w:tcPr>
            <w:tcW w:type="dxa" w:w="2160"/>
          </w:tcPr>
          <w:p>
            <w:r>
              <w:t>Collaboration Records</w:t>
            </w:r>
          </w:p>
        </w:tc>
        <w:tc>
          <w:tcPr>
            <w:tcW w:type="dxa" w:w="2160"/>
          </w:tcPr>
          <w:p>
            <w:r>
              <w:t>Did you collaborate with any external research institutions or universities on your soybean R&amp;D projects in 2025? If so, please provide details and any agreements or contracts.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1051-0102</w:t>
            </w:r>
          </w:p>
        </w:tc>
        <w:tc>
          <w:tcPr>
            <w:tcW w:type="dxa" w:w="2160"/>
          </w:tcPr>
          <w:p>
            <w:r>
              <w:t>Innovation Documentation</w:t>
            </w:r>
          </w:p>
        </w:tc>
        <w:tc>
          <w:tcPr>
            <w:tcW w:type="dxa" w:w="2160"/>
          </w:tcPr>
          <w:p>
            <w:r>
              <w:t>What innovative techniques or technologies did you implement in your soybean farming R&amp;D efforts in 2025, and how do they differ from standard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1051-0103</w:t>
            </w:r>
          </w:p>
        </w:tc>
        <w:tc>
          <w:tcPr>
            <w:tcW w:type="dxa" w:w="2160"/>
          </w:tcPr>
          <w:p>
            <w:r>
              <w:t>Cost Allocation</w:t>
            </w:r>
          </w:p>
        </w:tc>
        <w:tc>
          <w:tcPr>
            <w:tcW w:type="dxa" w:w="2160"/>
          </w:tcPr>
          <w:p>
            <w:r>
              <w:t>How do you allocate costs between routine farming operations and R&amp;D activities for soybean farming? Please provide any methodologies or frameworks used for this allocation.</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1051-0104</w:t>
            </w:r>
          </w:p>
        </w:tc>
        <w:tc>
          <w:tcPr>
            <w:tcW w:type="dxa" w:w="2160"/>
          </w:tcPr>
          <w:p>
            <w:r>
              <w:t>Qualified Research Activities</w:t>
            </w:r>
          </w:p>
        </w:tc>
        <w:tc>
          <w:tcPr>
            <w:tcW w:type="dxa" w:w="2160"/>
          </w:tcPr>
          <w:p>
            <w:r>
              <w:t>Can you describe specific projects undertaken in 2025 that aimed to develop new soybean varieties or improve existing ones through experimentation? Please include details on the methodology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1051-0105</w:t>
            </w:r>
          </w:p>
        </w:tc>
        <w:tc>
          <w:tcPr>
            <w:tcW w:type="dxa" w:w="2160"/>
          </w:tcPr>
          <w:p>
            <w:r>
              <w:t>Qualified Research Expenses</w:t>
            </w:r>
          </w:p>
        </w:tc>
        <w:tc>
          <w:tcPr>
            <w:tcW w:type="dxa" w:w="2160"/>
          </w:tcPr>
          <w:p>
            <w:r>
              <w:t>What percentage of your total expenses in 2025 was allocated to wages for employees directly involved in R&amp;D activities related to soybean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1051-0106</w:t>
            </w:r>
          </w:p>
        </w:tc>
        <w:tc>
          <w:tcPr>
            <w:tcW w:type="dxa" w:w="2160"/>
          </w:tcPr>
          <w:p>
            <w:r>
              <w:t>Contract Research</w:t>
            </w:r>
          </w:p>
        </w:tc>
        <w:tc>
          <w:tcPr>
            <w:tcW w:type="dxa" w:w="2160"/>
          </w:tcPr>
          <w:p>
            <w:r>
              <w:t>Did you engage any third-party contractors in 2025 for research activities related to soybean cultivation? If yes, please specify the nature of the work and the total amount paid.</w:t>
              <w:br/>
              <w:t>Answer type: Yes-No + details</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1051-0107</w:t>
            </w:r>
          </w:p>
        </w:tc>
        <w:tc>
          <w:tcPr>
            <w:tcW w:type="dxa" w:w="2160"/>
          </w:tcPr>
          <w:p>
            <w:r>
              <w:t>Internal Use Software</w:t>
            </w:r>
          </w:p>
        </w:tc>
        <w:tc>
          <w:tcPr>
            <w:tcW w:type="dxa" w:w="2160"/>
          </w:tcPr>
          <w:p>
            <w:r>
              <w:t>Did you develop any software in-house in 2025 that was specifically designed to enhance soybean farming processes? If so, please describe its purpose and the development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1051-0108</w:t>
            </w:r>
          </w:p>
        </w:tc>
        <w:tc>
          <w:tcPr>
            <w:tcW w:type="dxa" w:w="2160"/>
          </w:tcPr>
          <w:p>
            <w:r>
              <w:t>Documentation</w:t>
            </w:r>
          </w:p>
        </w:tc>
        <w:tc>
          <w:tcPr>
            <w:tcW w:type="dxa" w:w="2160"/>
          </w:tcPr>
          <w:p>
            <w:r>
              <w:t>What documentation do you maintain to support your R&amp;D claims for 2025, particularly for experimental designs and results in soybean farming?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1051-0109</w:t>
            </w:r>
          </w:p>
        </w:tc>
        <w:tc>
          <w:tcPr>
            <w:tcW w:type="dxa" w:w="2160"/>
          </w:tcPr>
          <w:p>
            <w:r>
              <w:t>Process Improvements</w:t>
            </w:r>
          </w:p>
        </w:tc>
        <w:tc>
          <w:tcPr>
            <w:tcW w:type="dxa" w:w="2160"/>
          </w:tcPr>
          <w:p>
            <w:r>
              <w:t>Can you identify any specific processes in 2025 that were improved through R&amp;D efforts, such as pest management or irrigation techniques? Please provide evidence of the experimentation involved.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1051-0110</w:t>
            </w:r>
          </w:p>
        </w:tc>
        <w:tc>
          <w:tcPr>
            <w:tcW w:type="dxa" w:w="2160"/>
          </w:tcPr>
          <w:p>
            <w:r>
              <w:t>R&amp;D Tax Credit Calculation</w:t>
            </w:r>
          </w:p>
        </w:tc>
        <w:tc>
          <w:tcPr>
            <w:tcW w:type="dxa" w:w="2160"/>
          </w:tcPr>
          <w:p>
            <w:r>
              <w:t>What was the total amount of qualified research expenses (QREs) incurred in 2025 for your soybean farming operations? Please break this down into wages, supplies, and contract research.</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1051-0111</w:t>
            </w:r>
          </w:p>
        </w:tc>
        <w:tc>
          <w:tcPr>
            <w:tcW w:type="dxa" w:w="2160"/>
          </w:tcPr>
          <w:p>
            <w:r>
              <w:t>Experimentation</w:t>
            </w:r>
          </w:p>
        </w:tc>
        <w:tc>
          <w:tcPr>
            <w:tcW w:type="dxa" w:w="2160"/>
          </w:tcPr>
          <w:p>
            <w:r>
              <w:t>In 2025, how many distinct R&amp;D experiments were conducted to test hypotheses related to soybean yield enhancement? Please provide a brief description of each experiment.</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1051-0112</w:t>
            </w:r>
          </w:p>
        </w:tc>
        <w:tc>
          <w:tcPr>
            <w:tcW w:type="dxa" w:w="2160"/>
          </w:tcPr>
          <w:p>
            <w:r>
              <w:t>Research Personnel</w:t>
            </w:r>
          </w:p>
        </w:tc>
        <w:tc>
          <w:tcPr>
            <w:tcW w:type="dxa" w:w="2160"/>
          </w:tcPr>
          <w:p>
            <w:r>
              <w:t>How many employees were directly engaged in R&amp;D activities related to soybean farming in 2025, and what were their roles?</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1051-0113</w:t>
            </w:r>
          </w:p>
        </w:tc>
        <w:tc>
          <w:tcPr>
            <w:tcW w:type="dxa" w:w="2160"/>
          </w:tcPr>
          <w:p>
            <w:r>
              <w:t>Innovation Goals</w:t>
            </w:r>
          </w:p>
        </w:tc>
        <w:tc>
          <w:tcPr>
            <w:tcW w:type="dxa" w:w="2160"/>
          </w:tcPr>
          <w:p>
            <w:r>
              <w:t>What specific innovations did you aim to achieve in 2025 through your R&amp;D efforts in soybean farming? How do these innovations differ from standard farming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1051-0114</w:t>
            </w:r>
          </w:p>
        </w:tc>
        <w:tc>
          <w:tcPr>
            <w:tcW w:type="dxa" w:w="2160"/>
          </w:tcPr>
          <w:p>
            <w:r>
              <w:t>Regulatory Compliance</w:t>
            </w:r>
          </w:p>
        </w:tc>
        <w:tc>
          <w:tcPr>
            <w:tcW w:type="dxa" w:w="2160"/>
          </w:tcPr>
          <w:p>
            <w:r>
              <w:t>Were any of your R&amp;D projects in 2025 subject to regulatory approval or oversight? If so, please provide details on the nature of the regulations and how compliance was ensured.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1051-0115</w:t>
            </w:r>
          </w:p>
        </w:tc>
        <w:tc>
          <w:tcPr>
            <w:tcW w:type="dxa" w:w="2160"/>
          </w:tcPr>
          <w:p>
            <w:r>
              <w:t>Qualified Research Activities</w:t>
            </w:r>
          </w:p>
        </w:tc>
        <w:tc>
          <w:tcPr>
            <w:tcW w:type="dxa" w:w="2160"/>
          </w:tcPr>
          <w:p>
            <w:r>
              <w:t>What specific experimental procedures did your soybean farm undertake in 2025 to improve crop yield or resistance to pests? Please detail the methodologies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1051-0116</w:t>
            </w:r>
          </w:p>
        </w:tc>
        <w:tc>
          <w:tcPr>
            <w:tcW w:type="dxa" w:w="2160"/>
          </w:tcPr>
          <w:p>
            <w:r>
              <w:t>Qualified Research Expenses</w:t>
            </w:r>
          </w:p>
        </w:tc>
        <w:tc>
          <w:tcPr>
            <w:tcW w:type="dxa" w:w="2160"/>
          </w:tcPr>
          <w:p>
            <w:r>
              <w:t>What were the total wages paid to employees directly engaged in R&amp;D activities related to soybean farming in 2025? Please specify the amount and the number of employees involved.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1051-0117</w:t>
            </w:r>
          </w:p>
        </w:tc>
        <w:tc>
          <w:tcPr>
            <w:tcW w:type="dxa" w:w="2160"/>
          </w:tcPr>
          <w:p>
            <w:r>
              <w:t>Supplies and Materials</w:t>
            </w:r>
          </w:p>
        </w:tc>
        <w:tc>
          <w:tcPr>
            <w:tcW w:type="dxa" w:w="2160"/>
          </w:tcPr>
          <w:p>
            <w:r>
              <w:t>What percentage of materials used in your R&amp;D activities were consumed in the experimentation process for soybean crop development in 2025?</w:t>
              <w:br/>
              <w:t>Answer type: Percentage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1051-0118</w:t>
            </w:r>
          </w:p>
        </w:tc>
        <w:tc>
          <w:tcPr>
            <w:tcW w:type="dxa" w:w="2160"/>
          </w:tcPr>
          <w:p>
            <w:r>
              <w:t>Contract Research Expenses</w:t>
            </w:r>
          </w:p>
        </w:tc>
        <w:tc>
          <w:tcPr>
            <w:tcW w:type="dxa" w:w="2160"/>
          </w:tcPr>
          <w:p>
            <w:r>
              <w:t>Did your soybean farm engage any third-party contractors for R&amp;D activities in 2025? If yes, please list the contractors and the nature of the work performed.</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1051-0119</w:t>
            </w:r>
          </w:p>
        </w:tc>
        <w:tc>
          <w:tcPr>
            <w:tcW w:type="dxa" w:w="2160"/>
          </w:tcPr>
          <w:p>
            <w:r>
              <w:t>Documentation and Evidence</w:t>
            </w:r>
          </w:p>
        </w:tc>
        <w:tc>
          <w:tcPr>
            <w:tcW w:type="dxa" w:w="2160"/>
          </w:tcPr>
          <w:p>
            <w:r>
              <w:t>What documentation do you have to support the R&amp;D activities conducted in 2025? Please specify types of records (e.g., lab notes, project reports).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1051-0120</w:t>
            </w:r>
          </w:p>
        </w:tc>
        <w:tc>
          <w:tcPr>
            <w:tcW w:type="dxa" w:w="2160"/>
          </w:tcPr>
          <w:p>
            <w:r>
              <w:t>Time Tracking</w:t>
            </w:r>
          </w:p>
        </w:tc>
        <w:tc>
          <w:tcPr>
            <w:tcW w:type="dxa" w:w="2160"/>
          </w:tcPr>
          <w:p>
            <w:r>
              <w:t>How do you track the time spent by employees on R&amp;D activities versus routine farming operations? Please describe your tracking method.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1051-0121</w:t>
            </w:r>
          </w:p>
        </w:tc>
        <w:tc>
          <w:tcPr>
            <w:tcW w:type="dxa" w:w="2160"/>
          </w:tcPr>
          <w:p>
            <w:r>
              <w:t>Previous Claims</w:t>
            </w:r>
          </w:p>
        </w:tc>
        <w:tc>
          <w:tcPr>
            <w:tcW w:type="dxa" w:w="2160"/>
          </w:tcPr>
          <w:p>
            <w:r>
              <w:t>Have you claimed R&amp;D tax credits for your soybean farming operations in previous tax years? If so, please provide details of the claims.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1051-0122</w:t>
            </w:r>
          </w:p>
        </w:tc>
        <w:tc>
          <w:tcPr>
            <w:tcW w:type="dxa" w:w="2160"/>
          </w:tcPr>
          <w:p>
            <w:r>
              <w:t>Innovation and Technology</w:t>
            </w:r>
          </w:p>
        </w:tc>
        <w:tc>
          <w:tcPr>
            <w:tcW w:type="dxa" w:w="2160"/>
          </w:tcPr>
          <w:p>
            <w:r>
              <w:t>What innovative technologies or techniques did your soybean farm implement in 2025 to enhance research outcomes? Please provide specifics.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1051-0123</w:t>
            </w:r>
          </w:p>
        </w:tc>
        <w:tc>
          <w:tcPr>
            <w:tcW w:type="dxa" w:w="2160"/>
          </w:tcPr>
          <w:p>
            <w:r>
              <w:t>R&amp;D Project Goals</w:t>
            </w:r>
          </w:p>
        </w:tc>
        <w:tc>
          <w:tcPr>
            <w:tcW w:type="dxa" w:w="2160"/>
          </w:tcPr>
          <w:p>
            <w:r>
              <w:t>What were the primary goals of your R&amp;D projects in 2025 related to soybean farming? Please list and explain each goal.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1051-0124</w:t>
            </w:r>
          </w:p>
        </w:tc>
        <w:tc>
          <w:tcPr>
            <w:tcW w:type="dxa" w:w="2160"/>
          </w:tcPr>
          <w:p>
            <w:r>
              <w:t>Failure Analysis</w:t>
            </w:r>
          </w:p>
        </w:tc>
        <w:tc>
          <w:tcPr>
            <w:tcW w:type="dxa" w:w="2160"/>
          </w:tcPr>
          <w:p>
            <w:r>
              <w:t>Did any of your R&amp;D projects in 2025 result in failures or setbacks? If so, please describe the nature of these failures and their impact on your research.</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1051-0125</w:t>
            </w:r>
          </w:p>
        </w:tc>
        <w:tc>
          <w:tcPr>
            <w:tcW w:type="dxa" w:w="2160"/>
          </w:tcPr>
          <w:p>
            <w:r>
              <w:t>Collaboration with Institutions</w:t>
            </w:r>
          </w:p>
        </w:tc>
        <w:tc>
          <w:tcPr>
            <w:tcW w:type="dxa" w:w="2160"/>
          </w:tcPr>
          <w:p>
            <w:r>
              <w:t>Did your soybean farm collaborate with any universities or research institutions in 2025 for R&amp;D purposes? If yes, please provide details of the collaboration.</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1051-0126</w:t>
            </w:r>
          </w:p>
        </w:tc>
        <w:tc>
          <w:tcPr>
            <w:tcW w:type="dxa" w:w="2160"/>
          </w:tcPr>
          <w:p>
            <w:r>
              <w:t>Final Conclusions</w:t>
            </w:r>
          </w:p>
        </w:tc>
        <w:tc>
          <w:tcPr>
            <w:tcW w:type="dxa" w:w="2160"/>
          </w:tcPr>
          <w:p>
            <w:r>
              <w:t>What specific R&amp;D activities related to soybean farming were undertaken in 2025, and how do they differ from routine agricultural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1051-0127</w:t>
            </w:r>
          </w:p>
        </w:tc>
        <w:tc>
          <w:tcPr>
            <w:tcW w:type="dxa" w:w="2160"/>
          </w:tcPr>
          <w:p>
            <w:r>
              <w:t>Open Issues</w:t>
            </w:r>
          </w:p>
        </w:tc>
        <w:tc>
          <w:tcPr>
            <w:tcW w:type="dxa" w:w="2160"/>
          </w:tcPr>
          <w:p>
            <w:r>
              <w:t>Were there any unresolved issues or challenges encountered during the R&amp;D process in 2025 that could affect the eligibility for tax credits? Please detail.</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1051-0128</w:t>
            </w:r>
          </w:p>
        </w:tc>
        <w:tc>
          <w:tcPr>
            <w:tcW w:type="dxa" w:w="2160"/>
          </w:tcPr>
          <w:p>
            <w:r>
              <w:t>Certification</w:t>
            </w:r>
          </w:p>
        </w:tc>
        <w:tc>
          <w:tcPr>
            <w:tcW w:type="dxa" w:w="2160"/>
          </w:tcPr>
          <w:p>
            <w:r>
              <w:t>Can you provide documentation that certifies the R&amp;D expenditures claimed for soybean genetic modification or pest resistance development in 2025?</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1051-0129</w:t>
            </w:r>
          </w:p>
        </w:tc>
        <w:tc>
          <w:tcPr>
            <w:tcW w:type="dxa" w:w="2160"/>
          </w:tcPr>
          <w:p>
            <w:r>
              <w:t>Review</w:t>
            </w:r>
          </w:p>
        </w:tc>
        <w:tc>
          <w:tcPr>
            <w:tcW w:type="dxa" w:w="2160"/>
          </w:tcPr>
          <w:p>
            <w:r>
              <w:t>What methodologies were employed to measure the success of the R&amp;D projects conducted in 2025, specifically regarding yield improvements or cost reductions?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1051-0130</w:t>
            </w:r>
          </w:p>
        </w:tc>
        <w:tc>
          <w:tcPr>
            <w:tcW w:type="dxa" w:w="2160"/>
          </w:tcPr>
          <w:p>
            <w:r>
              <w:t>Next-Year Controls</w:t>
            </w:r>
          </w:p>
        </w:tc>
        <w:tc>
          <w:tcPr>
            <w:tcW w:type="dxa" w:w="2160"/>
          </w:tcPr>
          <w:p>
            <w:r>
              <w:t>What controls are being implemented for 2026 to ensure that R&amp;D activities remain distinct from routine farming operations?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1051-0131</w:t>
            </w:r>
          </w:p>
        </w:tc>
        <w:tc>
          <w:tcPr>
            <w:tcW w:type="dxa" w:w="2160"/>
          </w:tcPr>
          <w:p>
            <w:r>
              <w:t>Final Conclusions</w:t>
            </w:r>
          </w:p>
        </w:tc>
        <w:tc>
          <w:tcPr>
            <w:tcW w:type="dxa" w:w="2160"/>
          </w:tcPr>
          <w:p>
            <w:r>
              <w:t>How did the R&amp;D activities conducted in 2025 contribute to advancements in soybean farming techniques or technologies?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1051-0132</w:t>
            </w:r>
          </w:p>
        </w:tc>
        <w:tc>
          <w:tcPr>
            <w:tcW w:type="dxa" w:w="2160"/>
          </w:tcPr>
          <w:p>
            <w:r>
              <w:t>Open Issues</w:t>
            </w:r>
          </w:p>
        </w:tc>
        <w:tc>
          <w:tcPr>
            <w:tcW w:type="dxa" w:w="2160"/>
          </w:tcPr>
          <w:p>
            <w:r>
              <w:t>Were there any collaborations with external research institutions or universities for R&amp;D activities in 2025? If so, what were the terms and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1051-0133</w:t>
            </w:r>
          </w:p>
        </w:tc>
        <w:tc>
          <w:tcPr>
            <w:tcW w:type="dxa" w:w="2160"/>
          </w:tcPr>
          <w:p>
            <w:r>
              <w:t>Certification</w:t>
            </w:r>
          </w:p>
        </w:tc>
        <w:tc>
          <w:tcPr>
            <w:tcW w:type="dxa" w:w="2160"/>
          </w:tcPr>
          <w:p>
            <w:r>
              <w:t>Can you confirm that all claimed R&amp;D expenses for 2025 are supported by invoices and payroll records? Please provide a summary of these expenses.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1051-0134</w:t>
            </w:r>
          </w:p>
        </w:tc>
        <w:tc>
          <w:tcPr>
            <w:tcW w:type="dxa" w:w="2160"/>
          </w:tcPr>
          <w:p>
            <w:r>
              <w:t>Review</w:t>
            </w:r>
          </w:p>
        </w:tc>
        <w:tc>
          <w:tcPr>
            <w:tcW w:type="dxa" w:w="2160"/>
          </w:tcPr>
          <w:p>
            <w:r>
              <w:t>What specific innovations or experimental processes were tested in 2025, and how were they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1051-0135</w:t>
            </w:r>
          </w:p>
        </w:tc>
        <w:tc>
          <w:tcPr>
            <w:tcW w:type="dxa" w:w="2160"/>
          </w:tcPr>
          <w:p>
            <w:r>
              <w:t>Next-Year Controls</w:t>
            </w:r>
          </w:p>
        </w:tc>
        <w:tc>
          <w:tcPr>
            <w:tcW w:type="dxa" w:w="2160"/>
          </w:tcPr>
          <w:p>
            <w:r>
              <w:t>What measures will be taken in 2026 to track and document R&amp;D activities more effectively than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SEED-QUALITY-ANALYSIS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1051-0136</w:t>
            </w:r>
          </w:p>
        </w:tc>
        <w:tc>
          <w:tcPr>
            <w:tcW w:type="dxa" w:w="2160"/>
          </w:tcPr>
          <w:p>
            <w:r>
              <w:t>Seed Genetics</w:t>
            </w:r>
          </w:p>
        </w:tc>
        <w:tc>
          <w:tcPr>
            <w:tcW w:type="dxa" w:w="2160"/>
          </w:tcPr>
          <w:p>
            <w:r>
              <w:t>What specific genetic traits are you currently evaluating in your soybean seed varieties to enhance yield potential?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1051-0137</w:t>
            </w:r>
          </w:p>
        </w:tc>
        <w:tc>
          <w:tcPr>
            <w:tcW w:type="dxa" w:w="2160"/>
          </w:tcPr>
          <w:p>
            <w:r>
              <w:t>Germination Tests</w:t>
            </w:r>
          </w:p>
        </w:tc>
        <w:tc>
          <w:tcPr>
            <w:tcW w:type="dxa" w:w="2160"/>
          </w:tcPr>
          <w:p>
            <w:r>
              <w:t>Describe the germination testing protocols you implement to assess the viability of your soybean seeds. What parameters do you measure?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1051-0138</w:t>
            </w:r>
          </w:p>
        </w:tc>
        <w:tc>
          <w:tcPr>
            <w:tcW w:type="dxa" w:w="2160"/>
          </w:tcPr>
          <w:p>
            <w:r>
              <w:t>Disease Resistance</w:t>
            </w:r>
          </w:p>
        </w:tc>
        <w:tc>
          <w:tcPr>
            <w:tcW w:type="dxa" w:w="2160"/>
          </w:tcPr>
          <w:p>
            <w:r>
              <w:t>What methods do you use to evaluate disease resistance in your soybean seed varieties? Please specify any tests or trials conducted.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1051-0139</w:t>
            </w:r>
          </w:p>
        </w:tc>
        <w:tc>
          <w:tcPr>
            <w:tcW w:type="dxa" w:w="2160"/>
          </w:tcPr>
          <w:p>
            <w:r>
              <w:t>Moisture Content</w:t>
            </w:r>
          </w:p>
        </w:tc>
        <w:tc>
          <w:tcPr>
            <w:tcW w:type="dxa" w:w="2160"/>
          </w:tcPr>
          <w:p>
            <w:r>
              <w:t>What techniques do you employ to measure the moisture content of your soybean seeds before planting?</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1051-0140</w:t>
            </w:r>
          </w:p>
        </w:tc>
        <w:tc>
          <w:tcPr>
            <w:tcW w:type="dxa" w:w="2160"/>
          </w:tcPr>
          <w:p>
            <w:r>
              <w:t>Seed Treatment</w:t>
            </w:r>
          </w:p>
        </w:tc>
        <w:tc>
          <w:tcPr>
            <w:tcW w:type="dxa" w:w="2160"/>
          </w:tcPr>
          <w:p>
            <w:r>
              <w:t>What seed treatments are applied to your soybean seeds, and how do these treatments contribute to improved germination and growth?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1051-0141</w:t>
            </w:r>
          </w:p>
        </w:tc>
        <w:tc>
          <w:tcPr>
            <w:tcW w:type="dxa" w:w="2160"/>
          </w:tcPr>
          <w:p>
            <w:r>
              <w:t>Field Trials</w:t>
            </w:r>
          </w:p>
        </w:tc>
        <w:tc>
          <w:tcPr>
            <w:tcW w:type="dxa" w:w="2160"/>
          </w:tcPr>
          <w:p>
            <w:r>
              <w:t>Can you detail the design and objectives of any field trials conducted to test new soybean seed varieties?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1051-0142</w:t>
            </w:r>
          </w:p>
        </w:tc>
        <w:tc>
          <w:tcPr>
            <w:tcW w:type="dxa" w:w="2160"/>
          </w:tcPr>
          <w:p>
            <w:r>
              <w:t>Genetic Modification</w:t>
            </w:r>
          </w:p>
        </w:tc>
        <w:tc>
          <w:tcPr>
            <w:tcW w:type="dxa" w:w="2160"/>
          </w:tcPr>
          <w:p>
            <w:r>
              <w:t>What specific genetic modifications have you implemented in your soybean seeds, and what experimental results have you observed?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1051-0143</w:t>
            </w:r>
          </w:p>
        </w:tc>
        <w:tc>
          <w:tcPr>
            <w:tcW w:type="dxa" w:w="2160"/>
          </w:tcPr>
          <w:p>
            <w:r>
              <w:t>Yield Potential</w:t>
            </w:r>
          </w:p>
        </w:tc>
        <w:tc>
          <w:tcPr>
            <w:tcW w:type="dxa" w:w="2160"/>
          </w:tcPr>
          <w:p>
            <w:r>
              <w:t>How do you quantify the yield potential of your soybean seed varieties during trials? What metrics are used?</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1051-0144</w:t>
            </w:r>
          </w:p>
        </w:tc>
        <w:tc>
          <w:tcPr>
            <w:tcW w:type="dxa" w:w="2160"/>
          </w:tcPr>
          <w:p>
            <w:r>
              <w:t>Seed Quality Standards</w:t>
            </w:r>
          </w:p>
        </w:tc>
        <w:tc>
          <w:tcPr>
            <w:tcW w:type="dxa" w:w="2160"/>
          </w:tcPr>
          <w:p>
            <w:r>
              <w:t>What industry standards do you follow to ensure the quality of your soybean seeds, and how do you document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1051-0145</w:t>
            </w:r>
          </w:p>
        </w:tc>
        <w:tc>
          <w:tcPr>
            <w:tcW w:type="dxa" w:w="2160"/>
          </w:tcPr>
          <w:p>
            <w:r>
              <w:t>Experimental Techniques</w:t>
            </w:r>
          </w:p>
        </w:tc>
        <w:tc>
          <w:tcPr>
            <w:tcW w:type="dxa" w:w="2160"/>
          </w:tcPr>
          <w:p>
            <w:r>
              <w:t>What experimental techniques are you currently employing to enhance seed quality and performance in your soybean varieties?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1051-0146</w:t>
            </w:r>
          </w:p>
        </w:tc>
        <w:tc>
          <w:tcPr>
            <w:tcW w:type="dxa" w:w="2160"/>
          </w:tcPr>
          <w:p>
            <w:r>
              <w:t>Data Collection</w:t>
            </w:r>
          </w:p>
        </w:tc>
        <w:tc>
          <w:tcPr>
            <w:tcW w:type="dxa" w:w="2160"/>
          </w:tcPr>
          <w:p>
            <w:r>
              <w:t>What data collection methods do you use to track the performance of your soybean seeds throughout the growing season?</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1051-0147</w:t>
            </w:r>
          </w:p>
        </w:tc>
        <w:tc>
          <w:tcPr>
            <w:tcW w:type="dxa" w:w="2160"/>
          </w:tcPr>
          <w:p>
            <w:r>
              <w:t>Regulatory Compliance</w:t>
            </w:r>
          </w:p>
        </w:tc>
        <w:tc>
          <w:tcPr>
            <w:tcW w:type="dxa" w:w="2160"/>
          </w:tcPr>
          <w:p>
            <w:r>
              <w:t>How do you ensure compliance with agricultural regulations regarding seed quality and testing for your soybean varieties?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1051-0148</w:t>
            </w:r>
          </w:p>
        </w:tc>
        <w:tc>
          <w:tcPr>
            <w:tcW w:type="dxa" w:w="2160"/>
          </w:tcPr>
          <w:p>
            <w:r>
              <w:t>Cost Analysis</w:t>
            </w:r>
          </w:p>
        </w:tc>
        <w:tc>
          <w:tcPr>
            <w:tcW w:type="dxa" w:w="2160"/>
          </w:tcPr>
          <w:p>
            <w:r>
              <w:t>What are the estimated costs associated with the research and development of new soybean seed varieties, including testing and field trials?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1051-0149</w:t>
            </w:r>
          </w:p>
        </w:tc>
        <w:tc>
          <w:tcPr>
            <w:tcW w:type="dxa" w:w="2160"/>
          </w:tcPr>
          <w:p>
            <w:r>
              <w:t>Innovation Tracking</w:t>
            </w:r>
          </w:p>
        </w:tc>
        <w:tc>
          <w:tcPr>
            <w:tcW w:type="dxa" w:w="2160"/>
          </w:tcPr>
          <w:p>
            <w:r>
              <w:t>How do you track innovations or improvements made to your soybean seed varieties over time?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CROP-CULTIVATION-PRACTICES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1051-0150</w:t>
            </w:r>
          </w:p>
        </w:tc>
        <w:tc>
          <w:tcPr>
            <w:tcW w:type="dxa" w:w="2160"/>
          </w:tcPr>
          <w:p>
            <w:r>
              <w:t>Crop Rotation</w:t>
            </w:r>
          </w:p>
        </w:tc>
        <w:tc>
          <w:tcPr>
            <w:tcW w:type="dxa" w:w="2160"/>
          </w:tcPr>
          <w:p>
            <w:r>
              <w:t>What specific crop rotation strategies have you implemented in your soybean farming practices over the past year, and what were the intended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1051-0151</w:t>
            </w:r>
          </w:p>
        </w:tc>
        <w:tc>
          <w:tcPr>
            <w:tcW w:type="dxa" w:w="2160"/>
          </w:tcPr>
          <w:p>
            <w:r>
              <w:t>Tillage Methods</w:t>
            </w:r>
          </w:p>
        </w:tc>
        <w:tc>
          <w:tcPr>
            <w:tcW w:type="dxa" w:w="2160"/>
          </w:tcPr>
          <w:p>
            <w:r>
              <w:t>Describe the tillage methods you have adopted for your soybean crops. How do these methods differ from traditional practices, and what experimental outcomes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1051-0152</w:t>
            </w:r>
          </w:p>
        </w:tc>
        <w:tc>
          <w:tcPr>
            <w:tcW w:type="dxa" w:w="2160"/>
          </w:tcPr>
          <w:p>
            <w:r>
              <w:t>Cover Cropping</w:t>
            </w:r>
          </w:p>
        </w:tc>
        <w:tc>
          <w:tcPr>
            <w:tcW w:type="dxa" w:w="2160"/>
          </w:tcPr>
          <w:p>
            <w:r>
              <w:t>What cover cropping techniques have you employed to enhance soil health in your soybean fields? Please detail any specific species used and their intended benefits.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1051-0153</w:t>
            </w:r>
          </w:p>
        </w:tc>
        <w:tc>
          <w:tcPr>
            <w:tcW w:type="dxa" w:w="2160"/>
          </w:tcPr>
          <w:p>
            <w:r>
              <w:t>Precision Agriculture</w:t>
            </w:r>
          </w:p>
        </w:tc>
        <w:tc>
          <w:tcPr>
            <w:tcW w:type="dxa" w:w="2160"/>
          </w:tcPr>
          <w:p>
            <w:r>
              <w:t>What precision agriculture technologies have you integrated into your soybean farming operations, and how have they influenced your decision-making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1051-0154</w:t>
            </w:r>
          </w:p>
        </w:tc>
        <w:tc>
          <w:tcPr>
            <w:tcW w:type="dxa" w:w="2160"/>
          </w:tcPr>
          <w:p>
            <w:r>
              <w:t>Irrigation Systems</w:t>
            </w:r>
          </w:p>
        </w:tc>
        <w:tc>
          <w:tcPr>
            <w:tcW w:type="dxa" w:w="2160"/>
          </w:tcPr>
          <w:p>
            <w:r>
              <w:t>Can you describe the irrigation systems you have implemented for your soybean crops? What innovations or changes have you made to improve water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1051-0155</w:t>
            </w:r>
          </w:p>
        </w:tc>
        <w:tc>
          <w:tcPr>
            <w:tcW w:type="dxa" w:w="2160"/>
          </w:tcPr>
          <w:p>
            <w:r>
              <w:t>Fertilization Techniques</w:t>
            </w:r>
          </w:p>
        </w:tc>
        <w:tc>
          <w:tcPr>
            <w:tcW w:type="dxa" w:w="2160"/>
          </w:tcPr>
          <w:p>
            <w:r>
              <w:t>What specific fertilization techniques have you tested in your soybean production, and how do they differ from conventional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1051-0156</w:t>
            </w:r>
          </w:p>
        </w:tc>
        <w:tc>
          <w:tcPr>
            <w:tcW w:type="dxa" w:w="2160"/>
          </w:tcPr>
          <w:p>
            <w:r>
              <w:t>Pest Management</w:t>
            </w:r>
          </w:p>
        </w:tc>
        <w:tc>
          <w:tcPr>
            <w:tcW w:type="dxa" w:w="2160"/>
          </w:tcPr>
          <w:p>
            <w:r>
              <w:t>What innovative pest management strategies have you trialed in your soybean farming, and what were the results of these trials?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1051-0157</w:t>
            </w:r>
          </w:p>
        </w:tc>
        <w:tc>
          <w:tcPr>
            <w:tcW w:type="dxa" w:w="2160"/>
          </w:tcPr>
          <w:p>
            <w:r>
              <w:t>Soil Health</w:t>
            </w:r>
          </w:p>
        </w:tc>
        <w:tc>
          <w:tcPr>
            <w:tcW w:type="dxa" w:w="2160"/>
          </w:tcPr>
          <w:p>
            <w:r>
              <w:t>How have you assessed and improved soil health in your soybean fields? Please provide details on any specific practices or technologies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1051-0158</w:t>
            </w:r>
          </w:p>
        </w:tc>
        <w:tc>
          <w:tcPr>
            <w:tcW w:type="dxa" w:w="2160"/>
          </w:tcPr>
          <w:p>
            <w:r>
              <w:t>Crop Rotation</w:t>
            </w:r>
          </w:p>
        </w:tc>
        <w:tc>
          <w:tcPr>
            <w:tcW w:type="dxa" w:w="2160"/>
          </w:tcPr>
          <w:p>
            <w:r>
              <w:t>What challenges did you encounter while implementing your crop rotation plan for soybeans, and how did you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1051-0159</w:t>
            </w:r>
          </w:p>
        </w:tc>
        <w:tc>
          <w:tcPr>
            <w:tcW w:type="dxa" w:w="2160"/>
          </w:tcPr>
          <w:p>
            <w:r>
              <w:t>Tillage Methods</w:t>
            </w:r>
          </w:p>
        </w:tc>
        <w:tc>
          <w:tcPr>
            <w:tcW w:type="dxa" w:w="2160"/>
          </w:tcPr>
          <w:p>
            <w:r>
              <w:t>Have you conducted any trials comparing different tillage methods for soybean cultivation? If so, what metrics did you use to evaluate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1051-0160</w:t>
            </w:r>
          </w:p>
        </w:tc>
        <w:tc>
          <w:tcPr>
            <w:tcW w:type="dxa" w:w="2160"/>
          </w:tcPr>
          <w:p>
            <w:r>
              <w:t>Cover Cropping</w:t>
            </w:r>
          </w:p>
        </w:tc>
        <w:tc>
          <w:tcPr>
            <w:tcW w:type="dxa" w:w="2160"/>
          </w:tcPr>
          <w:p>
            <w:r>
              <w:t>What specific cover crops have you found most beneficial for your soybean farming, and what data do you have to support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1051-0161</w:t>
            </w:r>
          </w:p>
        </w:tc>
        <w:tc>
          <w:tcPr>
            <w:tcW w:type="dxa" w:w="2160"/>
          </w:tcPr>
          <w:p>
            <w:r>
              <w:t>Precision Agriculture</w:t>
            </w:r>
          </w:p>
        </w:tc>
        <w:tc>
          <w:tcPr>
            <w:tcW w:type="dxa" w:w="2160"/>
          </w:tcPr>
          <w:p>
            <w:r>
              <w:t>What data analytics or software tools do you use in conjunction with precision agriculture for your soybean crops, and how have they impacted your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1051-0162</w:t>
            </w:r>
          </w:p>
        </w:tc>
        <w:tc>
          <w:tcPr>
            <w:tcW w:type="dxa" w:w="2160"/>
          </w:tcPr>
          <w:p>
            <w:r>
              <w:t>Irrigation Systems</w:t>
            </w:r>
          </w:p>
        </w:tc>
        <w:tc>
          <w:tcPr>
            <w:tcW w:type="dxa" w:w="2160"/>
          </w:tcPr>
          <w:p>
            <w:r>
              <w:t>What metrics do you track to evaluate the effectiveness of your irrigation systems for soybean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1051-0163</w:t>
            </w:r>
          </w:p>
        </w:tc>
        <w:tc>
          <w:tcPr>
            <w:tcW w:type="dxa" w:w="2160"/>
          </w:tcPr>
          <w:p>
            <w:r>
              <w:t>Fertilization Techniques</w:t>
            </w:r>
          </w:p>
        </w:tc>
        <w:tc>
          <w:tcPr>
            <w:tcW w:type="dxa" w:w="2160"/>
          </w:tcPr>
          <w:p>
            <w:r>
              <w:t>How do you determine the nutrient requirements for your soybean crops, and what innovative fertilization techniques have you implemented based on these assessments?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1051-0164</w:t>
            </w:r>
          </w:p>
        </w:tc>
        <w:tc>
          <w:tcPr>
            <w:tcW w:type="dxa" w:w="2160"/>
          </w:tcPr>
          <w:p>
            <w:r>
              <w:t>Pest Management</w:t>
            </w:r>
          </w:p>
        </w:tc>
        <w:tc>
          <w:tcPr>
            <w:tcW w:type="dxa" w:w="2160"/>
          </w:tcPr>
          <w:p>
            <w:r>
              <w:t>What specific pest management technologies or practices have you adopted that differ from traditional methods, and what evidence do you have regarding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1051-0165</w:t>
            </w:r>
          </w:p>
        </w:tc>
        <w:tc>
          <w:tcPr>
            <w:tcW w:type="dxa" w:w="2160"/>
          </w:tcPr>
          <w:p>
            <w:r>
              <w:t>Soil Health</w:t>
            </w:r>
          </w:p>
        </w:tc>
        <w:tc>
          <w:tcPr>
            <w:tcW w:type="dxa" w:w="2160"/>
          </w:tcPr>
          <w:p>
            <w:r>
              <w:t>What specific soil health indicators do you monitor in your soybean fields, and how do they influence your cultivation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1051-0166</w:t>
            </w:r>
          </w:p>
        </w:tc>
        <w:tc>
          <w:tcPr>
            <w:tcW w:type="dxa" w:w="2160"/>
          </w:tcPr>
          <w:p>
            <w:r>
              <w:t>Crop Rotation</w:t>
            </w:r>
          </w:p>
        </w:tc>
        <w:tc>
          <w:tcPr>
            <w:tcW w:type="dxa" w:w="2160"/>
          </w:tcPr>
          <w:p>
            <w:r>
              <w:t>How do you document the outcomes of your crop rotation practices, and what metrics do you use to measure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1051-0167</w:t>
            </w:r>
          </w:p>
        </w:tc>
        <w:tc>
          <w:tcPr>
            <w:tcW w:type="dxa" w:w="2160"/>
          </w:tcPr>
          <w:p>
            <w:r>
              <w:t>Tillage Methods</w:t>
            </w:r>
          </w:p>
        </w:tc>
        <w:tc>
          <w:tcPr>
            <w:tcW w:type="dxa" w:w="2160"/>
          </w:tcPr>
          <w:p>
            <w:r>
              <w:t>What specific tillage equipment have you tested for soybean cultivation, and what were the results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1051-0168</w:t>
            </w:r>
          </w:p>
        </w:tc>
        <w:tc>
          <w:tcPr>
            <w:tcW w:type="dxa" w:w="2160"/>
          </w:tcPr>
          <w:p>
            <w:r>
              <w:t>Cover Cropping</w:t>
            </w:r>
          </w:p>
        </w:tc>
        <w:tc>
          <w:tcPr>
            <w:tcW w:type="dxa" w:w="2160"/>
          </w:tcPr>
          <w:p>
            <w:r>
              <w:t>How do you evaluate the impact of cover crops on your soybean yield and soil health? Please provide any data or observations.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1051-0169</w:t>
            </w:r>
          </w:p>
        </w:tc>
        <w:tc>
          <w:tcPr>
            <w:tcW w:type="dxa" w:w="2160"/>
          </w:tcPr>
          <w:p>
            <w:r>
              <w:t>Precision Agriculture</w:t>
            </w:r>
          </w:p>
        </w:tc>
        <w:tc>
          <w:tcPr>
            <w:tcW w:type="dxa" w:w="2160"/>
          </w:tcPr>
          <w:p>
            <w:r>
              <w:t>What specific precision agriculture practices have you implemented to optimize input use for soybean crops, and what results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1051-0170</w:t>
            </w:r>
          </w:p>
        </w:tc>
        <w:tc>
          <w:tcPr>
            <w:tcW w:type="dxa" w:w="2160"/>
          </w:tcPr>
          <w:p>
            <w:r>
              <w:t>Irrigation Systems</w:t>
            </w:r>
          </w:p>
        </w:tc>
        <w:tc>
          <w:tcPr>
            <w:tcW w:type="dxa" w:w="2160"/>
          </w:tcPr>
          <w:p>
            <w:r>
              <w:t>What innovative irrigation practices have you tested in your soybean farming,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1051-0171</w:t>
            </w:r>
          </w:p>
        </w:tc>
        <w:tc>
          <w:tcPr>
            <w:tcW w:type="dxa" w:w="2160"/>
          </w:tcPr>
          <w:p>
            <w:r>
              <w:t>Fertilization Techniques</w:t>
            </w:r>
          </w:p>
        </w:tc>
        <w:tc>
          <w:tcPr>
            <w:tcW w:type="dxa" w:w="2160"/>
          </w:tcPr>
          <w:p>
            <w:r>
              <w:t>What experimental fertilization practices have you trialed, and how do you assess their impact on soybean growth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1051-0172</w:t>
            </w:r>
          </w:p>
        </w:tc>
        <w:tc>
          <w:tcPr>
            <w:tcW w:type="dxa" w:w="2160"/>
          </w:tcPr>
          <w:p>
            <w:r>
              <w:t>Pest Management</w:t>
            </w:r>
          </w:p>
        </w:tc>
        <w:tc>
          <w:tcPr>
            <w:tcW w:type="dxa" w:w="2160"/>
          </w:tcPr>
          <w:p>
            <w:r>
              <w:t>What new pest management products or strategies have you trialed in your soybean farming, and what evidence supports their efficacy?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HARVESTING-TECHNOLOGIES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1051-0173</w:t>
            </w:r>
          </w:p>
        </w:tc>
        <w:tc>
          <w:tcPr>
            <w:tcW w:type="dxa" w:w="2160"/>
          </w:tcPr>
          <w:p>
            <w:r>
              <w:t>Harvesting Equipment</w:t>
            </w:r>
          </w:p>
        </w:tc>
        <w:tc>
          <w:tcPr>
            <w:tcW w:type="dxa" w:w="2160"/>
          </w:tcPr>
          <w:p>
            <w:r>
              <w:t>What specific types of harvesting equipment did you experiment with during the 2025 soybean harvest, and what were the objectives of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1051-0174</w:t>
            </w:r>
          </w:p>
        </w:tc>
        <w:tc>
          <w:tcPr>
            <w:tcW w:type="dxa" w:w="2160"/>
          </w:tcPr>
          <w:p>
            <w:r>
              <w:t>Timing of Harvest</w:t>
            </w:r>
          </w:p>
        </w:tc>
        <w:tc>
          <w:tcPr>
            <w:tcW w:type="dxa" w:w="2160"/>
          </w:tcPr>
          <w:p>
            <w:r>
              <w:t>How did you determine the optimal timing for harvesting soybeans in 2025, and what experimental methods were used to assess this timing?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1051-0175</w:t>
            </w:r>
          </w:p>
        </w:tc>
        <w:tc>
          <w:tcPr>
            <w:tcW w:type="dxa" w:w="2160"/>
          </w:tcPr>
          <w:p>
            <w:r>
              <w:t>Post-Harvest Handling</w:t>
            </w:r>
          </w:p>
        </w:tc>
        <w:tc>
          <w:tcPr>
            <w:tcW w:type="dxa" w:w="2160"/>
          </w:tcPr>
          <w:p>
            <w:r>
              <w:t>What innovative post-harvest handling techniques did you implement in 2025, and how did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1051-0176</w:t>
            </w:r>
          </w:p>
        </w:tc>
        <w:tc>
          <w:tcPr>
            <w:tcW w:type="dxa" w:w="2160"/>
          </w:tcPr>
          <w:p>
            <w:r>
              <w:t>Moisture Management</w:t>
            </w:r>
          </w:p>
        </w:tc>
        <w:tc>
          <w:tcPr>
            <w:tcW w:type="dxa" w:w="2160"/>
          </w:tcPr>
          <w:p>
            <w:r>
              <w:t>What methods did you explore to manage moisture levels during the soybean harvest, and what were the results of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1051-0177</w:t>
            </w:r>
          </w:p>
        </w:tc>
        <w:tc>
          <w:tcPr>
            <w:tcW w:type="dxa" w:w="2160"/>
          </w:tcPr>
          <w:p>
            <w:r>
              <w:t>Grain Quality</w:t>
            </w:r>
          </w:p>
        </w:tc>
        <w:tc>
          <w:tcPr>
            <w:tcW w:type="dxa" w:w="2160"/>
          </w:tcPr>
          <w:p>
            <w:r>
              <w:t>What specific quality metrics did you track for soybeans harvested in 2025, and what experimental techniques did you use to enhance these metrics?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1051-0178</w:t>
            </w:r>
          </w:p>
        </w:tc>
        <w:tc>
          <w:tcPr>
            <w:tcW w:type="dxa" w:w="2160"/>
          </w:tcPr>
          <w:p>
            <w:r>
              <w:t>Automated Harvesting</w:t>
            </w:r>
          </w:p>
        </w:tc>
        <w:tc>
          <w:tcPr>
            <w:tcW w:type="dxa" w:w="2160"/>
          </w:tcPr>
          <w:p>
            <w:r>
              <w:t>Did you implement any automated harvesting technologies in 2025? If so, what were the experimental objectives and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1051-0179</w:t>
            </w:r>
          </w:p>
        </w:tc>
        <w:tc>
          <w:tcPr>
            <w:tcW w:type="dxa" w:w="2160"/>
          </w:tcPr>
          <w:p>
            <w:r>
              <w:t>Field Mapping</w:t>
            </w:r>
          </w:p>
        </w:tc>
        <w:tc>
          <w:tcPr>
            <w:tcW w:type="dxa" w:w="2160"/>
          </w:tcPr>
          <w:p>
            <w:r>
              <w:t>What new field mapping technologies did you test in 2025, and how did they contribute to your harvesting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1051-0180</w:t>
            </w:r>
          </w:p>
        </w:tc>
        <w:tc>
          <w:tcPr>
            <w:tcW w:type="dxa" w:w="2160"/>
          </w:tcPr>
          <w:p>
            <w:r>
              <w:t>Crop Loss Reduction</w:t>
            </w:r>
          </w:p>
        </w:tc>
        <w:tc>
          <w:tcPr>
            <w:tcW w:type="dxa" w:w="2160"/>
          </w:tcPr>
          <w:p>
            <w:r>
              <w:t>What strategies did you investigate to reduce crop loss during the harvesting process in 2025, and what were the results of your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1051-0181</w:t>
            </w:r>
          </w:p>
        </w:tc>
        <w:tc>
          <w:tcPr>
            <w:tcW w:type="dxa" w:w="2160"/>
          </w:tcPr>
          <w:p>
            <w:r>
              <w:t>Harvesting Equipment</w:t>
            </w:r>
          </w:p>
        </w:tc>
        <w:tc>
          <w:tcPr>
            <w:tcW w:type="dxa" w:w="2160"/>
          </w:tcPr>
          <w:p>
            <w:r>
              <w:t>What modifications or customizations did you make to existing harvesting equipment in 2025, and how did you test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1051-0182</w:t>
            </w:r>
          </w:p>
        </w:tc>
        <w:tc>
          <w:tcPr>
            <w:tcW w:type="dxa" w:w="2160"/>
          </w:tcPr>
          <w:p>
            <w:r>
              <w:t>Timing of Harvest</w:t>
            </w:r>
          </w:p>
        </w:tc>
        <w:tc>
          <w:tcPr>
            <w:tcW w:type="dxa" w:w="2160"/>
          </w:tcPr>
          <w:p>
            <w:r>
              <w:t>What environmental factors did you analyze to determine the best harvest timing for soybeans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1051-0183</w:t>
            </w:r>
          </w:p>
        </w:tc>
        <w:tc>
          <w:tcPr>
            <w:tcW w:type="dxa" w:w="2160"/>
          </w:tcPr>
          <w:p>
            <w:r>
              <w:t>Post-Harvest Handling</w:t>
            </w:r>
          </w:p>
        </w:tc>
        <w:tc>
          <w:tcPr>
            <w:tcW w:type="dxa" w:w="2160"/>
          </w:tcPr>
          <w:p>
            <w:r>
              <w:t>What experimental post-harvest storage solutions did you evaluate in 2025, and what criteria did you use to assess their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1051-0184</w:t>
            </w:r>
          </w:p>
        </w:tc>
        <w:tc>
          <w:tcPr>
            <w:tcW w:type="dxa" w:w="2160"/>
          </w:tcPr>
          <w:p>
            <w:r>
              <w:t>Moisture Management</w:t>
            </w:r>
          </w:p>
        </w:tc>
        <w:tc>
          <w:tcPr>
            <w:tcW w:type="dxa" w:w="2160"/>
          </w:tcPr>
          <w:p>
            <w:r>
              <w:t>What specific technologies or methods did you test to monitor and control moisture levels in soybeans during harvesting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1051-0185</w:t>
            </w:r>
          </w:p>
        </w:tc>
        <w:tc>
          <w:tcPr>
            <w:tcW w:type="dxa" w:w="2160"/>
          </w:tcPr>
          <w:p>
            <w:r>
              <w:t>Grain Quality</w:t>
            </w:r>
          </w:p>
        </w:tc>
        <w:tc>
          <w:tcPr>
            <w:tcW w:type="dxa" w:w="2160"/>
          </w:tcPr>
          <w:p>
            <w:r>
              <w:t>How did you assess the impact of your harvesting techniques on grain quality in 2025? Please describe any experimental protocols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1051-0186</w:t>
            </w:r>
          </w:p>
        </w:tc>
        <w:tc>
          <w:tcPr>
            <w:tcW w:type="dxa" w:w="2160"/>
          </w:tcPr>
          <w:p>
            <w:r>
              <w:t>Automated Harvesting</w:t>
            </w:r>
          </w:p>
        </w:tc>
        <w:tc>
          <w:tcPr>
            <w:tcW w:type="dxa" w:w="2160"/>
          </w:tcPr>
          <w:p>
            <w:r>
              <w:t>What challenges did you face when implementing automated harvesting technologies in 2025, and how did you address them?</w:t>
              <w:br/>
              <w:t>Answer type: Long text</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1051-0187</w:t>
            </w:r>
          </w:p>
        </w:tc>
        <w:tc>
          <w:tcPr>
            <w:tcW w:type="dxa" w:w="2160"/>
          </w:tcPr>
          <w:p>
            <w:r>
              <w:t>Field Mapping</w:t>
            </w:r>
          </w:p>
        </w:tc>
        <w:tc>
          <w:tcPr>
            <w:tcW w:type="dxa" w:w="2160"/>
          </w:tcPr>
          <w:p>
            <w:r>
              <w:t>What data collection methods did you use for field mapping experiments in 2025, and how did you analyze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1051-0188</w:t>
            </w:r>
          </w:p>
        </w:tc>
        <w:tc>
          <w:tcPr>
            <w:tcW w:type="dxa" w:w="2160"/>
          </w:tcPr>
          <w:p>
            <w:r>
              <w:t>Crop Loss Reduction</w:t>
            </w:r>
          </w:p>
        </w:tc>
        <w:tc>
          <w:tcPr>
            <w:tcW w:type="dxa" w:w="2160"/>
          </w:tcPr>
          <w:p>
            <w:r>
              <w:t>What specific metrics did you use to evaluate the success of crop loss reduction strategies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1051-0189</w:t>
            </w:r>
          </w:p>
        </w:tc>
        <w:tc>
          <w:tcPr>
            <w:tcW w:type="dxa" w:w="2160"/>
          </w:tcPr>
          <w:p>
            <w:r>
              <w:t>Harvesting Equipment</w:t>
            </w:r>
          </w:p>
        </w:tc>
        <w:tc>
          <w:tcPr>
            <w:tcW w:type="dxa" w:w="2160"/>
          </w:tcPr>
          <w:p>
            <w:r>
              <w:t>How did you document the performance of different harvesting equipment used in 2025, and what metrics were most relevant?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1051-0190</w:t>
            </w:r>
          </w:p>
        </w:tc>
        <w:tc>
          <w:tcPr>
            <w:tcW w:type="dxa" w:w="2160"/>
          </w:tcPr>
          <w:p>
            <w:r>
              <w:t>Equipment Utilization</w:t>
            </w:r>
          </w:p>
        </w:tc>
        <w:tc>
          <w:tcPr>
            <w:tcW w:type="dxa" w:w="2160"/>
          </w:tcPr>
          <w:p>
            <w:r>
              <w:t>What advanced harvesting technologies do you employ on your soybean farm?</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1051-0191</w:t>
            </w:r>
          </w:p>
        </w:tc>
        <w:tc>
          <w:tcPr>
            <w:tcW w:type="dxa" w:w="2160"/>
          </w:tcPr>
          <w:p>
            <w:r>
              <w:t>Process Optimization</w:t>
            </w:r>
          </w:p>
        </w:tc>
        <w:tc>
          <w:tcPr>
            <w:tcW w:type="dxa" w:w="2160"/>
          </w:tcPr>
          <w:p>
            <w:r>
              <w:t>How do you optimize the harvesting process to minimize loss during soybean collection?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PROCESSING-TECHNIQUES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1051-0192</w:t>
            </w:r>
          </w:p>
        </w:tc>
        <w:tc>
          <w:tcPr>
            <w:tcW w:type="dxa" w:w="2160"/>
          </w:tcPr>
          <w:p>
            <w:r>
              <w:t>Crushing Methods</w:t>
            </w:r>
          </w:p>
        </w:tc>
        <w:tc>
          <w:tcPr>
            <w:tcW w:type="dxa" w:w="2160"/>
          </w:tcPr>
          <w:p>
            <w:r>
              <w:t>What specific crushing techniques do you employ for soybean processing, and how do you determine the optimal method for your production goals?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1051-0193</w:t>
            </w:r>
          </w:p>
        </w:tc>
        <w:tc>
          <w:tcPr>
            <w:tcW w:type="dxa" w:w="2160"/>
          </w:tcPr>
          <w:p>
            <w:r>
              <w:t>Refining Processes</w:t>
            </w:r>
          </w:p>
        </w:tc>
        <w:tc>
          <w:tcPr>
            <w:tcW w:type="dxa" w:w="2160"/>
          </w:tcPr>
          <w:p>
            <w:r>
              <w:t>Can you describe the refining process used for your soybean oil, including any experimental modifications made to improve yield or quality?</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1051-0194</w:t>
            </w:r>
          </w:p>
        </w:tc>
        <w:tc>
          <w:tcPr>
            <w:tcW w:type="dxa" w:w="2160"/>
          </w:tcPr>
          <w:p>
            <w:r>
              <w:t>Extraction Methods</w:t>
            </w:r>
          </w:p>
        </w:tc>
        <w:tc>
          <w:tcPr>
            <w:tcW w:type="dxa" w:w="2160"/>
          </w:tcPr>
          <w:p>
            <w:r>
              <w:t>What extraction methods are utilized for obtaining oil from soybeans, and what challenges have you faced in optimizing these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1051-0195</w:t>
            </w:r>
          </w:p>
        </w:tc>
        <w:tc>
          <w:tcPr>
            <w:tcW w:type="dxa" w:w="2160"/>
          </w:tcPr>
          <w:p>
            <w:r>
              <w:t>Oil Production</w:t>
            </w:r>
          </w:p>
        </w:tc>
        <w:tc>
          <w:tcPr>
            <w:tcW w:type="dxa" w:w="2160"/>
          </w:tcPr>
          <w:p>
            <w:r>
              <w:t>What is the average oil yield percentage from your soybean processing, and how do you measure and report this yield?</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1051-0196</w:t>
            </w:r>
          </w:p>
        </w:tc>
        <w:tc>
          <w:tcPr>
            <w:tcW w:type="dxa" w:w="2160"/>
          </w:tcPr>
          <w:p>
            <w:r>
              <w:t>Meal Production</w:t>
            </w:r>
          </w:p>
        </w:tc>
        <w:tc>
          <w:tcPr>
            <w:tcW w:type="dxa" w:w="2160"/>
          </w:tcPr>
          <w:p>
            <w:r>
              <w:t>Describe the process of producing soybean meal from your crushed soybeans and any innovative practices you have implemented to enhance protein content.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1051-0197</w:t>
            </w:r>
          </w:p>
        </w:tc>
        <w:tc>
          <w:tcPr>
            <w:tcW w:type="dxa" w:w="2160"/>
          </w:tcPr>
          <w:p>
            <w:r>
              <w:t>Byproduct Utilization</w:t>
            </w:r>
          </w:p>
        </w:tc>
        <w:tc>
          <w:tcPr>
            <w:tcW w:type="dxa" w:w="2160"/>
          </w:tcPr>
          <w:p>
            <w:r>
              <w:t>What byproducts do you generate from soybean processing, and how do you utilize or market these byproducts?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1051-0198</w:t>
            </w:r>
          </w:p>
        </w:tc>
        <w:tc>
          <w:tcPr>
            <w:tcW w:type="dxa" w:w="2160"/>
          </w:tcPr>
          <w:p>
            <w:r>
              <w:t>Quality Control</w:t>
            </w:r>
          </w:p>
        </w:tc>
        <w:tc>
          <w:tcPr>
            <w:tcW w:type="dxa" w:w="2160"/>
          </w:tcPr>
          <w:p>
            <w:r>
              <w:t>What quality control measures are in place during the soybean processing stages, and how do you document any deviations from standard procedures?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1051-0199</w:t>
            </w:r>
          </w:p>
        </w:tc>
        <w:tc>
          <w:tcPr>
            <w:tcW w:type="dxa" w:w="2160"/>
          </w:tcPr>
          <w:p>
            <w:r>
              <w:t>Energy Efficiency</w:t>
            </w:r>
          </w:p>
        </w:tc>
        <w:tc>
          <w:tcPr>
            <w:tcW w:type="dxa" w:w="2160"/>
          </w:tcPr>
          <w:p>
            <w:r>
              <w:t>What energy efficiency measures have you implemented in your soybean processing operations, and how do you assess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1051-0200</w:t>
            </w:r>
          </w:p>
        </w:tc>
        <w:tc>
          <w:tcPr>
            <w:tcW w:type="dxa" w:w="2160"/>
          </w:tcPr>
          <w:p>
            <w:r>
              <w:t>Crushing Techniques</w:t>
            </w:r>
          </w:p>
        </w:tc>
        <w:tc>
          <w:tcPr>
            <w:tcW w:type="dxa" w:w="2160"/>
          </w:tcPr>
          <w:p>
            <w:r>
              <w:t>Have you conducted any experiments to compare different crushing techniques? If so, what were the results and implications for your processing efficiency?</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1051-0201</w:t>
            </w:r>
          </w:p>
        </w:tc>
        <w:tc>
          <w:tcPr>
            <w:tcW w:type="dxa" w:w="2160"/>
          </w:tcPr>
          <w:p>
            <w:r>
              <w:t>Refining Processes</w:t>
            </w:r>
          </w:p>
        </w:tc>
        <w:tc>
          <w:tcPr>
            <w:tcW w:type="dxa" w:w="2160"/>
          </w:tcPr>
          <w:p>
            <w:r>
              <w:t>What specific refining agents do you use in your soybean oil production, and how have you tested their effectiveness in improving oil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1051-0202</w:t>
            </w:r>
          </w:p>
        </w:tc>
        <w:tc>
          <w:tcPr>
            <w:tcW w:type="dxa" w:w="2160"/>
          </w:tcPr>
          <w:p>
            <w:r>
              <w:t>Extraction Methods</w:t>
            </w:r>
          </w:p>
        </w:tc>
        <w:tc>
          <w:tcPr>
            <w:tcW w:type="dxa" w:w="2160"/>
          </w:tcPr>
          <w:p>
            <w:r>
              <w:t>What innovative extraction technologies have you explored or implemented, and what experimental data do you have to support their efficacy?</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1051-0203</w:t>
            </w:r>
          </w:p>
        </w:tc>
        <w:tc>
          <w:tcPr>
            <w:tcW w:type="dxa" w:w="2160"/>
          </w:tcPr>
          <w:p>
            <w:r>
              <w:t>Oil Production</w:t>
            </w:r>
          </w:p>
        </w:tc>
        <w:tc>
          <w:tcPr>
            <w:tcW w:type="dxa" w:w="2160"/>
          </w:tcPr>
          <w:p>
            <w:r>
              <w:t>How do you track and report variations in oil yield across different processing batches, and what factors do you attribute to these variations?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1051-0204</w:t>
            </w:r>
          </w:p>
        </w:tc>
        <w:tc>
          <w:tcPr>
            <w:tcW w:type="dxa" w:w="2160"/>
          </w:tcPr>
          <w:p>
            <w:r>
              <w:t>Meal Production</w:t>
            </w:r>
          </w:p>
        </w:tc>
        <w:tc>
          <w:tcPr>
            <w:tcW w:type="dxa" w:w="2160"/>
          </w:tcPr>
          <w:p>
            <w:r>
              <w:t>What experimental techniques have you tested to enhance the digestibility of soybean meal,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1051-0205</w:t>
            </w:r>
          </w:p>
        </w:tc>
        <w:tc>
          <w:tcPr>
            <w:tcW w:type="dxa" w:w="2160"/>
          </w:tcPr>
          <w:p>
            <w:r>
              <w:t>Byproduct Utilization</w:t>
            </w:r>
          </w:p>
        </w:tc>
        <w:tc>
          <w:tcPr>
            <w:tcW w:type="dxa" w:w="2160"/>
          </w:tcPr>
          <w:p>
            <w:r>
              <w:t>Can you detail any research or development activities aimed at increasing the value of soybean byproducts, including any pilot projects undertaken?</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1051-0206</w:t>
            </w:r>
          </w:p>
        </w:tc>
        <w:tc>
          <w:tcPr>
            <w:tcW w:type="dxa" w:w="2160"/>
          </w:tcPr>
          <w:p>
            <w:r>
              <w:t>Quality Control</w:t>
            </w:r>
          </w:p>
        </w:tc>
        <w:tc>
          <w:tcPr>
            <w:tcW w:type="dxa" w:w="2160"/>
          </w:tcPr>
          <w:p>
            <w:r>
              <w:t>What specific quality metrics do you monitor during processing, and how have you adjusted your processes based on this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1051-0207</w:t>
            </w:r>
          </w:p>
        </w:tc>
        <w:tc>
          <w:tcPr>
            <w:tcW w:type="dxa" w:w="2160"/>
          </w:tcPr>
          <w:p>
            <w:r>
              <w:t>Energy Efficiency</w:t>
            </w:r>
          </w:p>
        </w:tc>
        <w:tc>
          <w:tcPr>
            <w:tcW w:type="dxa" w:w="2160"/>
          </w:tcPr>
          <w:p>
            <w:r>
              <w:t>What metrics do you use to evaluate energy consumption in your soybean processing operations, and have you implemented any experimental changes based on these evaluations?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1051-0208</w:t>
            </w:r>
          </w:p>
        </w:tc>
        <w:tc>
          <w:tcPr>
            <w:tcW w:type="dxa" w:w="2160"/>
          </w:tcPr>
          <w:p>
            <w:r>
              <w:t>Crushing Techniques</w:t>
            </w:r>
          </w:p>
        </w:tc>
        <w:tc>
          <w:tcPr>
            <w:tcW w:type="dxa" w:w="2160"/>
          </w:tcPr>
          <w:p>
            <w:r>
              <w:t>What challenges have you faced in scaling your crushing operations, and what innovative solutions have you tested to overcome these challenges?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1051-0209</w:t>
            </w:r>
          </w:p>
        </w:tc>
        <w:tc>
          <w:tcPr>
            <w:tcW w:type="dxa" w:w="2160"/>
          </w:tcPr>
          <w:p>
            <w:r>
              <w:t>Refining Processes</w:t>
            </w:r>
          </w:p>
        </w:tc>
        <w:tc>
          <w:tcPr>
            <w:tcW w:type="dxa" w:w="2160"/>
          </w:tcPr>
          <w:p>
            <w:r>
              <w:t>How do you ensure compliance with industry standards during the refining process, and what innovations have you introduced to meet or exceed these standards?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1051-0210</w:t>
            </w:r>
          </w:p>
        </w:tc>
        <w:tc>
          <w:tcPr>
            <w:tcW w:type="dxa" w:w="2160"/>
          </w:tcPr>
          <w:p>
            <w:r>
              <w:t>Extraction Methods</w:t>
            </w:r>
          </w:p>
        </w:tc>
        <w:tc>
          <w:tcPr>
            <w:tcW w:type="dxa" w:w="2160"/>
          </w:tcPr>
          <w:p>
            <w:r>
              <w:t>Have you explored any alternative extraction methods that differ from traditional techniques, and what experimental results have you documented?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1051-0211</w:t>
            </w:r>
          </w:p>
        </w:tc>
        <w:tc>
          <w:tcPr>
            <w:tcW w:type="dxa" w:w="2160"/>
          </w:tcPr>
          <w:p>
            <w:r>
              <w:t>Oil Production</w:t>
            </w:r>
          </w:p>
        </w:tc>
        <w:tc>
          <w:tcPr>
            <w:tcW w:type="dxa" w:w="2160"/>
          </w:tcPr>
          <w:p>
            <w:r>
              <w:t>What is the range of oil production costs per gallon, and how do you track these costs against your production efficiency?</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1051-0212</w:t>
            </w:r>
          </w:p>
        </w:tc>
        <w:tc>
          <w:tcPr>
            <w:tcW w:type="dxa" w:w="2160"/>
          </w:tcPr>
          <w:p>
            <w:r>
              <w:t>Meal Production</w:t>
            </w:r>
          </w:p>
        </w:tc>
        <w:tc>
          <w:tcPr>
            <w:tcW w:type="dxa" w:w="2160"/>
          </w:tcPr>
          <w:p>
            <w:r>
              <w:t>What is the protein content of your soybean meal, and how do you measure and report any variations in this content?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1051-0213</w:t>
            </w:r>
          </w:p>
        </w:tc>
        <w:tc>
          <w:tcPr>
            <w:tcW w:type="dxa" w:w="2160"/>
          </w:tcPr>
          <w:p>
            <w:r>
              <w:t>Post-Harvest Handling</w:t>
            </w:r>
          </w:p>
        </w:tc>
        <w:tc>
          <w:tcPr>
            <w:tcW w:type="dxa" w:w="2160"/>
          </w:tcPr>
          <w:p>
            <w:r>
              <w:t>What specific processing techniques do you use to prepare harvested soybeans for market?</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QUALITY-CONTROL-PROCEDURES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1051-0214</w:t>
            </w:r>
          </w:p>
        </w:tc>
        <w:tc>
          <w:tcPr>
            <w:tcW w:type="dxa" w:w="2160"/>
          </w:tcPr>
          <w:p>
            <w:r>
              <w:t>Testing Protocols</w:t>
            </w:r>
          </w:p>
        </w:tc>
        <w:tc>
          <w:tcPr>
            <w:tcW w:type="dxa" w:w="2160"/>
          </w:tcPr>
          <w:p>
            <w:r>
              <w:t>What specific testing protocols do you implement to evaluate the quality of soybean seeds before planting?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1051-0215</w:t>
            </w:r>
          </w:p>
        </w:tc>
        <w:tc>
          <w:tcPr>
            <w:tcW w:type="dxa" w:w="2160"/>
          </w:tcPr>
          <w:p>
            <w:r>
              <w:t>Certification Standards</w:t>
            </w:r>
          </w:p>
        </w:tc>
        <w:tc>
          <w:tcPr>
            <w:tcW w:type="dxa" w:w="2160"/>
          </w:tcPr>
          <w:p>
            <w:r>
              <w:t>What certification standards do your soybean products adhere to, and how do you ensure compliance with these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1051-0216</w:t>
            </w:r>
          </w:p>
        </w:tc>
        <w:tc>
          <w:tcPr>
            <w:tcW w:type="dxa" w:w="2160"/>
          </w:tcPr>
          <w:p>
            <w:r>
              <w:t>Traceability Systems</w:t>
            </w:r>
          </w:p>
        </w:tc>
        <w:tc>
          <w:tcPr>
            <w:tcW w:type="dxa" w:w="2160"/>
          </w:tcPr>
          <w:p>
            <w:r>
              <w:t>Describe the traceability systems in place for tracking soybean batches from planting through to sale. How do you document this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1051-0217</w:t>
            </w:r>
          </w:p>
        </w:tc>
        <w:tc>
          <w:tcPr>
            <w:tcW w:type="dxa" w:w="2160"/>
          </w:tcPr>
          <w:p>
            <w:r>
              <w:t>Lab Analysis</w:t>
            </w:r>
          </w:p>
        </w:tc>
        <w:tc>
          <w:tcPr>
            <w:tcW w:type="dxa" w:w="2160"/>
          </w:tcPr>
          <w:p>
            <w:r>
              <w:t>What types of laboratory analyses do you conduct on your soybeans, and how frequently are these analyses performed?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1051-0218</w:t>
            </w:r>
          </w:p>
        </w:tc>
        <w:tc>
          <w:tcPr>
            <w:tcW w:type="dxa" w:w="2160"/>
          </w:tcPr>
          <w:p>
            <w:r>
              <w:t>Contaminant Testing</w:t>
            </w:r>
          </w:p>
        </w:tc>
        <w:tc>
          <w:tcPr>
            <w:tcW w:type="dxa" w:w="2160"/>
          </w:tcPr>
          <w:p>
            <w:r>
              <w:t>What protocols do you follow for testing soybeans for contaminants, and what specific contaminants are you testing for?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1051-0219</w:t>
            </w:r>
          </w:p>
        </w:tc>
        <w:tc>
          <w:tcPr>
            <w:tcW w:type="dxa" w:w="2160"/>
          </w:tcPr>
          <w:p>
            <w:r>
              <w:t>Product Specifications</w:t>
            </w:r>
          </w:p>
        </w:tc>
        <w:tc>
          <w:tcPr>
            <w:tcW w:type="dxa" w:w="2160"/>
          </w:tcPr>
          <w:p>
            <w:r>
              <w:t>What product specifications do you have in place for your soybean products, and how do you ensure they are met throughout the production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1051-0220</w:t>
            </w:r>
          </w:p>
        </w:tc>
        <w:tc>
          <w:tcPr>
            <w:tcW w:type="dxa" w:w="2160"/>
          </w:tcPr>
          <w:p>
            <w:r>
              <w:t>Regulatory Compliance</w:t>
            </w:r>
          </w:p>
        </w:tc>
        <w:tc>
          <w:tcPr>
            <w:tcW w:type="dxa" w:w="2160"/>
          </w:tcPr>
          <w:p>
            <w:r>
              <w:t>How do you ensure compliance with federal and state regulations regarding soybean production and quality control?</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1051-0221</w:t>
            </w:r>
          </w:p>
        </w:tc>
        <w:tc>
          <w:tcPr>
            <w:tcW w:type="dxa" w:w="2160"/>
          </w:tcPr>
          <w:p>
            <w:r>
              <w:t>Consumer Safety</w:t>
            </w:r>
          </w:p>
        </w:tc>
        <w:tc>
          <w:tcPr>
            <w:tcW w:type="dxa" w:w="2160"/>
          </w:tcPr>
          <w:p>
            <w:r>
              <w:t>What measures do you take to ensure consumer safety concerning your soybean products, particularly in relation to allergens or harmful substances?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1051-0222</w:t>
            </w:r>
          </w:p>
        </w:tc>
        <w:tc>
          <w:tcPr>
            <w:tcW w:type="dxa" w:w="2160"/>
          </w:tcPr>
          <w:p>
            <w:r>
              <w:t>Testing Protocols</w:t>
            </w:r>
          </w:p>
        </w:tc>
        <w:tc>
          <w:tcPr>
            <w:tcW w:type="dxa" w:w="2160"/>
          </w:tcPr>
          <w:p>
            <w:r>
              <w:t>How do you validate the effectiveness of your quality control testing protocols for soybeans?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1051-0223</w:t>
            </w:r>
          </w:p>
        </w:tc>
        <w:tc>
          <w:tcPr>
            <w:tcW w:type="dxa" w:w="2160"/>
          </w:tcPr>
          <w:p>
            <w:r>
              <w:t>Certification Standards</w:t>
            </w:r>
          </w:p>
        </w:tc>
        <w:tc>
          <w:tcPr>
            <w:tcW w:type="dxa" w:w="2160"/>
          </w:tcPr>
          <w:p>
            <w:r>
              <w:t>What third-party certifications do you pursue for your soybean products, and how do you maintain these certifications?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1051-0224</w:t>
            </w:r>
          </w:p>
        </w:tc>
        <w:tc>
          <w:tcPr>
            <w:tcW w:type="dxa" w:w="2160"/>
          </w:tcPr>
          <w:p>
            <w:r>
              <w:t>Traceability Systems</w:t>
            </w:r>
          </w:p>
        </w:tc>
        <w:tc>
          <w:tcPr>
            <w:tcW w:type="dxa" w:w="2160"/>
          </w:tcPr>
          <w:p>
            <w:r>
              <w:t>What technologies do you utilize for maintaining traceability of soybean production, and how do these technologies integrate with your existing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1051-0225</w:t>
            </w:r>
          </w:p>
        </w:tc>
        <w:tc>
          <w:tcPr>
            <w:tcW w:type="dxa" w:w="2160"/>
          </w:tcPr>
          <w:p>
            <w:r>
              <w:t>Lab Analysis</w:t>
            </w:r>
          </w:p>
        </w:tc>
        <w:tc>
          <w:tcPr>
            <w:tcW w:type="dxa" w:w="2160"/>
          </w:tcPr>
          <w:p>
            <w:r>
              <w:t>What is the process for selecting laboratories for soybean analysis, and what criteria do you use to evaluate their performance?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1051-0226</w:t>
            </w:r>
          </w:p>
        </w:tc>
        <w:tc>
          <w:tcPr>
            <w:tcW w:type="dxa" w:w="2160"/>
          </w:tcPr>
          <w:p>
            <w:r>
              <w:t>Contaminant Testing</w:t>
            </w:r>
          </w:p>
        </w:tc>
        <w:tc>
          <w:tcPr>
            <w:tcW w:type="dxa" w:w="2160"/>
          </w:tcPr>
          <w:p>
            <w:r>
              <w:t>How do you document and respond to any contaminant findings in your soybean 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1051-0227</w:t>
            </w:r>
          </w:p>
        </w:tc>
        <w:tc>
          <w:tcPr>
            <w:tcW w:type="dxa" w:w="2160"/>
          </w:tcPr>
          <w:p>
            <w:r>
              <w:t>Product Specifications</w:t>
            </w:r>
          </w:p>
        </w:tc>
        <w:tc>
          <w:tcPr>
            <w:tcW w:type="dxa" w:w="2160"/>
          </w:tcPr>
          <w:p>
            <w:r>
              <w:t>What steps do you take to update product specifications based on new research or market demands related to soybeans?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1051-0228</w:t>
            </w:r>
          </w:p>
        </w:tc>
        <w:tc>
          <w:tcPr>
            <w:tcW w:type="dxa" w:w="2160"/>
          </w:tcPr>
          <w:p>
            <w:r>
              <w:t>Regulatory Compliance</w:t>
            </w:r>
          </w:p>
        </w:tc>
        <w:tc>
          <w:tcPr>
            <w:tcW w:type="dxa" w:w="2160"/>
          </w:tcPr>
          <w:p>
            <w:r>
              <w:t>What internal audits do you conduct to ensure adherence to quality control regulations in soybean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1051-0229</w:t>
            </w:r>
          </w:p>
        </w:tc>
        <w:tc>
          <w:tcPr>
            <w:tcW w:type="dxa" w:w="2160"/>
          </w:tcPr>
          <w:p>
            <w:r>
              <w:t>Consumer Safety</w:t>
            </w:r>
          </w:p>
        </w:tc>
        <w:tc>
          <w:tcPr>
            <w:tcW w:type="dxa" w:w="2160"/>
          </w:tcPr>
          <w:p>
            <w:r>
              <w:t>How do you educate consumers about the safety measures taken in your soybean production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1051-0230</w:t>
            </w:r>
          </w:p>
        </w:tc>
        <w:tc>
          <w:tcPr>
            <w:tcW w:type="dxa" w:w="2160"/>
          </w:tcPr>
          <w:p>
            <w:r>
              <w:t>Testing Protocols</w:t>
            </w:r>
          </w:p>
        </w:tc>
        <w:tc>
          <w:tcPr>
            <w:tcW w:type="dxa" w:w="2160"/>
          </w:tcPr>
          <w:p>
            <w:r>
              <w:t>What metrics do you use to assess the success of your quality control measures in soybean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1051-0231</w:t>
            </w:r>
          </w:p>
        </w:tc>
        <w:tc>
          <w:tcPr>
            <w:tcW w:type="dxa" w:w="2160"/>
          </w:tcPr>
          <w:p>
            <w:r>
              <w:t>Quality Assurance</w:t>
            </w:r>
          </w:p>
        </w:tc>
        <w:tc>
          <w:tcPr>
            <w:tcW w:type="dxa" w:w="2160"/>
          </w:tcPr>
          <w:p>
            <w:r>
              <w:t>What quality control measures do you implement during soybean processing?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PACKAGING-AND-TRACEABILITY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1051-0232</w:t>
            </w:r>
          </w:p>
        </w:tc>
        <w:tc>
          <w:tcPr>
            <w:tcW w:type="dxa" w:w="2160"/>
          </w:tcPr>
          <w:p>
            <w:r>
              <w:t>Packaging Materials</w:t>
            </w:r>
          </w:p>
        </w:tc>
        <w:tc>
          <w:tcPr>
            <w:tcW w:type="dxa" w:w="2160"/>
          </w:tcPr>
          <w:p>
            <w:r>
              <w:t>What types of biodegradable or sustainable packaging materials are currently being tested or implemented for your soybean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1051-0233</w:t>
            </w:r>
          </w:p>
        </w:tc>
        <w:tc>
          <w:tcPr>
            <w:tcW w:type="dxa" w:w="2160"/>
          </w:tcPr>
          <w:p>
            <w:r>
              <w:t>Labeling Requirements</w:t>
            </w:r>
          </w:p>
        </w:tc>
        <w:tc>
          <w:tcPr>
            <w:tcW w:type="dxa" w:w="2160"/>
          </w:tcPr>
          <w:p>
            <w:r>
              <w:t>Can you describe any experimental methods used to enhance the clarity or compliance of labeling for your soybean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1051-0234</w:t>
            </w:r>
          </w:p>
        </w:tc>
        <w:tc>
          <w:tcPr>
            <w:tcW w:type="dxa" w:w="2160"/>
          </w:tcPr>
          <w:p>
            <w:r>
              <w:t>Barcoding Systems</w:t>
            </w:r>
          </w:p>
        </w:tc>
        <w:tc>
          <w:tcPr>
            <w:tcW w:type="dxa" w:w="2160"/>
          </w:tcPr>
          <w:p>
            <w:r>
              <w:t>What innovative approaches have you explored for integrating barcoding systems into your soybean product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1051-0235</w:t>
            </w:r>
          </w:p>
        </w:tc>
        <w:tc>
          <w:tcPr>
            <w:tcW w:type="dxa" w:w="2160"/>
          </w:tcPr>
          <w:p>
            <w:r>
              <w:t>Supply Chain Tracking</w:t>
            </w:r>
          </w:p>
        </w:tc>
        <w:tc>
          <w:tcPr>
            <w:tcW w:type="dxa" w:w="2160"/>
          </w:tcPr>
          <w:p>
            <w:r>
              <w:t>What experimental technologies or systems have you implemented to improve traceability in your supply chain for soybean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1051-0236</w:t>
            </w:r>
          </w:p>
        </w:tc>
        <w:tc>
          <w:tcPr>
            <w:tcW w:type="dxa" w:w="2160"/>
          </w:tcPr>
          <w:p>
            <w:r>
              <w:t>Sustainability in Packaging</w:t>
            </w:r>
          </w:p>
        </w:tc>
        <w:tc>
          <w:tcPr>
            <w:tcW w:type="dxa" w:w="2160"/>
          </w:tcPr>
          <w:p>
            <w:r>
              <w:t>What specific R&amp;D activities have you undertaken to assess the environmental impact of your current packaging solutions for soybeans?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1051-0237</w:t>
            </w:r>
          </w:p>
        </w:tc>
        <w:tc>
          <w:tcPr>
            <w:tcW w:type="dxa" w:w="2160"/>
          </w:tcPr>
          <w:p>
            <w:r>
              <w:t>Consumer Information</w:t>
            </w:r>
          </w:p>
        </w:tc>
        <w:tc>
          <w:tcPr>
            <w:tcW w:type="dxa" w:w="2160"/>
          </w:tcPr>
          <w:p>
            <w:r>
              <w:t>How have you experimented with different formats of consumer information on packaging to enhance customer understanding of your soybean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1051-0238</w:t>
            </w:r>
          </w:p>
        </w:tc>
        <w:tc>
          <w:tcPr>
            <w:tcW w:type="dxa" w:w="2160"/>
          </w:tcPr>
          <w:p>
            <w:r>
              <w:t>Product Recalls</w:t>
            </w:r>
          </w:p>
        </w:tc>
        <w:tc>
          <w:tcPr>
            <w:tcW w:type="dxa" w:w="2160"/>
          </w:tcPr>
          <w:p>
            <w:r>
              <w:t>What R&amp;D processes do you have in place to test the effectiveness of your recall procedures for soybean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1051-0239</w:t>
            </w:r>
          </w:p>
        </w:tc>
        <w:tc>
          <w:tcPr>
            <w:tcW w:type="dxa" w:w="2160"/>
          </w:tcPr>
          <w:p>
            <w:r>
              <w:t>Inventory Management</w:t>
            </w:r>
          </w:p>
        </w:tc>
        <w:tc>
          <w:tcPr>
            <w:tcW w:type="dxa" w:w="2160"/>
          </w:tcPr>
          <w:p>
            <w:r>
              <w:t>What innovative inventory management techniques have you trialed to optimize the tracking of soybean products from packaging to distribution?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1051-0240</w:t>
            </w:r>
          </w:p>
        </w:tc>
        <w:tc>
          <w:tcPr>
            <w:tcW w:type="dxa" w:w="2160"/>
          </w:tcPr>
          <w:p>
            <w:r>
              <w:t>Packaging Materials</w:t>
            </w:r>
          </w:p>
        </w:tc>
        <w:tc>
          <w:tcPr>
            <w:tcW w:type="dxa" w:w="2160"/>
          </w:tcPr>
          <w:p>
            <w:r>
              <w:t>Have you conducted any experiments with alternative packaging materials that reduce waste or improve shelf life for soybean products? Please detail.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1051-0241</w:t>
            </w:r>
          </w:p>
        </w:tc>
        <w:tc>
          <w:tcPr>
            <w:tcW w:type="dxa" w:w="2160"/>
          </w:tcPr>
          <w:p>
            <w:r>
              <w:t>Labeling Requirements</w:t>
            </w:r>
          </w:p>
        </w:tc>
        <w:tc>
          <w:tcPr>
            <w:tcW w:type="dxa" w:w="2160"/>
          </w:tcPr>
          <w:p>
            <w:r>
              <w:t>What challenges have you faced in meeting labeling requirements for your soybean products, and what R&amp;D steps have you taken to address them?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1051-0242</w:t>
            </w:r>
          </w:p>
        </w:tc>
        <w:tc>
          <w:tcPr>
            <w:tcW w:type="dxa" w:w="2160"/>
          </w:tcPr>
          <w:p>
            <w:r>
              <w:t>Barcoding Systems</w:t>
            </w:r>
          </w:p>
        </w:tc>
        <w:tc>
          <w:tcPr>
            <w:tcW w:type="dxa" w:w="2160"/>
          </w:tcPr>
          <w:p>
            <w:r>
              <w:t>Describe any trials you have conducted with advanced barcoding technologies to enhance the efficiency of your packaging process for soybeans.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1051-0243</w:t>
            </w:r>
          </w:p>
        </w:tc>
        <w:tc>
          <w:tcPr>
            <w:tcW w:type="dxa" w:w="2160"/>
          </w:tcPr>
          <w:p>
            <w:r>
              <w:t>Supply Chain Tracking</w:t>
            </w:r>
          </w:p>
        </w:tc>
        <w:tc>
          <w:tcPr>
            <w:tcW w:type="dxa" w:w="2160"/>
          </w:tcPr>
          <w:p>
            <w:r>
              <w:t>What specific R&amp;D efforts have you made to improve real-time supply chain tracking for your soybean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1051-0244</w:t>
            </w:r>
          </w:p>
        </w:tc>
        <w:tc>
          <w:tcPr>
            <w:tcW w:type="dxa" w:w="2160"/>
          </w:tcPr>
          <w:p>
            <w:r>
              <w:t>Sustainability in Packaging</w:t>
            </w:r>
          </w:p>
        </w:tc>
        <w:tc>
          <w:tcPr>
            <w:tcW w:type="dxa" w:w="2160"/>
          </w:tcPr>
          <w:p>
            <w:r>
              <w:t>What metrics do you use to evaluate the sustainability of your packaging solutions for soybean products, and what R&amp;D activities support this evaluation?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1051-0245</w:t>
            </w:r>
          </w:p>
        </w:tc>
        <w:tc>
          <w:tcPr>
            <w:tcW w:type="dxa" w:w="2160"/>
          </w:tcPr>
          <w:p>
            <w:r>
              <w:t>Consumer Information</w:t>
            </w:r>
          </w:p>
        </w:tc>
        <w:tc>
          <w:tcPr>
            <w:tcW w:type="dxa" w:w="2160"/>
          </w:tcPr>
          <w:p>
            <w:r>
              <w:t>What R&amp;D initiatives have you implemented to enhance the transparency of consumer information related to your soybean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1051-0246</w:t>
            </w:r>
          </w:p>
        </w:tc>
        <w:tc>
          <w:tcPr>
            <w:tcW w:type="dxa" w:w="2160"/>
          </w:tcPr>
          <w:p>
            <w:r>
              <w:t>Product Recalls</w:t>
            </w:r>
          </w:p>
        </w:tc>
        <w:tc>
          <w:tcPr>
            <w:tcW w:type="dxa" w:w="2160"/>
          </w:tcPr>
          <w:p>
            <w:r>
              <w:t>What R&amp;D strategies do you employ to simulate product recall scenarios for your soybean products, and what have you learned from these simulations?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1051-0247</w:t>
            </w:r>
          </w:p>
        </w:tc>
        <w:tc>
          <w:tcPr>
            <w:tcW w:type="dxa" w:w="2160"/>
          </w:tcPr>
          <w:p>
            <w:r>
              <w:t>Inventory Management</w:t>
            </w:r>
          </w:p>
        </w:tc>
        <w:tc>
          <w:tcPr>
            <w:tcW w:type="dxa" w:w="2160"/>
          </w:tcPr>
          <w:p>
            <w:r>
              <w:t>What innovative data analytics methods have you tested to improve inventory management for your soybean products post-packaging?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REGULATORY-COMPLIANCE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1051-0248</w:t>
            </w:r>
          </w:p>
        </w:tc>
        <w:tc>
          <w:tcPr>
            <w:tcW w:type="dxa" w:w="2160"/>
          </w:tcPr>
          <w:p>
            <w:r>
              <w:t>USDA Regulations</w:t>
            </w:r>
          </w:p>
        </w:tc>
        <w:tc>
          <w:tcPr>
            <w:tcW w:type="dxa" w:w="2160"/>
          </w:tcPr>
          <w:p>
            <w:r>
              <w:t>What specific USDA regulations do you comply with in your soybean farming operations, and how do you ensure adherence to these regulations?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1051-0249</w:t>
            </w:r>
          </w:p>
        </w:tc>
        <w:tc>
          <w:tcPr>
            <w:tcW w:type="dxa" w:w="2160"/>
          </w:tcPr>
          <w:p>
            <w:r>
              <w:t>EPA Guidelines</w:t>
            </w:r>
          </w:p>
        </w:tc>
        <w:tc>
          <w:tcPr>
            <w:tcW w:type="dxa" w:w="2160"/>
          </w:tcPr>
          <w:p>
            <w:r>
              <w:t>Can you describe the environmental practices you have implemented to comply with EPA guidelines for pesticide use in soybean farming?</w:t>
              <w:br/>
              <w:t>Answer type: Long text</w:t>
              <w:br/>
              <w:t>Trigger: Always</w:t>
              <w:br/>
              <w:t>Required: No</w:t>
              <w:br/>
              <w:t>Risk: Medium</w:t>
            </w:r>
          </w:p>
        </w:tc>
        <w:tc>
          <w:tcPr>
            <w:tcW w:type="dxa" w:w="2160"/>
          </w:tcPr>
          <w:p>
            <w:r>
              <w:t>Primary authority: EPA Federal Insecticide, Fungicide, and Rodenticide Act</w:t>
              <w:br/>
              <w:t>Response: ___________________________</w:t>
              <w:br/>
              <w:t>Evidence: ___________________________</w:t>
              <w:br/>
              <w:t>Reviewer conclusion: ___________________________</w:t>
            </w:r>
          </w:p>
        </w:tc>
      </w:tr>
      <w:tr>
        <w:tc>
          <w:tcPr>
            <w:tcW w:type="dxa" w:w="2160"/>
          </w:tcPr>
          <w:p>
            <w:r>
              <w:t>1051-0250</w:t>
            </w:r>
          </w:p>
        </w:tc>
        <w:tc>
          <w:tcPr>
            <w:tcW w:type="dxa" w:w="2160"/>
          </w:tcPr>
          <w:p>
            <w:r>
              <w:t>Food Safety Standards</w:t>
            </w:r>
          </w:p>
        </w:tc>
        <w:tc>
          <w:tcPr>
            <w:tcW w:type="dxa" w:w="2160"/>
          </w:tcPr>
          <w:p>
            <w:r>
              <w:t>What food safety standards do you apply during the processing of soybeans, and what measures do you take to ensure compliance?</w:t>
              <w:br/>
              <w:t>Answer type: Long text</w:t>
              <w:br/>
              <w:t>Trigger: Always</w:t>
              <w:br/>
              <w:t>Required: No</w:t>
              <w:br/>
              <w:t>Risk: High</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1051-0251</w:t>
            </w:r>
          </w:p>
        </w:tc>
        <w:tc>
          <w:tcPr>
            <w:tcW w:type="dxa" w:w="2160"/>
          </w:tcPr>
          <w:p>
            <w:r>
              <w:t>Organic Certification</w:t>
            </w:r>
          </w:p>
        </w:tc>
        <w:tc>
          <w:tcPr>
            <w:tcW w:type="dxa" w:w="2160"/>
          </w:tcPr>
          <w:p>
            <w:r>
              <w:t>What steps have you taken to achieve and maintain organic certification for your soybean crops, including any specific practices or documentation?</w:t>
              <w:br/>
              <w:t>Answer type: Long text</w:t>
              <w:br/>
              <w:t>Trigger: Always</w:t>
              <w:br/>
              <w:t>Required: No</w:t>
              <w:br/>
              <w:t>Risk: High</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1051-0252</w:t>
            </w:r>
          </w:p>
        </w:tc>
        <w:tc>
          <w:tcPr>
            <w:tcW w:type="dxa" w:w="2160"/>
          </w:tcPr>
          <w:p>
            <w:r>
              <w:t>GMO Labeling</w:t>
            </w:r>
          </w:p>
        </w:tc>
        <w:tc>
          <w:tcPr>
            <w:tcW w:type="dxa" w:w="2160"/>
          </w:tcPr>
          <w:p>
            <w:r>
              <w:t>How do you manage GMO labeling requirements for your soybean products, and what documentation do you maintain to support your compliance?</w:t>
              <w:br/>
              <w:t>Answer type: Long text</w:t>
              <w:br/>
              <w:t>Trigger: Always</w:t>
              <w:br/>
              <w:t>Required: No</w:t>
              <w:br/>
              <w:t>Risk: Medium</w:t>
            </w:r>
          </w:p>
        </w:tc>
        <w:tc>
          <w:tcPr>
            <w:tcW w:type="dxa" w:w="2160"/>
          </w:tcPr>
          <w:p>
            <w:r>
              <w:t>Primary authority: FDA GMO Labeling Regulations</w:t>
              <w:br/>
              <w:t>Response: ___________________________</w:t>
              <w:br/>
              <w:t>Evidence: ___________________________</w:t>
              <w:br/>
              <w:t>Reviewer conclusion: ___________________________</w:t>
            </w:r>
          </w:p>
        </w:tc>
      </w:tr>
      <w:tr>
        <w:tc>
          <w:tcPr>
            <w:tcW w:type="dxa" w:w="2160"/>
          </w:tcPr>
          <w:p>
            <w:r>
              <w:t>1051-0253</w:t>
            </w:r>
          </w:p>
        </w:tc>
        <w:tc>
          <w:tcPr>
            <w:tcW w:type="dxa" w:w="2160"/>
          </w:tcPr>
          <w:p>
            <w:r>
              <w:t>Environmental Impact Assessments</w:t>
            </w:r>
          </w:p>
        </w:tc>
        <w:tc>
          <w:tcPr>
            <w:tcW w:type="dxa" w:w="2160"/>
          </w:tcPr>
          <w:p>
            <w:r>
              <w:t>Have you conducted any environmental impact assessments related to your soybean farming practices? If so, what were the findings and how did they influence your operations?</w:t>
              <w:br/>
              <w:t>Answer type: Long text</w:t>
              <w:br/>
              <w:t>Trigger: Always</w:t>
              <w:br/>
              <w:t>Required: No</w:t>
              <w:br/>
              <w:t>Risk: Medium</w:t>
            </w:r>
          </w:p>
        </w:tc>
        <w:tc>
          <w:tcPr>
            <w:tcW w:type="dxa" w:w="2160"/>
          </w:tcPr>
          <w:p>
            <w:r>
              <w:t>Primary authority: NEPA Compliance</w:t>
              <w:br/>
              <w:t>Response: ___________________________</w:t>
              <w:br/>
              <w:t>Evidence: ___________________________</w:t>
              <w:br/>
              <w:t>Reviewer conclusion: ___________________________</w:t>
            </w:r>
          </w:p>
        </w:tc>
      </w:tr>
      <w:tr>
        <w:tc>
          <w:tcPr>
            <w:tcW w:type="dxa" w:w="2160"/>
          </w:tcPr>
          <w:p>
            <w:r>
              <w:t>1051-0254</w:t>
            </w:r>
          </w:p>
        </w:tc>
        <w:tc>
          <w:tcPr>
            <w:tcW w:type="dxa" w:w="2160"/>
          </w:tcPr>
          <w:p>
            <w:r>
              <w:t>State Regulations</w:t>
            </w:r>
          </w:p>
        </w:tc>
        <w:tc>
          <w:tcPr>
            <w:tcW w:type="dxa" w:w="2160"/>
          </w:tcPr>
          <w:p>
            <w:r>
              <w:t>What specific state regulations do you need to comply with for soybean farming in your location, and how do you monitor compliance?</w:t>
              <w:br/>
              <w:t>Answer type: Long text</w:t>
              <w:br/>
              <w:t>Trigger: Always</w:t>
              <w:br/>
              <w:t>Required: No</w:t>
              <w:br/>
              <w:t>Risk: Medium</w:t>
            </w:r>
          </w:p>
        </w:tc>
        <w:tc>
          <w:tcPr>
            <w:tcW w:type="dxa" w:w="2160"/>
          </w:tcPr>
          <w:p>
            <w:r>
              <w:t>Primary authority: State Department of Agriculture</w:t>
              <w:br/>
              <w:t>Response: ___________________________</w:t>
              <w:br/>
              <w:t>Evidence: ___________________________</w:t>
              <w:br/>
              <w:t>Reviewer conclusion: ___________________________</w:t>
            </w:r>
          </w:p>
        </w:tc>
      </w:tr>
      <w:tr>
        <w:tc>
          <w:tcPr>
            <w:tcW w:type="dxa" w:w="2160"/>
          </w:tcPr>
          <w:p>
            <w:r>
              <w:t>1051-0255</w:t>
            </w:r>
          </w:p>
        </w:tc>
        <w:tc>
          <w:tcPr>
            <w:tcW w:type="dxa" w:w="2160"/>
          </w:tcPr>
          <w:p>
            <w:r>
              <w:t>Import/Export Compliance</w:t>
            </w:r>
          </w:p>
        </w:tc>
        <w:tc>
          <w:tcPr>
            <w:tcW w:type="dxa" w:w="2160"/>
          </w:tcPr>
          <w:p>
            <w:r>
              <w:t>What procedures do you have in place to ensure compliance with import/export regulations for soybeans, including any necessary permits or documentation?</w:t>
              <w:br/>
              <w:t>Answer type: Long text</w:t>
              <w:br/>
              <w:t>Trigger: Always</w:t>
              <w:br/>
              <w:t>Required: No</w:t>
              <w:br/>
              <w:t>Risk: High</w:t>
            </w:r>
          </w:p>
        </w:tc>
        <w:tc>
          <w:tcPr>
            <w:tcW w:type="dxa" w:w="2160"/>
          </w:tcPr>
          <w:p>
            <w:r>
              <w:t>Primary authority: USDA Animal and Plant Health Inspection Service</w:t>
              <w:br/>
              <w:t>Response: ___________________________</w:t>
              <w:br/>
              <w:t>Evidence: ___________________________</w:t>
              <w:br/>
              <w:t>Reviewer conclusion: ___________________________</w:t>
            </w:r>
          </w:p>
        </w:tc>
      </w:tr>
      <w:tr>
        <w:tc>
          <w:tcPr>
            <w:tcW w:type="dxa" w:w="2160"/>
          </w:tcPr>
          <w:p>
            <w:r>
              <w:t>1051-0256</w:t>
            </w:r>
          </w:p>
        </w:tc>
        <w:tc>
          <w:tcPr>
            <w:tcW w:type="dxa" w:w="2160"/>
          </w:tcPr>
          <w:p>
            <w:r>
              <w:t>Water Use Regulations</w:t>
            </w:r>
          </w:p>
        </w:tc>
        <w:tc>
          <w:tcPr>
            <w:tcW w:type="dxa" w:w="2160"/>
          </w:tcPr>
          <w:p>
            <w:r>
              <w:t>What water use regulations impact your soybean farming operations, and how do you ensure compliance with these regulations?</w:t>
              <w:br/>
              <w:t>Answer type: Long text</w:t>
              <w:br/>
              <w:t>Trigger: Always</w:t>
              <w:br/>
              <w:t>Required: No</w:t>
              <w:br/>
              <w:t>Risk: Medium</w:t>
            </w:r>
          </w:p>
        </w:tc>
        <w:tc>
          <w:tcPr>
            <w:tcW w:type="dxa" w:w="2160"/>
          </w:tcPr>
          <w:p>
            <w:r>
              <w:t>Primary authority: State Water Resources Control Board</w:t>
              <w:br/>
              <w:t>Response: ___________________________</w:t>
              <w:br/>
              <w:t>Evidence: ___________________________</w:t>
              <w:br/>
              <w:t>Reviewer conclusion: ___________________________</w:t>
            </w:r>
          </w:p>
        </w:tc>
      </w:tr>
      <w:tr>
        <w:tc>
          <w:tcPr>
            <w:tcW w:type="dxa" w:w="2160"/>
          </w:tcPr>
          <w:p>
            <w:r>
              <w:t>1051-0257</w:t>
            </w:r>
          </w:p>
        </w:tc>
        <w:tc>
          <w:tcPr>
            <w:tcW w:type="dxa" w:w="2160"/>
          </w:tcPr>
          <w:p>
            <w:r>
              <w:t>Soil Conservation Practices</w:t>
            </w:r>
          </w:p>
        </w:tc>
        <w:tc>
          <w:tcPr>
            <w:tcW w:type="dxa" w:w="2160"/>
          </w:tcPr>
          <w:p>
            <w:r>
              <w:t>What soil conservation practices do you implement to comply with federal or state regulations, and how do you document these practices?</w:t>
              <w:br/>
              <w:t>Answer type: Long text</w:t>
              <w:br/>
              <w:t>Trigger: Always</w:t>
              <w:br/>
              <w:t>Required: No</w:t>
              <w:br/>
              <w:t>Risk: Medium</w:t>
            </w:r>
          </w:p>
        </w:tc>
        <w:tc>
          <w:tcPr>
            <w:tcW w:type="dxa" w:w="2160"/>
          </w:tcPr>
          <w:p>
            <w:r>
              <w:t>Primary authority: USDA Natural Resources Conservation Service</w:t>
              <w:br/>
              <w:t>Response: ___________________________</w:t>
              <w:br/>
              <w:t>Evidence: ___________________________</w:t>
              <w:br/>
              <w:t>Reviewer conclusion: ___________________________</w:t>
            </w:r>
          </w:p>
        </w:tc>
      </w:tr>
      <w:tr>
        <w:tc>
          <w:tcPr>
            <w:tcW w:type="dxa" w:w="2160"/>
          </w:tcPr>
          <w:p>
            <w:r>
              <w:t>1051-0258</w:t>
            </w:r>
          </w:p>
        </w:tc>
        <w:tc>
          <w:tcPr>
            <w:tcW w:type="dxa" w:w="2160"/>
          </w:tcPr>
          <w:p>
            <w:r>
              <w:t>Labor Regulations</w:t>
            </w:r>
          </w:p>
        </w:tc>
        <w:tc>
          <w:tcPr>
            <w:tcW w:type="dxa" w:w="2160"/>
          </w:tcPr>
          <w:p>
            <w:r>
              <w:t>How do you ensure compliance with labor regulations affecting your soybean farming operations, including worker safety and wage laws?</w:t>
              <w:br/>
              <w:t>Answer type: Long text</w:t>
              <w:br/>
              <w:t>Trigger: Always</w:t>
              <w:br/>
              <w:t>Required: No</w:t>
              <w:br/>
              <w:t>Risk: Medium</w:t>
            </w:r>
          </w:p>
        </w:tc>
        <w:tc>
          <w:tcPr>
            <w:tcW w:type="dxa" w:w="2160"/>
          </w:tcPr>
          <w:p>
            <w:r>
              <w:t>Primary authority: Department of Labor</w:t>
              <w:br/>
              <w:t>Response: ___________________________</w:t>
              <w:br/>
              <w:t>Evidence: ___________________________</w:t>
              <w:br/>
              <w:t>Reviewer conclusion: ___________________________</w:t>
            </w:r>
          </w:p>
        </w:tc>
      </w:tr>
      <w:tr>
        <w:tc>
          <w:tcPr>
            <w:tcW w:type="dxa" w:w="2160"/>
          </w:tcPr>
          <w:p>
            <w:r>
              <w:t>1051-0259</w:t>
            </w:r>
          </w:p>
        </w:tc>
        <w:tc>
          <w:tcPr>
            <w:tcW w:type="dxa" w:w="2160"/>
          </w:tcPr>
          <w:p>
            <w:r>
              <w:t>Pesticide Registration</w:t>
            </w:r>
          </w:p>
        </w:tc>
        <w:tc>
          <w:tcPr>
            <w:tcW w:type="dxa" w:w="2160"/>
          </w:tcPr>
          <w:p>
            <w:r>
              <w:t>What processes do you follow to ensure that all pesticides used in your soybean farming are registered and compliant with federal and state regulations?</w:t>
              <w:br/>
              <w:t>Answer type: Long text</w:t>
              <w:br/>
              <w:t>Trigger: Always</w:t>
              <w:br/>
              <w:t>Required: No</w:t>
              <w:br/>
              <w:t>Risk: High</w:t>
            </w:r>
          </w:p>
        </w:tc>
        <w:tc>
          <w:tcPr>
            <w:tcW w:type="dxa" w:w="2160"/>
          </w:tcPr>
          <w:p>
            <w:r>
              <w:t>Primary authority: EPA Pesticide Registration Act</w:t>
              <w:br/>
              <w:t>Response: ___________________________</w:t>
              <w:br/>
              <w:t>Evidence: ___________________________</w:t>
              <w:br/>
              <w:t>Reviewer conclusion: ___________________________</w:t>
            </w:r>
          </w:p>
        </w:tc>
      </w:tr>
    </w:tbl>
    <w:p/>
    <w:p>
      <w:pPr>
        <w:pStyle w:val="Heading2"/>
      </w:pPr>
      <w:r>
        <w:t>SUSTAINABILITY-PRACTICES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1051-0260</w:t>
            </w:r>
          </w:p>
        </w:tc>
        <w:tc>
          <w:tcPr>
            <w:tcW w:type="dxa" w:w="2160"/>
          </w:tcPr>
          <w:p>
            <w:r>
              <w:t>Soil Conservation</w:t>
            </w:r>
          </w:p>
        </w:tc>
        <w:tc>
          <w:tcPr>
            <w:tcW w:type="dxa" w:w="2160"/>
          </w:tcPr>
          <w:p>
            <w:r>
              <w:t>What specific soil conservation practices have you implemented on your soybean farm to enhance soil health and prevent erosion? Please detail any experimental methods used to assess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1051-0261</w:t>
            </w:r>
          </w:p>
        </w:tc>
        <w:tc>
          <w:tcPr>
            <w:tcW w:type="dxa" w:w="2160"/>
          </w:tcPr>
          <w:p>
            <w:r>
              <w:t>Water Management</w:t>
            </w:r>
          </w:p>
        </w:tc>
        <w:tc>
          <w:tcPr>
            <w:tcW w:type="dxa" w:w="2160"/>
          </w:tcPr>
          <w:p>
            <w:r>
              <w:t>Can you describe any innovative water management techniques you have adopted for irrigating your soybean crops? Include any trials conducted to measure their impact on yield and water usage.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1051-0262</w:t>
            </w:r>
          </w:p>
        </w:tc>
        <w:tc>
          <w:tcPr>
            <w:tcW w:type="dxa" w:w="2160"/>
          </w:tcPr>
          <w:p>
            <w:r>
              <w:t>Biodiversity</w:t>
            </w:r>
          </w:p>
        </w:tc>
        <w:tc>
          <w:tcPr>
            <w:tcW w:type="dxa" w:w="2160"/>
          </w:tcPr>
          <w:p>
            <w:r>
              <w:t>What measures have you taken to promote biodiversity on your soybean farm? Please provide details on any experimental approaches used to evaluate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1051-0263</w:t>
            </w:r>
          </w:p>
        </w:tc>
        <w:tc>
          <w:tcPr>
            <w:tcW w:type="dxa" w:w="2160"/>
          </w:tcPr>
          <w:p>
            <w:r>
              <w:t>Carbon Footprint Reduction</w:t>
            </w:r>
          </w:p>
        </w:tc>
        <w:tc>
          <w:tcPr>
            <w:tcW w:type="dxa" w:w="2160"/>
          </w:tcPr>
          <w:p>
            <w:r>
              <w:t>What specific strategies have you implemented to reduce the carbon footprint of your soybean farming operations? Detail any experimental data supporting these strategies.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1051-0264</w:t>
            </w:r>
          </w:p>
        </w:tc>
        <w:tc>
          <w:tcPr>
            <w:tcW w:type="dxa" w:w="2160"/>
          </w:tcPr>
          <w:p>
            <w:r>
              <w:t>Renewable Energy Use</w:t>
            </w:r>
          </w:p>
        </w:tc>
        <w:tc>
          <w:tcPr>
            <w:tcW w:type="dxa" w:w="2160"/>
          </w:tcPr>
          <w:p>
            <w:r>
              <w:t>Have you integrated renewable energy sources into your soybean farming operations? If so, please describe the technologies used and any trials conducted to assess their impact on operational efficiency.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1051-0265</w:t>
            </w:r>
          </w:p>
        </w:tc>
        <w:tc>
          <w:tcPr>
            <w:tcW w:type="dxa" w:w="2160"/>
          </w:tcPr>
          <w:p>
            <w:r>
              <w:t>Waste Management</w:t>
            </w:r>
          </w:p>
        </w:tc>
        <w:tc>
          <w:tcPr>
            <w:tcW w:type="dxa" w:w="2160"/>
          </w:tcPr>
          <w:p>
            <w:r>
              <w:t>What waste management practices have you implemented in your soybean processing operations? Include any experimental methods used to evaluate their effectiveness in reducing waste.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1051-0266</w:t>
            </w:r>
          </w:p>
        </w:tc>
        <w:tc>
          <w:tcPr>
            <w:tcW w:type="dxa" w:w="2160"/>
          </w:tcPr>
          <w:p>
            <w:r>
              <w:t>Sustainable Farming Certifications</w:t>
            </w:r>
          </w:p>
        </w:tc>
        <w:tc>
          <w:tcPr>
            <w:tcW w:type="dxa" w:w="2160"/>
          </w:tcPr>
          <w:p>
            <w:r>
              <w:t>What sustainable farming certifications have you pursued for your soybean farm? Please detail any experimental processes undertaken to meet certification standards.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1051-0267</w:t>
            </w:r>
          </w:p>
        </w:tc>
        <w:tc>
          <w:tcPr>
            <w:tcW w:type="dxa" w:w="2160"/>
          </w:tcPr>
          <w:p>
            <w:r>
              <w:t>Community Engagement</w:t>
            </w:r>
          </w:p>
        </w:tc>
        <w:tc>
          <w:tcPr>
            <w:tcW w:type="dxa" w:w="2160"/>
          </w:tcPr>
          <w:p>
            <w:r>
              <w:t>How do you engage with the local community regarding sustainable practices in soybean farming? Provide examples of any experimental outreach initiatives and their outcomes.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1051-0268</w:t>
            </w:r>
          </w:p>
        </w:tc>
        <w:tc>
          <w:tcPr>
            <w:tcW w:type="dxa" w:w="2160"/>
          </w:tcPr>
          <w:p>
            <w:r>
              <w:t>Soil Conservation</w:t>
            </w:r>
          </w:p>
        </w:tc>
        <w:tc>
          <w:tcPr>
            <w:tcW w:type="dxa" w:w="2160"/>
          </w:tcPr>
          <w:p>
            <w:r>
              <w:t>What specific soil amendments have you experimented with to improve soil quality for soybean production? Please describe the trials conducted and their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1051-0269</w:t>
            </w:r>
          </w:p>
        </w:tc>
        <w:tc>
          <w:tcPr>
            <w:tcW w:type="dxa" w:w="2160"/>
          </w:tcPr>
          <w:p>
            <w:r>
              <w:t>Water Management</w:t>
            </w:r>
          </w:p>
        </w:tc>
        <w:tc>
          <w:tcPr>
            <w:tcW w:type="dxa" w:w="2160"/>
          </w:tcPr>
          <w:p>
            <w:r>
              <w:t>Have you tested any new irrigation technologies or methods to optimize water use on your soybean farm? Detail the technologies and any experimental results obtained.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1051-0270</w:t>
            </w:r>
          </w:p>
        </w:tc>
        <w:tc>
          <w:tcPr>
            <w:tcW w:type="dxa" w:w="2160"/>
          </w:tcPr>
          <w:p>
            <w:r>
              <w:t>Biodiversity</w:t>
            </w:r>
          </w:p>
        </w:tc>
        <w:tc>
          <w:tcPr>
            <w:tcW w:type="dxa" w:w="2160"/>
          </w:tcPr>
          <w:p>
            <w:r>
              <w:t>What specific crops or plants have you introduced to enhance biodiversity on your soybean farm? Describe any trials conducted to assess their impact on the ecosystem.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1051-0271</w:t>
            </w:r>
          </w:p>
        </w:tc>
        <w:tc>
          <w:tcPr>
            <w:tcW w:type="dxa" w:w="2160"/>
          </w:tcPr>
          <w:p>
            <w:r>
              <w:t>Carbon Footprint Reduction</w:t>
            </w:r>
          </w:p>
        </w:tc>
        <w:tc>
          <w:tcPr>
            <w:tcW w:type="dxa" w:w="2160"/>
          </w:tcPr>
          <w:p>
            <w:r>
              <w:t>What carbon offset initiatives have you explored or implemented in your soybean farming operations? Please provide details on any experimental assessments conducted to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1051-0272</w:t>
            </w:r>
          </w:p>
        </w:tc>
        <w:tc>
          <w:tcPr>
            <w:tcW w:type="dxa" w:w="2160"/>
          </w:tcPr>
          <w:p>
            <w:r>
              <w:t>Renewable Energy Use</w:t>
            </w:r>
          </w:p>
        </w:tc>
        <w:tc>
          <w:tcPr>
            <w:tcW w:type="dxa" w:w="2160"/>
          </w:tcPr>
          <w:p>
            <w:r>
              <w:t>What specific renewable energy systems (e.g., solar, wind) have you installed on your soybean farm? Detail any experimental evaluations of their performance and impact on energy consumption.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1051-0273</w:t>
            </w:r>
          </w:p>
        </w:tc>
        <w:tc>
          <w:tcPr>
            <w:tcW w:type="dxa" w:w="2160"/>
          </w:tcPr>
          <w:p>
            <w:r>
              <w:t>Waste Management</w:t>
            </w:r>
          </w:p>
        </w:tc>
        <w:tc>
          <w:tcPr>
            <w:tcW w:type="dxa" w:w="2160"/>
          </w:tcPr>
          <w:p>
            <w:r>
              <w:t>How do you track and measure waste generated during soybean processing? Describe any experimental methods used to improve waste reduction efforts.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1051-0274</w:t>
            </w:r>
          </w:p>
        </w:tc>
        <w:tc>
          <w:tcPr>
            <w:tcW w:type="dxa" w:w="2160"/>
          </w:tcPr>
          <w:p>
            <w:r>
              <w:t>Sustainable Farming Certifications</w:t>
            </w:r>
          </w:p>
        </w:tc>
        <w:tc>
          <w:tcPr>
            <w:tcW w:type="dxa" w:w="2160"/>
          </w:tcPr>
          <w:p>
            <w:r>
              <w:t>What challenges have you faced in obtaining sustainable farming certifications for your soybean farm? Include any experimental approaches taken to overcome these challenges.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1051-0275</w:t>
            </w:r>
          </w:p>
        </w:tc>
        <w:tc>
          <w:tcPr>
            <w:tcW w:type="dxa" w:w="2160"/>
          </w:tcPr>
          <w:p>
            <w:r>
              <w:t>Community Engagement</w:t>
            </w:r>
          </w:p>
        </w:tc>
        <w:tc>
          <w:tcPr>
            <w:tcW w:type="dxa" w:w="2160"/>
          </w:tcPr>
          <w:p>
            <w:r>
              <w:t>What partnerships have you formed with local organizations to promote sustainable soybean farming practices? Please describe any experimental initiatives and their outcomes.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1051-0276</w:t>
            </w:r>
          </w:p>
        </w:tc>
        <w:tc>
          <w:tcPr>
            <w:tcW w:type="dxa" w:w="2160"/>
          </w:tcPr>
          <w:p>
            <w:r>
              <w:t>Soil Conservation</w:t>
            </w:r>
          </w:p>
        </w:tc>
        <w:tc>
          <w:tcPr>
            <w:tcW w:type="dxa" w:w="2160"/>
          </w:tcPr>
          <w:p>
            <w:r>
              <w:t>Have you conducted any experiments with cover cropping on your soybean farm? If so, please detail the methods and results of these experiments.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1051-0277</w:t>
            </w:r>
          </w:p>
        </w:tc>
        <w:tc>
          <w:tcPr>
            <w:tcW w:type="dxa" w:w="2160"/>
          </w:tcPr>
          <w:p>
            <w:r>
              <w:t>Water Management</w:t>
            </w:r>
          </w:p>
        </w:tc>
        <w:tc>
          <w:tcPr>
            <w:tcW w:type="dxa" w:w="2160"/>
          </w:tcPr>
          <w:p>
            <w:r>
              <w:t>What metrics do you use to evaluate the effectiveness of your water management practices in soybean farming? Describe any experimental data collected to support your evaluations.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1051-0278</w:t>
            </w:r>
          </w:p>
        </w:tc>
        <w:tc>
          <w:tcPr>
            <w:tcW w:type="dxa" w:w="2160"/>
          </w:tcPr>
          <w:p>
            <w:r>
              <w:t>Biodiversity</w:t>
            </w:r>
          </w:p>
        </w:tc>
        <w:tc>
          <w:tcPr>
            <w:tcW w:type="dxa" w:w="2160"/>
          </w:tcPr>
          <w:p>
            <w:r>
              <w:t>How do you monitor the impact of your biodiversity initiatives on soybean crop health? Please provide details on any experimental assessments conducted.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1051-0279</w:t>
            </w:r>
          </w:p>
        </w:tc>
        <w:tc>
          <w:tcPr>
            <w:tcW w:type="dxa" w:w="2160"/>
          </w:tcPr>
          <w:p>
            <w:r>
              <w:t>Eco-Friendly Practices</w:t>
            </w:r>
          </w:p>
        </w:tc>
        <w:tc>
          <w:tcPr>
            <w:tcW w:type="dxa" w:w="2160"/>
          </w:tcPr>
          <w:p>
            <w:r>
              <w:t>What eco-friendly practices do you incorporate into your soybean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DATA-MANAGEMENT-SYSTEMS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1051-0280</w:t>
            </w:r>
          </w:p>
        </w:tc>
        <w:tc>
          <w:tcPr>
            <w:tcW w:type="dxa" w:w="2160"/>
          </w:tcPr>
          <w:p>
            <w:r>
              <w:t>Farm Management Software</w:t>
            </w:r>
          </w:p>
        </w:tc>
        <w:tc>
          <w:tcPr>
            <w:tcW w:type="dxa" w:w="2160"/>
          </w:tcPr>
          <w:p>
            <w:r>
              <w:t>What specific farm management software do you utilize for tracking soybean crop production, and what features do you find most beneficial for managing R&amp;D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1051-0281</w:t>
            </w:r>
          </w:p>
        </w:tc>
        <w:tc>
          <w:tcPr>
            <w:tcW w:type="dxa" w:w="2160"/>
          </w:tcPr>
          <w:p>
            <w:r>
              <w:t>Data Analytics</w:t>
            </w:r>
          </w:p>
        </w:tc>
        <w:tc>
          <w:tcPr>
            <w:tcW w:type="dxa" w:w="2160"/>
          </w:tcPr>
          <w:p>
            <w:r>
              <w:t>Can you describe how you use data analytics to assess the effectiveness of different soybean varieties in your R&amp;D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1051-0282</w:t>
            </w:r>
          </w:p>
        </w:tc>
        <w:tc>
          <w:tcPr>
            <w:tcW w:type="dxa" w:w="2160"/>
          </w:tcPr>
          <w:p>
            <w:r>
              <w:t>Yield Mapping</w:t>
            </w:r>
          </w:p>
        </w:tc>
        <w:tc>
          <w:tcPr>
            <w:tcW w:type="dxa" w:w="2160"/>
          </w:tcPr>
          <w:p>
            <w:r>
              <w:t>What methods do you employ for yield mapping, and how does this data influence your decisions on soybean cultivation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1051-0283</w:t>
            </w:r>
          </w:p>
        </w:tc>
        <w:tc>
          <w:tcPr>
            <w:tcW w:type="dxa" w:w="2160"/>
          </w:tcPr>
          <w:p>
            <w:r>
              <w:t>Sensor Technology</w:t>
            </w:r>
          </w:p>
        </w:tc>
        <w:tc>
          <w:tcPr>
            <w:tcW w:type="dxa" w:w="2160"/>
          </w:tcPr>
          <w:p>
            <w:r>
              <w:t>What types of sensor technology do you implement on your soybean farm, and how do they contribute to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1051-0284</w:t>
            </w:r>
          </w:p>
        </w:tc>
        <w:tc>
          <w:tcPr>
            <w:tcW w:type="dxa" w:w="2160"/>
          </w:tcPr>
          <w:p>
            <w:r>
              <w:t>Remote Sensing</w:t>
            </w:r>
          </w:p>
        </w:tc>
        <w:tc>
          <w:tcPr>
            <w:tcW w:type="dxa" w:w="2160"/>
          </w:tcPr>
          <w:p>
            <w:r>
              <w:t>How do you utilize remote sensing technologies to gather data for your soybean research and development initiatives?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1051-0285</w:t>
            </w:r>
          </w:p>
        </w:tc>
        <w:tc>
          <w:tcPr>
            <w:tcW w:type="dxa" w:w="2160"/>
          </w:tcPr>
          <w:p>
            <w:r>
              <w:t>Decision Support Systems</w:t>
            </w:r>
          </w:p>
        </w:tc>
        <w:tc>
          <w:tcPr>
            <w:tcW w:type="dxa" w:w="2160"/>
          </w:tcPr>
          <w:p>
            <w:r>
              <w:t>What decision support systems are in place to aid in your R&amp;D decision-making for soybean farming, and how do they integrate with your existing data management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1051-0286</w:t>
            </w:r>
          </w:p>
        </w:tc>
        <w:tc>
          <w:tcPr>
            <w:tcW w:type="dxa" w:w="2160"/>
          </w:tcPr>
          <w:p>
            <w:r>
              <w:t>Record Keeping</w:t>
            </w:r>
          </w:p>
        </w:tc>
        <w:tc>
          <w:tcPr>
            <w:tcW w:type="dxa" w:w="2160"/>
          </w:tcPr>
          <w:p>
            <w:r>
              <w:t>What specific record-keeping practices do you follow to document R&amp;D activities related to soybean production, and how do you ensure compliance with tax regulations?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1051-0287</w:t>
            </w:r>
          </w:p>
        </w:tc>
        <w:tc>
          <w:tcPr>
            <w:tcW w:type="dxa" w:w="2160"/>
          </w:tcPr>
          <w:p>
            <w:r>
              <w:t>Data Security</w:t>
            </w:r>
          </w:p>
        </w:tc>
        <w:tc>
          <w:tcPr>
            <w:tcW w:type="dxa" w:w="2160"/>
          </w:tcPr>
          <w:p>
            <w:r>
              <w:t>What measures do you have in place to secure the data collected from your soybean R&amp;D activities, and how do you ensure that sensitive information is protected?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1051-0288</w:t>
            </w:r>
          </w:p>
        </w:tc>
        <w:tc>
          <w:tcPr>
            <w:tcW w:type="dxa" w:w="2160"/>
          </w:tcPr>
          <w:p>
            <w:r>
              <w:t>Integration of Systems</w:t>
            </w:r>
          </w:p>
        </w:tc>
        <w:tc>
          <w:tcPr>
            <w:tcW w:type="dxa" w:w="2160"/>
          </w:tcPr>
          <w:p>
            <w:r>
              <w:t>How do you integrate various data management systems (e.g., farm management software, sensor data) to enhance your R&amp;D capabilities for soybean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1051-0289</w:t>
            </w:r>
          </w:p>
        </w:tc>
        <w:tc>
          <w:tcPr>
            <w:tcW w:type="dxa" w:w="2160"/>
          </w:tcPr>
          <w:p>
            <w:r>
              <w:t>Data Collection Frequency</w:t>
            </w:r>
          </w:p>
        </w:tc>
        <w:tc>
          <w:tcPr>
            <w:tcW w:type="dxa" w:w="2160"/>
          </w:tcPr>
          <w:p>
            <w:r>
              <w:t>What is the frequency of data collection for your R&amp;D activities related to soybean farming, and how does this frequency impact your research outcomes?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1051-0290</w:t>
            </w:r>
          </w:p>
        </w:tc>
        <w:tc>
          <w:tcPr>
            <w:tcW w:type="dxa" w:w="2160"/>
          </w:tcPr>
          <w:p>
            <w:r>
              <w:t>Collaboration Tools</w:t>
            </w:r>
          </w:p>
        </w:tc>
        <w:tc>
          <w:tcPr>
            <w:tcW w:type="dxa" w:w="2160"/>
          </w:tcPr>
          <w:p>
            <w:r>
              <w:t>What collaboration tools do you use to share data and insights from your soybean R&amp;D efforts with team members or external partners?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1051-0291</w:t>
            </w:r>
          </w:p>
        </w:tc>
        <w:tc>
          <w:tcPr>
            <w:tcW w:type="dxa" w:w="2160"/>
          </w:tcPr>
          <w:p>
            <w:r>
              <w:t>Data Analysis Techniques</w:t>
            </w:r>
          </w:p>
        </w:tc>
        <w:tc>
          <w:tcPr>
            <w:tcW w:type="dxa" w:w="2160"/>
          </w:tcPr>
          <w:p>
            <w:r>
              <w:t>What specific data analysis techniques do you apply to evaluate the results of your soybean R&amp;D projects, and how do they inform future research directions?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1051-0292</w:t>
            </w:r>
          </w:p>
        </w:tc>
        <w:tc>
          <w:tcPr>
            <w:tcW w:type="dxa" w:w="2160"/>
          </w:tcPr>
          <w:p>
            <w:r>
              <w:t>Software Customization</w:t>
            </w:r>
          </w:p>
        </w:tc>
        <w:tc>
          <w:tcPr>
            <w:tcW w:type="dxa" w:w="2160"/>
          </w:tcPr>
          <w:p>
            <w:r>
              <w:t>Have you customized any software solutions to better fit your soybean R&amp;D needs, and if so, what specific functionalities were enhanced?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1051-0293</w:t>
            </w:r>
          </w:p>
        </w:tc>
        <w:tc>
          <w:tcPr>
            <w:tcW w:type="dxa" w:w="2160"/>
          </w:tcPr>
          <w:p>
            <w:r>
              <w:t>Performance Metrics</w:t>
            </w:r>
          </w:p>
        </w:tc>
        <w:tc>
          <w:tcPr>
            <w:tcW w:type="dxa" w:w="2160"/>
          </w:tcPr>
          <w:p>
            <w:r>
              <w:t>What performance metrics do you track to evaluate the success of your R&amp;D initiatives in soybean farming, and how are these metrics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AUTOMATION-AND-TECHNOLOGY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1051-0294</w:t>
            </w:r>
          </w:p>
        </w:tc>
        <w:tc>
          <w:tcPr>
            <w:tcW w:type="dxa" w:w="2160"/>
          </w:tcPr>
          <w:p>
            <w:r>
              <w:t>Precision Planting</w:t>
            </w:r>
          </w:p>
        </w:tc>
        <w:tc>
          <w:tcPr>
            <w:tcW w:type="dxa" w:w="2160"/>
          </w:tcPr>
          <w:p>
            <w:r>
              <w:t>What specific precision planting technologies have you implemented on your soybean farm, and what were the measurable outcomes in terms of yield improvement?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1051-0295</w:t>
            </w:r>
          </w:p>
        </w:tc>
        <w:tc>
          <w:tcPr>
            <w:tcW w:type="dxa" w:w="2160"/>
          </w:tcPr>
          <w:p>
            <w:r>
              <w:t>Automated Irrigation</w:t>
            </w:r>
          </w:p>
        </w:tc>
        <w:tc>
          <w:tcPr>
            <w:tcW w:type="dxa" w:w="2160"/>
          </w:tcPr>
          <w:p>
            <w:r>
              <w:t>Can you describe the automated irrigation systems used on your farm, including any innovations or customizations made to enhance water efficiency?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1051-0296</w:t>
            </w:r>
          </w:p>
        </w:tc>
        <w:tc>
          <w:tcPr>
            <w:tcW w:type="dxa" w:w="2160"/>
          </w:tcPr>
          <w:p>
            <w:r>
              <w:t>Drones in Agriculture</w:t>
            </w:r>
          </w:p>
        </w:tc>
        <w:tc>
          <w:tcPr>
            <w:tcW w:type="dxa" w:w="2160"/>
          </w:tcPr>
          <w:p>
            <w:r>
              <w:t>What specific applications of drone technology have you utilized for your soybean farming operations, and how have they contributed to data collection or crop monitoring?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1051-0297</w:t>
            </w:r>
          </w:p>
        </w:tc>
        <w:tc>
          <w:tcPr>
            <w:tcW w:type="dxa" w:w="2160"/>
          </w:tcPr>
          <w:p>
            <w:r>
              <w:t>Robotic Harvesters</w:t>
            </w:r>
          </w:p>
        </w:tc>
        <w:tc>
          <w:tcPr>
            <w:tcW w:type="dxa" w:w="2160"/>
          </w:tcPr>
          <w:p>
            <w:r>
              <w:t xml:space="preserve">Have you developed or integrated any robotic harvesting solutions for your soybean crops? Please detail the development process and any challenges faced.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1051-0298</w:t>
            </w:r>
          </w:p>
        </w:tc>
        <w:tc>
          <w:tcPr>
            <w:tcW w:type="dxa" w:w="2160"/>
          </w:tcPr>
          <w:p>
            <w:r>
              <w:t>Sensor Integration</w:t>
            </w:r>
          </w:p>
        </w:tc>
        <w:tc>
          <w:tcPr>
            <w:tcW w:type="dxa" w:w="2160"/>
          </w:tcPr>
          <w:p>
            <w:r>
              <w:t>What types of sensors have you integrated into your farming practices, and how have they improved decision-making processes in crop management?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1051-0299</w:t>
            </w:r>
          </w:p>
        </w:tc>
        <w:tc>
          <w:tcPr>
            <w:tcW w:type="dxa" w:w="2160"/>
          </w:tcPr>
          <w:p>
            <w:r>
              <w:t>Machine Learning Applications</w:t>
            </w:r>
          </w:p>
        </w:tc>
        <w:tc>
          <w:tcPr>
            <w:tcW w:type="dxa" w:w="2160"/>
          </w:tcPr>
          <w:p>
            <w:r>
              <w:t>Can you provide examples of how machine learning algorithms have been applied to analyze data from your soybean farming operations? What specific results were achieved?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1051-0300</w:t>
            </w:r>
          </w:p>
        </w:tc>
        <w:tc>
          <w:tcPr>
            <w:tcW w:type="dxa" w:w="2160"/>
          </w:tcPr>
          <w:p>
            <w:r>
              <w:t>AI in Farming</w:t>
            </w:r>
          </w:p>
        </w:tc>
        <w:tc>
          <w:tcPr>
            <w:tcW w:type="dxa" w:w="2160"/>
          </w:tcPr>
          <w:p>
            <w:r>
              <w:t>What artificial intelligence applications have you explored or implemented in your soybean farming, and what were the experimental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1051-0301</w:t>
            </w:r>
          </w:p>
        </w:tc>
        <w:tc>
          <w:tcPr>
            <w:tcW w:type="dxa" w:w="2160"/>
          </w:tcPr>
          <w:p>
            <w:r>
              <w:t>Field Data Collection</w:t>
            </w:r>
          </w:p>
        </w:tc>
        <w:tc>
          <w:tcPr>
            <w:tcW w:type="dxa" w:w="2160"/>
          </w:tcPr>
          <w:p>
            <w:r>
              <w:t>How do you collect and analyze field data to inform your farming practices, and what technologies do you use in this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1051-0302</w:t>
            </w:r>
          </w:p>
        </w:tc>
        <w:tc>
          <w:tcPr>
            <w:tcW w:type="dxa" w:w="2160"/>
          </w:tcPr>
          <w:p>
            <w:r>
              <w:t>Precision Planting</w:t>
            </w:r>
          </w:p>
        </w:tc>
        <w:tc>
          <w:tcPr>
            <w:tcW w:type="dxa" w:w="2160"/>
          </w:tcPr>
          <w:p>
            <w:r>
              <w:t>What challenges have you faced in implementing precision planting techniques, and how did you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1051-0303</w:t>
            </w:r>
          </w:p>
        </w:tc>
        <w:tc>
          <w:tcPr>
            <w:tcW w:type="dxa" w:w="2160"/>
          </w:tcPr>
          <w:p>
            <w:r>
              <w:t>Automated Irrigation</w:t>
            </w:r>
          </w:p>
        </w:tc>
        <w:tc>
          <w:tcPr>
            <w:tcW w:type="dxa" w:w="2160"/>
          </w:tcPr>
          <w:p>
            <w:r>
              <w:t>What metrics do you use to evaluate the effectiveness of your automated irrigation systems, and what improvements have you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1051-0304</w:t>
            </w:r>
          </w:p>
        </w:tc>
        <w:tc>
          <w:tcPr>
            <w:tcW w:type="dxa" w:w="2160"/>
          </w:tcPr>
          <w:p>
            <w:r>
              <w:t>Drones in Agriculture</w:t>
            </w:r>
          </w:p>
        </w:tc>
        <w:tc>
          <w:tcPr>
            <w:tcW w:type="dxa" w:w="2160"/>
          </w:tcPr>
          <w:p>
            <w:r>
              <w:t>How have you integrated drone technology with other agricultural practices on your farm, and what synergies have you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1051-0305</w:t>
            </w:r>
          </w:p>
        </w:tc>
        <w:tc>
          <w:tcPr>
            <w:tcW w:type="dxa" w:w="2160"/>
          </w:tcPr>
          <w:p>
            <w:r>
              <w:t>Robotic Harvesters</w:t>
            </w:r>
          </w:p>
        </w:tc>
        <w:tc>
          <w:tcPr>
            <w:tcW w:type="dxa" w:w="2160"/>
          </w:tcPr>
          <w:p>
            <w:r>
              <w:t>What specific features of robotic harvesters have you customized for soybean harvesting, and what was the rationale behind these customizations?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1051-0306</w:t>
            </w:r>
          </w:p>
        </w:tc>
        <w:tc>
          <w:tcPr>
            <w:tcW w:type="dxa" w:w="2160"/>
          </w:tcPr>
          <w:p>
            <w:r>
              <w:t>Sensor Integration</w:t>
            </w:r>
          </w:p>
        </w:tc>
        <w:tc>
          <w:tcPr>
            <w:tcW w:type="dxa" w:w="2160"/>
          </w:tcPr>
          <w:p>
            <w:r>
              <w:t>What types of data do your sensors collect, and how is this data used to make real-time farming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1051-0307</w:t>
            </w:r>
          </w:p>
        </w:tc>
        <w:tc>
          <w:tcPr>
            <w:tcW w:type="dxa" w:w="2160"/>
          </w:tcPr>
          <w:p>
            <w:r>
              <w:t>Machine Learning Applications</w:t>
            </w:r>
          </w:p>
        </w:tc>
        <w:tc>
          <w:tcPr>
            <w:tcW w:type="dxa" w:w="2160"/>
          </w:tcPr>
          <w:p>
            <w:r>
              <w:t>What specific machine learning models have you implemented, and how do they contribute to enhancing soybean yield or operational efficiency?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1051-0308</w:t>
            </w:r>
          </w:p>
        </w:tc>
        <w:tc>
          <w:tcPr>
            <w:tcW w:type="dxa" w:w="2160"/>
          </w:tcPr>
          <w:p>
            <w:r>
              <w:t>AI in Farming</w:t>
            </w:r>
          </w:p>
        </w:tc>
        <w:tc>
          <w:tcPr>
            <w:tcW w:type="dxa" w:w="2160"/>
          </w:tcPr>
          <w:p>
            <w:r>
              <w:t>What data inputs do you use for your AI applications, and how do you validate the outputs generated by these systems?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1051-0309</w:t>
            </w:r>
          </w:p>
        </w:tc>
        <w:tc>
          <w:tcPr>
            <w:tcW w:type="dxa" w:w="2160"/>
          </w:tcPr>
          <w:p>
            <w:r>
              <w:t>Field Data Collection</w:t>
            </w:r>
          </w:p>
        </w:tc>
        <w:tc>
          <w:tcPr>
            <w:tcW w:type="dxa" w:w="2160"/>
          </w:tcPr>
          <w:p>
            <w:r>
              <w:t>What specific technologies do you use for field data collection, and how do you ensure the accuracy and reliability of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1051-0310</w:t>
            </w:r>
          </w:p>
        </w:tc>
        <w:tc>
          <w:tcPr>
            <w:tcW w:type="dxa" w:w="2160"/>
          </w:tcPr>
          <w:p>
            <w:r>
              <w:t>Precision Planting</w:t>
            </w:r>
          </w:p>
        </w:tc>
        <w:tc>
          <w:tcPr>
            <w:tcW w:type="dxa" w:w="2160"/>
          </w:tcPr>
          <w:p>
            <w:r>
              <w:t>How do you measure the return on investment (ROI) for your precision planting technologies?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1051-0311</w:t>
            </w:r>
          </w:p>
        </w:tc>
        <w:tc>
          <w:tcPr>
            <w:tcW w:type="dxa" w:w="2160"/>
          </w:tcPr>
          <w:p>
            <w:r>
              <w:t>Automated Irrigation</w:t>
            </w:r>
          </w:p>
        </w:tc>
        <w:tc>
          <w:tcPr>
            <w:tcW w:type="dxa" w:w="2160"/>
          </w:tcPr>
          <w:p>
            <w:r>
              <w:t>What is the average percentage reduction in water usage attributed to your automated irrigation systems compared to traditional methods?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1051-0312</w:t>
            </w:r>
          </w:p>
        </w:tc>
        <w:tc>
          <w:tcPr>
            <w:tcW w:type="dxa" w:w="2160"/>
          </w:tcPr>
          <w:p>
            <w:r>
              <w:t>Drones in Agriculture</w:t>
            </w:r>
          </w:p>
        </w:tc>
        <w:tc>
          <w:tcPr>
            <w:tcW w:type="dxa" w:w="2160"/>
          </w:tcPr>
          <w:p>
            <w:r>
              <w:t>What is the frequency of drone usage for monitoring your soybean fields, and how has this frequency changed over time?</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1051-0313</w:t>
            </w:r>
          </w:p>
        </w:tc>
        <w:tc>
          <w:tcPr>
            <w:tcW w:type="dxa" w:w="2160"/>
          </w:tcPr>
          <w:p>
            <w:r>
              <w:t>Robotic Harvesters</w:t>
            </w:r>
          </w:p>
        </w:tc>
        <w:tc>
          <w:tcPr>
            <w:tcW w:type="dxa" w:w="2160"/>
          </w:tcPr>
          <w:p>
            <w:r>
              <w:t>What is the estimated cost savings per acre achieved through the use of robotic harvesters compared to manual harvesting?</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1051-0314</w:t>
            </w:r>
          </w:p>
        </w:tc>
        <w:tc>
          <w:tcPr>
            <w:tcW w:type="dxa" w:w="2160"/>
          </w:tcPr>
          <w:p>
            <w:r>
              <w:t>Sensor Integration</w:t>
            </w:r>
          </w:p>
        </w:tc>
        <w:tc>
          <w:tcPr>
            <w:tcW w:type="dxa" w:w="2160"/>
          </w:tcPr>
          <w:p>
            <w:r>
              <w:t>What is the average time saved per week due to the implementation of sensor technology in your farming operations?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1051-0315</w:t>
            </w:r>
          </w:p>
        </w:tc>
        <w:tc>
          <w:tcPr>
            <w:tcW w:type="dxa" w:w="2160"/>
          </w:tcPr>
          <w:p>
            <w:r>
              <w:t>Automation Implementation</w:t>
            </w:r>
          </w:p>
        </w:tc>
        <w:tc>
          <w:tcPr>
            <w:tcW w:type="dxa" w:w="2160"/>
          </w:tcPr>
          <w:p>
            <w:r>
              <w:t>How has automation improved efficiency in your soybean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1051-0316</w:t>
            </w:r>
          </w:p>
        </w:tc>
        <w:tc>
          <w:tcPr>
            <w:tcW w:type="dxa" w:w="2160"/>
          </w:tcPr>
          <w:p>
            <w:r>
              <w:t>Technology Assessment</w:t>
            </w:r>
          </w:p>
        </w:tc>
        <w:tc>
          <w:tcPr>
            <w:tcW w:type="dxa" w:w="2160"/>
          </w:tcPr>
          <w:p>
            <w:r>
              <w:t>What criteria do you use to evaluate new technologies for soybean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BYPRODUCT-UTILIZATION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1051-0317</w:t>
            </w:r>
          </w:p>
        </w:tc>
        <w:tc>
          <w:tcPr>
            <w:tcW w:type="dxa" w:w="2160"/>
          </w:tcPr>
          <w:p>
            <w:r>
              <w:t>Soybean Meal Utilization</w:t>
            </w:r>
          </w:p>
        </w:tc>
        <w:tc>
          <w:tcPr>
            <w:tcW w:type="dxa" w:w="2160"/>
          </w:tcPr>
          <w:p>
            <w:r>
              <w:t>What specific processes do you employ to convert soybean meal into animal feed, and what challenges have you encountered in optimizing these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1051-0318</w:t>
            </w:r>
          </w:p>
        </w:tc>
        <w:tc>
          <w:tcPr>
            <w:tcW w:type="dxa" w:w="2160"/>
          </w:tcPr>
          <w:p>
            <w:r>
              <w:t>Biofuels Production</w:t>
            </w:r>
          </w:p>
        </w:tc>
        <w:tc>
          <w:tcPr>
            <w:tcW w:type="dxa" w:w="2160"/>
          </w:tcPr>
          <w:p>
            <w:r>
              <w:t>Can you detail any experimental methods you have tested to enhance the conversion of soybean oil into biofuels? Please describe the outcomes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1051-0319</w:t>
            </w:r>
          </w:p>
        </w:tc>
        <w:tc>
          <w:tcPr>
            <w:tcW w:type="dxa" w:w="2160"/>
          </w:tcPr>
          <w:p>
            <w:r>
              <w:t>Bioplastics Development</w:t>
            </w:r>
          </w:p>
        </w:tc>
        <w:tc>
          <w:tcPr>
            <w:tcW w:type="dxa" w:w="2160"/>
          </w:tcPr>
          <w:p>
            <w:r>
              <w:t>What innovative techniques have you explored for utilizing soybean byproducts in the production of bioplastics, and what were the results of your trials?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1051-0320</w:t>
            </w:r>
          </w:p>
        </w:tc>
        <w:tc>
          <w:tcPr>
            <w:tcW w:type="dxa" w:w="2160"/>
          </w:tcPr>
          <w:p>
            <w:r>
              <w:t>Nutraceuticals</w:t>
            </w:r>
          </w:p>
        </w:tc>
        <w:tc>
          <w:tcPr>
            <w:tcW w:type="dxa" w:w="2160"/>
          </w:tcPr>
          <w:p>
            <w:r>
              <w:t>Have you conducted any research on extracting nutraceutical compounds from soybean byproducts? If so, please describe the methodologies used and any significant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1051-0321</w:t>
            </w:r>
          </w:p>
        </w:tc>
        <w:tc>
          <w:tcPr>
            <w:tcW w:type="dxa" w:w="2160"/>
          </w:tcPr>
          <w:p>
            <w:r>
              <w:t>Waste Reduction Techniques</w:t>
            </w:r>
          </w:p>
        </w:tc>
        <w:tc>
          <w:tcPr>
            <w:tcW w:type="dxa" w:w="2160"/>
          </w:tcPr>
          <w:p>
            <w:r>
              <w:t>What specific waste reduction strategies have you implemented in your soybean processing operations, and how have these strategies impacted overall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1051-0322</w:t>
            </w:r>
          </w:p>
        </w:tc>
        <w:tc>
          <w:tcPr>
            <w:tcW w:type="dxa" w:w="2160"/>
          </w:tcPr>
          <w:p>
            <w:r>
              <w:t>Value-Added Products</w:t>
            </w:r>
          </w:p>
        </w:tc>
        <w:tc>
          <w:tcPr>
            <w:tcW w:type="dxa" w:w="2160"/>
          </w:tcPr>
          <w:p>
            <w:r>
              <w:t>What new value-added products have you developed from soybean byproducts, and what research or testing did you conduct to validate their market potential?</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1051-0323</w:t>
            </w:r>
          </w:p>
        </w:tc>
        <w:tc>
          <w:tcPr>
            <w:tcW w:type="dxa" w:w="2160"/>
          </w:tcPr>
          <w:p>
            <w:r>
              <w:t>Market Opportunities</w:t>
            </w:r>
          </w:p>
        </w:tc>
        <w:tc>
          <w:tcPr>
            <w:tcW w:type="dxa" w:w="2160"/>
          </w:tcPr>
          <w:p>
            <w:r>
              <w:t>Can you identify any emerging market opportunities for soybean byproducts that you have researched or tested? Please provide details on your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1051-0324</w:t>
            </w:r>
          </w:p>
        </w:tc>
        <w:tc>
          <w:tcPr>
            <w:tcW w:type="dxa" w:w="2160"/>
          </w:tcPr>
          <w:p>
            <w:r>
              <w:t>Animal Feed Innovation</w:t>
            </w:r>
          </w:p>
        </w:tc>
        <w:tc>
          <w:tcPr>
            <w:tcW w:type="dxa" w:w="2160"/>
          </w:tcPr>
          <w:p>
            <w:r>
              <w:t>What innovative formulations have you tested for animal feed using soybean meal, and what were the results of these formulations in terms of animal health or growth?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1051-0325</w:t>
            </w:r>
          </w:p>
        </w:tc>
        <w:tc>
          <w:tcPr>
            <w:tcW w:type="dxa" w:w="2160"/>
          </w:tcPr>
          <w:p>
            <w:r>
              <w:t>Sustainability Practices</w:t>
            </w:r>
          </w:p>
        </w:tc>
        <w:tc>
          <w:tcPr>
            <w:tcW w:type="dxa" w:w="2160"/>
          </w:tcPr>
          <w:p>
            <w:r>
              <w:t>What sustainable practices have you implemented in the utilization of soybean byproducts,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1051-0326</w:t>
            </w:r>
          </w:p>
        </w:tc>
        <w:tc>
          <w:tcPr>
            <w:tcW w:type="dxa" w:w="2160"/>
          </w:tcPr>
          <w:p>
            <w:r>
              <w:t>Product Testing</w:t>
            </w:r>
          </w:p>
        </w:tc>
        <w:tc>
          <w:tcPr>
            <w:tcW w:type="dxa" w:w="2160"/>
          </w:tcPr>
          <w:p>
            <w:r>
              <w:t>Have you conducted any product testing on soybean byproducts for new applications? If yes, please describe the testing process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1051-0327</w:t>
            </w:r>
          </w:p>
        </w:tc>
        <w:tc>
          <w:tcPr>
            <w:tcW w:type="dxa" w:w="2160"/>
          </w:tcPr>
          <w:p>
            <w:r>
              <w:t>Regulatory Compliance</w:t>
            </w:r>
          </w:p>
        </w:tc>
        <w:tc>
          <w:tcPr>
            <w:tcW w:type="dxa" w:w="2160"/>
          </w:tcPr>
          <w:p>
            <w:r>
              <w:t>What regulatory considerations have you encountered when developing new products from soybean byproducts,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1051-0328</w:t>
            </w:r>
          </w:p>
        </w:tc>
        <w:tc>
          <w:tcPr>
            <w:tcW w:type="dxa" w:w="2160"/>
          </w:tcPr>
          <w:p>
            <w:r>
              <w:t>Economic Impact Analysis</w:t>
            </w:r>
          </w:p>
        </w:tc>
        <w:tc>
          <w:tcPr>
            <w:tcW w:type="dxa" w:w="2160"/>
          </w:tcPr>
          <w:p>
            <w:r>
              <w:t>How do you assess the economic impact of utilizing soybean byproducts in your operations, including cost savings or revenue generation?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1051-0329</w:t>
            </w:r>
          </w:p>
        </w:tc>
        <w:tc>
          <w:tcPr>
            <w:tcW w:type="dxa" w:w="2160"/>
          </w:tcPr>
          <w:p>
            <w:r>
              <w:t>Collaboration Efforts</w:t>
            </w:r>
          </w:p>
        </w:tc>
        <w:tc>
          <w:tcPr>
            <w:tcW w:type="dxa" w:w="2160"/>
          </w:tcPr>
          <w:p>
            <w:r>
              <w:t>Have you collaborated with any research institutions or industry partners on projects related to soybean byproduct utilization? If so, please describe the nature and outcomes of these collaborations.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1051-0330</w:t>
            </w:r>
          </w:p>
        </w:tc>
        <w:tc>
          <w:tcPr>
            <w:tcW w:type="dxa" w:w="2160"/>
          </w:tcPr>
          <w:p>
            <w:r>
              <w:t>Technology Adoption</w:t>
            </w:r>
          </w:p>
        </w:tc>
        <w:tc>
          <w:tcPr>
            <w:tcW w:type="dxa" w:w="2160"/>
          </w:tcPr>
          <w:p>
            <w:r>
              <w:t>What new technologies have you adopted to improve the processing or utilization of soybean byproducts, and what impact have they had on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ENVIRONMENTAL-IMPACT-ANALYSIS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1051-0331</w:t>
            </w:r>
          </w:p>
        </w:tc>
        <w:tc>
          <w:tcPr>
            <w:tcW w:type="dxa" w:w="2160"/>
          </w:tcPr>
          <w:p>
            <w:r>
              <w:t>Soil Erosion</w:t>
            </w:r>
          </w:p>
        </w:tc>
        <w:tc>
          <w:tcPr>
            <w:tcW w:type="dxa" w:w="2160"/>
          </w:tcPr>
          <w:p>
            <w:r>
              <w:t>What specific practices have you implemented to mitigate soil erosion on your soybean farm, and how have you measured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1051-0332</w:t>
            </w:r>
          </w:p>
        </w:tc>
        <w:tc>
          <w:tcPr>
            <w:tcW w:type="dxa" w:w="2160"/>
          </w:tcPr>
          <w:p>
            <w:r>
              <w:t>Water Quality</w:t>
            </w:r>
          </w:p>
        </w:tc>
        <w:tc>
          <w:tcPr>
            <w:tcW w:type="dxa" w:w="2160"/>
          </w:tcPr>
          <w:p>
            <w:r>
              <w:t>Have you conducted any water quality assessments on your farm's runoff? If so, what parameters were measured and what were the results?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1051-0333</w:t>
            </w:r>
          </w:p>
        </w:tc>
        <w:tc>
          <w:tcPr>
            <w:tcW w:type="dxa" w:w="2160"/>
          </w:tcPr>
          <w:p>
            <w:r>
              <w:t>Biodiversity Loss</w:t>
            </w:r>
          </w:p>
        </w:tc>
        <w:tc>
          <w:tcPr>
            <w:tcW w:type="dxa" w:w="2160"/>
          </w:tcPr>
          <w:p>
            <w:r>
              <w:t>What measures have you taken to preserve or enhance biodiversity on your soybean farm, and how do you evaluate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1051-0334</w:t>
            </w:r>
          </w:p>
        </w:tc>
        <w:tc>
          <w:tcPr>
            <w:tcW w:type="dxa" w:w="2160"/>
          </w:tcPr>
          <w:p>
            <w:r>
              <w:t>Greenhouse Gas Emissions</w:t>
            </w:r>
          </w:p>
        </w:tc>
        <w:tc>
          <w:tcPr>
            <w:tcW w:type="dxa" w:w="2160"/>
          </w:tcPr>
          <w:p>
            <w:r>
              <w:t>What specific data do you collect to quantify greenhouse gas emissions from your soybean farming operations, and how do you use this data to inform your practices?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1051-0335</w:t>
            </w:r>
          </w:p>
        </w:tc>
        <w:tc>
          <w:tcPr>
            <w:tcW w:type="dxa" w:w="2160"/>
          </w:tcPr>
          <w:p>
            <w:r>
              <w:t>Land Use Changes</w:t>
            </w:r>
          </w:p>
        </w:tc>
        <w:tc>
          <w:tcPr>
            <w:tcW w:type="dxa" w:w="2160"/>
          </w:tcPr>
          <w:p>
            <w:r>
              <w:t>Can you describe any changes in land use practices on your farm over the past three years and the rationale behind these changes?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1051-0336</w:t>
            </w:r>
          </w:p>
        </w:tc>
        <w:tc>
          <w:tcPr>
            <w:tcW w:type="dxa" w:w="2160"/>
          </w:tcPr>
          <w:p>
            <w:r>
              <w:t>Sustainable Practices</w:t>
            </w:r>
          </w:p>
        </w:tc>
        <w:tc>
          <w:tcPr>
            <w:tcW w:type="dxa" w:w="2160"/>
          </w:tcPr>
          <w:p>
            <w:r>
              <w:t>What sustainable farming practices have you adopted in your soybean production, and how do you measure their impact on environmental sustainability?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1051-0337</w:t>
            </w:r>
          </w:p>
        </w:tc>
        <w:tc>
          <w:tcPr>
            <w:tcW w:type="dxa" w:w="2160"/>
          </w:tcPr>
          <w:p>
            <w:r>
              <w:t>Impact Assessments</w:t>
            </w:r>
          </w:p>
        </w:tc>
        <w:tc>
          <w:tcPr>
            <w:tcW w:type="dxa" w:w="2160"/>
          </w:tcPr>
          <w:p>
            <w:r>
              <w:t xml:space="preserve">Have you performed any formal environmental impact assessments for your soybean farming activities? If yes, please provide details of the assessments conducted. </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1051-0338</w:t>
            </w:r>
          </w:p>
        </w:tc>
        <w:tc>
          <w:tcPr>
            <w:tcW w:type="dxa" w:w="2160"/>
          </w:tcPr>
          <w:p>
            <w:r>
              <w:t>Regulatory Compliance</w:t>
            </w:r>
          </w:p>
        </w:tc>
        <w:tc>
          <w:tcPr>
            <w:tcW w:type="dxa" w:w="2160"/>
          </w:tcPr>
          <w:p>
            <w:r>
              <w:t>What environmental regulations are applicable to your soybean farming operations, and how do you ensure compliance with these regulations?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1051-0339</w:t>
            </w:r>
          </w:p>
        </w:tc>
        <w:tc>
          <w:tcPr>
            <w:tcW w:type="dxa" w:w="2160"/>
          </w:tcPr>
          <w:p>
            <w:r>
              <w:t>Soil Erosion</w:t>
            </w:r>
          </w:p>
        </w:tc>
        <w:tc>
          <w:tcPr>
            <w:tcW w:type="dxa" w:w="2160"/>
          </w:tcPr>
          <w:p>
            <w:r>
              <w:t>How frequently do you monitor soil health on your soybean farm, and what specific indicators do you track?</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1051-0340</w:t>
            </w:r>
          </w:p>
        </w:tc>
        <w:tc>
          <w:tcPr>
            <w:tcW w:type="dxa" w:w="2160"/>
          </w:tcPr>
          <w:p>
            <w:r>
              <w:t>Water Quality</w:t>
            </w:r>
          </w:p>
        </w:tc>
        <w:tc>
          <w:tcPr>
            <w:tcW w:type="dxa" w:w="2160"/>
          </w:tcPr>
          <w:p>
            <w:r>
              <w:t>What types of water management systems are in place to prevent contamination from your soybean farming activities?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1051-0341</w:t>
            </w:r>
          </w:p>
        </w:tc>
        <w:tc>
          <w:tcPr>
            <w:tcW w:type="dxa" w:w="2160"/>
          </w:tcPr>
          <w:p>
            <w:r>
              <w:t>Biodiversity Loss</w:t>
            </w:r>
          </w:p>
        </w:tc>
        <w:tc>
          <w:tcPr>
            <w:tcW w:type="dxa" w:w="2160"/>
          </w:tcPr>
          <w:p>
            <w:r>
              <w:t>Have you collaborated with any organizations or experts to enhance biodiversity on your farm? If so, please describe the partnership and its outcomes.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1051-0342</w:t>
            </w:r>
          </w:p>
        </w:tc>
        <w:tc>
          <w:tcPr>
            <w:tcW w:type="dxa" w:w="2160"/>
          </w:tcPr>
          <w:p>
            <w:r>
              <w:t>Greenhouse Gas Emissions</w:t>
            </w:r>
          </w:p>
        </w:tc>
        <w:tc>
          <w:tcPr>
            <w:tcW w:type="dxa" w:w="2160"/>
          </w:tcPr>
          <w:p>
            <w:r>
              <w:t>What strategies have you implemented to reduce greenhouse gas emissions from your farming operations, and how do you track their effectiveness?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1051-0343</w:t>
            </w:r>
          </w:p>
        </w:tc>
        <w:tc>
          <w:tcPr>
            <w:tcW w:type="dxa" w:w="2160"/>
          </w:tcPr>
          <w:p>
            <w:r>
              <w:t>Land Use Changes</w:t>
            </w:r>
          </w:p>
        </w:tc>
        <w:tc>
          <w:tcPr>
            <w:tcW w:type="dxa" w:w="2160"/>
          </w:tcPr>
          <w:p>
            <w:r>
              <w:t>How do you assess the impact of land use changes on local ecosystems and communities related to your soybean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1051-0344</w:t>
            </w:r>
          </w:p>
        </w:tc>
        <w:tc>
          <w:tcPr>
            <w:tcW w:type="dxa" w:w="2160"/>
          </w:tcPr>
          <w:p>
            <w:r>
              <w:t>Sustainable Practices</w:t>
            </w:r>
          </w:p>
        </w:tc>
        <w:tc>
          <w:tcPr>
            <w:tcW w:type="dxa" w:w="2160"/>
          </w:tcPr>
          <w:p>
            <w:r>
              <w:t>What certifications or standards do you follow to ensure sustainable practices in your soybean farming, and how do you maintain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1051-0345</w:t>
            </w:r>
          </w:p>
        </w:tc>
        <w:tc>
          <w:tcPr>
            <w:tcW w:type="dxa" w:w="2160"/>
          </w:tcPr>
          <w:p>
            <w:r>
              <w:t>Impact Assessments</w:t>
            </w:r>
          </w:p>
        </w:tc>
        <w:tc>
          <w:tcPr>
            <w:tcW w:type="dxa" w:w="2160"/>
          </w:tcPr>
          <w:p>
            <w:r>
              <w:t>What methodologies do you use for conducting impact assessments on your farming practices, and how often are these assessments updated?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1051-0346</w:t>
            </w:r>
          </w:p>
        </w:tc>
        <w:tc>
          <w:tcPr>
            <w:tcW w:type="dxa" w:w="2160"/>
          </w:tcPr>
          <w:p>
            <w:r>
              <w:t>Regulatory Compliance</w:t>
            </w:r>
          </w:p>
        </w:tc>
        <w:tc>
          <w:tcPr>
            <w:tcW w:type="dxa" w:w="2160"/>
          </w:tcPr>
          <w:p>
            <w:r>
              <w:t>What documentation do you maintain to demonstrate compliance with environmental regulations affecting your soybean farming operations?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1051-0347</w:t>
            </w:r>
          </w:p>
        </w:tc>
        <w:tc>
          <w:tcPr>
            <w:tcW w:type="dxa" w:w="2160"/>
          </w:tcPr>
          <w:p>
            <w:r>
              <w:t>Soil Erosion</w:t>
            </w:r>
          </w:p>
        </w:tc>
        <w:tc>
          <w:tcPr>
            <w:tcW w:type="dxa" w:w="2160"/>
          </w:tcPr>
          <w:p>
            <w:r>
              <w:t>What technological innovations have you adopted to combat soil erosion, and what results have you observed from these innovations?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1051-0348</w:t>
            </w:r>
          </w:p>
        </w:tc>
        <w:tc>
          <w:tcPr>
            <w:tcW w:type="dxa" w:w="2160"/>
          </w:tcPr>
          <w:p>
            <w:r>
              <w:t>Impact Assessment</w:t>
            </w:r>
          </w:p>
        </w:tc>
        <w:tc>
          <w:tcPr>
            <w:tcW w:type="dxa" w:w="2160"/>
          </w:tcPr>
          <w:p>
            <w:r>
              <w:t>What methods do you use to assess the environmental impact of your soybean farming practices?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1051-0349</w:t>
            </w:r>
          </w:p>
        </w:tc>
        <w:tc>
          <w:tcPr>
            <w:tcW w:type="dxa" w:w="2160"/>
          </w:tcPr>
          <w:p>
            <w:r>
              <w:t>Regulatory Compliance</w:t>
            </w:r>
          </w:p>
        </w:tc>
        <w:tc>
          <w:tcPr>
            <w:tcW w:type="dxa" w:w="2160"/>
          </w:tcPr>
          <w:p>
            <w:r>
              <w:t>How do you ensure compliance with environmental regulations in your soybean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FERTILIZER-AND-PESTICIDE-APPLICATION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1051-0350</w:t>
            </w:r>
          </w:p>
        </w:tc>
        <w:tc>
          <w:tcPr>
            <w:tcW w:type="dxa" w:w="2160"/>
          </w:tcPr>
          <w:p>
            <w:r>
              <w:t>Application Methods</w:t>
            </w:r>
          </w:p>
        </w:tc>
        <w:tc>
          <w:tcPr>
            <w:tcW w:type="dxa" w:w="2160"/>
          </w:tcPr>
          <w:p>
            <w:r>
              <w:t>What specific application methods do you utilize for fertilizers and pesticides in your soybean cultivation,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1051-0351</w:t>
            </w:r>
          </w:p>
        </w:tc>
        <w:tc>
          <w:tcPr>
            <w:tcW w:type="dxa" w:w="2160"/>
          </w:tcPr>
          <w:p>
            <w:r>
              <w:t>Integrated Pest Management</w:t>
            </w:r>
          </w:p>
        </w:tc>
        <w:tc>
          <w:tcPr>
            <w:tcW w:type="dxa" w:w="2160"/>
          </w:tcPr>
          <w:p>
            <w:r>
              <w:t>Can you describe your integrated pest management (IPM) strategy for soybean crops, including any experimental approaches you have tested?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1051-0352</w:t>
            </w:r>
          </w:p>
        </w:tc>
        <w:tc>
          <w:tcPr>
            <w:tcW w:type="dxa" w:w="2160"/>
          </w:tcPr>
          <w:p>
            <w:r>
              <w:t>Fertilizer Types</w:t>
            </w:r>
          </w:p>
        </w:tc>
        <w:tc>
          <w:tcPr>
            <w:tcW w:type="dxa" w:w="2160"/>
          </w:tcPr>
          <w:p>
            <w:r>
              <w:t>What types of fertilizers do you apply to your soybean crops, and how do you assess their impact on crop yield and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1051-0353</w:t>
            </w:r>
          </w:p>
        </w:tc>
        <w:tc>
          <w:tcPr>
            <w:tcW w:type="dxa" w:w="2160"/>
          </w:tcPr>
          <w:p>
            <w:r>
              <w:t>Pesticide Regulations</w:t>
            </w:r>
          </w:p>
        </w:tc>
        <w:tc>
          <w:tcPr>
            <w:tcW w:type="dxa" w:w="2160"/>
          </w:tcPr>
          <w:p>
            <w:r>
              <w:t>How do you ensure compliance with federal and state pesticide regulations when applying pesticides on your soybean farm?</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1051-0354</w:t>
            </w:r>
          </w:p>
        </w:tc>
        <w:tc>
          <w:tcPr>
            <w:tcW w:type="dxa" w:w="2160"/>
          </w:tcPr>
          <w:p>
            <w:r>
              <w:t>Environmental Impact</w:t>
            </w:r>
          </w:p>
        </w:tc>
        <w:tc>
          <w:tcPr>
            <w:tcW w:type="dxa" w:w="2160"/>
          </w:tcPr>
          <w:p>
            <w:r>
              <w:t>What measures do you take to minimize the environmental impact of fertilizer and pesticide applications on your soybean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1051-0355</w:t>
            </w:r>
          </w:p>
        </w:tc>
        <w:tc>
          <w:tcPr>
            <w:tcW w:type="dxa" w:w="2160"/>
          </w:tcPr>
          <w:p>
            <w:r>
              <w:t>Application Timing</w:t>
            </w:r>
          </w:p>
        </w:tc>
        <w:tc>
          <w:tcPr>
            <w:tcW w:type="dxa" w:w="2160"/>
          </w:tcPr>
          <w:p>
            <w:r>
              <w:t>What is your schedule for fertilizer and pesticide applications during the growing season, and how do you adjust it based on crop development?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1051-0356</w:t>
            </w:r>
          </w:p>
        </w:tc>
        <w:tc>
          <w:tcPr>
            <w:tcW w:type="dxa" w:w="2160"/>
          </w:tcPr>
          <w:p>
            <w:r>
              <w:t>Efficacy Studies</w:t>
            </w:r>
          </w:p>
        </w:tc>
        <w:tc>
          <w:tcPr>
            <w:tcW w:type="dxa" w:w="2160"/>
          </w:tcPr>
          <w:p>
            <w:r>
              <w:t>Have you conducted any studies to evaluate the efficacy of the fertilizers and pesticides used on your soybean crops? Please provide details.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1051-0357</w:t>
            </w:r>
          </w:p>
        </w:tc>
        <w:tc>
          <w:tcPr>
            <w:tcW w:type="dxa" w:w="2160"/>
          </w:tcPr>
          <w:p>
            <w:r>
              <w:t>Safety Protocols</w:t>
            </w:r>
          </w:p>
        </w:tc>
        <w:tc>
          <w:tcPr>
            <w:tcW w:type="dxa" w:w="2160"/>
          </w:tcPr>
          <w:p>
            <w:r>
              <w:t>What safety protocols do you implement for workers during the application of fertilizers and pesticides on your soybean farm?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1051-0358</w:t>
            </w:r>
          </w:p>
        </w:tc>
        <w:tc>
          <w:tcPr>
            <w:tcW w:type="dxa" w:w="2160"/>
          </w:tcPr>
          <w:p>
            <w:r>
              <w:t>Application Methods</w:t>
            </w:r>
          </w:p>
        </w:tc>
        <w:tc>
          <w:tcPr>
            <w:tcW w:type="dxa" w:w="2160"/>
          </w:tcPr>
          <w:p>
            <w:r>
              <w:t>Do you utilize precision agriculture technologies for fertilizer and pesticide applications? If so, please describe the technologies and their impact on your operations.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1051-0359</w:t>
            </w:r>
          </w:p>
        </w:tc>
        <w:tc>
          <w:tcPr>
            <w:tcW w:type="dxa" w:w="2160"/>
          </w:tcPr>
          <w:p>
            <w:r>
              <w:t>Integrated Pest Management</w:t>
            </w:r>
          </w:p>
        </w:tc>
        <w:tc>
          <w:tcPr>
            <w:tcW w:type="dxa" w:w="2160"/>
          </w:tcPr>
          <w:p>
            <w:r>
              <w:t>What innovative techniques have you implemented in your IPM strategy that differ from traditional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1051-0360</w:t>
            </w:r>
          </w:p>
        </w:tc>
        <w:tc>
          <w:tcPr>
            <w:tcW w:type="dxa" w:w="2160"/>
          </w:tcPr>
          <w:p>
            <w:r>
              <w:t>Fertilizer Types</w:t>
            </w:r>
          </w:p>
        </w:tc>
        <w:tc>
          <w:tcPr>
            <w:tcW w:type="dxa" w:w="2160"/>
          </w:tcPr>
          <w:p>
            <w:r>
              <w:t>How do you determine the appropriate fertilizer formulation for your soybean crops, and what research supports your choices?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1051-0361</w:t>
            </w:r>
          </w:p>
        </w:tc>
        <w:tc>
          <w:tcPr>
            <w:tcW w:type="dxa" w:w="2160"/>
          </w:tcPr>
          <w:p>
            <w:r>
              <w:t>Pesticide Regulations</w:t>
            </w:r>
          </w:p>
        </w:tc>
        <w:tc>
          <w:tcPr>
            <w:tcW w:type="dxa" w:w="2160"/>
          </w:tcPr>
          <w:p>
            <w:r>
              <w:t>What records do you maintain to demonstrate compliance with pesticide application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1051-0362</w:t>
            </w:r>
          </w:p>
        </w:tc>
        <w:tc>
          <w:tcPr>
            <w:tcW w:type="dxa" w:w="2160"/>
          </w:tcPr>
          <w:p>
            <w:r>
              <w:t>Environmental Impact</w:t>
            </w:r>
          </w:p>
        </w:tc>
        <w:tc>
          <w:tcPr>
            <w:tcW w:type="dxa" w:w="2160"/>
          </w:tcPr>
          <w:p>
            <w:r>
              <w:t>What specific assessments do you conduct to evaluate the environmental impact of your fertilizer and pesticide applications?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1051-0363</w:t>
            </w:r>
          </w:p>
        </w:tc>
        <w:tc>
          <w:tcPr>
            <w:tcW w:type="dxa" w:w="2160"/>
          </w:tcPr>
          <w:p>
            <w:r>
              <w:t>Application Timing</w:t>
            </w:r>
          </w:p>
        </w:tc>
        <w:tc>
          <w:tcPr>
            <w:tcW w:type="dxa" w:w="2160"/>
          </w:tcPr>
          <w:p>
            <w:r>
              <w:t>How do you monitor and adjust application timing for fertilizers and pesticides based on weather conditions and crop growth stages?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1051-0364</w:t>
            </w:r>
          </w:p>
        </w:tc>
        <w:tc>
          <w:tcPr>
            <w:tcW w:type="dxa" w:w="2160"/>
          </w:tcPr>
          <w:p>
            <w:r>
              <w:t>Efficacy Studies</w:t>
            </w:r>
          </w:p>
        </w:tc>
        <w:tc>
          <w:tcPr>
            <w:tcW w:type="dxa" w:w="2160"/>
          </w:tcPr>
          <w:p>
            <w:r>
              <w:t>What metrics do you use to evaluate the success of your fertilizer and pesticide applications in soybean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1051-0365</w:t>
            </w:r>
          </w:p>
        </w:tc>
        <w:tc>
          <w:tcPr>
            <w:tcW w:type="dxa" w:w="2160"/>
          </w:tcPr>
          <w:p>
            <w:r>
              <w:t>Safety Protocols</w:t>
            </w:r>
          </w:p>
        </w:tc>
        <w:tc>
          <w:tcPr>
            <w:tcW w:type="dxa" w:w="2160"/>
          </w:tcPr>
          <w:p>
            <w:r>
              <w:t>What training do you provide to your staff regarding the safe handling and application of fertilizers and pesticides?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FIELD-TRIALS-AND-RESEARCH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1051-0366</w:t>
            </w:r>
          </w:p>
        </w:tc>
        <w:tc>
          <w:tcPr>
            <w:tcW w:type="dxa" w:w="2160"/>
          </w:tcPr>
          <w:p>
            <w:r>
              <w:t>Experimental Design</w:t>
            </w:r>
          </w:p>
        </w:tc>
        <w:tc>
          <w:tcPr>
            <w:tcW w:type="dxa" w:w="2160"/>
          </w:tcPr>
          <w:p>
            <w:r>
              <w:t>What specific experimental design methodologies did you employ for your soybean variety improvement trials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1051-0367</w:t>
            </w:r>
          </w:p>
        </w:tc>
        <w:tc>
          <w:tcPr>
            <w:tcW w:type="dxa" w:w="2160"/>
          </w:tcPr>
          <w:p>
            <w:r>
              <w:t>Data Collection</w:t>
            </w:r>
          </w:p>
        </w:tc>
        <w:tc>
          <w:tcPr>
            <w:tcW w:type="dxa" w:w="2160"/>
          </w:tcPr>
          <w:p>
            <w:r>
              <w:t>How did you collect data on the performance of different soybean varieties during your field trials? Please specify the tools and techniques used.</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1051-0368</w:t>
            </w:r>
          </w:p>
        </w:tc>
        <w:tc>
          <w:tcPr>
            <w:tcW w:type="dxa" w:w="2160"/>
          </w:tcPr>
          <w:p>
            <w:r>
              <w:t>Statistical Analysis</w:t>
            </w:r>
          </w:p>
        </w:tc>
        <w:tc>
          <w:tcPr>
            <w:tcW w:type="dxa" w:w="2160"/>
          </w:tcPr>
          <w:p>
            <w:r>
              <w:t>What statistical methods did you apply to analyze the data collected from your soybean trials? Please provide details on any software or tools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1051-0369</w:t>
            </w:r>
          </w:p>
        </w:tc>
        <w:tc>
          <w:tcPr>
            <w:tcW w:type="dxa" w:w="2160"/>
          </w:tcPr>
          <w:p>
            <w:r>
              <w:t>Varietal Performance</w:t>
            </w:r>
          </w:p>
        </w:tc>
        <w:tc>
          <w:tcPr>
            <w:tcW w:type="dxa" w:w="2160"/>
          </w:tcPr>
          <w:p>
            <w:r>
              <w:t>Can you describe the criteria used to evaluate the performance of the soybean varieties tested in your trials?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1051-0370</w:t>
            </w:r>
          </w:p>
        </w:tc>
        <w:tc>
          <w:tcPr>
            <w:tcW w:type="dxa" w:w="2160"/>
          </w:tcPr>
          <w:p>
            <w:r>
              <w:t>Disease Resistance</w:t>
            </w:r>
          </w:p>
        </w:tc>
        <w:tc>
          <w:tcPr>
            <w:tcW w:type="dxa" w:w="2160"/>
          </w:tcPr>
          <w:p>
            <w:r>
              <w:t>What specific diseases were you testing for in your soybean varieties, and how did you assess their resistance?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1051-0371</w:t>
            </w:r>
          </w:p>
        </w:tc>
        <w:tc>
          <w:tcPr>
            <w:tcW w:type="dxa" w:w="2160"/>
          </w:tcPr>
          <w:p>
            <w:r>
              <w:t>Field Conditions</w:t>
            </w:r>
          </w:p>
        </w:tc>
        <w:tc>
          <w:tcPr>
            <w:tcW w:type="dxa" w:w="2160"/>
          </w:tcPr>
          <w:p>
            <w:r>
              <w:t>What were the specific field conditions (soil type, climate, etc.) during your soybean trials, and how did these conditions affect your experimental outcomes?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1051-0372</w:t>
            </w:r>
          </w:p>
        </w:tc>
        <w:tc>
          <w:tcPr>
            <w:tcW w:type="dxa" w:w="2160"/>
          </w:tcPr>
          <w:p>
            <w:r>
              <w:t>Collaborative Research</w:t>
            </w:r>
          </w:p>
        </w:tc>
        <w:tc>
          <w:tcPr>
            <w:tcW w:type="dxa" w:w="2160"/>
          </w:tcPr>
          <w:p>
            <w:r>
              <w:t>Did you collaborate with any agricultural research institutions or universities for your soybean trials?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1051-0373</w:t>
            </w:r>
          </w:p>
        </w:tc>
        <w:tc>
          <w:tcPr>
            <w:tcW w:type="dxa" w:w="2160"/>
          </w:tcPr>
          <w:p>
            <w:r>
              <w:t>Agricultural Extension</w:t>
            </w:r>
          </w:p>
        </w:tc>
        <w:tc>
          <w:tcPr>
            <w:tcW w:type="dxa" w:w="2160"/>
          </w:tcPr>
          <w:p>
            <w:r>
              <w:t>How did you incorporate findings from agricultural extension services into your soybean research and field trials?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1051-0374</w:t>
            </w:r>
          </w:p>
        </w:tc>
        <w:tc>
          <w:tcPr>
            <w:tcW w:type="dxa" w:w="2160"/>
          </w:tcPr>
          <w:p>
            <w:r>
              <w:t>Experimental Design</w:t>
            </w:r>
          </w:p>
        </w:tc>
        <w:tc>
          <w:tcPr>
            <w:tcW w:type="dxa" w:w="2160"/>
          </w:tcPr>
          <w:p>
            <w:r>
              <w:t>What controls did you implement in your experimental design to ensure the reliability of your soybean variety trials?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1051-0375</w:t>
            </w:r>
          </w:p>
        </w:tc>
        <w:tc>
          <w:tcPr>
            <w:tcW w:type="dxa" w:w="2160"/>
          </w:tcPr>
          <w:p>
            <w:r>
              <w:t>Data Collection</w:t>
            </w:r>
          </w:p>
        </w:tc>
        <w:tc>
          <w:tcPr>
            <w:tcW w:type="dxa" w:w="2160"/>
          </w:tcPr>
          <w:p>
            <w:r>
              <w:t>What types of data were systematically collected during your soybean trials (e.g., yield, growth rate, etc.), and how were they recorded?</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1051-0376</w:t>
            </w:r>
          </w:p>
        </w:tc>
        <w:tc>
          <w:tcPr>
            <w:tcW w:type="dxa" w:w="2160"/>
          </w:tcPr>
          <w:p>
            <w:r>
              <w:t>Statistical Analysis</w:t>
            </w:r>
          </w:p>
        </w:tc>
        <w:tc>
          <w:tcPr>
            <w:tcW w:type="dxa" w:w="2160"/>
          </w:tcPr>
          <w:p>
            <w:r>
              <w:t>What were the key statistical findings from your analysis of the soybean variety trials, and how do they inform future research directions?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1051-0377</w:t>
            </w:r>
          </w:p>
        </w:tc>
        <w:tc>
          <w:tcPr>
            <w:tcW w:type="dxa" w:w="2160"/>
          </w:tcPr>
          <w:p>
            <w:r>
              <w:t>Varietal Performance</w:t>
            </w:r>
          </w:p>
        </w:tc>
        <w:tc>
          <w:tcPr>
            <w:tcW w:type="dxa" w:w="2160"/>
          </w:tcPr>
          <w:p>
            <w:r>
              <w:t>How did you document the performance outcomes of each soybean variety tested, and what metrics were used for comparison?</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1051-0378</w:t>
            </w:r>
          </w:p>
        </w:tc>
        <w:tc>
          <w:tcPr>
            <w:tcW w:type="dxa" w:w="2160"/>
          </w:tcPr>
          <w:p>
            <w:r>
              <w:t>Disease Resistance</w:t>
            </w:r>
          </w:p>
        </w:tc>
        <w:tc>
          <w:tcPr>
            <w:tcW w:type="dxa" w:w="2160"/>
          </w:tcPr>
          <w:p>
            <w:r>
              <w:t>What methods did you use to evaluate the effectiveness of disease resistance in the soybean varieties,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1051-0379</w:t>
            </w:r>
          </w:p>
        </w:tc>
        <w:tc>
          <w:tcPr>
            <w:tcW w:type="dxa" w:w="2160"/>
          </w:tcPr>
          <w:p>
            <w:r>
              <w:t>Field Conditions</w:t>
            </w:r>
          </w:p>
        </w:tc>
        <w:tc>
          <w:tcPr>
            <w:tcW w:type="dxa" w:w="2160"/>
          </w:tcPr>
          <w:p>
            <w:r>
              <w:t>How did variations in field conditions impact the outcomes of your soybean variety trials, and what adjustments were made to account for these variations?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IRRIGATION-MANAGEMENT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1051-0380</w:t>
            </w:r>
          </w:p>
        </w:tc>
        <w:tc>
          <w:tcPr>
            <w:tcW w:type="dxa" w:w="2160"/>
          </w:tcPr>
          <w:p>
            <w:r>
              <w:t>Irrigation Technology</w:t>
            </w:r>
          </w:p>
        </w:tc>
        <w:tc>
          <w:tcPr>
            <w:tcW w:type="dxa" w:w="2160"/>
          </w:tcPr>
          <w:p>
            <w:r>
              <w:t>What specific drip irrigation technologies have you implemented in your soybean farming operations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1051-0381</w:t>
            </w:r>
          </w:p>
        </w:tc>
        <w:tc>
          <w:tcPr>
            <w:tcW w:type="dxa" w:w="2160"/>
          </w:tcPr>
          <w:p>
            <w:r>
              <w:t>Irrigation Technology</w:t>
            </w:r>
          </w:p>
        </w:tc>
        <w:tc>
          <w:tcPr>
            <w:tcW w:type="dxa" w:w="2160"/>
          </w:tcPr>
          <w:p>
            <w:r>
              <w:t>Have you conducted any experimental trials comparing the effectiveness of sprinkler systems versus traditional irrigation methods for your soybean crops in 2025?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1051-0382</w:t>
            </w:r>
          </w:p>
        </w:tc>
        <w:tc>
          <w:tcPr>
            <w:tcW w:type="dxa" w:w="2160"/>
          </w:tcPr>
          <w:p>
            <w:r>
              <w:t>Water Conservation</w:t>
            </w:r>
          </w:p>
        </w:tc>
        <w:tc>
          <w:tcPr>
            <w:tcW w:type="dxa" w:w="2160"/>
          </w:tcPr>
          <w:p>
            <w:r>
              <w:t>What water conservation measures have you implemented in your irrigation practices for soybean farming in 2025? Please specify any innovative techniques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1051-0383</w:t>
            </w:r>
          </w:p>
        </w:tc>
        <w:tc>
          <w:tcPr>
            <w:tcW w:type="dxa" w:w="2160"/>
          </w:tcPr>
          <w:p>
            <w:r>
              <w:t>Irrigation Scheduling</w:t>
            </w:r>
          </w:p>
        </w:tc>
        <w:tc>
          <w:tcPr>
            <w:tcW w:type="dxa" w:w="2160"/>
          </w:tcPr>
          <w:p>
            <w:r>
              <w:t>Describe the irrigation scheduling methods you employed in 2025. How did these methods differ from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1051-0384</w:t>
            </w:r>
          </w:p>
        </w:tc>
        <w:tc>
          <w:tcPr>
            <w:tcW w:type="dxa" w:w="2160"/>
          </w:tcPr>
          <w:p>
            <w:r>
              <w:t>Soil Moisture Monitoring</w:t>
            </w:r>
          </w:p>
        </w:tc>
        <w:tc>
          <w:tcPr>
            <w:tcW w:type="dxa" w:w="2160"/>
          </w:tcPr>
          <w:p>
            <w:r>
              <w:t>What soil moisture monitoring technologies or methods did you use in 2025 to optimize irrigation for your soybean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1051-0385</w:t>
            </w:r>
          </w:p>
        </w:tc>
        <w:tc>
          <w:tcPr>
            <w:tcW w:type="dxa" w:w="2160"/>
          </w:tcPr>
          <w:p>
            <w:r>
              <w:t>Climate Impact</w:t>
            </w:r>
          </w:p>
        </w:tc>
        <w:tc>
          <w:tcPr>
            <w:tcW w:type="dxa" w:w="2160"/>
          </w:tcPr>
          <w:p>
            <w:r>
              <w:t>How did climate conditions in 2025 affect your irrigation practices for soybean farming? Please provide specific examples of adjustments made.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1051-0386</w:t>
            </w:r>
          </w:p>
        </w:tc>
        <w:tc>
          <w:tcPr>
            <w:tcW w:type="dxa" w:w="2160"/>
          </w:tcPr>
          <w:p>
            <w:r>
              <w:t>Efficiency Metrics</w:t>
            </w:r>
          </w:p>
        </w:tc>
        <w:tc>
          <w:tcPr>
            <w:tcW w:type="dxa" w:w="2160"/>
          </w:tcPr>
          <w:p>
            <w:r>
              <w:t>What metrics did you use to measure the efficiency of your irrigation systems in 2025? Please specify any calculations or data collected.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1051-0387</w:t>
            </w:r>
          </w:p>
        </w:tc>
        <w:tc>
          <w:tcPr>
            <w:tcW w:type="dxa" w:w="2160"/>
          </w:tcPr>
          <w:p>
            <w:r>
              <w:t>Regulatory Requirements</w:t>
            </w:r>
          </w:p>
        </w:tc>
        <w:tc>
          <w:tcPr>
            <w:tcW w:type="dxa" w:w="2160"/>
          </w:tcPr>
          <w:p>
            <w:r>
              <w:t>What specific regulatory requirements related to irrigation did you comply with in 2025? Please detail any innovations made to meet these regulations.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1051-0388</w:t>
            </w:r>
          </w:p>
        </w:tc>
        <w:tc>
          <w:tcPr>
            <w:tcW w:type="dxa" w:w="2160"/>
          </w:tcPr>
          <w:p>
            <w:r>
              <w:t>Irrigation Technology</w:t>
            </w:r>
          </w:p>
        </w:tc>
        <w:tc>
          <w:tcPr>
            <w:tcW w:type="dxa" w:w="2160"/>
          </w:tcPr>
          <w:p>
            <w:r>
              <w:t>Did you develop any new irrigation technologies or improvements in 2025 that were not previously used in your operations? If yes, please describe.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1051-0389</w:t>
            </w:r>
          </w:p>
        </w:tc>
        <w:tc>
          <w:tcPr>
            <w:tcW w:type="dxa" w:w="2160"/>
          </w:tcPr>
          <w:p>
            <w:r>
              <w:t>Water Conservation</w:t>
            </w:r>
          </w:p>
        </w:tc>
        <w:tc>
          <w:tcPr>
            <w:tcW w:type="dxa" w:w="2160"/>
          </w:tcPr>
          <w:p>
            <w:r>
              <w:t>What percentage of your total water usage for soybean irrigation in 2025 was sourced from recycled or alternative water sources?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1051-0390</w:t>
            </w:r>
          </w:p>
        </w:tc>
        <w:tc>
          <w:tcPr>
            <w:tcW w:type="dxa" w:w="2160"/>
          </w:tcPr>
          <w:p>
            <w:r>
              <w:t>Irrigation Scheduling</w:t>
            </w:r>
          </w:p>
        </w:tc>
        <w:tc>
          <w:tcPr>
            <w:tcW w:type="dxa" w:w="2160"/>
          </w:tcPr>
          <w:p>
            <w:r>
              <w:t>How often did you adjust your irrigation schedule based on real-time data in 2025? Please provide a frequency count and any relevant details.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1051-0391</w:t>
            </w:r>
          </w:p>
        </w:tc>
        <w:tc>
          <w:tcPr>
            <w:tcW w:type="dxa" w:w="2160"/>
          </w:tcPr>
          <w:p>
            <w:r>
              <w:t>Soil Moisture Monitoring</w:t>
            </w:r>
          </w:p>
        </w:tc>
        <w:tc>
          <w:tcPr>
            <w:tcW w:type="dxa" w:w="2160"/>
          </w:tcPr>
          <w:p>
            <w:r>
              <w:t>What specific soil moisture thresholds did you establish for your soybean crops in 2025, and how were these thresholds determined?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1051-0392</w:t>
            </w:r>
          </w:p>
        </w:tc>
        <w:tc>
          <w:tcPr>
            <w:tcW w:type="dxa" w:w="2160"/>
          </w:tcPr>
          <w:p>
            <w:r>
              <w:t>Climate Impact</w:t>
            </w:r>
          </w:p>
        </w:tc>
        <w:tc>
          <w:tcPr>
            <w:tcW w:type="dxa" w:w="2160"/>
          </w:tcPr>
          <w:p>
            <w:r>
              <w:t>In 2025, what specific climate data did you analyze to inform your irrigation decisions for soybean farming? Please provide examples of data sources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1051-0393</w:t>
            </w:r>
          </w:p>
        </w:tc>
        <w:tc>
          <w:tcPr>
            <w:tcW w:type="dxa" w:w="2160"/>
          </w:tcPr>
          <w:p>
            <w:r>
              <w:t>Efficiency Metrics</w:t>
            </w:r>
          </w:p>
        </w:tc>
        <w:tc>
          <w:tcPr>
            <w:tcW w:type="dxa" w:w="2160"/>
          </w:tcPr>
          <w:p>
            <w:r>
              <w:t>What were the results of any efficiency tests conducted on your irrigation systems in 2025? Please provide specific data and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SOIL-HEALTH-MANAGEMENT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1051-0394</w:t>
            </w:r>
          </w:p>
        </w:tc>
        <w:tc>
          <w:tcPr>
            <w:tcW w:type="dxa" w:w="2160"/>
          </w:tcPr>
          <w:p>
            <w:r>
              <w:t>Soil Testing</w:t>
            </w:r>
          </w:p>
        </w:tc>
        <w:tc>
          <w:tcPr>
            <w:tcW w:type="dxa" w:w="2160"/>
          </w:tcPr>
          <w:p>
            <w:r>
              <w:t>What specific soil tests have you conducted on your soybean fields in the past year, and what were the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1051-0395</w:t>
            </w:r>
          </w:p>
        </w:tc>
        <w:tc>
          <w:tcPr>
            <w:tcW w:type="dxa" w:w="2160"/>
          </w:tcPr>
          <w:p>
            <w:r>
              <w:t>Nutrient Management</w:t>
            </w:r>
          </w:p>
        </w:tc>
        <w:tc>
          <w:tcPr>
            <w:tcW w:type="dxa" w:w="2160"/>
          </w:tcPr>
          <w:p>
            <w:r>
              <w:t>Can you detail the nutrient management plan you implemented for your soybean crops, including specific fertilizers used and application rates?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1051-0396</w:t>
            </w:r>
          </w:p>
        </w:tc>
        <w:tc>
          <w:tcPr>
            <w:tcW w:type="dxa" w:w="2160"/>
          </w:tcPr>
          <w:p>
            <w:r>
              <w:t>Composting</w:t>
            </w:r>
          </w:p>
        </w:tc>
        <w:tc>
          <w:tcPr>
            <w:tcW w:type="dxa" w:w="2160"/>
          </w:tcPr>
          <w:p>
            <w:r>
              <w:t>Have you implemented any composting practices on your farm? If so, please describe the materials used and the process followed.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1051-0397</w:t>
            </w:r>
          </w:p>
        </w:tc>
        <w:tc>
          <w:tcPr>
            <w:tcW w:type="dxa" w:w="2160"/>
          </w:tcPr>
          <w:p>
            <w:r>
              <w:t>Microbial Activity</w:t>
            </w:r>
          </w:p>
        </w:tc>
        <w:tc>
          <w:tcPr>
            <w:tcW w:type="dxa" w:w="2160"/>
          </w:tcPr>
          <w:p>
            <w:r>
              <w:t>What methods do you use to monitor microbial activity in your soil, and what findings have influenced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1051-0398</w:t>
            </w:r>
          </w:p>
        </w:tc>
        <w:tc>
          <w:tcPr>
            <w:tcW w:type="dxa" w:w="2160"/>
          </w:tcPr>
          <w:p>
            <w:r>
              <w:t>Erosion Control</w:t>
            </w:r>
          </w:p>
        </w:tc>
        <w:tc>
          <w:tcPr>
            <w:tcW w:type="dxa" w:w="2160"/>
          </w:tcPr>
          <w:p>
            <w:r>
              <w:t>What specific erosion control measures have you implemented on your soybean farm, and how do you assess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1051-0399</w:t>
            </w:r>
          </w:p>
        </w:tc>
        <w:tc>
          <w:tcPr>
            <w:tcW w:type="dxa" w:w="2160"/>
          </w:tcPr>
          <w:p>
            <w:r>
              <w:t>Organic Amendments</w:t>
            </w:r>
          </w:p>
        </w:tc>
        <w:tc>
          <w:tcPr>
            <w:tcW w:type="dxa" w:w="2160"/>
          </w:tcPr>
          <w:p>
            <w:r>
              <w:t>What types of organic amendments have you applied to your soybean fields, and what were the intended outcomes?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1051-0400</w:t>
            </w:r>
          </w:p>
        </w:tc>
        <w:tc>
          <w:tcPr>
            <w:tcW w:type="dxa" w:w="2160"/>
          </w:tcPr>
          <w:p>
            <w:r>
              <w:t>Crop Rotation</w:t>
            </w:r>
          </w:p>
        </w:tc>
        <w:tc>
          <w:tcPr>
            <w:tcW w:type="dxa" w:w="2160"/>
          </w:tcPr>
          <w:p>
            <w:r>
              <w:t>What crop rotation practices do you follow, and how do they contribute to soil health and soybean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1051-0401</w:t>
            </w:r>
          </w:p>
        </w:tc>
        <w:tc>
          <w:tcPr>
            <w:tcW w:type="dxa" w:w="2160"/>
          </w:tcPr>
          <w:p>
            <w:r>
              <w:t>pH Management</w:t>
            </w:r>
          </w:p>
        </w:tc>
        <w:tc>
          <w:tcPr>
            <w:tcW w:type="dxa" w:w="2160"/>
          </w:tcPr>
          <w:p>
            <w:r>
              <w:t>How do you manage soil pH levels on your soybean farm, and what adjustments have you made based on soil test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1051-0402</w:t>
            </w:r>
          </w:p>
        </w:tc>
        <w:tc>
          <w:tcPr>
            <w:tcW w:type="dxa" w:w="2160"/>
          </w:tcPr>
          <w:p>
            <w:r>
              <w:t>Nutrient Management</w:t>
            </w:r>
          </w:p>
        </w:tc>
        <w:tc>
          <w:tcPr>
            <w:tcW w:type="dxa" w:w="2160"/>
          </w:tcPr>
          <w:p>
            <w:r>
              <w:t>How frequently do you conduct nutrient analysis on your soil, and what adjustments have you made based on the analysis?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1051-0403</w:t>
            </w:r>
          </w:p>
        </w:tc>
        <w:tc>
          <w:tcPr>
            <w:tcW w:type="dxa" w:w="2160"/>
          </w:tcPr>
          <w:p>
            <w:r>
              <w:t>Composting</w:t>
            </w:r>
          </w:p>
        </w:tc>
        <w:tc>
          <w:tcPr>
            <w:tcW w:type="dxa" w:w="2160"/>
          </w:tcPr>
          <w:p>
            <w:r>
              <w:t>What volume of compost do you apply annually to your soybean fields, and how do you measure its impact on soil health?</w:t>
              <w:br/>
              <w:t>Answer type: Integer + details</w:t>
              <w:br/>
              <w:t>Trigger: Yes-No + details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1051-0404</w:t>
            </w:r>
          </w:p>
        </w:tc>
        <w:tc>
          <w:tcPr>
            <w:tcW w:type="dxa" w:w="2160"/>
          </w:tcPr>
          <w:p>
            <w:r>
              <w:t>Microbial Activity</w:t>
            </w:r>
          </w:p>
        </w:tc>
        <w:tc>
          <w:tcPr>
            <w:tcW w:type="dxa" w:w="2160"/>
          </w:tcPr>
          <w:p>
            <w:r>
              <w:t>Have you conducted any experiments to enhance microbial activity in your soil? If yes, please describe the methods and outcomes.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1051-0405</w:t>
            </w:r>
          </w:p>
        </w:tc>
        <w:tc>
          <w:tcPr>
            <w:tcW w:type="dxa" w:w="2160"/>
          </w:tcPr>
          <w:p>
            <w:r>
              <w:t>Erosion Control</w:t>
            </w:r>
          </w:p>
        </w:tc>
        <w:tc>
          <w:tcPr>
            <w:tcW w:type="dxa" w:w="2160"/>
          </w:tcPr>
          <w:p>
            <w:r>
              <w:t>What specific tools or technologies do you use to monitor and prevent soil erosion on your soybean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1051-0406</w:t>
            </w:r>
          </w:p>
        </w:tc>
        <w:tc>
          <w:tcPr>
            <w:tcW w:type="dxa" w:w="2160"/>
          </w:tcPr>
          <w:p>
            <w:r>
              <w:t>Crop Rotation</w:t>
            </w:r>
          </w:p>
        </w:tc>
        <w:tc>
          <w:tcPr>
            <w:tcW w:type="dxa" w:w="2160"/>
          </w:tcPr>
          <w:p>
            <w:r>
              <w:t>Can you provide specific examples of crop rotation sequences used in the last three years and their impact on soil health?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1051-0407</w:t>
            </w:r>
          </w:p>
        </w:tc>
        <w:tc>
          <w:tcPr>
            <w:tcW w:type="dxa" w:w="2160"/>
          </w:tcPr>
          <w:p>
            <w:r>
              <w:t>pH Management</w:t>
            </w:r>
          </w:p>
        </w:tc>
        <w:tc>
          <w:tcPr>
            <w:tcW w:type="dxa" w:w="2160"/>
          </w:tcPr>
          <w:p>
            <w:r>
              <w:t>What specific actions do you take if soil pH levels fall outside the optimal range for soybean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GENETIC-IMPROVEMENT-TECHNOLOGIES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1051-0408</w:t>
            </w:r>
          </w:p>
        </w:tc>
        <w:tc>
          <w:tcPr>
            <w:tcW w:type="dxa" w:w="2160"/>
          </w:tcPr>
          <w:p>
            <w:r>
              <w:t>Biotechnology</w:t>
            </w:r>
          </w:p>
        </w:tc>
        <w:tc>
          <w:tcPr>
            <w:tcW w:type="dxa" w:w="2160"/>
          </w:tcPr>
          <w:p>
            <w:r>
              <w:t>What specific biotechnological methods have you employed to enhance soybean traits in the past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1051-0409</w:t>
            </w:r>
          </w:p>
        </w:tc>
        <w:tc>
          <w:tcPr>
            <w:tcW w:type="dxa" w:w="2160"/>
          </w:tcPr>
          <w:p>
            <w:r>
              <w:t>CRISPR</w:t>
            </w:r>
          </w:p>
        </w:tc>
        <w:tc>
          <w:tcPr>
            <w:tcW w:type="dxa" w:w="2160"/>
          </w:tcPr>
          <w:p>
            <w:r>
              <w:t>Have you utilized CRISPR technology for genetic modifications in your soybean varieties? If yes, please describe the specific traits targeted and the outcomes achieved.</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1051-0410</w:t>
            </w:r>
          </w:p>
        </w:tc>
        <w:tc>
          <w:tcPr>
            <w:tcW w:type="dxa" w:w="2160"/>
          </w:tcPr>
          <w:p>
            <w:r>
              <w:t>Traditional Breeding</w:t>
            </w:r>
          </w:p>
        </w:tc>
        <w:tc>
          <w:tcPr>
            <w:tcW w:type="dxa" w:w="2160"/>
          </w:tcPr>
          <w:p>
            <w:r>
              <w:t>What traditional breeding techniques have you implemented to develop new soybean varieties, and how do these techniques differ from your biotechnological approaches?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1051-0411</w:t>
            </w:r>
          </w:p>
        </w:tc>
        <w:tc>
          <w:tcPr>
            <w:tcW w:type="dxa" w:w="2160"/>
          </w:tcPr>
          <w:p>
            <w:r>
              <w:t>Hybrid Varieties</w:t>
            </w:r>
          </w:p>
        </w:tc>
        <w:tc>
          <w:tcPr>
            <w:tcW w:type="dxa" w:w="2160"/>
          </w:tcPr>
          <w:p>
            <w:r>
              <w:t>How many hybrid soybean varieties have you developed in the last tax year, and what specific genetic traits were the focus of these hybrids?</w:t>
              <w:br/>
              <w:t>Answer type: Integer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1051-0412</w:t>
            </w:r>
          </w:p>
        </w:tc>
        <w:tc>
          <w:tcPr>
            <w:tcW w:type="dxa" w:w="2160"/>
          </w:tcPr>
          <w:p>
            <w:r>
              <w:t>Trait Selection</w:t>
            </w:r>
          </w:p>
        </w:tc>
        <w:tc>
          <w:tcPr>
            <w:tcW w:type="dxa" w:w="2160"/>
          </w:tcPr>
          <w:p>
            <w:r>
              <w:t>What criteria do you use for selecting traits in your soybean genetic improvement projects, and how do you measure the success of these traits in field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1051-0413</w:t>
            </w:r>
          </w:p>
        </w:tc>
        <w:tc>
          <w:tcPr>
            <w:tcW w:type="dxa" w:w="2160"/>
          </w:tcPr>
          <w:p>
            <w:r>
              <w:t>Field Performance</w:t>
            </w:r>
          </w:p>
        </w:tc>
        <w:tc>
          <w:tcPr>
            <w:tcW w:type="dxa" w:w="2160"/>
          </w:tcPr>
          <w:p>
            <w:r>
              <w:t>Can you provide data on the field performance of your genetically improved soybean varieties compared to conventional varieties? Please include metrics such as yield, disease resistance, and environmental adaptability.</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1051-0414</w:t>
            </w:r>
          </w:p>
        </w:tc>
        <w:tc>
          <w:tcPr>
            <w:tcW w:type="dxa" w:w="2160"/>
          </w:tcPr>
          <w:p>
            <w:r>
              <w:t>Regulatory Approval</w:t>
            </w:r>
          </w:p>
        </w:tc>
        <w:tc>
          <w:tcPr>
            <w:tcW w:type="dxa" w:w="2160"/>
          </w:tcPr>
          <w:p>
            <w:r>
              <w:t>What regulatory approvals have you obtained for your genetically modified soybean varieties, and what was the process involved in securing these approvals?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1051-0415</w:t>
            </w:r>
          </w:p>
        </w:tc>
        <w:tc>
          <w:tcPr>
            <w:tcW w:type="dxa" w:w="2160"/>
          </w:tcPr>
          <w:p>
            <w:r>
              <w:t>Market Acceptance</w:t>
            </w:r>
          </w:p>
        </w:tc>
        <w:tc>
          <w:tcPr>
            <w:tcW w:type="dxa" w:w="2160"/>
          </w:tcPr>
          <w:p>
            <w:r>
              <w:t>How have you assessed market acceptance of your genetically improved soybean varieties, and what feedback have you received from stakeholders such as farmers and distributors?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1051-0416</w:t>
            </w:r>
          </w:p>
        </w:tc>
        <w:tc>
          <w:tcPr>
            <w:tcW w:type="dxa" w:w="2160"/>
          </w:tcPr>
          <w:p>
            <w:r>
              <w:t>Research Collaboration</w:t>
            </w:r>
          </w:p>
        </w:tc>
        <w:tc>
          <w:tcPr>
            <w:tcW w:type="dxa" w:w="2160"/>
          </w:tcPr>
          <w:p>
            <w:r>
              <w:t>Have you collaborated with any research institutions or universities on genetic improvement technologies for soybeans? If so, please describe the nature of these collaborations.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1051-0417</w:t>
            </w:r>
          </w:p>
        </w:tc>
        <w:tc>
          <w:tcPr>
            <w:tcW w:type="dxa" w:w="2160"/>
          </w:tcPr>
          <w:p>
            <w:r>
              <w:t>Funding Sources</w:t>
            </w:r>
          </w:p>
        </w:tc>
        <w:tc>
          <w:tcPr>
            <w:tcW w:type="dxa" w:w="2160"/>
          </w:tcPr>
          <w:p>
            <w:r>
              <w:t>What sources of funding have you utilized for your genetic improvement projects, and how do these funds support your R&amp;D activities?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1051-0418</w:t>
            </w:r>
          </w:p>
        </w:tc>
        <w:tc>
          <w:tcPr>
            <w:tcW w:type="dxa" w:w="2160"/>
          </w:tcPr>
          <w:p>
            <w:r>
              <w:t>Technical Challenges</w:t>
            </w:r>
          </w:p>
        </w:tc>
        <w:tc>
          <w:tcPr>
            <w:tcW w:type="dxa" w:w="2160"/>
          </w:tcPr>
          <w:p>
            <w:r>
              <w:t>What technical challenges have you faced in your genetic improvement projects,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1051-0419</w:t>
            </w:r>
          </w:p>
        </w:tc>
        <w:tc>
          <w:tcPr>
            <w:tcW w:type="dxa" w:w="2160"/>
          </w:tcPr>
          <w:p>
            <w:r>
              <w:t>Experimental Design</w:t>
            </w:r>
          </w:p>
        </w:tc>
        <w:tc>
          <w:tcPr>
            <w:tcW w:type="dxa" w:w="2160"/>
          </w:tcPr>
          <w:p>
            <w:r>
              <w:t>Describe the experimental design you used for testing new soybean varieties. What controls and variables were considered in your trials?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1051-0420</w:t>
            </w:r>
          </w:p>
        </w:tc>
        <w:tc>
          <w:tcPr>
            <w:tcW w:type="dxa" w:w="2160"/>
          </w:tcPr>
          <w:p>
            <w:r>
              <w:t>Data Analysis</w:t>
            </w:r>
          </w:p>
        </w:tc>
        <w:tc>
          <w:tcPr>
            <w:tcW w:type="dxa" w:w="2160"/>
          </w:tcPr>
          <w:p>
            <w:r>
              <w:t>What methods do you use to analyze the data collected from your genetic improvement projects, and how do these analyses inform your decision-making processes?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1051-0421</w:t>
            </w:r>
          </w:p>
        </w:tc>
        <w:tc>
          <w:tcPr>
            <w:tcW w:type="dxa" w:w="2160"/>
          </w:tcPr>
          <w:p>
            <w:r>
              <w:t>Future Innovations</w:t>
            </w:r>
          </w:p>
        </w:tc>
        <w:tc>
          <w:tcPr>
            <w:tcW w:type="dxa" w:w="2160"/>
          </w:tcPr>
          <w:p>
            <w:r>
              <w:t>What future innovations in genetic improvement technologies for soybeans are you planning to explore in the coming years?</w:t>
              <w:br/>
              <w:t>Answer type: Long text</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CROP-MONITORING-TECHNIQUES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1051-0422</w:t>
            </w:r>
          </w:p>
        </w:tc>
        <w:tc>
          <w:tcPr>
            <w:tcW w:type="dxa" w:w="2160"/>
          </w:tcPr>
          <w:p>
            <w:r>
              <w:t>Satellite Imagery</w:t>
            </w:r>
          </w:p>
        </w:tc>
        <w:tc>
          <w:tcPr>
            <w:tcW w:type="dxa" w:w="2160"/>
          </w:tcPr>
          <w:p>
            <w:r>
              <w:t>What specific satellite imagery technologies have you implemented to monitor crop health, and how do they differ from previous methods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1051-0423</w:t>
            </w:r>
          </w:p>
        </w:tc>
        <w:tc>
          <w:tcPr>
            <w:tcW w:type="dxa" w:w="2160"/>
          </w:tcPr>
          <w:p>
            <w:r>
              <w:t>Drone Technology</w:t>
            </w:r>
          </w:p>
        </w:tc>
        <w:tc>
          <w:tcPr>
            <w:tcW w:type="dxa" w:w="2160"/>
          </w:tcPr>
          <w:p>
            <w:r>
              <w:t>Describe the experimental processes you have undertaken using drone technology for crop monitoring, including any challenges faced and how they were addressed.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1051-0424</w:t>
            </w:r>
          </w:p>
        </w:tc>
        <w:tc>
          <w:tcPr>
            <w:tcW w:type="dxa" w:w="2160"/>
          </w:tcPr>
          <w:p>
            <w:r>
              <w:t>Field Sensors</w:t>
            </w:r>
          </w:p>
        </w:tc>
        <w:tc>
          <w:tcPr>
            <w:tcW w:type="dxa" w:w="2160"/>
          </w:tcPr>
          <w:p>
            <w:r>
              <w:t>What types of field sensors have you deployed, and what specific data do they collect to enhance your understanding of crop development?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1051-0425</w:t>
            </w:r>
          </w:p>
        </w:tc>
        <w:tc>
          <w:tcPr>
            <w:tcW w:type="dxa" w:w="2160"/>
          </w:tcPr>
          <w:p>
            <w:r>
              <w:t>Visual Assessments</w:t>
            </w:r>
          </w:p>
        </w:tc>
        <w:tc>
          <w:tcPr>
            <w:tcW w:type="dxa" w:w="2160"/>
          </w:tcPr>
          <w:p>
            <w:r>
              <w:t>Can you detail the methodologies used for visual assessments of crop health, and how these methods have evolved over time?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1051-0426</w:t>
            </w:r>
          </w:p>
        </w:tc>
        <w:tc>
          <w:tcPr>
            <w:tcW w:type="dxa" w:w="2160"/>
          </w:tcPr>
          <w:p>
            <w:r>
              <w:t>Disease Detection</w:t>
            </w:r>
          </w:p>
        </w:tc>
        <w:tc>
          <w:tcPr>
            <w:tcW w:type="dxa" w:w="2160"/>
          </w:tcPr>
          <w:p>
            <w:r>
              <w:t>What innovative techniques have you employed for early disease detection in crops, and how do they compare to traditional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1051-0427</w:t>
            </w:r>
          </w:p>
        </w:tc>
        <w:tc>
          <w:tcPr>
            <w:tcW w:type="dxa" w:w="2160"/>
          </w:tcPr>
          <w:p>
            <w:r>
              <w:t>Yield Prediction</w:t>
            </w:r>
          </w:p>
        </w:tc>
        <w:tc>
          <w:tcPr>
            <w:tcW w:type="dxa" w:w="2160"/>
          </w:tcPr>
          <w:p>
            <w:r>
              <w:t>What experimental approaches are you using for yield prediction, and what data sources are integrated into these models?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1051-0428</w:t>
            </w:r>
          </w:p>
        </w:tc>
        <w:tc>
          <w:tcPr>
            <w:tcW w:type="dxa" w:w="2160"/>
          </w:tcPr>
          <w:p>
            <w:r>
              <w:t>Data Integration</w:t>
            </w:r>
          </w:p>
        </w:tc>
        <w:tc>
          <w:tcPr>
            <w:tcW w:type="dxa" w:w="2160"/>
          </w:tcPr>
          <w:p>
            <w:r>
              <w:t>How do you integrate data from various monitoring techniques, and what challenges have you encountered in ensuring data accuracy?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1051-0429</w:t>
            </w:r>
          </w:p>
        </w:tc>
        <w:tc>
          <w:tcPr>
            <w:tcW w:type="dxa" w:w="2160"/>
          </w:tcPr>
          <w:p>
            <w:r>
              <w:t>Real-Time Monitoring</w:t>
            </w:r>
          </w:p>
        </w:tc>
        <w:tc>
          <w:tcPr>
            <w:tcW w:type="dxa" w:w="2160"/>
          </w:tcPr>
          <w:p>
            <w:r>
              <w:t>What systems have you implemented for real-time monitoring of crop health, and what specific outcomes have you observed from this approach?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1051-0430</w:t>
            </w:r>
          </w:p>
        </w:tc>
        <w:tc>
          <w:tcPr>
            <w:tcW w:type="dxa" w:w="2160"/>
          </w:tcPr>
          <w:p>
            <w:r>
              <w:t>Technology Adoption</w:t>
            </w:r>
          </w:p>
        </w:tc>
        <w:tc>
          <w:tcPr>
            <w:tcW w:type="dxa" w:w="2160"/>
          </w:tcPr>
          <w:p>
            <w:r>
              <w:t>What criteria do you use to evaluate new crop monitoring technologies before adoption, and can you provide examples of technologies that did not meet your criteria?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1051-0431</w:t>
            </w:r>
          </w:p>
        </w:tc>
        <w:tc>
          <w:tcPr>
            <w:tcW w:type="dxa" w:w="2160"/>
          </w:tcPr>
          <w:p>
            <w:r>
              <w:t>Cost Analysis</w:t>
            </w:r>
          </w:p>
        </w:tc>
        <w:tc>
          <w:tcPr>
            <w:tcW w:type="dxa" w:w="2160"/>
          </w:tcPr>
          <w:p>
            <w:r>
              <w:t>What has been the investment cost for implementing advanced monitoring techniques in your operations, and how do you measure ROI?</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1051-0432</w:t>
            </w:r>
          </w:p>
        </w:tc>
        <w:tc>
          <w:tcPr>
            <w:tcW w:type="dxa" w:w="2160"/>
          </w:tcPr>
          <w:p>
            <w:r>
              <w:t>Regulatory Compliance</w:t>
            </w:r>
          </w:p>
        </w:tc>
        <w:tc>
          <w:tcPr>
            <w:tcW w:type="dxa" w:w="2160"/>
          </w:tcPr>
          <w:p>
            <w:r>
              <w:t>Have you encountered any regulatory challenges related to the use of monitoring technologies, and how have you addressed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1051-0433</w:t>
            </w:r>
          </w:p>
        </w:tc>
        <w:tc>
          <w:tcPr>
            <w:tcW w:type="dxa" w:w="2160"/>
          </w:tcPr>
          <w:p>
            <w:r>
              <w:t>Training and Expertise</w:t>
            </w:r>
          </w:p>
        </w:tc>
        <w:tc>
          <w:tcPr>
            <w:tcW w:type="dxa" w:w="2160"/>
          </w:tcPr>
          <w:p>
            <w:r>
              <w:t>What training programs have been implemented for staff regarding the use of monitoring technologies, and how do you assess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1051-0434</w:t>
            </w:r>
          </w:p>
        </w:tc>
        <w:tc>
          <w:tcPr>
            <w:tcW w:type="dxa" w:w="2160"/>
          </w:tcPr>
          <w:p>
            <w:r>
              <w:t>Impact Assessment</w:t>
            </w:r>
          </w:p>
        </w:tc>
        <w:tc>
          <w:tcPr>
            <w:tcW w:type="dxa" w:w="2160"/>
          </w:tcPr>
          <w:p>
            <w:r>
              <w:t>What measurable impacts have you observed on crop yield and health as a result of implementing these monitoring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1051-0435</w:t>
            </w:r>
          </w:p>
        </w:tc>
        <w:tc>
          <w:tcPr>
            <w:tcW w:type="dxa" w:w="2160"/>
          </w:tcPr>
          <w:p>
            <w:r>
              <w:t>Future Innovations</w:t>
            </w:r>
          </w:p>
        </w:tc>
        <w:tc>
          <w:tcPr>
            <w:tcW w:type="dxa" w:w="2160"/>
          </w:tcPr>
          <w:p>
            <w:r>
              <w:t>What future innovations in crop monitoring are you currently exploring, and how do you plan to test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MARKET-ANALYSIS-AND-STRATEGY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1051-0436</w:t>
            </w:r>
          </w:p>
        </w:tc>
        <w:tc>
          <w:tcPr>
            <w:tcW w:type="dxa" w:w="2160"/>
          </w:tcPr>
          <w:p>
            <w:r>
              <w:t>Market Demand</w:t>
            </w:r>
          </w:p>
        </w:tc>
        <w:tc>
          <w:tcPr>
            <w:tcW w:type="dxa" w:w="2160"/>
          </w:tcPr>
          <w:p>
            <w:r>
              <w:t>What specific market research methods did you employ to identify current demand for soybean products in your target markets?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1051-0437</w:t>
            </w:r>
          </w:p>
        </w:tc>
        <w:tc>
          <w:tcPr>
            <w:tcW w:type="dxa" w:w="2160"/>
          </w:tcPr>
          <w:p>
            <w:r>
              <w:t>Export Opportunities</w:t>
            </w:r>
          </w:p>
        </w:tc>
        <w:tc>
          <w:tcPr>
            <w:tcW w:type="dxa" w:w="2160"/>
          </w:tcPr>
          <w:p>
            <w:r>
              <w:t>What countries or regions have you identified as potential export markets for your soybean products, and what criteria did you use for this selection?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1051-0438</w:t>
            </w:r>
          </w:p>
        </w:tc>
        <w:tc>
          <w:tcPr>
            <w:tcW w:type="dxa" w:w="2160"/>
          </w:tcPr>
          <w:p>
            <w:r>
              <w:t>Competitive Analysis</w:t>
            </w:r>
          </w:p>
        </w:tc>
        <w:tc>
          <w:tcPr>
            <w:tcW w:type="dxa" w:w="2160"/>
          </w:tcPr>
          <w:p>
            <w:r>
              <w:t>Who are your main competitors in the soybean market, and what specific strategies do they employ that you have analyzed?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1051-0439</w:t>
            </w:r>
          </w:p>
        </w:tc>
        <w:tc>
          <w:tcPr>
            <w:tcW w:type="dxa" w:w="2160"/>
          </w:tcPr>
          <w:p>
            <w:r>
              <w:t>Pricing Strategies</w:t>
            </w:r>
          </w:p>
        </w:tc>
        <w:tc>
          <w:tcPr>
            <w:tcW w:type="dxa" w:w="2160"/>
          </w:tcPr>
          <w:p>
            <w:r>
              <w:t>What pricing strategies have you implemented for your soybean products, and how do they compare to your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1051-0440</w:t>
            </w:r>
          </w:p>
        </w:tc>
        <w:tc>
          <w:tcPr>
            <w:tcW w:type="dxa" w:w="2160"/>
          </w:tcPr>
          <w:p>
            <w:r>
              <w:t>Consumer Preferences</w:t>
            </w:r>
          </w:p>
        </w:tc>
        <w:tc>
          <w:tcPr>
            <w:tcW w:type="dxa" w:w="2160"/>
          </w:tcPr>
          <w:p>
            <w:r>
              <w:t>What specific consumer preferences have you identified regarding soybean products, and how have these influenced your product development?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1051-0441</w:t>
            </w:r>
          </w:p>
        </w:tc>
        <w:tc>
          <w:tcPr>
            <w:tcW w:type="dxa" w:w="2160"/>
          </w:tcPr>
          <w:p>
            <w:r>
              <w:t>Supply Chain Dynamics</w:t>
            </w:r>
          </w:p>
        </w:tc>
        <w:tc>
          <w:tcPr>
            <w:tcW w:type="dxa" w:w="2160"/>
          </w:tcPr>
          <w:p>
            <w:r>
              <w:t>What challenges have you encountered in your supply chain for soybean production, and what innovative solutions have you implemented to address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1051-0442</w:t>
            </w:r>
          </w:p>
        </w:tc>
        <w:tc>
          <w:tcPr>
            <w:tcW w:type="dxa" w:w="2160"/>
          </w:tcPr>
          <w:p>
            <w:r>
              <w:t>Marketing Channels</w:t>
            </w:r>
          </w:p>
        </w:tc>
        <w:tc>
          <w:tcPr>
            <w:tcW w:type="dxa" w:w="2160"/>
          </w:tcPr>
          <w:p>
            <w:r>
              <w:t>Which marketing channels have proven most effective for promoting your soybean products, and what metrics do you use to measure their success?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1051-0443</w:t>
            </w:r>
          </w:p>
        </w:tc>
        <w:tc>
          <w:tcPr>
            <w:tcW w:type="dxa" w:w="2160"/>
          </w:tcPr>
          <w:p>
            <w:r>
              <w:t>Product Differentiation</w:t>
            </w:r>
          </w:p>
        </w:tc>
        <w:tc>
          <w:tcPr>
            <w:tcW w:type="dxa" w:w="2160"/>
          </w:tcPr>
          <w:p>
            <w:r>
              <w:t>What unique features or benefits do your soybean products offer compared to those of your competitors, and how do you communicate these to your target audience?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1051-0444</w:t>
            </w:r>
          </w:p>
        </w:tc>
        <w:tc>
          <w:tcPr>
            <w:tcW w:type="dxa" w:w="2160"/>
          </w:tcPr>
          <w:p>
            <w:r>
              <w:t>Market Demand</w:t>
            </w:r>
          </w:p>
        </w:tc>
        <w:tc>
          <w:tcPr>
            <w:tcW w:type="dxa" w:w="2160"/>
          </w:tcPr>
          <w:p>
            <w:r>
              <w:t>How have you adjusted your product offerings in response to shifts in market demand for soybean products over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1051-0445</w:t>
            </w:r>
          </w:p>
        </w:tc>
        <w:tc>
          <w:tcPr>
            <w:tcW w:type="dxa" w:w="2160"/>
          </w:tcPr>
          <w:p>
            <w:r>
              <w:t>Export Opportunities</w:t>
            </w:r>
          </w:p>
        </w:tc>
        <w:tc>
          <w:tcPr>
            <w:tcW w:type="dxa" w:w="2160"/>
          </w:tcPr>
          <w:p>
            <w:r>
              <w:t>What specific regulatory or logistical challenges have you faced in exporting soybean products, and how have you addressed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1051-0446</w:t>
            </w:r>
          </w:p>
        </w:tc>
        <w:tc>
          <w:tcPr>
            <w:tcW w:type="dxa" w:w="2160"/>
          </w:tcPr>
          <w:p>
            <w:r>
              <w:t>Competitive Analysis</w:t>
            </w:r>
          </w:p>
        </w:tc>
        <w:tc>
          <w:tcPr>
            <w:tcW w:type="dxa" w:w="2160"/>
          </w:tcPr>
          <w:p>
            <w:r>
              <w:t>What data sources do you rely on to conduct your competitive analysis in the soybean market, and how frequently do you update this information?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1051-0447</w:t>
            </w:r>
          </w:p>
        </w:tc>
        <w:tc>
          <w:tcPr>
            <w:tcW w:type="dxa" w:w="2160"/>
          </w:tcPr>
          <w:p>
            <w:r>
              <w:t>Pricing Strategies</w:t>
            </w:r>
          </w:p>
        </w:tc>
        <w:tc>
          <w:tcPr>
            <w:tcW w:type="dxa" w:w="2160"/>
          </w:tcPr>
          <w:p>
            <w:r>
              <w:t>How do you determine the price elasticity of demand for your soybean products, and what implications does this have for your pricing strategy?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1051-0448</w:t>
            </w:r>
          </w:p>
        </w:tc>
        <w:tc>
          <w:tcPr>
            <w:tcW w:type="dxa" w:w="2160"/>
          </w:tcPr>
          <w:p>
            <w:r>
              <w:t>Consumer Preferences</w:t>
            </w:r>
          </w:p>
        </w:tc>
        <w:tc>
          <w:tcPr>
            <w:tcW w:type="dxa" w:w="2160"/>
          </w:tcPr>
          <w:p>
            <w:r>
              <w:t>What feedback mechanisms do you have in place to gather insights on consumer preferences for soybean products, and how do you incorporate this feedback into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1051-0449</w:t>
            </w:r>
          </w:p>
        </w:tc>
        <w:tc>
          <w:tcPr>
            <w:tcW w:type="dxa" w:w="2160"/>
          </w:tcPr>
          <w:p>
            <w:r>
              <w:t>Supply Chain Dynamics</w:t>
            </w:r>
          </w:p>
        </w:tc>
        <w:tc>
          <w:tcPr>
            <w:tcW w:type="dxa" w:w="2160"/>
          </w:tcPr>
          <w:p>
            <w:r>
              <w:t>What innovative practices have you adopted in your supply chain management to enhance the efficiency of soybean production and distribution?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AGRICULTURAL-EDUCATION-AND-OUTREACH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1051-0450</w:t>
            </w:r>
          </w:p>
        </w:tc>
        <w:tc>
          <w:tcPr>
            <w:tcW w:type="dxa" w:w="2160"/>
          </w:tcPr>
          <w:p>
            <w:r>
              <w:t>Extension Services</w:t>
            </w:r>
          </w:p>
        </w:tc>
        <w:tc>
          <w:tcPr>
            <w:tcW w:type="dxa" w:w="2160"/>
          </w:tcPr>
          <w:p>
            <w:r>
              <w:t>What specific extension services have you utilized to improve soybean cultivation practices on your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1051-0451</w:t>
            </w:r>
          </w:p>
        </w:tc>
        <w:tc>
          <w:tcPr>
            <w:tcW w:type="dxa" w:w="2160"/>
          </w:tcPr>
          <w:p>
            <w:r>
              <w:t>Workshops</w:t>
            </w:r>
          </w:p>
        </w:tc>
        <w:tc>
          <w:tcPr>
            <w:tcW w:type="dxa" w:w="2160"/>
          </w:tcPr>
          <w:p>
            <w:r>
              <w:t>Can you describe any workshops you have conducted or attended that focus on innovative soybean farming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1051-0452</w:t>
            </w:r>
          </w:p>
        </w:tc>
        <w:tc>
          <w:tcPr>
            <w:tcW w:type="dxa" w:w="2160"/>
          </w:tcPr>
          <w:p>
            <w:r>
              <w:t>Community Engagement</w:t>
            </w:r>
          </w:p>
        </w:tc>
        <w:tc>
          <w:tcPr>
            <w:tcW w:type="dxa" w:w="2160"/>
          </w:tcPr>
          <w:p>
            <w:r>
              <w:t>What community engagement initiatives have you implemented to promote sustainable soybean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1051-0453</w:t>
            </w:r>
          </w:p>
        </w:tc>
        <w:tc>
          <w:tcPr>
            <w:tcW w:type="dxa" w:w="2160"/>
          </w:tcPr>
          <w:p>
            <w:r>
              <w:t>Research Dissemination</w:t>
            </w:r>
          </w:p>
        </w:tc>
        <w:tc>
          <w:tcPr>
            <w:tcW w:type="dxa" w:w="2160"/>
          </w:tcPr>
          <w:p>
            <w:r>
              <w:t>How do you disseminate research findings related to soybean farming to your peers and the broader farming community?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1051-0454</w:t>
            </w:r>
          </w:p>
        </w:tc>
        <w:tc>
          <w:tcPr>
            <w:tcW w:type="dxa" w:w="2160"/>
          </w:tcPr>
          <w:p>
            <w:r>
              <w:t>Best Practices</w:t>
            </w:r>
          </w:p>
        </w:tc>
        <w:tc>
          <w:tcPr>
            <w:tcW w:type="dxa" w:w="2160"/>
          </w:tcPr>
          <w:p>
            <w:r>
              <w:t>What best practices have you adopted from educational programs that have positively impacted your soybean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1051-0455</w:t>
            </w:r>
          </w:p>
        </w:tc>
        <w:tc>
          <w:tcPr>
            <w:tcW w:type="dxa" w:w="2160"/>
          </w:tcPr>
          <w:p>
            <w:r>
              <w:t>Youth Programs</w:t>
            </w:r>
          </w:p>
        </w:tc>
        <w:tc>
          <w:tcPr>
            <w:tcW w:type="dxa" w:w="2160"/>
          </w:tcPr>
          <w:p>
            <w:r>
              <w:t>Have you participated in any youth programs aimed at educating the next generation about soybean farming? If so, please provide details.</w:t>
              <w:br/>
              <w:t>Answer type: Yes-No + details</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1051-0456</w:t>
            </w:r>
          </w:p>
        </w:tc>
        <w:tc>
          <w:tcPr>
            <w:tcW w:type="dxa" w:w="2160"/>
          </w:tcPr>
          <w:p>
            <w:r>
              <w:t>Collaborative Projects</w:t>
            </w:r>
          </w:p>
        </w:tc>
        <w:tc>
          <w:tcPr>
            <w:tcW w:type="dxa" w:w="2160"/>
          </w:tcPr>
          <w:p>
            <w:r>
              <w:t>What collaborative projects have you engaged in with other farmers or organizations to enhance soybean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1051-0457</w:t>
            </w:r>
          </w:p>
        </w:tc>
        <w:tc>
          <w:tcPr>
            <w:tcW w:type="dxa" w:w="2160"/>
          </w:tcPr>
          <w:p>
            <w:r>
              <w:t>Stakeholder Involvement</w:t>
            </w:r>
          </w:p>
        </w:tc>
        <w:tc>
          <w:tcPr>
            <w:tcW w:type="dxa" w:w="2160"/>
          </w:tcPr>
          <w:p>
            <w:r>
              <w:t>How do you involve stakeholders (e.g., local universities, agricultural agencies) in your soybean farming educational initiatives?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1051-0458</w:t>
            </w:r>
          </w:p>
        </w:tc>
        <w:tc>
          <w:tcPr>
            <w:tcW w:type="dxa" w:w="2160"/>
          </w:tcPr>
          <w:p>
            <w:r>
              <w:t>Outreach Effectiveness</w:t>
            </w:r>
          </w:p>
        </w:tc>
        <w:tc>
          <w:tcPr>
            <w:tcW w:type="dxa" w:w="2160"/>
          </w:tcPr>
          <w:p>
            <w:r>
              <w:t>What metrics do you use to evaluate the effectiveness of your outreach initiatives in the soybean farming community?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1051-0459</w:t>
            </w:r>
          </w:p>
        </w:tc>
        <w:tc>
          <w:tcPr>
            <w:tcW w:type="dxa" w:w="2160"/>
          </w:tcPr>
          <w:p>
            <w:r>
              <w:t>Training Programs</w:t>
            </w:r>
          </w:p>
        </w:tc>
        <w:tc>
          <w:tcPr>
            <w:tcW w:type="dxa" w:w="2160"/>
          </w:tcPr>
          <w:p>
            <w:r>
              <w:t>What training programs have you developed or participated in that specifically target soybean farming innovations?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1051-0460</w:t>
            </w:r>
          </w:p>
        </w:tc>
        <w:tc>
          <w:tcPr>
            <w:tcW w:type="dxa" w:w="2160"/>
          </w:tcPr>
          <w:p>
            <w:r>
              <w:t>Technology Integration</w:t>
            </w:r>
          </w:p>
        </w:tc>
        <w:tc>
          <w:tcPr>
            <w:tcW w:type="dxa" w:w="2160"/>
          </w:tcPr>
          <w:p>
            <w:r>
              <w:t>How have you integrated technology into your educational outreach for soybean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1051-0461</w:t>
            </w:r>
          </w:p>
        </w:tc>
        <w:tc>
          <w:tcPr>
            <w:tcW w:type="dxa" w:w="2160"/>
          </w:tcPr>
          <w:p>
            <w:r>
              <w:t>Feedback Mechanisms</w:t>
            </w:r>
          </w:p>
        </w:tc>
        <w:tc>
          <w:tcPr>
            <w:tcW w:type="dxa" w:w="2160"/>
          </w:tcPr>
          <w:p>
            <w:r>
              <w:t>What feedback mechanisms do you have in place to assess the needs of soybean farmers in your educational outreach?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1051-0462</w:t>
            </w:r>
          </w:p>
        </w:tc>
        <w:tc>
          <w:tcPr>
            <w:tcW w:type="dxa" w:w="2160"/>
          </w:tcPr>
          <w:p>
            <w:r>
              <w:t>Funding Sources</w:t>
            </w:r>
          </w:p>
        </w:tc>
        <w:tc>
          <w:tcPr>
            <w:tcW w:type="dxa" w:w="2160"/>
          </w:tcPr>
          <w:p>
            <w:r>
              <w:t>What sources of funding have you utilized to support educational initiatives in soybean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1051-0463</w:t>
            </w:r>
          </w:p>
        </w:tc>
        <w:tc>
          <w:tcPr>
            <w:tcW w:type="dxa" w:w="2160"/>
          </w:tcPr>
          <w:p>
            <w:r>
              <w:t>Impact Assessment</w:t>
            </w:r>
          </w:p>
        </w:tc>
        <w:tc>
          <w:tcPr>
            <w:tcW w:type="dxa" w:w="2160"/>
          </w:tcPr>
          <w:p>
            <w:r>
              <w:t>How do you assess the impact of your educational initiatives on soybean farming practices in your community?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CROP-RESILIENCE-STRATEGIES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1051-0464</w:t>
            </w:r>
          </w:p>
        </w:tc>
        <w:tc>
          <w:tcPr>
            <w:tcW w:type="dxa" w:w="2160"/>
          </w:tcPr>
          <w:p>
            <w:r>
              <w:t>Drought Resistance</w:t>
            </w:r>
          </w:p>
        </w:tc>
        <w:tc>
          <w:tcPr>
            <w:tcW w:type="dxa" w:w="2160"/>
          </w:tcPr>
          <w:p>
            <w:r>
              <w:t>What specific drought-resistant soybean varieties have you tested in your farm operations, and what were the outcomes of these tests?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1051-0465</w:t>
            </w:r>
          </w:p>
        </w:tc>
        <w:tc>
          <w:tcPr>
            <w:tcW w:type="dxa" w:w="2160"/>
          </w:tcPr>
          <w:p>
            <w:r>
              <w:t>Flood Management</w:t>
            </w:r>
          </w:p>
        </w:tc>
        <w:tc>
          <w:tcPr>
            <w:tcW w:type="dxa" w:w="2160"/>
          </w:tcPr>
          <w:p>
            <w:r>
              <w:t>Describe any experimental practices you have implemented to manage excess water during flooding events, including any changes in planting schedules or field drainage systems.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1051-0466</w:t>
            </w:r>
          </w:p>
        </w:tc>
        <w:tc>
          <w:tcPr>
            <w:tcW w:type="dxa" w:w="2160"/>
          </w:tcPr>
          <w:p>
            <w:r>
              <w:t>Pest Adaptation</w:t>
            </w:r>
          </w:p>
        </w:tc>
        <w:tc>
          <w:tcPr>
            <w:tcW w:type="dxa" w:w="2160"/>
          </w:tcPr>
          <w:p>
            <w:r>
              <w:t>What new pest management strategies have you developed or tested in response to changing pest pressures linked to climate change?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1051-0467</w:t>
            </w:r>
          </w:p>
        </w:tc>
        <w:tc>
          <w:tcPr>
            <w:tcW w:type="dxa" w:w="2160"/>
          </w:tcPr>
          <w:p>
            <w:r>
              <w:t>Varietal Diversity</w:t>
            </w:r>
          </w:p>
        </w:tc>
        <w:tc>
          <w:tcPr>
            <w:tcW w:type="dxa" w:w="2160"/>
          </w:tcPr>
          <w:p>
            <w:r>
              <w:t>How have you diversified soybean cultivars on your farm to enhance resilience against climate variability, and what metrics do you use to evaluate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1051-0468</w:t>
            </w:r>
          </w:p>
        </w:tc>
        <w:tc>
          <w:tcPr>
            <w:tcW w:type="dxa" w:w="2160"/>
          </w:tcPr>
          <w:p>
            <w:r>
              <w:t>Agroecological Practices</w:t>
            </w:r>
          </w:p>
        </w:tc>
        <w:tc>
          <w:tcPr>
            <w:tcW w:type="dxa" w:w="2160"/>
          </w:tcPr>
          <w:p>
            <w:r>
              <w:t>List the agroecological practices you have implemented to improve soil health and crop resilience, and describe any experimental results you have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1051-0469</w:t>
            </w:r>
          </w:p>
        </w:tc>
        <w:tc>
          <w:tcPr>
            <w:tcW w:type="dxa" w:w="2160"/>
          </w:tcPr>
          <w:p>
            <w:r>
              <w:t>Climate-Smart Agriculture</w:t>
            </w:r>
          </w:p>
        </w:tc>
        <w:tc>
          <w:tcPr>
            <w:tcW w:type="dxa" w:w="2160"/>
          </w:tcPr>
          <w:p>
            <w:r>
              <w:t>What climate-smart agricultural practices have you adopted to mitigate the effects of climate change on soybean production,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1051-0470</w:t>
            </w:r>
          </w:p>
        </w:tc>
        <w:tc>
          <w:tcPr>
            <w:tcW w:type="dxa" w:w="2160"/>
          </w:tcPr>
          <w:p>
            <w:r>
              <w:t>Risk Assessment</w:t>
            </w:r>
          </w:p>
        </w:tc>
        <w:tc>
          <w:tcPr>
            <w:tcW w:type="dxa" w:w="2160"/>
          </w:tcPr>
          <w:p>
            <w:r>
              <w:t>Describe the risk assessment processes you have implemented to evaluate the potential impacts of climate change on your soybean yields. What data do you collect?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1051-0471</w:t>
            </w:r>
          </w:p>
        </w:tc>
        <w:tc>
          <w:tcPr>
            <w:tcW w:type="dxa" w:w="2160"/>
          </w:tcPr>
          <w:p>
            <w:r>
              <w:t>Policy Implications</w:t>
            </w:r>
          </w:p>
        </w:tc>
        <w:tc>
          <w:tcPr>
            <w:tcW w:type="dxa" w:w="2160"/>
          </w:tcPr>
          <w:p>
            <w:r>
              <w:t>What local or federal policies have you engaged with or influenced to support climate resilience in soybean farming, and how have these efforts impacted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1051-0472</w:t>
            </w:r>
          </w:p>
        </w:tc>
        <w:tc>
          <w:tcPr>
            <w:tcW w:type="dxa" w:w="2160"/>
          </w:tcPr>
          <w:p>
            <w:r>
              <w:t>Drought Resistance</w:t>
            </w:r>
          </w:p>
        </w:tc>
        <w:tc>
          <w:tcPr>
            <w:tcW w:type="dxa" w:w="2160"/>
          </w:tcPr>
          <w:p>
            <w:r>
              <w:t>Have you collaborated with any agricultural research institutions on drought resilience projects? If so, please provide details on the nature and results of this collaboration.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1051-0473</w:t>
            </w:r>
          </w:p>
        </w:tc>
        <w:tc>
          <w:tcPr>
            <w:tcW w:type="dxa" w:w="2160"/>
          </w:tcPr>
          <w:p>
            <w:r>
              <w:t>Flood Management</w:t>
            </w:r>
          </w:p>
        </w:tc>
        <w:tc>
          <w:tcPr>
            <w:tcW w:type="dxa" w:w="2160"/>
          </w:tcPr>
          <w:p>
            <w:r>
              <w:t>What specific technologies (e.g., sensors, software) have you adopted to predict and manage flooding on your farm, and what results have you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1051-0474</w:t>
            </w:r>
          </w:p>
        </w:tc>
        <w:tc>
          <w:tcPr>
            <w:tcW w:type="dxa" w:w="2160"/>
          </w:tcPr>
          <w:p>
            <w:r>
              <w:t>Pest Adaptation</w:t>
            </w:r>
          </w:p>
        </w:tc>
        <w:tc>
          <w:tcPr>
            <w:tcW w:type="dxa" w:w="2160"/>
          </w:tcPr>
          <w:p>
            <w:r>
              <w:t>How do you document and analyze the effectiveness of new pest control methods in response to climate change? Please provide examples.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1051-0475</w:t>
            </w:r>
          </w:p>
        </w:tc>
        <w:tc>
          <w:tcPr>
            <w:tcW w:type="dxa" w:w="2160"/>
          </w:tcPr>
          <w:p>
            <w:r>
              <w:t>Varietal Diversity</w:t>
            </w:r>
          </w:p>
        </w:tc>
        <w:tc>
          <w:tcPr>
            <w:tcW w:type="dxa" w:w="2160"/>
          </w:tcPr>
          <w:p>
            <w:r>
              <w:t>What criteria do you use to select soybean varieties for testing under changing climate conditions, and how do you assess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1051-0476</w:t>
            </w:r>
          </w:p>
        </w:tc>
        <w:tc>
          <w:tcPr>
            <w:tcW w:type="dxa" w:w="2160"/>
          </w:tcPr>
          <w:p>
            <w:r>
              <w:t>Agroecological Practices</w:t>
            </w:r>
          </w:p>
        </w:tc>
        <w:tc>
          <w:tcPr>
            <w:tcW w:type="dxa" w:w="2160"/>
          </w:tcPr>
          <w:p>
            <w:r>
              <w:t>Can you provide examples of how you have integrated traditional knowledge with modern agroecological practices to enhance crop resilience?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1051-0477</w:t>
            </w:r>
          </w:p>
        </w:tc>
        <w:tc>
          <w:tcPr>
            <w:tcW w:type="dxa" w:w="2160"/>
          </w:tcPr>
          <w:p>
            <w:r>
              <w:t>Climate-Smart Agriculture</w:t>
            </w:r>
          </w:p>
        </w:tc>
        <w:tc>
          <w:tcPr>
            <w:tcW w:type="dxa" w:w="2160"/>
          </w:tcPr>
          <w:p>
            <w:r>
              <w:t>What specific climate-smart practices have you adopted that directly impact your soybean production, and how do you quantify their benefits?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1051 (Soybean farms). Next Business ID: 1052 ((TBD)).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