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1052 -- Wheat farms</w:t>
      </w:r>
    </w:p>
    <w:p>
      <w:pPr>
        <w:jc w:val="center"/>
      </w:pPr>
      <w:r>
        <w:t>Business ID: 1052</w:t>
        <w:br/>
        <w:t>Business Type: Wheat farms</w:t>
        <w:br/>
        <w:t>Tax Year Design Basis: 2025</w:t>
        <w:br/>
        <w:t>Federal + California</w:t>
        <w:br/>
        <w:t>Question Range: 1052-0001 through 1052-0478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SEED-QUALITY-ANALYSIS</w:t>
            </w:r>
          </w:p>
        </w:tc>
        <w:tc>
          <w:tcPr>
            <w:tcW w:type="dxa" w:w="2880"/>
          </w:tcPr>
          <w:p>
            <w:r>
              <w:t>14</w:t>
            </w:r>
          </w:p>
        </w:tc>
        <w:tc>
          <w:tcPr>
            <w:tcW w:type="dxa" w:w="2880"/>
          </w:tcPr>
          <w:p>
            <w:r>
              <w:t>Assessing the quality and performance of seeds used for wheat cultivation.</w:t>
            </w:r>
          </w:p>
        </w:tc>
      </w:tr>
      <w:tr>
        <w:tc>
          <w:tcPr>
            <w:tcW w:type="dxa" w:w="2880"/>
          </w:tcPr>
          <w:p>
            <w:r>
              <w:t>SOIL-HEALTH-MANAGEMENT</w:t>
            </w:r>
          </w:p>
        </w:tc>
        <w:tc>
          <w:tcPr>
            <w:tcW w:type="dxa" w:w="2880"/>
          </w:tcPr>
          <w:p>
            <w:r>
              <w:t>22</w:t>
            </w:r>
          </w:p>
        </w:tc>
        <w:tc>
          <w:tcPr>
            <w:tcW w:type="dxa" w:w="2880"/>
          </w:tcPr>
          <w:p>
            <w:r>
              <w:t>Evaluating practices for maintaining and improving soil health in wheat farming.</w:t>
            </w:r>
          </w:p>
        </w:tc>
      </w:tr>
      <w:tr>
        <w:tc>
          <w:tcPr>
            <w:tcW w:type="dxa" w:w="2880"/>
          </w:tcPr>
          <w:p>
            <w:r>
              <w:t>IRRIGATION-TECHNOLOGIES</w:t>
            </w:r>
          </w:p>
        </w:tc>
        <w:tc>
          <w:tcPr>
            <w:tcW w:type="dxa" w:w="2880"/>
          </w:tcPr>
          <w:p>
            <w:r>
              <w:t>18</w:t>
            </w:r>
          </w:p>
        </w:tc>
        <w:tc>
          <w:tcPr>
            <w:tcW w:type="dxa" w:w="2880"/>
          </w:tcPr>
          <w:p>
            <w:r>
              <w:t>Exploring advanced irrigation methods and their impact on wheat yield.</w:t>
            </w:r>
          </w:p>
        </w:tc>
      </w:tr>
      <w:tr>
        <w:tc>
          <w:tcPr>
            <w:tcW w:type="dxa" w:w="2880"/>
          </w:tcPr>
          <w:p>
            <w:r>
              <w:t>PEST-CONTROL-STRATEGIES</w:t>
            </w:r>
          </w:p>
        </w:tc>
        <w:tc>
          <w:tcPr>
            <w:tcW w:type="dxa" w:w="2880"/>
          </w:tcPr>
          <w:p>
            <w:r>
              <w:t>16</w:t>
            </w:r>
          </w:p>
        </w:tc>
        <w:tc>
          <w:tcPr>
            <w:tcW w:type="dxa" w:w="2880"/>
          </w:tcPr>
          <w:p>
            <w:r>
              <w:t>Investigating integrated pest management practices for wheat crops.</w:t>
            </w:r>
          </w:p>
        </w:tc>
      </w:tr>
      <w:tr>
        <w:tc>
          <w:tcPr>
            <w:tcW w:type="dxa" w:w="2880"/>
          </w:tcPr>
          <w:p>
            <w:r>
              <w:t>FERTILIZER-APPLICATION-PRACTICES</w:t>
            </w:r>
          </w:p>
        </w:tc>
        <w:tc>
          <w:tcPr>
            <w:tcW w:type="dxa" w:w="2880"/>
          </w:tcPr>
          <w:p>
            <w:r>
              <w:t>20</w:t>
            </w:r>
          </w:p>
        </w:tc>
        <w:tc>
          <w:tcPr>
            <w:tcW w:type="dxa" w:w="2880"/>
          </w:tcPr>
          <w:p>
            <w:r>
              <w:t>Examining the methods and technologies for fertilizer application in wheat farming.</w:t>
            </w:r>
          </w:p>
        </w:tc>
      </w:tr>
      <w:tr>
        <w:tc>
          <w:tcPr>
            <w:tcW w:type="dxa" w:w="2880"/>
          </w:tcPr>
          <w:p>
            <w:r>
              <w:t>HARVEST-TECHNOLOGIES</w:t>
            </w:r>
          </w:p>
        </w:tc>
        <w:tc>
          <w:tcPr>
            <w:tcW w:type="dxa" w:w="2880"/>
          </w:tcPr>
          <w:p>
            <w:r>
              <w:t>13</w:t>
            </w:r>
          </w:p>
        </w:tc>
        <w:tc>
          <w:tcPr>
            <w:tcW w:type="dxa" w:w="2880"/>
          </w:tcPr>
          <w:p>
            <w:r>
              <w:t>Assessing the equipment and methods used for harvesting wheat.</w:t>
            </w:r>
          </w:p>
        </w:tc>
      </w:tr>
      <w:tr>
        <w:tc>
          <w:tcPr>
            <w:tcW w:type="dxa" w:w="2880"/>
          </w:tcPr>
          <w:p>
            <w:r>
              <w:t>POST-HARVEST-PROCESSING</w:t>
            </w:r>
          </w:p>
        </w:tc>
        <w:tc>
          <w:tcPr>
            <w:tcW w:type="dxa" w:w="2880"/>
          </w:tcPr>
          <w:p>
            <w:r>
              <w:t>14</w:t>
            </w:r>
          </w:p>
        </w:tc>
        <w:tc>
          <w:tcPr>
            <w:tcW w:type="dxa" w:w="2880"/>
          </w:tcPr>
          <w:p>
            <w:r>
              <w:t>Exploring the processes involved in post-harvest treatment of wheat.</w:t>
            </w:r>
          </w:p>
        </w:tc>
      </w:tr>
      <w:tr>
        <w:tc>
          <w:tcPr>
            <w:tcW w:type="dxa" w:w="2880"/>
          </w:tcPr>
          <w:p>
            <w:r>
              <w:t>QUALITY-CONTROL-LABORATORY</w:t>
            </w:r>
          </w:p>
        </w:tc>
        <w:tc>
          <w:tcPr>
            <w:tcW w:type="dxa" w:w="2880"/>
          </w:tcPr>
          <w:p>
            <w:r>
              <w:t>18</w:t>
            </w:r>
          </w:p>
        </w:tc>
        <w:tc>
          <w:tcPr>
            <w:tcW w:type="dxa" w:w="2880"/>
          </w:tcPr>
          <w:p>
            <w:r>
              <w:t>Evaluating the quality control measures and laboratory practices for wheat products.</w:t>
            </w:r>
          </w:p>
        </w:tc>
      </w:tr>
      <w:tr>
        <w:tc>
          <w:tcPr>
            <w:tcW w:type="dxa" w:w="2880"/>
          </w:tcPr>
          <w:p>
            <w:r>
              <w:t>PACKAGING-AND-TRACEABILITY</w:t>
            </w:r>
          </w:p>
        </w:tc>
        <w:tc>
          <w:tcPr>
            <w:tcW w:type="dxa" w:w="2880"/>
          </w:tcPr>
          <w:p>
            <w:r>
              <w:t>14</w:t>
            </w:r>
          </w:p>
        </w:tc>
        <w:tc>
          <w:tcPr>
            <w:tcW w:type="dxa" w:w="2880"/>
          </w:tcPr>
          <w:p>
            <w:r>
              <w:t>Investigating packaging methods and traceability systems for wheat products.</w:t>
            </w:r>
          </w:p>
        </w:tc>
      </w:tr>
      <w:tr>
        <w:tc>
          <w:tcPr>
            <w:tcW w:type="dxa" w:w="2880"/>
          </w:tcPr>
          <w:p>
            <w:r>
              <w:t>REGULATORY-COMPLIANCE-PROCESSES</w:t>
            </w:r>
          </w:p>
        </w:tc>
        <w:tc>
          <w:tcPr>
            <w:tcW w:type="dxa" w:w="2880"/>
          </w:tcPr>
          <w:p>
            <w:r>
              <w:t>20</w:t>
            </w:r>
          </w:p>
        </w:tc>
        <w:tc>
          <w:tcPr>
            <w:tcW w:type="dxa" w:w="2880"/>
          </w:tcPr>
          <w:p>
            <w:r>
              <w:t>Understanding the regulatory landscape affecting wheat farming and processing.</w:t>
            </w:r>
          </w:p>
        </w:tc>
      </w:tr>
      <w:tr>
        <w:tc>
          <w:tcPr>
            <w:tcW w:type="dxa" w:w="2880"/>
          </w:tcPr>
          <w:p>
            <w:r>
              <w:t>SUSTAINABILITY-PRACTICES</w:t>
            </w:r>
          </w:p>
        </w:tc>
        <w:tc>
          <w:tcPr>
            <w:tcW w:type="dxa" w:w="2880"/>
          </w:tcPr>
          <w:p>
            <w:r>
              <w:t>16</w:t>
            </w:r>
          </w:p>
        </w:tc>
        <w:tc>
          <w:tcPr>
            <w:tcW w:type="dxa" w:w="2880"/>
          </w:tcPr>
          <w:p>
            <w:r>
              <w:t>Exploring sustainable practices in wheat farming and processing.</w:t>
            </w:r>
          </w:p>
        </w:tc>
      </w:tr>
      <w:tr>
        <w:tc>
          <w:tcPr>
            <w:tcW w:type="dxa" w:w="2880"/>
          </w:tcPr>
          <w:p>
            <w:r>
              <w:t>DATA-ANALYTICS-IN-FARMING</w:t>
            </w:r>
          </w:p>
        </w:tc>
        <w:tc>
          <w:tcPr>
            <w:tcW w:type="dxa" w:w="2880"/>
          </w:tcPr>
          <w:p>
            <w:r>
              <w:t>14</w:t>
            </w:r>
          </w:p>
        </w:tc>
        <w:tc>
          <w:tcPr>
            <w:tcW w:type="dxa" w:w="2880"/>
          </w:tcPr>
          <w:p>
            <w:r>
              <w:t>Evaluating the use of data analytics and software systems in wheat farming.</w:t>
            </w:r>
          </w:p>
        </w:tc>
      </w:tr>
      <w:tr>
        <w:tc>
          <w:tcPr>
            <w:tcW w:type="dxa" w:w="2880"/>
          </w:tcPr>
          <w:p>
            <w:r>
              <w:t>AUTOMATION-IN-AGRICULTURE</w:t>
            </w:r>
          </w:p>
        </w:tc>
        <w:tc>
          <w:tcPr>
            <w:tcW w:type="dxa" w:w="2880"/>
          </w:tcPr>
          <w:p>
            <w:r>
              <w:t>18</w:t>
            </w:r>
          </w:p>
        </w:tc>
        <w:tc>
          <w:tcPr>
            <w:tcW w:type="dxa" w:w="2880"/>
          </w:tcPr>
          <w:p>
            <w:r>
              <w:t>Assessing the role of automation technologies in wheat farming operations.</w:t>
            </w:r>
          </w:p>
        </w:tc>
      </w:tr>
      <w:tr>
        <w:tc>
          <w:tcPr>
            <w:tcW w:type="dxa" w:w="2880"/>
          </w:tcPr>
          <w:p>
            <w:r>
              <w:t>BIODIVERSITY-AND-AGROECOLOGY</w:t>
            </w:r>
          </w:p>
        </w:tc>
        <w:tc>
          <w:tcPr>
            <w:tcW w:type="dxa" w:w="2880"/>
          </w:tcPr>
          <w:p>
            <w:r>
              <w:t>13</w:t>
            </w:r>
          </w:p>
        </w:tc>
        <w:tc>
          <w:tcPr>
            <w:tcW w:type="dxa" w:w="2880"/>
          </w:tcPr>
          <w:p>
            <w:r>
              <w:t>Investigating the role of biodiversity and agroecological practices in wheat farming.</w:t>
            </w:r>
          </w:p>
        </w:tc>
      </w:tr>
      <w:tr>
        <w:tc>
          <w:tcPr>
            <w:tcW w:type="dxa" w:w="2880"/>
          </w:tcPr>
          <w:p>
            <w:r>
              <w:t>CROP-RESEARCH-AND-DEVELOPMENT</w:t>
            </w:r>
          </w:p>
        </w:tc>
        <w:tc>
          <w:tcPr>
            <w:tcW w:type="dxa" w:w="2880"/>
          </w:tcPr>
          <w:p>
            <w:r>
              <w:t>24</w:t>
            </w:r>
          </w:p>
        </w:tc>
        <w:tc>
          <w:tcPr>
            <w:tcW w:type="dxa" w:w="2880"/>
          </w:tcPr>
          <w:p>
            <w:r>
              <w:t>Exploring R&amp;D initiatives aimed at improving wheat varieties and farming practices.</w:t>
            </w:r>
          </w:p>
        </w:tc>
      </w:tr>
      <w:tr>
        <w:tc>
          <w:tcPr>
            <w:tcW w:type="dxa" w:w="2880"/>
          </w:tcPr>
          <w:p>
            <w:r>
              <w:t>ENERGY-EFFICIENCY-MEASURES</w:t>
            </w:r>
          </w:p>
        </w:tc>
        <w:tc>
          <w:tcPr>
            <w:tcW w:type="dxa" w:w="2880"/>
          </w:tcPr>
          <w:p>
            <w:r>
              <w:t>14</w:t>
            </w:r>
          </w:p>
        </w:tc>
        <w:tc>
          <w:tcPr>
            <w:tcW w:type="dxa" w:w="2880"/>
          </w:tcPr>
          <w:p>
            <w:r>
              <w:t>Assessing energy efficiency measures in wheat farming operations.</w:t>
            </w:r>
          </w:p>
        </w:tc>
      </w:tr>
      <w:tr>
        <w:tc>
          <w:tcPr>
            <w:tcW w:type="dxa" w:w="2880"/>
          </w:tcPr>
          <w:p>
            <w:r>
              <w:t>WASTE-MANAGEMENT-AND-BYPRODUCTS</w:t>
            </w:r>
          </w:p>
        </w:tc>
        <w:tc>
          <w:tcPr>
            <w:tcW w:type="dxa" w:w="2880"/>
          </w:tcPr>
          <w:p>
            <w:r>
              <w:t>14</w:t>
            </w:r>
          </w:p>
        </w:tc>
        <w:tc>
          <w:tcPr>
            <w:tcW w:type="dxa" w:w="2880"/>
          </w:tcPr>
          <w:p>
            <w:r>
              <w:t>Investigating waste management practices and byproducts in wheat processing.</w:t>
            </w:r>
          </w:p>
        </w:tc>
      </w:tr>
      <w:tr>
        <w:tc>
          <w:tcPr>
            <w:tcW w:type="dxa" w:w="2880"/>
          </w:tcPr>
          <w:p>
            <w:r>
              <w:t>MARKETING-AND-EXPORT-STRATEGIES</w:t>
            </w:r>
          </w:p>
        </w:tc>
        <w:tc>
          <w:tcPr>
            <w:tcW w:type="dxa" w:w="2880"/>
          </w:tcPr>
          <w:p>
            <w:r>
              <w:t>14</w:t>
            </w:r>
          </w:p>
        </w:tc>
        <w:tc>
          <w:tcPr>
            <w:tcW w:type="dxa" w:w="2880"/>
          </w:tcPr>
          <w:p>
            <w:r>
              <w:t>Evaluating marketing strategies for wheat products and export compliance.</w:t>
            </w:r>
          </w:p>
        </w:tc>
      </w:tr>
      <w:tr>
        <w:tc>
          <w:tcPr>
            <w:tcW w:type="dxa" w:w="2880"/>
          </w:tcPr>
          <w:p>
            <w:r>
              <w:t>CLIMATE-CHANGE-ADAPTATION</w:t>
            </w:r>
          </w:p>
        </w:tc>
        <w:tc>
          <w:tcPr>
            <w:tcW w:type="dxa" w:w="2880"/>
          </w:tcPr>
          <w:p>
            <w:r>
              <w:t>18</w:t>
            </w:r>
          </w:p>
        </w:tc>
        <w:tc>
          <w:tcPr>
            <w:tcW w:type="dxa" w:w="2880"/>
          </w:tcPr>
          <w:p>
            <w:r>
              <w:t>Exploring strategies for adapting wheat farming to climate change impacts.</w:t>
            </w:r>
          </w:p>
        </w:tc>
      </w:tr>
      <w:tr>
        <w:tc>
          <w:tcPr>
            <w:tcW w:type="dxa" w:w="2880"/>
          </w:tcPr>
          <w:p>
            <w:r>
              <w:t>NUTRITIONAL-ANALYSIS-OF-WHEAT</w:t>
            </w:r>
          </w:p>
        </w:tc>
        <w:tc>
          <w:tcPr>
            <w:tcW w:type="dxa" w:w="2880"/>
          </w:tcPr>
          <w:p>
            <w:r>
              <w:t>14</w:t>
            </w:r>
          </w:p>
        </w:tc>
        <w:tc>
          <w:tcPr>
            <w:tcW w:type="dxa" w:w="2880"/>
          </w:tcPr>
          <w:p>
            <w:r>
              <w:t>Assessing the nutritional content and health benefits of wheat products.</w:t>
            </w:r>
          </w:p>
        </w:tc>
      </w:tr>
      <w:tr>
        <w:tc>
          <w:tcPr>
            <w:tcW w:type="dxa" w:w="2880"/>
          </w:tcPr>
          <w:p>
            <w:r>
              <w:t>CROP-CIRCULATION-AND-ECONOMICS</w:t>
            </w:r>
          </w:p>
        </w:tc>
        <w:tc>
          <w:tcPr>
            <w:tcW w:type="dxa" w:w="2880"/>
          </w:tcPr>
          <w:p>
            <w:r>
              <w:t>14</w:t>
            </w:r>
          </w:p>
        </w:tc>
        <w:tc>
          <w:tcPr>
            <w:tcW w:type="dxa" w:w="2880"/>
          </w:tcPr>
          <w:p>
            <w:r>
              <w:t>Investigating the economic aspects of crop rotation and circulation in wheat farming.</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1052-0001</w:t>
            </w:r>
          </w:p>
        </w:tc>
        <w:tc>
          <w:tcPr>
            <w:tcW w:type="dxa" w:w="2160"/>
          </w:tcPr>
          <w:p>
            <w:r>
              <w:t>Entity Structure</w:t>
            </w:r>
          </w:p>
        </w:tc>
        <w:tc>
          <w:tcPr>
            <w:tcW w:type="dxa" w:w="2160"/>
          </w:tcPr>
          <w:p>
            <w:r>
              <w:t>What is the legal structure of your wheat farming business (e.g., sole proprietorship, partnership, corporation)?</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1052-0002</w:t>
            </w:r>
          </w:p>
        </w:tc>
        <w:tc>
          <w:tcPr>
            <w:tcW w:type="dxa" w:w="2160"/>
          </w:tcPr>
          <w:p>
            <w:r>
              <w:t>Ownership</w:t>
            </w:r>
          </w:p>
        </w:tc>
        <w:tc>
          <w:tcPr>
            <w:tcW w:type="dxa" w:w="2160"/>
          </w:tcPr>
          <w:p>
            <w:r>
              <w:t>Who are the principal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1052-0003</w:t>
            </w:r>
          </w:p>
        </w:tc>
        <w:tc>
          <w:tcPr>
            <w:tcW w:type="dxa" w:w="2160"/>
          </w:tcPr>
          <w:p>
            <w:r>
              <w:t>Locations</w:t>
            </w:r>
          </w:p>
        </w:tc>
        <w:tc>
          <w:tcPr>
            <w:tcW w:type="dxa" w:w="2160"/>
          </w:tcPr>
          <w:p>
            <w:r>
              <w:t>List all locations where your wheat farming operations are conducted, including any leased or owned land.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1052-0004</w:t>
            </w:r>
          </w:p>
        </w:tc>
        <w:tc>
          <w:tcPr>
            <w:tcW w:type="dxa" w:w="2160"/>
          </w:tcPr>
          <w:p>
            <w:r>
              <w:t>Products</w:t>
            </w:r>
          </w:p>
        </w:tc>
        <w:tc>
          <w:tcPr>
            <w:tcW w:type="dxa" w:w="2160"/>
          </w:tcPr>
          <w:p>
            <w:r>
              <w:t>What specific varieties of wheat do you cultivate, and how do they differ in terms of growth requirements and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1052-0005</w:t>
            </w:r>
          </w:p>
        </w:tc>
        <w:tc>
          <w:tcPr>
            <w:tcW w:type="dxa" w:w="2160"/>
          </w:tcPr>
          <w:p>
            <w:r>
              <w:t>Revenue</w:t>
            </w:r>
          </w:p>
        </w:tc>
        <w:tc>
          <w:tcPr>
            <w:tcW w:type="dxa" w:w="2160"/>
          </w:tcPr>
          <w:p>
            <w:r>
              <w:t>What was the total revenue generated from wheat sales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1052-0006</w:t>
            </w:r>
          </w:p>
        </w:tc>
        <w:tc>
          <w:tcPr>
            <w:tcW w:type="dxa" w:w="2160"/>
          </w:tcPr>
          <w:p>
            <w:r>
              <w:t>Personnel</w:t>
            </w:r>
          </w:p>
        </w:tc>
        <w:tc>
          <w:tcPr>
            <w:tcW w:type="dxa" w:w="2160"/>
          </w:tcPr>
          <w:p>
            <w:r>
              <w:t>How many full-time and part-time employees are involved in the wheat farming operations? Please specify roles related to R&amp;D activities.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1052-0007</w:t>
            </w:r>
          </w:p>
        </w:tc>
        <w:tc>
          <w:tcPr>
            <w:tcW w:type="dxa" w:w="2160"/>
          </w:tcPr>
          <w:p>
            <w:r>
              <w:t>Records</w:t>
            </w:r>
          </w:p>
        </w:tc>
        <w:tc>
          <w:tcPr>
            <w:tcW w:type="dxa" w:w="2160"/>
          </w:tcPr>
          <w:p>
            <w:r>
              <w:t>What types of records do you maintain related to wheat cultivation methods, including any experimental trials?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1052-0008</w:t>
            </w:r>
          </w:p>
        </w:tc>
        <w:tc>
          <w:tcPr>
            <w:tcW w:type="dxa" w:w="2160"/>
          </w:tcPr>
          <w:p>
            <w:r>
              <w:t>Lead Facts</w:t>
            </w:r>
          </w:p>
        </w:tc>
        <w:tc>
          <w:tcPr>
            <w:tcW w:type="dxa" w:w="2160"/>
          </w:tcPr>
          <w:p>
            <w:r>
              <w:t>What specific challenges have you faced in wheat cultivation that led to experimentation or changes in your farming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1052-0009</w:t>
            </w:r>
          </w:p>
        </w:tc>
        <w:tc>
          <w:tcPr>
            <w:tcW w:type="dxa" w:w="2160"/>
          </w:tcPr>
          <w:p>
            <w:r>
              <w:t>Entity Structure</w:t>
            </w:r>
          </w:p>
        </w:tc>
        <w:tc>
          <w:tcPr>
            <w:tcW w:type="dxa" w:w="2160"/>
          </w:tcPr>
          <w:p>
            <w:r>
              <w:t>Is your business part of a larger agricultural group or cooperative? If so, please describe the relationship.</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1052-0010</w:t>
            </w:r>
          </w:p>
        </w:tc>
        <w:tc>
          <w:tcPr>
            <w:tcW w:type="dxa" w:w="2160"/>
          </w:tcPr>
          <w:p>
            <w:r>
              <w:t>Ownership</w:t>
            </w:r>
          </w:p>
        </w:tc>
        <w:tc>
          <w:tcPr>
            <w:tcW w:type="dxa" w:w="2160"/>
          </w:tcPr>
          <w:p>
            <w:r>
              <w:t>Are there any minority stakeholders in the business?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1052-0011</w:t>
            </w:r>
          </w:p>
        </w:tc>
        <w:tc>
          <w:tcPr>
            <w:tcW w:type="dxa" w:w="2160"/>
          </w:tcPr>
          <w:p>
            <w:r>
              <w:t>Locations</w:t>
            </w:r>
          </w:p>
        </w:tc>
        <w:tc>
          <w:tcPr>
            <w:tcW w:type="dxa" w:w="2160"/>
          </w:tcPr>
          <w:p>
            <w:r>
              <w:t>Do you operate any experimental plots separate from your main farming operations? If so, please provide locations and purposes.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1052-0012</w:t>
            </w:r>
          </w:p>
        </w:tc>
        <w:tc>
          <w:tcPr>
            <w:tcW w:type="dxa" w:w="2160"/>
          </w:tcPr>
          <w:p>
            <w:r>
              <w:t>Products</w:t>
            </w:r>
          </w:p>
        </w:tc>
        <w:tc>
          <w:tcPr>
            <w:tcW w:type="dxa" w:w="2160"/>
          </w:tcPr>
          <w:p>
            <w:r>
              <w:t>Have you developed any new wheat varieties or farming techniques in the past year? Please describe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1052-0013</w:t>
            </w:r>
          </w:p>
        </w:tc>
        <w:tc>
          <w:tcPr>
            <w:tcW w:type="dxa" w:w="2160"/>
          </w:tcPr>
          <w:p>
            <w:r>
              <w:t>Revenue</w:t>
            </w:r>
          </w:p>
        </w:tc>
        <w:tc>
          <w:tcPr>
            <w:tcW w:type="dxa" w:w="2160"/>
          </w:tcPr>
          <w:p>
            <w:r>
              <w:t>What percentage of your total revenue is derived from wheat-related activities versus other agricultural 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1052-0014</w:t>
            </w:r>
          </w:p>
        </w:tc>
        <w:tc>
          <w:tcPr>
            <w:tcW w:type="dxa" w:w="2160"/>
          </w:tcPr>
          <w:p>
            <w:r>
              <w:t>Personnel</w:t>
            </w:r>
          </w:p>
        </w:tc>
        <w:tc>
          <w:tcPr>
            <w:tcW w:type="dxa" w:w="2160"/>
          </w:tcPr>
          <w:p>
            <w:r>
              <w:t>What qualifications or training do your personnel have that relate to R&amp;D in wheat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1052-0015</w:t>
            </w:r>
          </w:p>
        </w:tc>
        <w:tc>
          <w:tcPr>
            <w:tcW w:type="dxa" w:w="2160"/>
          </w:tcPr>
          <w:p>
            <w:r>
              <w:t>Records</w:t>
            </w:r>
          </w:p>
        </w:tc>
        <w:tc>
          <w:tcPr>
            <w:tcW w:type="dxa" w:w="2160"/>
          </w:tcPr>
          <w:p>
            <w:r>
              <w:t>How do you document the results of any experiments or trials conducted on wheat cultivation?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1052-0016</w:t>
            </w:r>
          </w:p>
        </w:tc>
        <w:tc>
          <w:tcPr>
            <w:tcW w:type="dxa" w:w="2160"/>
          </w:tcPr>
          <w:p>
            <w:r>
              <w:t>Lead Facts</w:t>
            </w:r>
          </w:p>
        </w:tc>
        <w:tc>
          <w:tcPr>
            <w:tcW w:type="dxa" w:w="2160"/>
          </w:tcPr>
          <w:p>
            <w:r>
              <w:t>What specific technologies or methodologies do you utilize to enhance wheat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1052-0017</w:t>
            </w:r>
          </w:p>
        </w:tc>
        <w:tc>
          <w:tcPr>
            <w:tcW w:type="dxa" w:w="2160"/>
          </w:tcPr>
          <w:p>
            <w:r>
              <w:t>Entity Structure</w:t>
            </w:r>
          </w:p>
        </w:tc>
        <w:tc>
          <w:tcPr>
            <w:tcW w:type="dxa" w:w="2160"/>
          </w:tcPr>
          <w:p>
            <w:r>
              <w:t>Is your business registered in any states other than California? If yes, please specify.</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1052-0018</w:t>
            </w:r>
          </w:p>
        </w:tc>
        <w:tc>
          <w:tcPr>
            <w:tcW w:type="dxa" w:w="2160"/>
          </w:tcPr>
          <w:p>
            <w:r>
              <w:t>Ownership</w:t>
            </w:r>
          </w:p>
        </w:tc>
        <w:tc>
          <w:tcPr>
            <w:tcW w:type="dxa" w:w="2160"/>
          </w:tcPr>
          <w:p>
            <w:r>
              <w:t>Are there any agreements or contracts with external research institutions or universities?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1052-0019</w:t>
            </w:r>
          </w:p>
        </w:tc>
        <w:tc>
          <w:tcPr>
            <w:tcW w:type="dxa" w:w="2160"/>
          </w:tcPr>
          <w:p>
            <w:r>
              <w:t>Locations</w:t>
            </w:r>
          </w:p>
        </w:tc>
        <w:tc>
          <w:tcPr>
            <w:tcW w:type="dxa" w:w="2160"/>
          </w:tcPr>
          <w:p>
            <w:r>
              <w:t>What is the primary method of irrigation used in your wheat farming operations, and how has it evolved?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1052-0020</w:t>
            </w:r>
          </w:p>
        </w:tc>
        <w:tc>
          <w:tcPr>
            <w:tcW w:type="dxa" w:w="2160"/>
          </w:tcPr>
          <w:p>
            <w:r>
              <w:t>Products</w:t>
            </w:r>
          </w:p>
        </w:tc>
        <w:tc>
          <w:tcPr>
            <w:tcW w:type="dxa" w:w="2160"/>
          </w:tcPr>
          <w:p>
            <w:r>
              <w:t>What measures do you take to ensure the quality and consistency of your wheat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1052-0021</w:t>
            </w:r>
          </w:p>
        </w:tc>
        <w:tc>
          <w:tcPr>
            <w:tcW w:type="dxa" w:w="2160"/>
          </w:tcPr>
          <w:p>
            <w:r>
              <w:t>Project Identification</w:t>
            </w:r>
          </w:p>
        </w:tc>
        <w:tc>
          <w:tcPr>
            <w:tcW w:type="dxa" w:w="2160"/>
          </w:tcPr>
          <w:p>
            <w:r>
              <w:t>What specific projects related to wheat farming did you initiate during the tax year that aimed to improve yield or reduce costs?</w:t>
              <w:br/>
              <w:t>Answer type: text</w:t>
              <w:br/>
              <w:t>Trigger: if project_initiated='yes'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1052-0022</w:t>
            </w:r>
          </w:p>
        </w:tc>
        <w:tc>
          <w:tcPr>
            <w:tcW w:type="dxa" w:w="2160"/>
          </w:tcPr>
          <w:p>
            <w:r>
              <w:t>Employee Involvement</w:t>
            </w:r>
          </w:p>
        </w:tc>
        <w:tc>
          <w:tcPr>
            <w:tcW w:type="dxa" w:w="2160"/>
          </w:tcPr>
          <w:p>
            <w:r>
              <w:t>How many employees were directly involved in R&amp;D activities for wheat farming in the tax year?</w:t>
              <w:br/>
              <w:t>Answer type: number</w:t>
              <w:br/>
              <w:t>Trigger: if r_and_d_activity='yes'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1052-0023</w:t>
            </w:r>
          </w:p>
        </w:tc>
        <w:tc>
          <w:tcPr>
            <w:tcW w:type="dxa" w:w="2160"/>
          </w:tcPr>
          <w:p>
            <w:r>
              <w:t>Return Status</w:t>
            </w:r>
          </w:p>
        </w:tc>
        <w:tc>
          <w:tcPr>
            <w:tcW w:type="dxa" w:w="2160"/>
          </w:tcPr>
          <w:p>
            <w:r>
              <w:t>What is the current status of your R&amp;D tax credit claim for the 2025 tax year?</w:t>
              <w:br/>
              <w:t>Answer type: Single select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1052-0024</w:t>
            </w:r>
          </w:p>
        </w:tc>
        <w:tc>
          <w:tcPr>
            <w:tcW w:type="dxa" w:w="2160"/>
          </w:tcPr>
          <w:p>
            <w:r>
              <w:t>Prior Credits</w:t>
            </w:r>
          </w:p>
        </w:tc>
        <w:tc>
          <w:tcPr>
            <w:tcW w:type="dxa" w:w="2160"/>
          </w:tcPr>
          <w:p>
            <w:r>
              <w:t>Have you claimed any R&amp;D tax credits in prior tax years, and if so, please specify the years and amounts?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1052-0025</w:t>
            </w:r>
          </w:p>
        </w:tc>
        <w:tc>
          <w:tcPr>
            <w:tcW w:type="dxa" w:w="2160"/>
          </w:tcPr>
          <w:p>
            <w:r>
              <w:t>Aggregation</w:t>
            </w:r>
          </w:p>
        </w:tc>
        <w:tc>
          <w:tcPr>
            <w:tcW w:type="dxa" w:w="2160"/>
          </w:tcPr>
          <w:p>
            <w:r>
              <w:t>Are you aggregating R&amp;D expenses across multiple entities or projects for the 2025 tax year? If yes, please list the entities or projects involved.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1052-0026</w:t>
            </w:r>
          </w:p>
        </w:tc>
        <w:tc>
          <w:tcPr>
            <w:tcW w:type="dxa" w:w="2160"/>
          </w:tcPr>
          <w:p>
            <w:r>
              <w:t>Elections</w:t>
            </w:r>
          </w:p>
        </w:tc>
        <w:tc>
          <w:tcPr>
            <w:tcW w:type="dxa" w:w="2160"/>
          </w:tcPr>
          <w:p>
            <w:r>
              <w:t>Have you made any elections regarding the treatment of R&amp;D expenditures for the 2025 tax year? If yes, please describe the elections made.</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1052-0027</w:t>
            </w:r>
          </w:p>
        </w:tc>
        <w:tc>
          <w:tcPr>
            <w:tcW w:type="dxa" w:w="2160"/>
          </w:tcPr>
          <w:p>
            <w:r>
              <w:t>Amended Returns</w:t>
            </w:r>
          </w:p>
        </w:tc>
        <w:tc>
          <w:tcPr>
            <w:tcW w:type="dxa" w:w="2160"/>
          </w:tcPr>
          <w:p>
            <w:r>
              <w:t>Have you filed any amended returns for prior tax years that affect R&amp;D tax credits? If yes, please provide details.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1052-0028</w:t>
            </w:r>
          </w:p>
        </w:tc>
        <w:tc>
          <w:tcPr>
            <w:tcW w:type="dxa" w:w="2160"/>
          </w:tcPr>
          <w:p>
            <w:r>
              <w:t>Section 174</w:t>
            </w:r>
          </w:p>
        </w:tc>
        <w:tc>
          <w:tcPr>
            <w:tcW w:type="dxa" w:w="2160"/>
          </w:tcPr>
          <w:p>
            <w:r>
              <w:t>Have you incurred any R&amp;D expenditures that you believe are subject to the new capitalization rules under Section 174? Please provide details.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1052-0029</w:t>
            </w:r>
          </w:p>
        </w:tc>
        <w:tc>
          <w:tcPr>
            <w:tcW w:type="dxa" w:w="2160"/>
          </w:tcPr>
          <w:p>
            <w:r>
              <w:t>Return Status</w:t>
            </w:r>
          </w:p>
        </w:tc>
        <w:tc>
          <w:tcPr>
            <w:tcW w:type="dxa" w:w="2160"/>
          </w:tcPr>
          <w:p>
            <w:r>
              <w:t>What documentation do you have to support your R&amp;D tax credit claim for the 2025 tax year?</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1052-0030</w:t>
            </w:r>
          </w:p>
        </w:tc>
        <w:tc>
          <w:tcPr>
            <w:tcW w:type="dxa" w:w="2160"/>
          </w:tcPr>
          <w:p>
            <w:r>
              <w:t>Prior Credits</w:t>
            </w:r>
          </w:p>
        </w:tc>
        <w:tc>
          <w:tcPr>
            <w:tcW w:type="dxa" w:w="2160"/>
          </w:tcPr>
          <w:p>
            <w:r>
              <w:t>What specific projects or activities contributed to your prior R&amp;D tax credit claims?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1052-0031</w:t>
            </w:r>
          </w:p>
        </w:tc>
        <w:tc>
          <w:tcPr>
            <w:tcW w:type="dxa" w:w="2160"/>
          </w:tcPr>
          <w:p>
            <w:r>
              <w:t>Aggregation</w:t>
            </w:r>
          </w:p>
        </w:tc>
        <w:tc>
          <w:tcPr>
            <w:tcW w:type="dxa" w:w="2160"/>
          </w:tcPr>
          <w:p>
            <w:r>
              <w:t>Are you planning to aggregate R&amp;D expenses from different projects or locations for the 2025 tax year? If yes,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1052-0032</w:t>
            </w:r>
          </w:p>
        </w:tc>
        <w:tc>
          <w:tcPr>
            <w:tcW w:type="dxa" w:w="2160"/>
          </w:tcPr>
          <w:p>
            <w:r>
              <w:t>Elections</w:t>
            </w:r>
          </w:p>
        </w:tc>
        <w:tc>
          <w:tcPr>
            <w:tcW w:type="dxa" w:w="2160"/>
          </w:tcPr>
          <w:p>
            <w:r>
              <w:t>Did you elect to use the alternative simplified credit (ASC) method for calculating your R&amp;D tax credits for the 2025 tax year?</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1052-0033</w:t>
            </w:r>
          </w:p>
        </w:tc>
        <w:tc>
          <w:tcPr>
            <w:tcW w:type="dxa" w:w="2160"/>
          </w:tcPr>
          <w:p>
            <w:r>
              <w:t>Amended Returns</w:t>
            </w:r>
          </w:p>
        </w:tc>
        <w:tc>
          <w:tcPr>
            <w:tcW w:type="dxa" w:w="2160"/>
          </w:tcPr>
          <w:p>
            <w:r>
              <w:t>What changes prompted the filing of any amended returns related to R&amp;D tax credits in prior years?</w:t>
              <w:br/>
              <w:t>Answer type: Long text</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1052-0034</w:t>
            </w:r>
          </w:p>
        </w:tc>
        <w:tc>
          <w:tcPr>
            <w:tcW w:type="dxa" w:w="2160"/>
          </w:tcPr>
          <w:p>
            <w:r>
              <w:t>Return Status</w:t>
            </w:r>
          </w:p>
        </w:tc>
        <w:tc>
          <w:tcPr>
            <w:tcW w:type="dxa" w:w="2160"/>
          </w:tcPr>
          <w:p>
            <w:r>
              <w:t>Have you received any notices or correspondence from the IRS or state tax authority regarding your R&amp;D tax credit claims?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1052-0035</w:t>
            </w:r>
          </w:p>
        </w:tc>
        <w:tc>
          <w:tcPr>
            <w:tcW w:type="dxa" w:w="2160"/>
          </w:tcPr>
          <w:p>
            <w:r>
              <w:t>Section 174</w:t>
            </w:r>
          </w:p>
        </w:tc>
        <w:tc>
          <w:tcPr>
            <w:tcW w:type="dxa" w:w="2160"/>
          </w:tcPr>
          <w:p>
            <w:r>
              <w:t>Have you reviewed the implications of Section 174 on your R&amp;D activities and expenditures for the 2025 tax year? If yes, please summarize your findings.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1052-0036</w:t>
            </w:r>
          </w:p>
        </w:tc>
        <w:tc>
          <w:tcPr>
            <w:tcW w:type="dxa" w:w="2160"/>
          </w:tcPr>
          <w:p>
            <w:r>
              <w:t>Documentation</w:t>
            </w:r>
          </w:p>
        </w:tc>
        <w:tc>
          <w:tcPr>
            <w:tcW w:type="dxa" w:w="2160"/>
          </w:tcPr>
          <w:p>
            <w:r>
              <w:t>What documentation do you maintain to support your R&amp;D tax credit claims for the tax year?</w:t>
              <w:br/>
              <w:t>Answer type: text</w:t>
              <w:br/>
              <w:t>Trigger: if claiming_credit='yes'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1052-0037</w:t>
            </w:r>
          </w:p>
        </w:tc>
        <w:tc>
          <w:tcPr>
            <w:tcW w:type="dxa" w:w="2160"/>
          </w:tcPr>
          <w:p>
            <w:r>
              <w:t>Project Inventory</w:t>
            </w:r>
          </w:p>
        </w:tc>
        <w:tc>
          <w:tcPr>
            <w:tcW w:type="dxa" w:w="2160"/>
          </w:tcPr>
          <w:p>
            <w:r>
              <w:t>What specific projects did your wheat farm undertake in 2025 that involved developing or improving agricultural techniques or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1052-0038</w:t>
            </w:r>
          </w:p>
        </w:tc>
        <w:tc>
          <w:tcPr>
            <w:tcW w:type="dxa" w:w="2160"/>
          </w:tcPr>
          <w:p>
            <w:r>
              <w:t>Uncertainty</w:t>
            </w:r>
          </w:p>
        </w:tc>
        <w:tc>
          <w:tcPr>
            <w:tcW w:type="dxa" w:w="2160"/>
          </w:tcPr>
          <w:p>
            <w:r>
              <w:t>Can you describe any technical uncertainties faced during the development of new wheat varieties or farming methods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1052-0039</w:t>
            </w:r>
          </w:p>
        </w:tc>
        <w:tc>
          <w:tcPr>
            <w:tcW w:type="dxa" w:w="2160"/>
          </w:tcPr>
          <w:p>
            <w:r>
              <w:t>Alternatives</w:t>
            </w:r>
          </w:p>
        </w:tc>
        <w:tc>
          <w:tcPr>
            <w:tcW w:type="dxa" w:w="2160"/>
          </w:tcPr>
          <w:p>
            <w:r>
              <w:t>What alternative approaches were considered for improving wheat yield or disease resistance in 2025, and why were they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1052-0040</w:t>
            </w:r>
          </w:p>
        </w:tc>
        <w:tc>
          <w:tcPr>
            <w:tcW w:type="dxa" w:w="2160"/>
          </w:tcPr>
          <w:p>
            <w:r>
              <w:t>Experiments</w:t>
            </w:r>
          </w:p>
        </w:tc>
        <w:tc>
          <w:tcPr>
            <w:tcW w:type="dxa" w:w="2160"/>
          </w:tcPr>
          <w:p>
            <w:r>
              <w:t>What specific experiments were conducted in 2025 to test new fertilizers or pest control methods,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1052-0041</w:t>
            </w:r>
          </w:p>
        </w:tc>
        <w:tc>
          <w:tcPr>
            <w:tcW w:type="dxa" w:w="2160"/>
          </w:tcPr>
          <w:p>
            <w:r>
              <w:t>Measurements</w:t>
            </w:r>
          </w:p>
        </w:tc>
        <w:tc>
          <w:tcPr>
            <w:tcW w:type="dxa" w:w="2160"/>
          </w:tcPr>
          <w:p>
            <w:r>
              <w:t>What measurement techniques were used to assess the effectiveness of new farming practices or technologies implemented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1052-0042</w:t>
            </w:r>
          </w:p>
        </w:tc>
        <w:tc>
          <w:tcPr>
            <w:tcW w:type="dxa" w:w="2160"/>
          </w:tcPr>
          <w:p>
            <w:r>
              <w:t>Costs</w:t>
            </w:r>
          </w:p>
        </w:tc>
        <w:tc>
          <w:tcPr>
            <w:tcW w:type="dxa" w:w="2160"/>
          </w:tcPr>
          <w:p>
            <w:r>
              <w:t>What were the total costs associated with R&amp;D activities related to wheat farming in 2025, including labor, materials, and overhead?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1052-0043</w:t>
            </w:r>
          </w:p>
        </w:tc>
        <w:tc>
          <w:tcPr>
            <w:tcW w:type="dxa" w:w="2160"/>
          </w:tcPr>
          <w:p>
            <w:r>
              <w:t>Evidence</w:t>
            </w:r>
          </w:p>
        </w:tc>
        <w:tc>
          <w:tcPr>
            <w:tcW w:type="dxa" w:w="2160"/>
          </w:tcPr>
          <w:p>
            <w:r>
              <w:t>What documentation do you have to support the R&amp;D activities conducted in 2025, such as lab results, project plans, or invoices?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1052-0044</w:t>
            </w:r>
          </w:p>
        </w:tc>
        <w:tc>
          <w:tcPr>
            <w:tcW w:type="dxa" w:w="2160"/>
          </w:tcPr>
          <w:p>
            <w:r>
              <w:t>Project Inventory</w:t>
            </w:r>
          </w:p>
        </w:tc>
        <w:tc>
          <w:tcPr>
            <w:tcW w:type="dxa" w:w="2160"/>
          </w:tcPr>
          <w:p>
            <w:r>
              <w:t>How many distinct R&amp;D projects did your farm initiate in 2025, and can you briefly describe each?</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1052-0045</w:t>
            </w:r>
          </w:p>
        </w:tc>
        <w:tc>
          <w:tcPr>
            <w:tcW w:type="dxa" w:w="2160"/>
          </w:tcPr>
          <w:p>
            <w:r>
              <w:t>Uncertainty</w:t>
            </w:r>
          </w:p>
        </w:tc>
        <w:tc>
          <w:tcPr>
            <w:tcW w:type="dxa" w:w="2160"/>
          </w:tcPr>
          <w:p>
            <w:r>
              <w:t>What specific hypotheses were tested during the R&amp;D projects in 2025, and how were they validated?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1052-0046</w:t>
            </w:r>
          </w:p>
        </w:tc>
        <w:tc>
          <w:tcPr>
            <w:tcW w:type="dxa" w:w="2160"/>
          </w:tcPr>
          <w:p>
            <w:r>
              <w:t>Alternatives</w:t>
            </w:r>
          </w:p>
        </w:tc>
        <w:tc>
          <w:tcPr>
            <w:tcW w:type="dxa" w:w="2160"/>
          </w:tcPr>
          <w:p>
            <w:r>
              <w:t>Were there any significant changes to your R&amp;D strategy in 2025 based on the results of previous experiments? If so, please explain.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1052-0047</w:t>
            </w:r>
          </w:p>
        </w:tc>
        <w:tc>
          <w:tcPr>
            <w:tcW w:type="dxa" w:w="2160"/>
          </w:tcPr>
          <w:p>
            <w:r>
              <w:t>Experiments</w:t>
            </w:r>
          </w:p>
        </w:tc>
        <w:tc>
          <w:tcPr>
            <w:tcW w:type="dxa" w:w="2160"/>
          </w:tcPr>
          <w:p>
            <w:r>
              <w:t>What experimental designs were employed for the trials conducted in 2025, and how were the results analyzed?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1052-0048</w:t>
            </w:r>
          </w:p>
        </w:tc>
        <w:tc>
          <w:tcPr>
            <w:tcW w:type="dxa" w:w="2160"/>
          </w:tcPr>
          <w:p>
            <w:r>
              <w:t>Measurements</w:t>
            </w:r>
          </w:p>
        </w:tc>
        <w:tc>
          <w:tcPr>
            <w:tcW w:type="dxa" w:w="2160"/>
          </w:tcPr>
          <w:p>
            <w:r>
              <w:t>What specific metrics were used to evaluate the success of the R&amp;D initiatives in 2025, such as yield per acre or cost per bushel?</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1052-0049</w:t>
            </w:r>
          </w:p>
        </w:tc>
        <w:tc>
          <w:tcPr>
            <w:tcW w:type="dxa" w:w="2160"/>
          </w:tcPr>
          <w:p>
            <w:r>
              <w:t>Costs</w:t>
            </w:r>
          </w:p>
        </w:tc>
        <w:tc>
          <w:tcPr>
            <w:tcW w:type="dxa" w:w="2160"/>
          </w:tcPr>
          <w:p>
            <w:r>
              <w:t>Can you provide a breakdown of the labor costs associated with R&amp;D activities in 2025, including hours worked and rates?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1052-0050</w:t>
            </w:r>
          </w:p>
        </w:tc>
        <w:tc>
          <w:tcPr>
            <w:tcW w:type="dxa" w:w="2160"/>
          </w:tcPr>
          <w:p>
            <w:r>
              <w:t>Evidence</w:t>
            </w:r>
          </w:p>
        </w:tc>
        <w:tc>
          <w:tcPr>
            <w:tcW w:type="dxa" w:w="2160"/>
          </w:tcPr>
          <w:p>
            <w:r>
              <w:t>What external resources or consultants were utilized for your R&amp;D projects in 2025, and how are these expenses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1052-0051</w:t>
            </w:r>
          </w:p>
        </w:tc>
        <w:tc>
          <w:tcPr>
            <w:tcW w:type="dxa" w:w="2160"/>
          </w:tcPr>
          <w:p>
            <w:r>
              <w:t>Project Inventory</w:t>
            </w:r>
          </w:p>
        </w:tc>
        <w:tc>
          <w:tcPr>
            <w:tcW w:type="dxa" w:w="2160"/>
          </w:tcPr>
          <w:p>
            <w:r>
              <w:t>What was the duration of each R&amp;D project undertaken in 2025, and how does this align with the overall farming calendar?</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1052-0052</w:t>
            </w:r>
          </w:p>
        </w:tc>
        <w:tc>
          <w:tcPr>
            <w:tcW w:type="dxa" w:w="2160"/>
          </w:tcPr>
          <w:p>
            <w:r>
              <w:t>Uncertainty</w:t>
            </w:r>
          </w:p>
        </w:tc>
        <w:tc>
          <w:tcPr>
            <w:tcW w:type="dxa" w:w="2160"/>
          </w:tcPr>
          <w:p>
            <w:r>
              <w:t>How did you document and address any failures or setbacks encountered during R&amp;D projects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1052-0053</w:t>
            </w:r>
          </w:p>
        </w:tc>
        <w:tc>
          <w:tcPr>
            <w:tcW w:type="dxa" w:w="2160"/>
          </w:tcPr>
          <w:p>
            <w:r>
              <w:t>Alternatives</w:t>
            </w:r>
          </w:p>
        </w:tc>
        <w:tc>
          <w:tcPr>
            <w:tcW w:type="dxa" w:w="2160"/>
          </w:tcPr>
          <w:p>
            <w:r>
              <w:t>What criteria were used to select the final R&amp;D projects for 2025, and how were competing ideas evaluated?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1052-0054</w:t>
            </w:r>
          </w:p>
        </w:tc>
        <w:tc>
          <w:tcPr>
            <w:tcW w:type="dxa" w:w="2160"/>
          </w:tcPr>
          <w:p>
            <w:r>
              <w:t>Experiments</w:t>
            </w:r>
          </w:p>
        </w:tc>
        <w:tc>
          <w:tcPr>
            <w:tcW w:type="dxa" w:w="2160"/>
          </w:tcPr>
          <w:p>
            <w:r>
              <w:t>What specific controls were put in place during R&amp;D experiments in 2025 to ensure valid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1052-0055</w:t>
            </w:r>
          </w:p>
        </w:tc>
        <w:tc>
          <w:tcPr>
            <w:tcW w:type="dxa" w:w="2160"/>
          </w:tcPr>
          <w:p>
            <w:r>
              <w:t>Measurements</w:t>
            </w:r>
          </w:p>
        </w:tc>
        <w:tc>
          <w:tcPr>
            <w:tcW w:type="dxa" w:w="2160"/>
          </w:tcPr>
          <w:p>
            <w:r>
              <w:t>How did you track and report the data collected from R&amp;D activities in 2025, and what tools were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1052-0056</w:t>
            </w:r>
          </w:p>
        </w:tc>
        <w:tc>
          <w:tcPr>
            <w:tcW w:type="dxa" w:w="2160"/>
          </w:tcPr>
          <w:p>
            <w:r>
              <w:t>Costs</w:t>
            </w:r>
          </w:p>
        </w:tc>
        <w:tc>
          <w:tcPr>
            <w:tcW w:type="dxa" w:w="2160"/>
          </w:tcPr>
          <w:p>
            <w:r>
              <w:t>What additional costs (e.g., travel, testing) were incurred during R&amp;D projects in 2025, and how are these documented?</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1052-0057</w:t>
            </w:r>
          </w:p>
        </w:tc>
        <w:tc>
          <w:tcPr>
            <w:tcW w:type="dxa" w:w="2160"/>
          </w:tcPr>
          <w:p>
            <w:r>
              <w:t>Technological Nature</w:t>
            </w:r>
          </w:p>
        </w:tc>
        <w:tc>
          <w:tcPr>
            <w:tcW w:type="dxa" w:w="2160"/>
          </w:tcPr>
          <w:p>
            <w:r>
              <w:t>What specific technological advancements or improvements were you attempting to achieve in your wheat farming operations during the 2025 tax year? Please describe any new methods, processes, or techniques you developed or tested.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1052-0058</w:t>
            </w:r>
          </w:p>
        </w:tc>
        <w:tc>
          <w:tcPr>
            <w:tcW w:type="dxa" w:w="2160"/>
          </w:tcPr>
          <w:p>
            <w:r>
              <w:t>Experimentation</w:t>
            </w:r>
          </w:p>
        </w:tc>
        <w:tc>
          <w:tcPr>
            <w:tcW w:type="dxa" w:w="2160"/>
          </w:tcPr>
          <w:p>
            <w:r>
              <w:t>Can you detail any experiments conducted to test the effectiveness of new wheat varieties or farming techniques? Include the objectives, methodologies, and outcomes of these experiments.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1052-0059</w:t>
            </w:r>
          </w:p>
        </w:tc>
        <w:tc>
          <w:tcPr>
            <w:tcW w:type="dxa" w:w="2160"/>
          </w:tcPr>
          <w:p>
            <w:r>
              <w:t>Permitted Purpose</w:t>
            </w:r>
          </w:p>
        </w:tc>
        <w:tc>
          <w:tcPr>
            <w:tcW w:type="dxa" w:w="2160"/>
          </w:tcPr>
          <w:p>
            <w:r>
              <w:t>What were the intended business purposes for the R&amp;D activities undertaken in 2025? For example, were they aimed at increasing yield, reducing costs, or enhancing sustainability?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1052-0060</w:t>
            </w:r>
          </w:p>
        </w:tc>
        <w:tc>
          <w:tcPr>
            <w:tcW w:type="dxa" w:w="2160"/>
          </w:tcPr>
          <w:p>
            <w:r>
              <w:t>Business Component</w:t>
            </w:r>
          </w:p>
        </w:tc>
        <w:tc>
          <w:tcPr>
            <w:tcW w:type="dxa" w:w="2160"/>
          </w:tcPr>
          <w:p>
            <w:r>
              <w:t>Identify the specific business components (e.g., crop production methods, pest management strategies) that were subject to R&amp;D activities in 2025. How do these components relate to your overall business strategy?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1052-0061</w:t>
            </w:r>
          </w:p>
        </w:tc>
        <w:tc>
          <w:tcPr>
            <w:tcW w:type="dxa" w:w="2160"/>
          </w:tcPr>
          <w:p>
            <w:r>
              <w:t>Section 174 Uncertainty</w:t>
            </w:r>
          </w:p>
        </w:tc>
        <w:tc>
          <w:tcPr>
            <w:tcW w:type="dxa" w:w="2160"/>
          </w:tcPr>
          <w:p>
            <w:r>
              <w:t>Describe any uncertainties you faced regarding the outcomes of your R&amp;D activities in 2025. How did these uncertainties impact your decision-making process for adopting new technologies or practices?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1052-0062</w:t>
            </w:r>
          </w:p>
        </w:tc>
        <w:tc>
          <w:tcPr>
            <w:tcW w:type="dxa" w:w="2160"/>
          </w:tcPr>
          <w:p>
            <w:r>
              <w:t>Commercial Production</w:t>
            </w:r>
          </w:p>
        </w:tc>
        <w:tc>
          <w:tcPr>
            <w:tcW w:type="dxa" w:w="2160"/>
          </w:tcPr>
          <w:p>
            <w:r>
              <w:t>During the tax year, did your wheat farming operations involve any activities that were primarily for commercial production rather than for experimentation or development?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1052-0063</w:t>
            </w:r>
          </w:p>
        </w:tc>
        <w:tc>
          <w:tcPr>
            <w:tcW w:type="dxa" w:w="2160"/>
          </w:tcPr>
          <w:p>
            <w:r>
              <w:t>Adaptation</w:t>
            </w:r>
          </w:p>
        </w:tc>
        <w:tc>
          <w:tcPr>
            <w:tcW w:type="dxa" w:w="2160"/>
          </w:tcPr>
          <w:p>
            <w:r>
              <w:t>Did you adapt any existing agricultural practices or technologies for your wheat production in 2025? If yes, please describe the adaptations and the purpose behind them.</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1052-0064</w:t>
            </w:r>
          </w:p>
        </w:tc>
        <w:tc>
          <w:tcPr>
            <w:tcW w:type="dxa" w:w="2160"/>
          </w:tcPr>
          <w:p>
            <w:r>
              <w:t>Duplication</w:t>
            </w:r>
          </w:p>
        </w:tc>
        <w:tc>
          <w:tcPr>
            <w:tcW w:type="dxa" w:w="2160"/>
          </w:tcPr>
          <w:p>
            <w:r>
              <w:t>Were any of your research activities in 2025 focused on duplicating existing methods or processes used in wheat farming without any modification? Please provide details if applicable.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1052-0065</w:t>
            </w:r>
          </w:p>
        </w:tc>
        <w:tc>
          <w:tcPr>
            <w:tcW w:type="dxa" w:w="2160"/>
          </w:tcPr>
          <w:p>
            <w:r>
              <w:t>Routine Testing</w:t>
            </w:r>
          </w:p>
        </w:tc>
        <w:tc>
          <w:tcPr>
            <w:tcW w:type="dxa" w:w="2160"/>
          </w:tcPr>
          <w:p>
            <w:r>
              <w:t>Did you conduct any routine testing of wheat crops or soil that did not involve any experimental design or hypothesis testing? Please elaborate on the tests performed.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1052-0066</w:t>
            </w:r>
          </w:p>
        </w:tc>
        <w:tc>
          <w:tcPr>
            <w:tcW w:type="dxa" w:w="2160"/>
          </w:tcPr>
          <w:p>
            <w:r>
              <w:t>Foreign/Funded Research</w:t>
            </w:r>
          </w:p>
        </w:tc>
        <w:tc>
          <w:tcPr>
            <w:tcW w:type="dxa" w:w="2160"/>
          </w:tcPr>
          <w:p>
            <w:r>
              <w:t>Did you engage in any research activities funded by foreign entities or government grants that were focused on routine agricultural practices? If yes, please describe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1052-0067</w:t>
            </w:r>
          </w:p>
        </w:tc>
        <w:tc>
          <w:tcPr>
            <w:tcW w:type="dxa" w:w="2160"/>
          </w:tcPr>
          <w:p>
            <w:r>
              <w:t>Unsupported Estimates</w:t>
            </w:r>
          </w:p>
        </w:tc>
        <w:tc>
          <w:tcPr>
            <w:tcW w:type="dxa" w:w="2160"/>
          </w:tcPr>
          <w:p>
            <w:r>
              <w:t>Did you use any estimates in your R&amp;D claims for 2025 that were not supported by documented evidence? If so, please provide details about these estimates.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1052-0068</w:t>
            </w:r>
          </w:p>
        </w:tc>
        <w:tc>
          <w:tcPr>
            <w:tcW w:type="dxa" w:w="2160"/>
          </w:tcPr>
          <w:p>
            <w:r>
              <w:t>Commercial Production</w:t>
            </w:r>
          </w:p>
        </w:tc>
        <w:tc>
          <w:tcPr>
            <w:tcW w:type="dxa" w:w="2160"/>
          </w:tcPr>
          <w:p>
            <w:r>
              <w:t>In 2025, did any of your activities primarily serve to improve the efficiency of existing wheat farming operations without involving new technological development? Please explain.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1052-0069</w:t>
            </w:r>
          </w:p>
        </w:tc>
        <w:tc>
          <w:tcPr>
            <w:tcW w:type="dxa" w:w="2160"/>
          </w:tcPr>
          <w:p>
            <w:r>
              <w:t>Routine Testing</w:t>
            </w:r>
          </w:p>
        </w:tc>
        <w:tc>
          <w:tcPr>
            <w:tcW w:type="dxa" w:w="2160"/>
          </w:tcPr>
          <w:p>
            <w:r>
              <w:t>Were any of the testing procedures you performed on wheat crops in 2025 standard practices that are commonly accepted in the industry? Please specify these procedures.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1052-0070</w:t>
            </w:r>
          </w:p>
        </w:tc>
        <w:tc>
          <w:tcPr>
            <w:tcW w:type="dxa" w:w="2160"/>
          </w:tcPr>
          <w:p>
            <w:r>
              <w:t>Adaptation</w:t>
            </w:r>
          </w:p>
        </w:tc>
        <w:tc>
          <w:tcPr>
            <w:tcW w:type="dxa" w:w="2160"/>
          </w:tcPr>
          <w:p>
            <w:r>
              <w:t>Did you implement any modifications to your wheat production processes in 2025 that were based solely on established industry standards without any experimental approach? Please describe these modifications.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1052-0071</w:t>
            </w:r>
          </w:p>
        </w:tc>
        <w:tc>
          <w:tcPr>
            <w:tcW w:type="dxa" w:w="2160"/>
          </w:tcPr>
          <w:p>
            <w:r>
              <w:t>Employee Roles in R&amp;D</w:t>
            </w:r>
          </w:p>
        </w:tc>
        <w:tc>
          <w:tcPr>
            <w:tcW w:type="dxa" w:w="2160"/>
          </w:tcPr>
          <w:p>
            <w:r>
              <w:t>List the employees directly involved in R&amp;D activities related to wheat farming for the tax year 2025. Please specify their roles and the percentage of their time allocated to these activities.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1052-0072</w:t>
            </w:r>
          </w:p>
        </w:tc>
        <w:tc>
          <w:tcPr>
            <w:tcW w:type="dxa" w:w="2160"/>
          </w:tcPr>
          <w:p>
            <w:r>
              <w:t>Wage Allocation</w:t>
            </w:r>
          </w:p>
        </w:tc>
        <w:tc>
          <w:tcPr>
            <w:tcW w:type="dxa" w:w="2160"/>
          </w:tcPr>
          <w:p>
            <w:r>
              <w:t>What is the total amount of wages paid to employees engaged in R&amp;D activities for the tax year 2025? Please provide a breakdown by employee.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1052-0073</w:t>
            </w:r>
          </w:p>
        </w:tc>
        <w:tc>
          <w:tcPr>
            <w:tcW w:type="dxa" w:w="2160"/>
          </w:tcPr>
          <w:p>
            <w:r>
              <w:t>Time Tracking</w:t>
            </w:r>
          </w:p>
        </w:tc>
        <w:tc>
          <w:tcPr>
            <w:tcW w:type="dxa" w:w="2160"/>
          </w:tcPr>
          <w:p>
            <w:r>
              <w:t>How do you track the time employees spend on R&amp;D activities versus routine farming operations? Please describe your tracking method.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1052-0074</w:t>
            </w:r>
          </w:p>
        </w:tc>
        <w:tc>
          <w:tcPr>
            <w:tcW w:type="dxa" w:w="2160"/>
          </w:tcPr>
          <w:p>
            <w:r>
              <w:t>Employee Qualifications</w:t>
            </w:r>
          </w:p>
        </w:tc>
        <w:tc>
          <w:tcPr>
            <w:tcW w:type="dxa" w:w="2160"/>
          </w:tcPr>
          <w:p>
            <w:r>
              <w:t>Are the employees involved in R&amp;D activities required to have specific qualifications or training? If so, please detail these requirements.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1052-0075</w:t>
            </w:r>
          </w:p>
        </w:tc>
        <w:tc>
          <w:tcPr>
            <w:tcW w:type="dxa" w:w="2160"/>
          </w:tcPr>
          <w:p>
            <w:r>
              <w:t>Project Documentation</w:t>
            </w:r>
          </w:p>
        </w:tc>
        <w:tc>
          <w:tcPr>
            <w:tcW w:type="dxa" w:w="2160"/>
          </w:tcPr>
          <w:p>
            <w:r>
              <w:t>For each R&amp;D project related to wheat farming in 2025, provide documentation that supports the allocation of employee wages to these projects.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1052-0076</w:t>
            </w:r>
          </w:p>
        </w:tc>
        <w:tc>
          <w:tcPr>
            <w:tcW w:type="dxa" w:w="2160"/>
          </w:tcPr>
          <w:p>
            <w:r>
              <w:t>Overtime and Bonuses</w:t>
            </w:r>
          </w:p>
        </w:tc>
        <w:tc>
          <w:tcPr>
            <w:tcW w:type="dxa" w:w="2160"/>
          </w:tcPr>
          <w:p>
            <w:r>
              <w:t>Did any employees receive bonuses or overtime pay for R&amp;D activities in 2025? If yes, please specify the amounts and the rationale for these payments.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1052-0077</w:t>
            </w:r>
          </w:p>
        </w:tc>
        <w:tc>
          <w:tcPr>
            <w:tcW w:type="dxa" w:w="2160"/>
          </w:tcPr>
          <w:p>
            <w:r>
              <w:t>Employee Classification</w:t>
            </w:r>
          </w:p>
        </w:tc>
        <w:tc>
          <w:tcPr>
            <w:tcW w:type="dxa" w:w="2160"/>
          </w:tcPr>
          <w:p>
            <w:r>
              <w:t>How are employees classified for R&amp;D purposes? Please specify if they are full-time, part-time, or contract workers.</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1052-0078</w:t>
            </w:r>
          </w:p>
        </w:tc>
        <w:tc>
          <w:tcPr>
            <w:tcW w:type="dxa" w:w="2160"/>
          </w:tcPr>
          <w:p>
            <w:r>
              <w:t>R&amp;D Project Description</w:t>
            </w:r>
          </w:p>
        </w:tc>
        <w:tc>
          <w:tcPr>
            <w:tcW w:type="dxa" w:w="2160"/>
          </w:tcPr>
          <w:p>
            <w:r>
              <w:t>Describe the R&amp;D projects undertaken in 2025 that involved employee services. How did these projects aim to improve wheat production or farming techniques?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1052-0079</w:t>
            </w:r>
          </w:p>
        </w:tc>
        <w:tc>
          <w:tcPr>
            <w:tcW w:type="dxa" w:w="2160"/>
          </w:tcPr>
          <w:p>
            <w:r>
              <w:t>Time Allocation Methodology</w:t>
            </w:r>
          </w:p>
        </w:tc>
        <w:tc>
          <w:tcPr>
            <w:tcW w:type="dxa" w:w="2160"/>
          </w:tcPr>
          <w:p>
            <w:r>
              <w:t>What methodology do you use to allocate employee wages to specific R&amp;D projects? Please provide details on how you determine the percentage of time spent on R&amp;D versus other activities.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1052-0080</w:t>
            </w:r>
          </w:p>
        </w:tc>
        <w:tc>
          <w:tcPr>
            <w:tcW w:type="dxa" w:w="2160"/>
          </w:tcPr>
          <w:p>
            <w:r>
              <w:t>Compliance with R&amp;D Standards</w:t>
            </w:r>
          </w:p>
        </w:tc>
        <w:tc>
          <w:tcPr>
            <w:tcW w:type="dxa" w:w="2160"/>
          </w:tcPr>
          <w:p>
            <w:r>
              <w:t>How do you ensure compliance with IRS guidelines regarding qualified research expenses related to employee wages?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1052-0081</w:t>
            </w:r>
          </w:p>
        </w:tc>
        <w:tc>
          <w:tcPr>
            <w:tcW w:type="dxa" w:w="2160"/>
          </w:tcPr>
          <w:p>
            <w:r>
              <w:t>Experimental Inputs</w:t>
            </w:r>
          </w:p>
        </w:tc>
        <w:tc>
          <w:tcPr>
            <w:tcW w:type="dxa" w:w="2160"/>
          </w:tcPr>
          <w:p>
            <w:r>
              <w:t>What specific experimental supplies did you purchase or utilize in your wheat farming operations for the purpose of developing new agricultural techniques or improving crop yield in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1052-0082</w:t>
            </w:r>
          </w:p>
        </w:tc>
        <w:tc>
          <w:tcPr>
            <w:tcW w:type="dxa" w:w="2160"/>
          </w:tcPr>
          <w:p>
            <w:r>
              <w:t>Exclusions</w:t>
            </w:r>
          </w:p>
        </w:tc>
        <w:tc>
          <w:tcPr>
            <w:tcW w:type="dxa" w:w="2160"/>
          </w:tcPr>
          <w:p>
            <w:r>
              <w:t>Did any of the supplies used in your experimental processes for wheat farming in 2025 fall under the category of routine or non-experimental use? Please specify which supplies and their intended use.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1052-0083</w:t>
            </w:r>
          </w:p>
        </w:tc>
        <w:tc>
          <w:tcPr>
            <w:tcW w:type="dxa" w:w="2160"/>
          </w:tcPr>
          <w:p>
            <w:r>
              <w:t>Documentation</w:t>
            </w:r>
          </w:p>
        </w:tc>
        <w:tc>
          <w:tcPr>
            <w:tcW w:type="dxa" w:w="2160"/>
          </w:tcPr>
          <w:p>
            <w:r>
              <w:t>Can you provide documentation or receipts for the experimental supplies purchased in 2025? Please describe the type of documentation available.</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1052-0084</w:t>
            </w:r>
          </w:p>
        </w:tc>
        <w:tc>
          <w:tcPr>
            <w:tcW w:type="dxa" w:w="2160"/>
          </w:tcPr>
          <w:p>
            <w:r>
              <w:t>Cost Allocation</w:t>
            </w:r>
          </w:p>
        </w:tc>
        <w:tc>
          <w:tcPr>
            <w:tcW w:type="dxa" w:w="2160"/>
          </w:tcPr>
          <w:p>
            <w:r>
              <w:t>What percentage of the total costs for supplies in 2025 were allocated to experimental activities versus routine farming operations?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1052-0085</w:t>
            </w:r>
          </w:p>
        </w:tc>
        <w:tc>
          <w:tcPr>
            <w:tcW w:type="dxa" w:w="2160"/>
          </w:tcPr>
          <w:p>
            <w:r>
              <w:t>Experimental Design</w:t>
            </w:r>
          </w:p>
        </w:tc>
        <w:tc>
          <w:tcPr>
            <w:tcW w:type="dxa" w:w="2160"/>
          </w:tcPr>
          <w:p>
            <w:r>
              <w:t>Describe any experimental designs or methodologies employed in your wheat farming operations in 2025 that required specific supplies. How did these designs differ from standard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1052-0086</w:t>
            </w:r>
          </w:p>
        </w:tc>
        <w:tc>
          <w:tcPr>
            <w:tcW w:type="dxa" w:w="2160"/>
          </w:tcPr>
          <w:p>
            <w:r>
              <w:t>Contractor Services</w:t>
            </w:r>
          </w:p>
        </w:tc>
        <w:tc>
          <w:tcPr>
            <w:tcW w:type="dxa" w:w="2160"/>
          </w:tcPr>
          <w:p>
            <w:r>
              <w:t>What specific contractor services did you engage for R&amp;D activities related to wheat farming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1052-0087</w:t>
            </w:r>
          </w:p>
        </w:tc>
        <w:tc>
          <w:tcPr>
            <w:tcW w:type="dxa" w:w="2160"/>
          </w:tcPr>
          <w:p>
            <w:r>
              <w:t>U.S. Location</w:t>
            </w:r>
          </w:p>
        </w:tc>
        <w:tc>
          <w:tcPr>
            <w:tcW w:type="dxa" w:w="2160"/>
          </w:tcPr>
          <w:p>
            <w:r>
              <w:t>In which U.S. states did the contractors perform their services for R&amp;D activities in 2025?</w:t>
              <w:br/>
              <w:t>Answer type: Multi-select</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1052-0088</w:t>
            </w:r>
          </w:p>
        </w:tc>
        <w:tc>
          <w:tcPr>
            <w:tcW w:type="dxa" w:w="2160"/>
          </w:tcPr>
          <w:p>
            <w:r>
              <w:t>Rights and Ownership</w:t>
            </w:r>
          </w:p>
        </w:tc>
        <w:tc>
          <w:tcPr>
            <w:tcW w:type="dxa" w:w="2160"/>
          </w:tcPr>
          <w:p>
            <w:r>
              <w:t xml:space="preserve">What rights did your business retain regarding the results of the contractor's R&amp;D activities? Please specify any ownership agreements or intellectual property rights.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1052-0089</w:t>
            </w:r>
          </w:p>
        </w:tc>
        <w:tc>
          <w:tcPr>
            <w:tcW w:type="dxa" w:w="2160"/>
          </w:tcPr>
          <w:p>
            <w:r>
              <w:t>Economic Risk</w:t>
            </w:r>
          </w:p>
        </w:tc>
        <w:tc>
          <w:tcPr>
            <w:tcW w:type="dxa" w:w="2160"/>
          </w:tcPr>
          <w:p>
            <w:r>
              <w:t xml:space="preserve">What level of economic risk did your business assume for the R&amp;D activities performed by contractors in 2025? Please describe any financial obligations or performance guarantees.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1052-0090</w:t>
            </w:r>
          </w:p>
        </w:tc>
        <w:tc>
          <w:tcPr>
            <w:tcW w:type="dxa" w:w="2160"/>
          </w:tcPr>
          <w:p>
            <w:r>
              <w:t>Eligible Amount</w:t>
            </w:r>
          </w:p>
        </w:tc>
        <w:tc>
          <w:tcPr>
            <w:tcW w:type="dxa" w:w="2160"/>
          </w:tcPr>
          <w:p>
            <w:r>
              <w:t xml:space="preserve">What was the total amount paid to contractors for R&amp;D services in 2025? Please provide a detailed breakdown of these costs. </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1052-0091</w:t>
            </w:r>
          </w:p>
        </w:tc>
        <w:tc>
          <w:tcPr>
            <w:tcW w:type="dxa" w:w="2160"/>
          </w:tcPr>
          <w:p>
            <w:r>
              <w:t>Contractor Engagement</w:t>
            </w:r>
          </w:p>
        </w:tc>
        <w:tc>
          <w:tcPr>
            <w:tcW w:type="dxa" w:w="2160"/>
          </w:tcPr>
          <w:p>
            <w:r>
              <w:t xml:space="preserve">Were the contractors engaged under a written agreement specifying the scope of R&amp;D work? If yes, please provide details of the agreement.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1052-0092</w:t>
            </w:r>
          </w:p>
        </w:tc>
        <w:tc>
          <w:tcPr>
            <w:tcW w:type="dxa" w:w="2160"/>
          </w:tcPr>
          <w:p>
            <w:r>
              <w:t>Documentation</w:t>
            </w:r>
          </w:p>
        </w:tc>
        <w:tc>
          <w:tcPr>
            <w:tcW w:type="dxa" w:w="2160"/>
          </w:tcPr>
          <w:p>
            <w:r>
              <w:t xml:space="preserve">What documentation do you have to support the R&amp;D activities conducted by contractors? Please list all relevant records such as contracts, invoices, and project reports.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1052-0093</w:t>
            </w:r>
          </w:p>
        </w:tc>
        <w:tc>
          <w:tcPr>
            <w:tcW w:type="dxa" w:w="2160"/>
          </w:tcPr>
          <w:p>
            <w:r>
              <w:t>Cloud Services Utilization</w:t>
            </w:r>
          </w:p>
        </w:tc>
        <w:tc>
          <w:tcPr>
            <w:tcW w:type="dxa" w:w="2160"/>
          </w:tcPr>
          <w:p>
            <w:r>
              <w:t>During the tax year 2025, did your wheat farm utilize any third-party cloud computing services for data analysis, crop modeling, or agricultural research?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1052-0094</w:t>
            </w:r>
          </w:p>
        </w:tc>
        <w:tc>
          <w:tcPr>
            <w:tcW w:type="dxa" w:w="2160"/>
          </w:tcPr>
          <w:p>
            <w:r>
              <w:t>Software Development Costs</w:t>
            </w:r>
          </w:p>
        </w:tc>
        <w:tc>
          <w:tcPr>
            <w:tcW w:type="dxa" w:w="2160"/>
          </w:tcPr>
          <w:p>
            <w:r>
              <w:t>Did your wheat farm incur any expenses related to the development or customization of software used for precision agriculture or farm management in 2025, including any third-party software integrations? Please provide details of the expenses incurred.</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1052-0095</w:t>
            </w:r>
          </w:p>
        </w:tc>
        <w:tc>
          <w:tcPr>
            <w:tcW w:type="dxa" w:w="2160"/>
          </w:tcPr>
          <w:p>
            <w:r>
              <w:t>Project Documentation</w:t>
            </w:r>
          </w:p>
        </w:tc>
        <w:tc>
          <w:tcPr>
            <w:tcW w:type="dxa" w:w="2160"/>
          </w:tcPr>
          <w:p>
            <w:r>
              <w:t>Can you provide detailed records of specific wheat cultivation experiments conducted during the tax year, including objectives, methodologies,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1052-0096</w:t>
            </w:r>
          </w:p>
        </w:tc>
        <w:tc>
          <w:tcPr>
            <w:tcW w:type="dxa" w:w="2160"/>
          </w:tcPr>
          <w:p>
            <w:r>
              <w:t>Cost Records</w:t>
            </w:r>
          </w:p>
        </w:tc>
        <w:tc>
          <w:tcPr>
            <w:tcW w:type="dxa" w:w="2160"/>
          </w:tcPr>
          <w:p>
            <w:r>
              <w:t>What were the total labor costs associated with R&amp;D activities for wheat farming in 2025, and how are these costs documented?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1052-0097</w:t>
            </w:r>
          </w:p>
        </w:tc>
        <w:tc>
          <w:tcPr>
            <w:tcW w:type="dxa" w:w="2160"/>
          </w:tcPr>
          <w:p>
            <w:r>
              <w:t>Experimentation</w:t>
            </w:r>
          </w:p>
        </w:tc>
        <w:tc>
          <w:tcPr>
            <w:tcW w:type="dxa" w:w="2160"/>
          </w:tcPr>
          <w:p>
            <w:r>
              <w:t>Describe any experimental techniques or new technologies employed in your wheat farming operations that were not previously used in prior years. How were these techniques validated?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1052-0098</w:t>
            </w:r>
          </w:p>
        </w:tc>
        <w:tc>
          <w:tcPr>
            <w:tcW w:type="dxa" w:w="2160"/>
          </w:tcPr>
          <w:p>
            <w:r>
              <w:t>Project Timeline</w:t>
            </w:r>
          </w:p>
        </w:tc>
        <w:tc>
          <w:tcPr>
            <w:tcW w:type="dxa" w:w="2160"/>
          </w:tcPr>
          <w:p>
            <w:r>
              <w:t>What is the timeline of R&amp;D projects undertaken in 2025, including start and end dates for each project?</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1052-0099</w:t>
            </w:r>
          </w:p>
        </w:tc>
        <w:tc>
          <w:tcPr>
            <w:tcW w:type="dxa" w:w="2160"/>
          </w:tcPr>
          <w:p>
            <w:r>
              <w:t>Cost Allocation</w:t>
            </w:r>
          </w:p>
        </w:tc>
        <w:tc>
          <w:tcPr>
            <w:tcW w:type="dxa" w:w="2160"/>
          </w:tcPr>
          <w:p>
            <w:r>
              <w:t>How do you allocate overhead costs to R&amp;D activities related to wheat farming, and what documentation supports this allocation?</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1052-0100</w:t>
            </w:r>
          </w:p>
        </w:tc>
        <w:tc>
          <w:tcPr>
            <w:tcW w:type="dxa" w:w="2160"/>
          </w:tcPr>
          <w:p>
            <w:r>
              <w:t>Experimental Results</w:t>
            </w:r>
          </w:p>
        </w:tc>
        <w:tc>
          <w:tcPr>
            <w:tcW w:type="dxa" w:w="2160"/>
          </w:tcPr>
          <w:p>
            <w:r>
              <w:t>What specific results or findings were achieved from your R&amp;D efforts in wheat production, and how are these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1052-0101</w:t>
            </w:r>
          </w:p>
        </w:tc>
        <w:tc>
          <w:tcPr>
            <w:tcW w:type="dxa" w:w="2160"/>
          </w:tcPr>
          <w:p>
            <w:r>
              <w:t>Technical Challenges</w:t>
            </w:r>
          </w:p>
        </w:tc>
        <w:tc>
          <w:tcPr>
            <w:tcW w:type="dxa" w:w="2160"/>
          </w:tcPr>
          <w:p>
            <w:r>
              <w:t>What technical challenges did you encounter during your R&amp;D activities for wheat farming in 2025,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1052-0102</w:t>
            </w:r>
          </w:p>
        </w:tc>
        <w:tc>
          <w:tcPr>
            <w:tcW w:type="dxa" w:w="2160"/>
          </w:tcPr>
          <w:p>
            <w:r>
              <w:t>Collaboration Records</w:t>
            </w:r>
          </w:p>
        </w:tc>
        <w:tc>
          <w:tcPr>
            <w:tcW w:type="dxa" w:w="2160"/>
          </w:tcPr>
          <w:p>
            <w:r>
              <w:t xml:space="preserve">Did you collaborate with any external entities (e.g., universities, research institutions) for your R&amp;D projects? If so, please provide documentation of these collaborations. </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1052-0103</w:t>
            </w:r>
          </w:p>
        </w:tc>
        <w:tc>
          <w:tcPr>
            <w:tcW w:type="dxa" w:w="2160"/>
          </w:tcPr>
          <w:p>
            <w:r>
              <w:t>Regulatory Compliance</w:t>
            </w:r>
          </w:p>
        </w:tc>
        <w:tc>
          <w:tcPr>
            <w:tcW w:type="dxa" w:w="2160"/>
          </w:tcPr>
          <w:p>
            <w:r>
              <w:t>What regulatory approvals or permits were necessary for your R&amp;D activities in wheat farming, and how are these documented?</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1052-0104</w:t>
            </w:r>
          </w:p>
        </w:tc>
        <w:tc>
          <w:tcPr>
            <w:tcW w:type="dxa" w:w="2160"/>
          </w:tcPr>
          <w:p>
            <w:r>
              <w:t>Record Retention</w:t>
            </w:r>
          </w:p>
        </w:tc>
        <w:tc>
          <w:tcPr>
            <w:tcW w:type="dxa" w:w="2160"/>
          </w:tcPr>
          <w:p>
            <w:r>
              <w:t>How long do you retain records related to R&amp;D activities in wheat farming, and what is your policy for ensuring these records are accessible for audit purposes?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1052-0105</w:t>
            </w:r>
          </w:p>
        </w:tc>
        <w:tc>
          <w:tcPr>
            <w:tcW w:type="dxa" w:w="2160"/>
          </w:tcPr>
          <w:p>
            <w:r>
              <w:t>Qualified Research Activities</w:t>
            </w:r>
          </w:p>
        </w:tc>
        <w:tc>
          <w:tcPr>
            <w:tcW w:type="dxa" w:w="2160"/>
          </w:tcPr>
          <w:p>
            <w:r>
              <w:t>During the tax year 2025, did your wheat farming operations involve developing new farming techniques or improving existing methods that required experimentation?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1052-0106</w:t>
            </w:r>
          </w:p>
        </w:tc>
        <w:tc>
          <w:tcPr>
            <w:tcW w:type="dxa" w:w="2160"/>
          </w:tcPr>
          <w:p>
            <w:r>
              <w:t>Qualified Research Expenses</w:t>
            </w:r>
          </w:p>
        </w:tc>
        <w:tc>
          <w:tcPr>
            <w:tcW w:type="dxa" w:w="2160"/>
          </w:tcPr>
          <w:p>
            <w:r>
              <w:t>What percentage of your total expenses in 2025 was allocated to research activities related to crop yield improvement or pest resistance?</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1052-0107</w:t>
            </w:r>
          </w:p>
        </w:tc>
        <w:tc>
          <w:tcPr>
            <w:tcW w:type="dxa" w:w="2160"/>
          </w:tcPr>
          <w:p>
            <w:r>
              <w:t>Employee Involvement</w:t>
            </w:r>
          </w:p>
        </w:tc>
        <w:tc>
          <w:tcPr>
            <w:tcW w:type="dxa" w:w="2160"/>
          </w:tcPr>
          <w:p>
            <w:r>
              <w:t>List the employees involved in R&amp;D activities for 2025, including their roles and the time spent on these activities. How many hours did each employee dedicate to these projects?</w:t>
              <w:br/>
              <w:t>Answer type: Repeating table</w:t>
              <w:br/>
              <w:t>Trigger: If R&amp;D activities occurred</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1052-0108</w:t>
            </w:r>
          </w:p>
        </w:tc>
        <w:tc>
          <w:tcPr>
            <w:tcW w:type="dxa" w:w="2160"/>
          </w:tcPr>
          <w:p>
            <w:r>
              <w:t>Contract Research Expenses</w:t>
            </w:r>
          </w:p>
        </w:tc>
        <w:tc>
          <w:tcPr>
            <w:tcW w:type="dxa" w:w="2160"/>
          </w:tcPr>
          <w:p>
            <w:r>
              <w:t>Did you engage any third-party contractors for R&amp;D activities in 2025? If yes, please specify the nature of the work performed and the total amount paid to these contractors.</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1052-0109</w:t>
            </w:r>
          </w:p>
        </w:tc>
        <w:tc>
          <w:tcPr>
            <w:tcW w:type="dxa" w:w="2160"/>
          </w:tcPr>
          <w:p>
            <w:r>
              <w:t>Documentation and Evidence</w:t>
            </w:r>
          </w:p>
        </w:tc>
        <w:tc>
          <w:tcPr>
            <w:tcW w:type="dxa" w:w="2160"/>
          </w:tcPr>
          <w:p>
            <w:r>
              <w:t>What documentation do you have to support the R&amp;D activities claimed for 2025? Please list specific reports, logs, or other evidence collected during the year.</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1052-0110</w:t>
            </w:r>
          </w:p>
        </w:tc>
        <w:tc>
          <w:tcPr>
            <w:tcW w:type="dxa" w:w="2160"/>
          </w:tcPr>
          <w:p>
            <w:r>
              <w:t>Process Improvements</w:t>
            </w:r>
          </w:p>
        </w:tc>
        <w:tc>
          <w:tcPr>
            <w:tcW w:type="dxa" w:w="2160"/>
          </w:tcPr>
          <w:p>
            <w:r>
              <w:t>Describe any process improvements made in 2025 that required systematic experimentation, such as changes in irrigation methods or fertilizer application. What was the outcome of these changes?</w:t>
              <w:br/>
              <w:t>Answer type: Long text</w:t>
              <w:br/>
              <w:t>Trigger: If process improvements occurred</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1052-0111</w:t>
            </w:r>
          </w:p>
        </w:tc>
        <w:tc>
          <w:tcPr>
            <w:tcW w:type="dxa" w:w="2160"/>
          </w:tcPr>
          <w:p>
            <w:r>
              <w:t>Prototype Development</w:t>
            </w:r>
          </w:p>
        </w:tc>
        <w:tc>
          <w:tcPr>
            <w:tcW w:type="dxa" w:w="2160"/>
          </w:tcPr>
          <w:p>
            <w:r>
              <w:t>Did you develop any prototypes or new varieties of wheat in 2025? If so, please detail the development process and the results of any trials conducted.</w:t>
              <w:br/>
              <w:t>Answer type: Long text + evidence</w:t>
              <w:br/>
              <w:t>Trigger: If prototypes were developed</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1052-0112</w:t>
            </w:r>
          </w:p>
        </w:tc>
        <w:tc>
          <w:tcPr>
            <w:tcW w:type="dxa" w:w="2160"/>
          </w:tcPr>
          <w:p>
            <w:r>
              <w:t>Software Development</w:t>
            </w:r>
          </w:p>
        </w:tc>
        <w:tc>
          <w:tcPr>
            <w:tcW w:type="dxa" w:w="2160"/>
          </w:tcPr>
          <w:p>
            <w:r>
              <w:t>Did you develop or modify any software tools in 2025 to assist with research or farming operations? Please describe the software and its intended use.</w:t>
              <w:br/>
              <w:t>Answer type: Long text</w:t>
              <w:br/>
              <w:t>Trigger: If software development occurred</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1052-0113</w:t>
            </w:r>
          </w:p>
        </w:tc>
        <w:tc>
          <w:tcPr>
            <w:tcW w:type="dxa" w:w="2160"/>
          </w:tcPr>
          <w:p>
            <w:r>
              <w:t>Tax Credit Calculation</w:t>
            </w:r>
          </w:p>
        </w:tc>
        <w:tc>
          <w:tcPr>
            <w:tcW w:type="dxa" w:w="2160"/>
          </w:tcPr>
          <w:p>
            <w:r>
              <w:t>What was the total amount of qualified research expenses (QREs) incurred for the tax year 2025? Please provide a breakdown of these expenses by category (wages, supplies, contract research).</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1052-0114</w:t>
            </w:r>
          </w:p>
        </w:tc>
        <w:tc>
          <w:tcPr>
            <w:tcW w:type="dxa" w:w="2160"/>
          </w:tcPr>
          <w:p>
            <w:r>
              <w:t>Credit Reconciliation</w:t>
            </w:r>
          </w:p>
        </w:tc>
        <w:tc>
          <w:tcPr>
            <w:tcW w:type="dxa" w:w="2160"/>
          </w:tcPr>
          <w:p>
            <w:r>
              <w:t>How do you plan to reconcile the R&amp;D tax credit claimed for 2025 with prior years? Please provide any adjustments or carryforwards from previous years.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1052-0115</w:t>
            </w:r>
          </w:p>
        </w:tc>
        <w:tc>
          <w:tcPr>
            <w:tcW w:type="dxa" w:w="2160"/>
          </w:tcPr>
          <w:p>
            <w:r>
              <w:t>Compliance and Review</w:t>
            </w:r>
          </w:p>
        </w:tc>
        <w:tc>
          <w:tcPr>
            <w:tcW w:type="dxa" w:w="2160"/>
          </w:tcPr>
          <w:p>
            <w:r>
              <w:t>Have you reviewed your R&amp;D activities and expenses for 2025 with a tax professional? If so, what recommendations were made regarding documentation and claims?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1052-0116</w:t>
            </w:r>
          </w:p>
        </w:tc>
        <w:tc>
          <w:tcPr>
            <w:tcW w:type="dxa" w:w="2160"/>
          </w:tcPr>
          <w:p>
            <w:r>
              <w:t>Qualified Research Activities</w:t>
            </w:r>
          </w:p>
        </w:tc>
        <w:tc>
          <w:tcPr>
            <w:tcW w:type="dxa" w:w="2160"/>
          </w:tcPr>
          <w:p>
            <w:r>
              <w:t>During the tax year 2025, did your wheat farm engage in any experimental activities aimed at improving crop yields or pest resistance? Please describe these activities.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1052-0117</w:t>
            </w:r>
          </w:p>
        </w:tc>
        <w:tc>
          <w:tcPr>
            <w:tcW w:type="dxa" w:w="2160"/>
          </w:tcPr>
          <w:p>
            <w:r>
              <w:t>Qualified Research Expenses</w:t>
            </w:r>
          </w:p>
        </w:tc>
        <w:tc>
          <w:tcPr>
            <w:tcW w:type="dxa" w:w="2160"/>
          </w:tcPr>
          <w:p>
            <w:r>
              <w:t>What were the total qualified research expenses (QREs) incurred in 2025 specifically related to the development of new wheat varieties? Please provide a breakdown of these expenses by type (e.g., wages, supplies, contract research).</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1052-0118</w:t>
            </w:r>
          </w:p>
        </w:tc>
        <w:tc>
          <w:tcPr>
            <w:tcW w:type="dxa" w:w="2160"/>
          </w:tcPr>
          <w:p>
            <w:r>
              <w:t>Employee Involvement</w:t>
            </w:r>
          </w:p>
        </w:tc>
        <w:tc>
          <w:tcPr>
            <w:tcW w:type="dxa" w:w="2160"/>
          </w:tcPr>
          <w:p>
            <w:r>
              <w:t>How many employees were directly involved in the research activities related to wheat crop improvement during 2025? Please specify their roles and the time dedicated to these activities.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1052-0119</w:t>
            </w:r>
          </w:p>
        </w:tc>
        <w:tc>
          <w:tcPr>
            <w:tcW w:type="dxa" w:w="2160"/>
          </w:tcPr>
          <w:p>
            <w:r>
              <w:t>Contract Research</w:t>
            </w:r>
          </w:p>
        </w:tc>
        <w:tc>
          <w:tcPr>
            <w:tcW w:type="dxa" w:w="2160"/>
          </w:tcPr>
          <w:p>
            <w:r>
              <w:t>Did your wheat farm engage any third-party contractors for research activities in 2025? If yes, please provide details on the nature of the work and the total amount paid to these contractors.</w:t>
              <w:br/>
              <w:t>Answer type: Currency</w:t>
              <w:br/>
              <w:t>Trigger: Yes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1052-0120</w:t>
            </w:r>
          </w:p>
        </w:tc>
        <w:tc>
          <w:tcPr>
            <w:tcW w:type="dxa" w:w="2160"/>
          </w:tcPr>
          <w:p>
            <w:r>
              <w:t>Documentation</w:t>
            </w:r>
          </w:p>
        </w:tc>
        <w:tc>
          <w:tcPr>
            <w:tcW w:type="dxa" w:w="2160"/>
          </w:tcPr>
          <w:p>
            <w:r>
              <w:t>What documentation do you have to support the research activities conducted in 2025? Please list specific types of records, such as lab notes, project reports, or contracts with third parties.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1052-0121</w:t>
            </w:r>
          </w:p>
        </w:tc>
        <w:tc>
          <w:tcPr>
            <w:tcW w:type="dxa" w:w="2160"/>
          </w:tcPr>
          <w:p>
            <w:r>
              <w:t>Supplies Used</w:t>
            </w:r>
          </w:p>
        </w:tc>
        <w:tc>
          <w:tcPr>
            <w:tcW w:type="dxa" w:w="2160"/>
          </w:tcPr>
          <w:p>
            <w:r>
              <w:t>What types of supplies were consumed during the research activities for wheat crop development in 2025? Please specify the total cost of these supplies.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1052-0122</w:t>
            </w:r>
          </w:p>
        </w:tc>
        <w:tc>
          <w:tcPr>
            <w:tcW w:type="dxa" w:w="2160"/>
          </w:tcPr>
          <w:p>
            <w:r>
              <w:t>Prior Year Activities</w:t>
            </w:r>
          </w:p>
        </w:tc>
        <w:tc>
          <w:tcPr>
            <w:tcW w:type="dxa" w:w="2160"/>
          </w:tcPr>
          <w:p>
            <w:r>
              <w:t>Did any of the research activities conducted in 2025 build upon previous years' research efforts? If so, please describe how these activities were connected.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1052-0123</w:t>
            </w:r>
          </w:p>
        </w:tc>
        <w:tc>
          <w:tcPr>
            <w:tcW w:type="dxa" w:w="2160"/>
          </w:tcPr>
          <w:p>
            <w:r>
              <w:t>Technological Uncertainty</w:t>
            </w:r>
          </w:p>
        </w:tc>
        <w:tc>
          <w:tcPr>
            <w:tcW w:type="dxa" w:w="2160"/>
          </w:tcPr>
          <w:p>
            <w:r>
              <w:t>What specific technological uncertainties did your wheat farm face in 2025 when attempting to improve crop yields? Please provide examples of the challenges encountered.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1052-0124</w:t>
            </w:r>
          </w:p>
        </w:tc>
        <w:tc>
          <w:tcPr>
            <w:tcW w:type="dxa" w:w="2160"/>
          </w:tcPr>
          <w:p>
            <w:r>
              <w:t>Project Duration</w:t>
            </w:r>
          </w:p>
        </w:tc>
        <w:tc>
          <w:tcPr>
            <w:tcW w:type="dxa" w:w="2160"/>
          </w:tcPr>
          <w:p>
            <w:r>
              <w:t>What was the duration of the research projects conducted in 2025? Please provide start and end dates for each project related to wheat farming.</w:t>
              <w:br/>
              <w:t>Answer type: Date range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1052-0125</w:t>
            </w:r>
          </w:p>
        </w:tc>
        <w:tc>
          <w:tcPr>
            <w:tcW w:type="dxa" w:w="2160"/>
          </w:tcPr>
          <w:p>
            <w:r>
              <w:t>Outcome Measurement</w:t>
            </w:r>
          </w:p>
        </w:tc>
        <w:tc>
          <w:tcPr>
            <w:tcW w:type="dxa" w:w="2160"/>
          </w:tcPr>
          <w:p>
            <w:r>
              <w:t>How did you measure the outcomes of the research activities conducted in 2025? Please describe any metrics or evaluation methods used to assess the success of the research.</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1052-0126</w:t>
            </w:r>
          </w:p>
        </w:tc>
        <w:tc>
          <w:tcPr>
            <w:tcW w:type="dxa" w:w="2160"/>
          </w:tcPr>
          <w:p>
            <w:r>
              <w:t>Credit Calculation</w:t>
            </w:r>
          </w:p>
        </w:tc>
        <w:tc>
          <w:tcPr>
            <w:tcW w:type="dxa" w:w="2160"/>
          </w:tcPr>
          <w:p>
            <w:r>
              <w:t>Based on your calculations, what is the estimated R&amp;D tax credit amount for 2025? Please provide the calculation method and any assumptions made in this estimate.</w:t>
              <w:br/>
              <w:t>Answer type: Calculation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1052-0127</w:t>
            </w:r>
          </w:p>
        </w:tc>
        <w:tc>
          <w:tcPr>
            <w:tcW w:type="dxa" w:w="2160"/>
          </w:tcPr>
          <w:p>
            <w:r>
              <w:t>Final Conclusions</w:t>
            </w:r>
          </w:p>
        </w:tc>
        <w:tc>
          <w:tcPr>
            <w:tcW w:type="dxa" w:w="2160"/>
          </w:tcPr>
          <w:p>
            <w:r>
              <w:t>What specific innovations or improvements did your wheat farm implement in 2025 that you believe qualify as R&amp;D activities under IRC Section 41?</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1052-0128</w:t>
            </w:r>
          </w:p>
        </w:tc>
        <w:tc>
          <w:tcPr>
            <w:tcW w:type="dxa" w:w="2160"/>
          </w:tcPr>
          <w:p>
            <w:r>
              <w:t>Open Issues</w:t>
            </w:r>
          </w:p>
        </w:tc>
        <w:tc>
          <w:tcPr>
            <w:tcW w:type="dxa" w:w="2160"/>
          </w:tcPr>
          <w:p>
            <w:r>
              <w:t>Are there any unresolved issues or uncertainties regarding the eligibility of your R&amp;D expenses related to wheat farming for the 2025 tax year? Please detail.</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1052-0129</w:t>
            </w:r>
          </w:p>
        </w:tc>
        <w:tc>
          <w:tcPr>
            <w:tcW w:type="dxa" w:w="2160"/>
          </w:tcPr>
          <w:p>
            <w:r>
              <w:t>Certification</w:t>
            </w:r>
          </w:p>
        </w:tc>
        <w:tc>
          <w:tcPr>
            <w:tcW w:type="dxa" w:w="2160"/>
          </w:tcPr>
          <w:p>
            <w:r>
              <w:t>Have all R&amp;D activities and associated expenses been properly documented and certified for the 2025 tax year?</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1052-0130</w:t>
            </w:r>
          </w:p>
        </w:tc>
        <w:tc>
          <w:tcPr>
            <w:tcW w:type="dxa" w:w="2160"/>
          </w:tcPr>
          <w:p>
            <w:r>
              <w:t>Next-Year Controls</w:t>
            </w:r>
          </w:p>
        </w:tc>
        <w:tc>
          <w:tcPr>
            <w:tcW w:type="dxa" w:w="2160"/>
          </w:tcPr>
          <w:p>
            <w:r>
              <w:t>What measures have you put in place to ensure that all R&amp;D activities are tracked and documented for the 2026 tax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1052-0131</w:t>
            </w:r>
          </w:p>
        </w:tc>
        <w:tc>
          <w:tcPr>
            <w:tcW w:type="dxa" w:w="2160"/>
          </w:tcPr>
          <w:p>
            <w:r>
              <w:t>Final Conclusions</w:t>
            </w:r>
          </w:p>
        </w:tc>
        <w:tc>
          <w:tcPr>
            <w:tcW w:type="dxa" w:w="2160"/>
          </w:tcPr>
          <w:p>
            <w:r>
              <w:t>Can you provide a summary of the total R&amp;D expenses incurred in 2025, broken down by category (e.g., wages, materials, contract research)?</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1052-0132</w:t>
            </w:r>
          </w:p>
        </w:tc>
        <w:tc>
          <w:tcPr>
            <w:tcW w:type="dxa" w:w="2160"/>
          </w:tcPr>
          <w:p>
            <w:r>
              <w:t>Open Issues</w:t>
            </w:r>
          </w:p>
        </w:tc>
        <w:tc>
          <w:tcPr>
            <w:tcW w:type="dxa" w:w="2160"/>
          </w:tcPr>
          <w:p>
            <w:r>
              <w:t>Were there any changes in your R&amp;D strategy or focus areas in 2025 compared to previous years? If so, please explain.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1052-0133</w:t>
            </w:r>
          </w:p>
        </w:tc>
        <w:tc>
          <w:tcPr>
            <w:tcW w:type="dxa" w:w="2160"/>
          </w:tcPr>
          <w:p>
            <w:r>
              <w:t>Certification</w:t>
            </w:r>
          </w:p>
        </w:tc>
        <w:tc>
          <w:tcPr>
            <w:tcW w:type="dxa" w:w="2160"/>
          </w:tcPr>
          <w:p>
            <w:r>
              <w:t>Have you engaged any external consultants or experts to assist with your R&amp;D claims for 2025? If yes, please provide their details.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1052-0134</w:t>
            </w:r>
          </w:p>
        </w:tc>
        <w:tc>
          <w:tcPr>
            <w:tcW w:type="dxa" w:w="2160"/>
          </w:tcPr>
          <w:p>
            <w:r>
              <w:t>Next-Year Controls</w:t>
            </w:r>
          </w:p>
        </w:tc>
        <w:tc>
          <w:tcPr>
            <w:tcW w:type="dxa" w:w="2160"/>
          </w:tcPr>
          <w:p>
            <w:r>
              <w:t>What specific training or resources will be provided to your team to enhance R&amp;D documentation practices for 2026?</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1052-0135</w:t>
            </w:r>
          </w:p>
        </w:tc>
        <w:tc>
          <w:tcPr>
            <w:tcW w:type="dxa" w:w="2160"/>
          </w:tcPr>
          <w:p>
            <w:r>
              <w:t>Final Conclusions</w:t>
            </w:r>
          </w:p>
        </w:tc>
        <w:tc>
          <w:tcPr>
            <w:tcW w:type="dxa" w:w="2160"/>
          </w:tcPr>
          <w:p>
            <w:r>
              <w:t>Did you experience any challenges or barriers in executing your R&amp;D projects during 2025? Please elaborate.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1052-0136</w:t>
            </w:r>
          </w:p>
        </w:tc>
        <w:tc>
          <w:tcPr>
            <w:tcW w:type="dxa" w:w="2160"/>
          </w:tcPr>
          <w:p>
            <w:r>
              <w:t>Open Issues</w:t>
            </w:r>
          </w:p>
        </w:tc>
        <w:tc>
          <w:tcPr>
            <w:tcW w:type="dxa" w:w="2160"/>
          </w:tcPr>
          <w:p>
            <w:r>
              <w:t>Are there any pending audits or reviews from tax authorities that may impact your R&amp;D claims for 2025?</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SEED-QUALITY-ANALYSIS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1052-0137</w:t>
            </w:r>
          </w:p>
        </w:tc>
        <w:tc>
          <w:tcPr>
            <w:tcW w:type="dxa" w:w="2160"/>
          </w:tcPr>
          <w:p>
            <w:r>
              <w:t>Genetic Traits</w:t>
            </w:r>
          </w:p>
        </w:tc>
        <w:tc>
          <w:tcPr>
            <w:tcW w:type="dxa" w:w="2160"/>
          </w:tcPr>
          <w:p>
            <w:r>
              <w:t>What specific genetic traits are you evaluating in your wheat seed varieties, and how do they impact your cultivation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1052-0138</w:t>
            </w:r>
          </w:p>
        </w:tc>
        <w:tc>
          <w:tcPr>
            <w:tcW w:type="dxa" w:w="2160"/>
          </w:tcPr>
          <w:p>
            <w:r>
              <w:t>Germination Rates</w:t>
            </w:r>
          </w:p>
        </w:tc>
        <w:tc>
          <w:tcPr>
            <w:tcW w:type="dxa" w:w="2160"/>
          </w:tcPr>
          <w:p>
            <w:r>
              <w:t>What are the germination rates of the seed varieties you are testing, and how do these rates compare to industry standards?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1052-0139</w:t>
            </w:r>
          </w:p>
        </w:tc>
        <w:tc>
          <w:tcPr>
            <w:tcW w:type="dxa" w:w="2160"/>
          </w:tcPr>
          <w:p>
            <w:r>
              <w:t>Disease Resistance</w:t>
            </w:r>
          </w:p>
        </w:tc>
        <w:tc>
          <w:tcPr>
            <w:tcW w:type="dxa" w:w="2160"/>
          </w:tcPr>
          <w:p>
            <w:r>
              <w:t>Which diseases are you testing your wheat seeds against, and what methods are you using to assess their resistance?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1052-0140</w:t>
            </w:r>
          </w:p>
        </w:tc>
        <w:tc>
          <w:tcPr>
            <w:tcW w:type="dxa" w:w="2160"/>
          </w:tcPr>
          <w:p>
            <w:r>
              <w:t>Seed Treatment</w:t>
            </w:r>
          </w:p>
        </w:tc>
        <w:tc>
          <w:tcPr>
            <w:tcW w:type="dxa" w:w="2160"/>
          </w:tcPr>
          <w:p>
            <w:r>
              <w:t>What seed treatments are being applied to your wheat seeds, and what experimental outcomes are you measuring as a result?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1052-0141</w:t>
            </w:r>
          </w:p>
        </w:tc>
        <w:tc>
          <w:tcPr>
            <w:tcW w:type="dxa" w:w="2160"/>
          </w:tcPr>
          <w:p>
            <w:r>
              <w:t>Field Trials</w:t>
            </w:r>
          </w:p>
        </w:tc>
        <w:tc>
          <w:tcPr>
            <w:tcW w:type="dxa" w:w="2160"/>
          </w:tcPr>
          <w:p>
            <w:r>
              <w:t>Describe the field trials conducted for your wheat seeds, including the objectives and any experimental designs used. How do these trials contribute to your R&amp;D efforts?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1052-0142</w:t>
            </w:r>
          </w:p>
        </w:tc>
        <w:tc>
          <w:tcPr>
            <w:tcW w:type="dxa" w:w="2160"/>
          </w:tcPr>
          <w:p>
            <w:r>
              <w:t>Certification Standards</w:t>
            </w:r>
          </w:p>
        </w:tc>
        <w:tc>
          <w:tcPr>
            <w:tcW w:type="dxa" w:w="2160"/>
          </w:tcPr>
          <w:p>
            <w:r>
              <w:t>What certification standards are your wheat seeds adhering to, and how do you ensure compliance during the R&amp;D process?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1052-0143</w:t>
            </w:r>
          </w:p>
        </w:tc>
        <w:tc>
          <w:tcPr>
            <w:tcW w:type="dxa" w:w="2160"/>
          </w:tcPr>
          <w:p>
            <w:r>
              <w:t>Genetic Traits</w:t>
            </w:r>
          </w:p>
        </w:tc>
        <w:tc>
          <w:tcPr>
            <w:tcW w:type="dxa" w:w="2160"/>
          </w:tcPr>
          <w:p>
            <w:r>
              <w:t>Have you developed any new genetic modifications in your wheat seeds this year? If so, please describe the modifications and their intended benefits.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1052-0144</w:t>
            </w:r>
          </w:p>
        </w:tc>
        <w:tc>
          <w:tcPr>
            <w:tcW w:type="dxa" w:w="2160"/>
          </w:tcPr>
          <w:p>
            <w:r>
              <w:t>Germination Rates</w:t>
            </w:r>
          </w:p>
        </w:tc>
        <w:tc>
          <w:tcPr>
            <w:tcW w:type="dxa" w:w="2160"/>
          </w:tcPr>
          <w:p>
            <w:r>
              <w:t>What environmental factors are you monitoring that could affect the germination rates of your wheat seeds?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1052-0145</w:t>
            </w:r>
          </w:p>
        </w:tc>
        <w:tc>
          <w:tcPr>
            <w:tcW w:type="dxa" w:w="2160"/>
          </w:tcPr>
          <w:p>
            <w:r>
              <w:t>Disease Resistance</w:t>
            </w:r>
          </w:p>
        </w:tc>
        <w:tc>
          <w:tcPr>
            <w:tcW w:type="dxa" w:w="2160"/>
          </w:tcPr>
          <w:p>
            <w:r>
              <w:t>How do you document and analyze the results of your disease resistance tests for wheat seeds?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1052-0146</w:t>
            </w:r>
          </w:p>
        </w:tc>
        <w:tc>
          <w:tcPr>
            <w:tcW w:type="dxa" w:w="2160"/>
          </w:tcPr>
          <w:p>
            <w:r>
              <w:t>Seed Treatment</w:t>
            </w:r>
          </w:p>
        </w:tc>
        <w:tc>
          <w:tcPr>
            <w:tcW w:type="dxa" w:w="2160"/>
          </w:tcPr>
          <w:p>
            <w:r>
              <w:t>What innovative seed treatment techniques have you explored this year, and what results have you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1052-0147</w:t>
            </w:r>
          </w:p>
        </w:tc>
        <w:tc>
          <w:tcPr>
            <w:tcW w:type="dxa" w:w="2160"/>
          </w:tcPr>
          <w:p>
            <w:r>
              <w:t>Field Trials</w:t>
            </w:r>
          </w:p>
        </w:tc>
        <w:tc>
          <w:tcPr>
            <w:tcW w:type="dxa" w:w="2160"/>
          </w:tcPr>
          <w:p>
            <w:r>
              <w:t>How do you evaluate the success of your field trials for wheat seeds, and what metrics do you use?</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1052-0148</w:t>
            </w:r>
          </w:p>
        </w:tc>
        <w:tc>
          <w:tcPr>
            <w:tcW w:type="dxa" w:w="2160"/>
          </w:tcPr>
          <w:p>
            <w:r>
              <w:t>Certification Standards</w:t>
            </w:r>
          </w:p>
        </w:tc>
        <w:tc>
          <w:tcPr>
            <w:tcW w:type="dxa" w:w="2160"/>
          </w:tcPr>
          <w:p>
            <w:r>
              <w:t>What challenges have you faced in meeting certification standards for your wheat seeds, and how have you addressed them?</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1052-0149</w:t>
            </w:r>
          </w:p>
        </w:tc>
        <w:tc>
          <w:tcPr>
            <w:tcW w:type="dxa" w:w="2160"/>
          </w:tcPr>
          <w:p>
            <w:r>
              <w:t>Genetic Traits</w:t>
            </w:r>
          </w:p>
        </w:tc>
        <w:tc>
          <w:tcPr>
            <w:tcW w:type="dxa" w:w="2160"/>
          </w:tcPr>
          <w:p>
            <w:r>
              <w:t>What collaborative research efforts are you involved in regarding genetic traits of wheat seeds, and what are the expected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1052-0150</w:t>
            </w:r>
          </w:p>
        </w:tc>
        <w:tc>
          <w:tcPr>
            <w:tcW w:type="dxa" w:w="2160"/>
          </w:tcPr>
          <w:p>
            <w:r>
              <w:t>Germination Rates</w:t>
            </w:r>
          </w:p>
        </w:tc>
        <w:tc>
          <w:tcPr>
            <w:tcW w:type="dxa" w:w="2160"/>
          </w:tcPr>
          <w:p>
            <w:r>
              <w:t>How frequently do you conduct germination tests on your seed batches, and what is the testing protocol?</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SOIL-HEALTH-MANAGEMENT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1052-0151</w:t>
            </w:r>
          </w:p>
        </w:tc>
        <w:tc>
          <w:tcPr>
            <w:tcW w:type="dxa" w:w="2160"/>
          </w:tcPr>
          <w:p>
            <w:r>
              <w:t>Soil Testing</w:t>
            </w:r>
          </w:p>
        </w:tc>
        <w:tc>
          <w:tcPr>
            <w:tcW w:type="dxa" w:w="2160"/>
          </w:tcPr>
          <w:p>
            <w:r>
              <w:t>What specific soil tests were conducted to assess nutrient levels in your wheat fields during the 2025 tax year? Please include the types of tests and the frequency of testing.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1052-0152</w:t>
            </w:r>
          </w:p>
        </w:tc>
        <w:tc>
          <w:tcPr>
            <w:tcW w:type="dxa" w:w="2160"/>
          </w:tcPr>
          <w:p>
            <w:r>
              <w:t>Nutrient Management</w:t>
            </w:r>
          </w:p>
        </w:tc>
        <w:tc>
          <w:tcPr>
            <w:tcW w:type="dxa" w:w="2160"/>
          </w:tcPr>
          <w:p>
            <w:r>
              <w:t>Describe the nutrient management plan implemented for your wheat crops in 2025. Include details on the types of fertilizers used and application rates.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1052-0153</w:t>
            </w:r>
          </w:p>
        </w:tc>
        <w:tc>
          <w:tcPr>
            <w:tcW w:type="dxa" w:w="2160"/>
          </w:tcPr>
          <w:p>
            <w:r>
              <w:t>Cover Cropping</w:t>
            </w:r>
          </w:p>
        </w:tc>
        <w:tc>
          <w:tcPr>
            <w:tcW w:type="dxa" w:w="2160"/>
          </w:tcPr>
          <w:p>
            <w:r>
              <w:t>Did you implement cover cropping practices in 2025? If yes, please specify the types of cover crops used and their intended benefits for soil health.</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1052-0154</w:t>
            </w:r>
          </w:p>
        </w:tc>
        <w:tc>
          <w:tcPr>
            <w:tcW w:type="dxa" w:w="2160"/>
          </w:tcPr>
          <w:p>
            <w:r>
              <w:t>Crop Rotation</w:t>
            </w:r>
          </w:p>
        </w:tc>
        <w:tc>
          <w:tcPr>
            <w:tcW w:type="dxa" w:w="2160"/>
          </w:tcPr>
          <w:p>
            <w:r>
              <w:t>What crop rotation practices were employed in 2025, and how did they contribute to soil health and nutrient management for your wheat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1052-0155</w:t>
            </w:r>
          </w:p>
        </w:tc>
        <w:tc>
          <w:tcPr>
            <w:tcW w:type="dxa" w:w="2160"/>
          </w:tcPr>
          <w:p>
            <w:r>
              <w:t>Microbial Activity</w:t>
            </w:r>
          </w:p>
        </w:tc>
        <w:tc>
          <w:tcPr>
            <w:tcW w:type="dxa" w:w="2160"/>
          </w:tcPr>
          <w:p>
            <w:r>
              <w:t>What methods did you use to assess microbial activity in the soil during the 2025 growing season? Please describe any specific tests or indicators monitored.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1052-0156</w:t>
            </w:r>
          </w:p>
        </w:tc>
        <w:tc>
          <w:tcPr>
            <w:tcW w:type="dxa" w:w="2160"/>
          </w:tcPr>
          <w:p>
            <w:r>
              <w:t>Organic Amendments</w:t>
            </w:r>
          </w:p>
        </w:tc>
        <w:tc>
          <w:tcPr>
            <w:tcW w:type="dxa" w:w="2160"/>
          </w:tcPr>
          <w:p>
            <w:r>
              <w:t>Did you apply any organic amendments to your wheat fields in 2025? If yes, please specify the types and quantities used.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1052-0157</w:t>
            </w:r>
          </w:p>
        </w:tc>
        <w:tc>
          <w:tcPr>
            <w:tcW w:type="dxa" w:w="2160"/>
          </w:tcPr>
          <w:p>
            <w:r>
              <w:t>Soil Testing Frequency</w:t>
            </w:r>
          </w:p>
        </w:tc>
        <w:tc>
          <w:tcPr>
            <w:tcW w:type="dxa" w:w="2160"/>
          </w:tcPr>
          <w:p>
            <w:r>
              <w:t>How often did you conduct soil testing throughout the 2025 tax year? Please provide a timeline of testing events.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1052-0158</w:t>
            </w:r>
          </w:p>
        </w:tc>
        <w:tc>
          <w:tcPr>
            <w:tcW w:type="dxa" w:w="2160"/>
          </w:tcPr>
          <w:p>
            <w:r>
              <w:t>Nutrient Application Timing</w:t>
            </w:r>
          </w:p>
        </w:tc>
        <w:tc>
          <w:tcPr>
            <w:tcW w:type="dxa" w:w="2160"/>
          </w:tcPr>
          <w:p>
            <w:r>
              <w:t>What was the timing of nutrient applications in relation to key growth stages of the wheat crop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1052-0159</w:t>
            </w:r>
          </w:p>
        </w:tc>
        <w:tc>
          <w:tcPr>
            <w:tcW w:type="dxa" w:w="2160"/>
          </w:tcPr>
          <w:p>
            <w:r>
              <w:t>Cover Crop Benefits</w:t>
            </w:r>
          </w:p>
        </w:tc>
        <w:tc>
          <w:tcPr>
            <w:tcW w:type="dxa" w:w="2160"/>
          </w:tcPr>
          <w:p>
            <w:r>
              <w:t>What specific benefits did you observe from the cover crops used in 2025? Please provide evidence or observations related to soil health improvements.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1052-0160</w:t>
            </w:r>
          </w:p>
        </w:tc>
        <w:tc>
          <w:tcPr>
            <w:tcW w:type="dxa" w:w="2160"/>
          </w:tcPr>
          <w:p>
            <w:r>
              <w:t>Crop Rotation Benefits</w:t>
            </w:r>
          </w:p>
        </w:tc>
        <w:tc>
          <w:tcPr>
            <w:tcW w:type="dxa" w:w="2160"/>
          </w:tcPr>
          <w:p>
            <w:r>
              <w:t>How did the crop rotation practices in 2025 affect pest management and soil fertility for your wheat crops?</w:t>
              <w:br/>
              <w:t>Answer type: Long text</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1052-0161</w:t>
            </w:r>
          </w:p>
        </w:tc>
        <w:tc>
          <w:tcPr>
            <w:tcW w:type="dxa" w:w="2160"/>
          </w:tcPr>
          <w:p>
            <w:r>
              <w:t>Nutrient Deficiencies</w:t>
            </w:r>
          </w:p>
        </w:tc>
        <w:tc>
          <w:tcPr>
            <w:tcW w:type="dxa" w:w="2160"/>
          </w:tcPr>
          <w:p>
            <w:r>
              <w:t>During the 2025 growing season, did you identify any nutrient deficiencies in your wheat crops? If so, please describe the deficiencies and your response.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1052-0162</w:t>
            </w:r>
          </w:p>
        </w:tc>
        <w:tc>
          <w:tcPr>
            <w:tcW w:type="dxa" w:w="2160"/>
          </w:tcPr>
          <w:p>
            <w:r>
              <w:t>Soil Amendments</w:t>
            </w:r>
          </w:p>
        </w:tc>
        <w:tc>
          <w:tcPr>
            <w:tcW w:type="dxa" w:w="2160"/>
          </w:tcPr>
          <w:p>
            <w:r>
              <w:t>What specific soil amendments were used in 2025 to improve soil structure and health? Please include quantities and application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1052-0163</w:t>
            </w:r>
          </w:p>
        </w:tc>
        <w:tc>
          <w:tcPr>
            <w:tcW w:type="dxa" w:w="2160"/>
          </w:tcPr>
          <w:p>
            <w:r>
              <w:t>Microbial Assessment Frequency</w:t>
            </w:r>
          </w:p>
        </w:tc>
        <w:tc>
          <w:tcPr>
            <w:tcW w:type="dxa" w:w="2160"/>
          </w:tcPr>
          <w:p>
            <w:r>
              <w:t>How frequently did you assess microbial activity in your soil during the 2025 growing season? Please provide a schedule of assessments.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1052-0164</w:t>
            </w:r>
          </w:p>
        </w:tc>
        <w:tc>
          <w:tcPr>
            <w:tcW w:type="dxa" w:w="2160"/>
          </w:tcPr>
          <w:p>
            <w:r>
              <w:t>Soil Health Metrics</w:t>
            </w:r>
          </w:p>
        </w:tc>
        <w:tc>
          <w:tcPr>
            <w:tcW w:type="dxa" w:w="2160"/>
          </w:tcPr>
          <w:p>
            <w:r>
              <w:t>What specific metrics did you use to evaluate soil health in your wheat fields in 2025? Please list and describe each metric.</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1052-0165</w:t>
            </w:r>
          </w:p>
        </w:tc>
        <w:tc>
          <w:tcPr>
            <w:tcW w:type="dxa" w:w="2160"/>
          </w:tcPr>
          <w:p>
            <w:r>
              <w:t>Nutrient Sources</w:t>
            </w:r>
          </w:p>
        </w:tc>
        <w:tc>
          <w:tcPr>
            <w:tcW w:type="dxa" w:w="2160"/>
          </w:tcPr>
          <w:p>
            <w:r>
              <w:t>What sources of nutrients (e.g., synthetic, organic) were utilized for your wheat crops in 2025? Please specify the proportions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1052-0166</w:t>
            </w:r>
          </w:p>
        </w:tc>
        <w:tc>
          <w:tcPr>
            <w:tcW w:type="dxa" w:w="2160"/>
          </w:tcPr>
          <w:p>
            <w:r>
              <w:t>Soil Erosion Practices</w:t>
            </w:r>
          </w:p>
        </w:tc>
        <w:tc>
          <w:tcPr>
            <w:tcW w:type="dxa" w:w="2160"/>
          </w:tcPr>
          <w:p>
            <w:r>
              <w:t>What practices did you implement in 2025 to prevent soil erosion on your wheat farm? Please describe the techniques and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1052-0167</w:t>
            </w:r>
          </w:p>
        </w:tc>
        <w:tc>
          <w:tcPr>
            <w:tcW w:type="dxa" w:w="2160"/>
          </w:tcPr>
          <w:p>
            <w:r>
              <w:t>Water Management</w:t>
            </w:r>
          </w:p>
        </w:tc>
        <w:tc>
          <w:tcPr>
            <w:tcW w:type="dxa" w:w="2160"/>
          </w:tcPr>
          <w:p>
            <w:r>
              <w:t>How did you manage water resources for your wheat crops in 2025 to support soil health? Please include irrigation methods and scheduling.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1052-0168</w:t>
            </w:r>
          </w:p>
        </w:tc>
        <w:tc>
          <w:tcPr>
            <w:tcW w:type="dxa" w:w="2160"/>
          </w:tcPr>
          <w:p>
            <w:r>
              <w:t>Soil Health Improvement Goals</w:t>
            </w:r>
          </w:p>
        </w:tc>
        <w:tc>
          <w:tcPr>
            <w:tcW w:type="dxa" w:w="2160"/>
          </w:tcPr>
          <w:p>
            <w:r>
              <w:t>What specific goals did you set for improving soil health in your wheat farming operations for the 2025 tax year? Please describe the targets and expected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1052-0169</w:t>
            </w:r>
          </w:p>
        </w:tc>
        <w:tc>
          <w:tcPr>
            <w:tcW w:type="dxa" w:w="2160"/>
          </w:tcPr>
          <w:p>
            <w:r>
              <w:t>Research and Development</w:t>
            </w:r>
          </w:p>
        </w:tc>
        <w:tc>
          <w:tcPr>
            <w:tcW w:type="dxa" w:w="2160"/>
          </w:tcPr>
          <w:p>
            <w:r>
              <w:t>Did you conduct any experimental practices or research related to soil health management in 2025? If yes, please describe the nature of the research and its objectives.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1052-0170</w:t>
            </w:r>
          </w:p>
        </w:tc>
        <w:tc>
          <w:tcPr>
            <w:tcW w:type="dxa" w:w="2160"/>
          </w:tcPr>
          <w:p>
            <w:r>
              <w:t>Soil Health Monitoring</w:t>
            </w:r>
          </w:p>
        </w:tc>
        <w:tc>
          <w:tcPr>
            <w:tcW w:type="dxa" w:w="2160"/>
          </w:tcPr>
          <w:p>
            <w:r>
              <w:t>What systems or technologies did you implement in 2025 to monitor soil health continuously? Please specify the tools and their functionalities.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1052-0171</w:t>
            </w:r>
          </w:p>
        </w:tc>
        <w:tc>
          <w:tcPr>
            <w:tcW w:type="dxa" w:w="2160"/>
          </w:tcPr>
          <w:p>
            <w:r>
              <w:t>Impact of Practices</w:t>
            </w:r>
          </w:p>
        </w:tc>
        <w:tc>
          <w:tcPr>
            <w:tcW w:type="dxa" w:w="2160"/>
          </w:tcPr>
          <w:p>
            <w:r>
              <w:t>What measurable impacts on crop yield or quality did you observe as a result of your soil health management practices in 2025? Please provide specific data or evidence.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1052-0172</w:t>
            </w:r>
          </w:p>
        </w:tc>
        <w:tc>
          <w:tcPr>
            <w:tcW w:type="dxa" w:w="2160"/>
          </w:tcPr>
          <w:p>
            <w:r>
              <w:t>Research Methods</w:t>
            </w:r>
          </w:p>
        </w:tc>
        <w:tc>
          <w:tcPr>
            <w:tcW w:type="dxa" w:w="2160"/>
          </w:tcPr>
          <w:p>
            <w:r>
              <w:t>What innovative methods did you implement to assess soil health in your wheat fields during the tax year?</w:t>
              <w:br/>
              <w:t>Answer type: text</w:t>
              <w:br/>
              <w:t>Trigger: if soil_health_research='yes'</w:t>
              <w:br/>
              <w:t>Required: Yes</w:t>
              <w:br/>
              <w:t>Risk: Medium</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IRRIGATION-TECHNOLOGIES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1052-0173</w:t>
            </w:r>
          </w:p>
        </w:tc>
        <w:tc>
          <w:tcPr>
            <w:tcW w:type="dxa" w:w="2160"/>
          </w:tcPr>
          <w:p>
            <w:r>
              <w:t>Drip Irrigation Implementation</w:t>
            </w:r>
          </w:p>
        </w:tc>
        <w:tc>
          <w:tcPr>
            <w:tcW w:type="dxa" w:w="2160"/>
          </w:tcPr>
          <w:p>
            <w:r>
              <w:t>What specific advanced drip irrigation technologies have you implemented on your wheat farm, and what were the experimental objectives associated with their use?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1052-0174</w:t>
            </w:r>
          </w:p>
        </w:tc>
        <w:tc>
          <w:tcPr>
            <w:tcW w:type="dxa" w:w="2160"/>
          </w:tcPr>
          <w:p>
            <w:r>
              <w:t>Precision Agriculture</w:t>
            </w:r>
          </w:p>
        </w:tc>
        <w:tc>
          <w:tcPr>
            <w:tcW w:type="dxa" w:w="2160"/>
          </w:tcPr>
          <w:p>
            <w:r>
              <w:t>How have you integrated precision agriculture techniques into your irrigation practices, and what measurable outcomes did you seek to achieve?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1052-0175</w:t>
            </w:r>
          </w:p>
        </w:tc>
        <w:tc>
          <w:tcPr>
            <w:tcW w:type="dxa" w:w="2160"/>
          </w:tcPr>
          <w:p>
            <w:r>
              <w:t>Water Conservation Techniques</w:t>
            </w:r>
          </w:p>
        </w:tc>
        <w:tc>
          <w:tcPr>
            <w:tcW w:type="dxa" w:w="2160"/>
          </w:tcPr>
          <w:p>
            <w:r>
              <w:t>Can you detail the innovative water conservation techniques you have experimented with, and how did you measure their effectiveness on wheat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1052-0176</w:t>
            </w:r>
          </w:p>
        </w:tc>
        <w:tc>
          <w:tcPr>
            <w:tcW w:type="dxa" w:w="2160"/>
          </w:tcPr>
          <w:p>
            <w:r>
              <w:t>Soil Moisture Sensors</w:t>
            </w:r>
          </w:p>
        </w:tc>
        <w:tc>
          <w:tcPr>
            <w:tcW w:type="dxa" w:w="2160"/>
          </w:tcPr>
          <w:p>
            <w:r>
              <w:t>What types of soil moisture sensors have you tested, and how did their data influence your irrigation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1052-0177</w:t>
            </w:r>
          </w:p>
        </w:tc>
        <w:tc>
          <w:tcPr>
            <w:tcW w:type="dxa" w:w="2160"/>
          </w:tcPr>
          <w:p>
            <w:r>
              <w:t>Irrigation Scheduling</w:t>
            </w:r>
          </w:p>
        </w:tc>
        <w:tc>
          <w:tcPr>
            <w:tcW w:type="dxa" w:w="2160"/>
          </w:tcPr>
          <w:p>
            <w:r>
              <w:t>Describe the experimental methods you used to develop your irrigation scheduling practices and the criteria you used to evaluate their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1052-0178</w:t>
            </w:r>
          </w:p>
        </w:tc>
        <w:tc>
          <w:tcPr>
            <w:tcW w:type="dxa" w:w="2160"/>
          </w:tcPr>
          <w:p>
            <w:r>
              <w:t>Efficiency Metrics</w:t>
            </w:r>
          </w:p>
        </w:tc>
        <w:tc>
          <w:tcPr>
            <w:tcW w:type="dxa" w:w="2160"/>
          </w:tcPr>
          <w:p>
            <w:r>
              <w:t>What specific efficiency metrics do you track for your irrigation systems, and how have you used these metrics to guide your R&amp;D efforts?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1052-0179</w:t>
            </w:r>
          </w:p>
        </w:tc>
        <w:tc>
          <w:tcPr>
            <w:tcW w:type="dxa" w:w="2160"/>
          </w:tcPr>
          <w:p>
            <w:r>
              <w:t>Yield Improvement</w:t>
            </w:r>
          </w:p>
        </w:tc>
        <w:tc>
          <w:tcPr>
            <w:tcW w:type="dxa" w:w="2160"/>
          </w:tcPr>
          <w:p>
            <w:r>
              <w:t>What experimental changes to your irrigation methods have you implemented in the past year, and what impact did these changes have on wheat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1052-0180</w:t>
            </w:r>
          </w:p>
        </w:tc>
        <w:tc>
          <w:tcPr>
            <w:tcW w:type="dxa" w:w="2160"/>
          </w:tcPr>
          <w:p>
            <w:r>
              <w:t>Cost Analysis</w:t>
            </w:r>
          </w:p>
        </w:tc>
        <w:tc>
          <w:tcPr>
            <w:tcW w:type="dxa" w:w="2160"/>
          </w:tcPr>
          <w:p>
            <w:r>
              <w:t>What costs were associated with the implementation of new irrigation technologies, and how did you assess their return on investment?</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1052-0181</w:t>
            </w:r>
          </w:p>
        </w:tc>
        <w:tc>
          <w:tcPr>
            <w:tcW w:type="dxa" w:w="2160"/>
          </w:tcPr>
          <w:p>
            <w:r>
              <w:t>Experimental Trials</w:t>
            </w:r>
          </w:p>
        </w:tc>
        <w:tc>
          <w:tcPr>
            <w:tcW w:type="dxa" w:w="2160"/>
          </w:tcPr>
          <w:p>
            <w:r>
              <w:t>Have you conducted any experimental trials comparing traditional versus advanced irrigation methods? If yes, please describe the trials and their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1052-0182</w:t>
            </w:r>
          </w:p>
        </w:tc>
        <w:tc>
          <w:tcPr>
            <w:tcW w:type="dxa" w:w="2160"/>
          </w:tcPr>
          <w:p>
            <w:r>
              <w:t>Regulatory Compliance</w:t>
            </w:r>
          </w:p>
        </w:tc>
        <w:tc>
          <w:tcPr>
            <w:tcW w:type="dxa" w:w="2160"/>
          </w:tcPr>
          <w:p>
            <w:r>
              <w:t>What regulatory considerations did you take into account when implementing new irrigation technologies, and how did they influence your R&amp;D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1052-0183</w:t>
            </w:r>
          </w:p>
        </w:tc>
        <w:tc>
          <w:tcPr>
            <w:tcW w:type="dxa" w:w="2160"/>
          </w:tcPr>
          <w:p>
            <w:r>
              <w:t>Technology Adoption</w:t>
            </w:r>
          </w:p>
        </w:tc>
        <w:tc>
          <w:tcPr>
            <w:tcW w:type="dxa" w:w="2160"/>
          </w:tcPr>
          <w:p>
            <w:r>
              <w:t>What criteria do you use to evaluate the adoption of new irrigation technologies, and how do you document the decision-making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1052-0184</w:t>
            </w:r>
          </w:p>
        </w:tc>
        <w:tc>
          <w:tcPr>
            <w:tcW w:type="dxa" w:w="2160"/>
          </w:tcPr>
          <w:p>
            <w:r>
              <w:t>Impact Assessment</w:t>
            </w:r>
          </w:p>
        </w:tc>
        <w:tc>
          <w:tcPr>
            <w:tcW w:type="dxa" w:w="2160"/>
          </w:tcPr>
          <w:p>
            <w:r>
              <w:t>How do you assess the environmental impact of the irrigation technologies you have implemented, and what metrics do you use for this assessment?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1052-0185</w:t>
            </w:r>
          </w:p>
        </w:tc>
        <w:tc>
          <w:tcPr>
            <w:tcW w:type="dxa" w:w="2160"/>
          </w:tcPr>
          <w:p>
            <w:r>
              <w:t>Data Collection</w:t>
            </w:r>
          </w:p>
        </w:tc>
        <w:tc>
          <w:tcPr>
            <w:tcW w:type="dxa" w:w="2160"/>
          </w:tcPr>
          <w:p>
            <w:r>
              <w:t>What methods do you use to collect data on irrigation efficiency and effectiveness, and how often do you review this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1052-0186</w:t>
            </w:r>
          </w:p>
        </w:tc>
        <w:tc>
          <w:tcPr>
            <w:tcW w:type="dxa" w:w="2160"/>
          </w:tcPr>
          <w:p>
            <w:r>
              <w:t>Collaboration with Experts</w:t>
            </w:r>
          </w:p>
        </w:tc>
        <w:tc>
          <w:tcPr>
            <w:tcW w:type="dxa" w:w="2160"/>
          </w:tcPr>
          <w:p>
            <w:r>
              <w:t>Have you collaborated with any agricultural experts or institutions to improve your irrigation practices? If so, what was the focus of this collaboration?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1052-0187</w:t>
            </w:r>
          </w:p>
        </w:tc>
        <w:tc>
          <w:tcPr>
            <w:tcW w:type="dxa" w:w="2160"/>
          </w:tcPr>
          <w:p>
            <w:r>
              <w:t>Future R&amp;D Plans</w:t>
            </w:r>
          </w:p>
        </w:tc>
        <w:tc>
          <w:tcPr>
            <w:tcW w:type="dxa" w:w="2160"/>
          </w:tcPr>
          <w:p>
            <w:r>
              <w:t>What future R&amp;D projects do you have planned related to irrigation technologies, and what specific outcomes do you hope to achieve?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1052-0188</w:t>
            </w:r>
          </w:p>
        </w:tc>
        <w:tc>
          <w:tcPr>
            <w:tcW w:type="dxa" w:w="2160"/>
          </w:tcPr>
          <w:p>
            <w:r>
              <w:t>Benchmarking</w:t>
            </w:r>
          </w:p>
        </w:tc>
        <w:tc>
          <w:tcPr>
            <w:tcW w:type="dxa" w:w="2160"/>
          </w:tcPr>
          <w:p>
            <w:r>
              <w:t>How do you benchmark your irrigation practices against industry standards or peers, and what insights have you gained from this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1052-0189</w:t>
            </w:r>
          </w:p>
        </w:tc>
        <w:tc>
          <w:tcPr>
            <w:tcW w:type="dxa" w:w="2160"/>
          </w:tcPr>
          <w:p>
            <w:r>
              <w:t>Technology Adoption</w:t>
            </w:r>
          </w:p>
        </w:tc>
        <w:tc>
          <w:tcPr>
            <w:tcW w:type="dxa" w:w="2160"/>
          </w:tcPr>
          <w:p>
            <w:r>
              <w:t>What new irrigation technologies were trialed in your wheat farming operations this year?</w:t>
              <w:br/>
              <w:t>Answer type: text</w:t>
              <w:br/>
              <w:t>Trigger: if new_technologies='yes'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1052-0190</w:t>
            </w:r>
          </w:p>
        </w:tc>
        <w:tc>
          <w:tcPr>
            <w:tcW w:type="dxa" w:w="2160"/>
          </w:tcPr>
          <w:p>
            <w:r>
              <w:t>Efficiency Gains</w:t>
            </w:r>
          </w:p>
        </w:tc>
        <w:tc>
          <w:tcPr>
            <w:tcW w:type="dxa" w:w="2160"/>
          </w:tcPr>
          <w:p>
            <w:r>
              <w:t>What measurable improvements in water efficiency were observed from the new irrigation technologies implemented?</w:t>
              <w:br/>
              <w:t>Answer type: number</w:t>
              <w:br/>
              <w:t>Trigger: if irrigation_technology_used='yes'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PEST-CONTROL-STRATEGIES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1052-0191</w:t>
            </w:r>
          </w:p>
        </w:tc>
        <w:tc>
          <w:tcPr>
            <w:tcW w:type="dxa" w:w="2160"/>
          </w:tcPr>
          <w:p>
            <w:r>
              <w:t>Biological Controls</w:t>
            </w:r>
          </w:p>
        </w:tc>
        <w:tc>
          <w:tcPr>
            <w:tcW w:type="dxa" w:w="2160"/>
          </w:tcPr>
          <w:p>
            <w:r>
              <w:t>What specific biological control agents have you investigated or implemented for pest management in your wheat crops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1052-0192</w:t>
            </w:r>
          </w:p>
        </w:tc>
        <w:tc>
          <w:tcPr>
            <w:tcW w:type="dxa" w:w="2160"/>
          </w:tcPr>
          <w:p>
            <w:r>
              <w:t>Chemical Applications</w:t>
            </w:r>
          </w:p>
        </w:tc>
        <w:tc>
          <w:tcPr>
            <w:tcW w:type="dxa" w:w="2160"/>
          </w:tcPr>
          <w:p>
            <w:r>
              <w:t>List the chemical pesticides used in 2025, including their active ingredients and the specific pests they target. How did you determine their necessity?</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1052-0193</w:t>
            </w:r>
          </w:p>
        </w:tc>
        <w:tc>
          <w:tcPr>
            <w:tcW w:type="dxa" w:w="2160"/>
          </w:tcPr>
          <w:p>
            <w:r>
              <w:t>Pesticide Resistance</w:t>
            </w:r>
          </w:p>
        </w:tc>
        <w:tc>
          <w:tcPr>
            <w:tcW w:type="dxa" w:w="2160"/>
          </w:tcPr>
          <w:p>
            <w:r>
              <w:t>What measures have you taken to monitor and manage pesticide resistance in your wheat crops? Provide specific examples from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1052-0194</w:t>
            </w:r>
          </w:p>
        </w:tc>
        <w:tc>
          <w:tcPr>
            <w:tcW w:type="dxa" w:w="2160"/>
          </w:tcPr>
          <w:p>
            <w:r>
              <w:t>Monitoring Techniques</w:t>
            </w:r>
          </w:p>
        </w:tc>
        <w:tc>
          <w:tcPr>
            <w:tcW w:type="dxa" w:w="2160"/>
          </w:tcPr>
          <w:p>
            <w:r>
              <w:t>What monitoring techniques did you implement in 2025 to assess pest populations and the effectiveness of your pest control strategies?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1052-0195</w:t>
            </w:r>
          </w:p>
        </w:tc>
        <w:tc>
          <w:tcPr>
            <w:tcW w:type="dxa" w:w="2160"/>
          </w:tcPr>
          <w:p>
            <w:r>
              <w:t>Economic Thresholds</w:t>
            </w:r>
          </w:p>
        </w:tc>
        <w:tc>
          <w:tcPr>
            <w:tcW w:type="dxa" w:w="2160"/>
          </w:tcPr>
          <w:p>
            <w:r>
              <w:t>How do you determine economic thresholds for pest control interventions in your wheat farming operations? Provide specific criteria used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1052-0196</w:t>
            </w:r>
          </w:p>
        </w:tc>
        <w:tc>
          <w:tcPr>
            <w:tcW w:type="dxa" w:w="2160"/>
          </w:tcPr>
          <w:p>
            <w:r>
              <w:t>Regulatory Compliance</w:t>
            </w:r>
          </w:p>
        </w:tc>
        <w:tc>
          <w:tcPr>
            <w:tcW w:type="dxa" w:w="2160"/>
          </w:tcPr>
          <w:p>
            <w:r>
              <w:t>What regulatory guidelines did you follow in 2025 for the application of pesticides on your wheat crops? Include any certifications or training received.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1052-0197</w:t>
            </w:r>
          </w:p>
        </w:tc>
        <w:tc>
          <w:tcPr>
            <w:tcW w:type="dxa" w:w="2160"/>
          </w:tcPr>
          <w:p>
            <w:r>
              <w:t>Integrated Practices</w:t>
            </w:r>
          </w:p>
        </w:tc>
        <w:tc>
          <w:tcPr>
            <w:tcW w:type="dxa" w:w="2160"/>
          </w:tcPr>
          <w:p>
            <w:r>
              <w:t>Describe any integrated pest management practices you tested in 2025 that combined multiple strategies.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1052-0198</w:t>
            </w:r>
          </w:p>
        </w:tc>
        <w:tc>
          <w:tcPr>
            <w:tcW w:type="dxa" w:w="2160"/>
          </w:tcPr>
          <w:p>
            <w:r>
              <w:t>Field Trials</w:t>
            </w:r>
          </w:p>
        </w:tc>
        <w:tc>
          <w:tcPr>
            <w:tcW w:type="dxa" w:w="2160"/>
          </w:tcPr>
          <w:p>
            <w:r>
              <w:t>Did you conduct any field trials in 2025 to evaluate new pest control methods? If so, describe the trials and their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1052-0199</w:t>
            </w:r>
          </w:p>
        </w:tc>
        <w:tc>
          <w:tcPr>
            <w:tcW w:type="dxa" w:w="2160"/>
          </w:tcPr>
          <w:p>
            <w:r>
              <w:t>Data Collection</w:t>
            </w:r>
          </w:p>
        </w:tc>
        <w:tc>
          <w:tcPr>
            <w:tcW w:type="dxa" w:w="2160"/>
          </w:tcPr>
          <w:p>
            <w:r>
              <w:t>What data collection methods did you employ in 2025 to evaluate the impact of pest control measures on wheat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1052-0200</w:t>
            </w:r>
          </w:p>
        </w:tc>
        <w:tc>
          <w:tcPr>
            <w:tcW w:type="dxa" w:w="2160"/>
          </w:tcPr>
          <w:p>
            <w:r>
              <w:t>Collaboration</w:t>
            </w:r>
          </w:p>
        </w:tc>
        <w:tc>
          <w:tcPr>
            <w:tcW w:type="dxa" w:w="2160"/>
          </w:tcPr>
          <w:p>
            <w:r>
              <w:t>Did you collaborate with any agricultural extension services or research institutions in 2025 for pest control strategies? If yes, describe the nature of this collaboration.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1052-0201</w:t>
            </w:r>
          </w:p>
        </w:tc>
        <w:tc>
          <w:tcPr>
            <w:tcW w:type="dxa" w:w="2160"/>
          </w:tcPr>
          <w:p>
            <w:r>
              <w:t>Cost Analysis</w:t>
            </w:r>
          </w:p>
        </w:tc>
        <w:tc>
          <w:tcPr>
            <w:tcW w:type="dxa" w:w="2160"/>
          </w:tcPr>
          <w:p>
            <w:r>
              <w:t>What were the estimated costs associated with your pest control strategies in 2025? Include both direct and indirect costs.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1052-0202</w:t>
            </w:r>
          </w:p>
        </w:tc>
        <w:tc>
          <w:tcPr>
            <w:tcW w:type="dxa" w:w="2160"/>
          </w:tcPr>
          <w:p>
            <w:r>
              <w:t>Effectiveness Evaluation</w:t>
            </w:r>
          </w:p>
        </w:tc>
        <w:tc>
          <w:tcPr>
            <w:tcW w:type="dxa" w:w="2160"/>
          </w:tcPr>
          <w:p>
            <w:r>
              <w:t>How did you evaluate the effectiveness of your pest control strategies in 2025? Provide specific metrics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1052-0203</w:t>
            </w:r>
          </w:p>
        </w:tc>
        <w:tc>
          <w:tcPr>
            <w:tcW w:type="dxa" w:w="2160"/>
          </w:tcPr>
          <w:p>
            <w:r>
              <w:t>Training and Education</w:t>
            </w:r>
          </w:p>
        </w:tc>
        <w:tc>
          <w:tcPr>
            <w:tcW w:type="dxa" w:w="2160"/>
          </w:tcPr>
          <w:p>
            <w:r>
              <w:t>What training or educational programs did you or your staff participate in 2025 related to pest management?</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1052-0204</w:t>
            </w:r>
          </w:p>
        </w:tc>
        <w:tc>
          <w:tcPr>
            <w:tcW w:type="dxa" w:w="2160"/>
          </w:tcPr>
          <w:p>
            <w:r>
              <w:t>Pest Identification</w:t>
            </w:r>
          </w:p>
        </w:tc>
        <w:tc>
          <w:tcPr>
            <w:tcW w:type="dxa" w:w="2160"/>
          </w:tcPr>
          <w:p>
            <w:r>
              <w:t>How do you identify pest species in your wheat fields? Describe the methods or tools used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1052-0205</w:t>
            </w:r>
          </w:p>
        </w:tc>
        <w:tc>
          <w:tcPr>
            <w:tcW w:type="dxa" w:w="2160"/>
          </w:tcPr>
          <w:p>
            <w:r>
              <w:t>Record Keeping</w:t>
            </w:r>
          </w:p>
        </w:tc>
        <w:tc>
          <w:tcPr>
            <w:tcW w:type="dxa" w:w="2160"/>
          </w:tcPr>
          <w:p>
            <w:r>
              <w:t>What records do you maintain regarding pest control activities on your wheat farm? Include specifics from 2025.</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1052-0206</w:t>
            </w:r>
          </w:p>
        </w:tc>
        <w:tc>
          <w:tcPr>
            <w:tcW w:type="dxa" w:w="2160"/>
          </w:tcPr>
          <w:p>
            <w:r>
              <w:t>Sustainability Practices</w:t>
            </w:r>
          </w:p>
        </w:tc>
        <w:tc>
          <w:tcPr>
            <w:tcW w:type="dxa" w:w="2160"/>
          </w:tcPr>
          <w:p>
            <w:r>
              <w:t>What sustainable pest management practices did you explore or implement in 2025,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FERTILIZER-APPLICATION-PRACTICES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1052-0207</w:t>
            </w:r>
          </w:p>
        </w:tc>
        <w:tc>
          <w:tcPr>
            <w:tcW w:type="dxa" w:w="2160"/>
          </w:tcPr>
          <w:p>
            <w:r>
              <w:t>Precision Application</w:t>
            </w:r>
          </w:p>
        </w:tc>
        <w:tc>
          <w:tcPr>
            <w:tcW w:type="dxa" w:w="2160"/>
          </w:tcPr>
          <w:p>
            <w:r>
              <w:t>What precision application technologies did you implement in your wheat farming operations during the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1052-0208</w:t>
            </w:r>
          </w:p>
        </w:tc>
        <w:tc>
          <w:tcPr>
            <w:tcW w:type="dxa" w:w="2160"/>
          </w:tcPr>
          <w:p>
            <w:r>
              <w:t>Fertilizer Formulations</w:t>
            </w:r>
          </w:p>
        </w:tc>
        <w:tc>
          <w:tcPr>
            <w:tcW w:type="dxa" w:w="2160"/>
          </w:tcPr>
          <w:p>
            <w:r>
              <w:t>What specific fertilizer formulations did you experiment with in the 2025 tax year, and how did they differ from previous formulations used?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1052-0209</w:t>
            </w:r>
          </w:p>
        </w:tc>
        <w:tc>
          <w:tcPr>
            <w:tcW w:type="dxa" w:w="2160"/>
          </w:tcPr>
          <w:p>
            <w:r>
              <w:t>Timing and Rates</w:t>
            </w:r>
          </w:p>
        </w:tc>
        <w:tc>
          <w:tcPr>
            <w:tcW w:type="dxa" w:w="2160"/>
          </w:tcPr>
          <w:p>
            <w:r>
              <w:t>Describe the timing and rates of fertilizer application you tested in 2025. How did these strategies vary from standard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1052-0210</w:t>
            </w:r>
          </w:p>
        </w:tc>
        <w:tc>
          <w:tcPr>
            <w:tcW w:type="dxa" w:w="2160"/>
          </w:tcPr>
          <w:p>
            <w:r>
              <w:t>Impact on Yield</w:t>
            </w:r>
          </w:p>
        </w:tc>
        <w:tc>
          <w:tcPr>
            <w:tcW w:type="dxa" w:w="2160"/>
          </w:tcPr>
          <w:p>
            <w:r>
              <w:t>What methods did you use to measure the impact of your fertilizer application practices on wheat yield in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1052-0211</w:t>
            </w:r>
          </w:p>
        </w:tc>
        <w:tc>
          <w:tcPr>
            <w:tcW w:type="dxa" w:w="2160"/>
          </w:tcPr>
          <w:p>
            <w:r>
              <w:t>Environmental Considerations</w:t>
            </w:r>
          </w:p>
        </w:tc>
        <w:tc>
          <w:tcPr>
            <w:tcW w:type="dxa" w:w="2160"/>
          </w:tcPr>
          <w:p>
            <w:r>
              <w:t>What environmental considerations did you take into account when applying fertilizers in 2025, and what innovative practices did you implement?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1052-0212</w:t>
            </w:r>
          </w:p>
        </w:tc>
        <w:tc>
          <w:tcPr>
            <w:tcW w:type="dxa" w:w="2160"/>
          </w:tcPr>
          <w:p>
            <w:r>
              <w:t>Soil Testing</w:t>
            </w:r>
          </w:p>
        </w:tc>
        <w:tc>
          <w:tcPr>
            <w:tcW w:type="dxa" w:w="2160"/>
          </w:tcPr>
          <w:p>
            <w:r>
              <w:t xml:space="preserve">What soil testing methods did you utilize to inform your fertilizer application decisions in 2025? Please specify any new techniques you employed. </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1052-0213</w:t>
            </w:r>
          </w:p>
        </w:tc>
        <w:tc>
          <w:tcPr>
            <w:tcW w:type="dxa" w:w="2160"/>
          </w:tcPr>
          <w:p>
            <w:r>
              <w:t>Precision Application</w:t>
            </w:r>
          </w:p>
        </w:tc>
        <w:tc>
          <w:tcPr>
            <w:tcW w:type="dxa" w:w="2160"/>
          </w:tcPr>
          <w:p>
            <w:r>
              <w:t xml:space="preserve">Did you utilize any data analytics tools to optimize precision fertilizer application in 2025? If so, please describe them. </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1052-0214</w:t>
            </w:r>
          </w:p>
        </w:tc>
        <w:tc>
          <w:tcPr>
            <w:tcW w:type="dxa" w:w="2160"/>
          </w:tcPr>
          <w:p>
            <w:r>
              <w:t>Fertilizer Formulations</w:t>
            </w:r>
          </w:p>
        </w:tc>
        <w:tc>
          <w:tcPr>
            <w:tcW w:type="dxa" w:w="2160"/>
          </w:tcPr>
          <w:p>
            <w:r>
              <w:t>How did you assess the effectiveness of new fertilizer formulations on wheat health and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1052-0215</w:t>
            </w:r>
          </w:p>
        </w:tc>
        <w:tc>
          <w:tcPr>
            <w:tcW w:type="dxa" w:w="2160"/>
          </w:tcPr>
          <w:p>
            <w:r>
              <w:t>Timing and Rates</w:t>
            </w:r>
          </w:p>
        </w:tc>
        <w:tc>
          <w:tcPr>
            <w:tcW w:type="dxa" w:w="2160"/>
          </w:tcPr>
          <w:p>
            <w:r>
              <w:t>What specific adjustments did you make to fertilizer application rates based on weather conditions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1052-0216</w:t>
            </w:r>
          </w:p>
        </w:tc>
        <w:tc>
          <w:tcPr>
            <w:tcW w:type="dxa" w:w="2160"/>
          </w:tcPr>
          <w:p>
            <w:r>
              <w:t>Impact on Yield</w:t>
            </w:r>
          </w:p>
        </w:tc>
        <w:tc>
          <w:tcPr>
            <w:tcW w:type="dxa" w:w="2160"/>
          </w:tcPr>
          <w:p>
            <w:r>
              <w:t xml:space="preserve">What yield data did you collect to evaluate the success of your fertilizer application strategies? Please provide details.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1052-0217</w:t>
            </w:r>
          </w:p>
        </w:tc>
        <w:tc>
          <w:tcPr>
            <w:tcW w:type="dxa" w:w="2160"/>
          </w:tcPr>
          <w:p>
            <w:r>
              <w:t>Environmental Considerations</w:t>
            </w:r>
          </w:p>
        </w:tc>
        <w:tc>
          <w:tcPr>
            <w:tcW w:type="dxa" w:w="2160"/>
          </w:tcPr>
          <w:p>
            <w:r>
              <w:t>What measures did you implement to minimize environmental impact during fertilizer application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1052-0218</w:t>
            </w:r>
          </w:p>
        </w:tc>
        <w:tc>
          <w:tcPr>
            <w:tcW w:type="dxa" w:w="2160"/>
          </w:tcPr>
          <w:p>
            <w:r>
              <w:t>Soil Testing</w:t>
            </w:r>
          </w:p>
        </w:tc>
        <w:tc>
          <w:tcPr>
            <w:tcW w:type="dxa" w:w="2160"/>
          </w:tcPr>
          <w:p>
            <w:r>
              <w:t>How frequently did you conduct soil tests in 2025, and what specific parameters were you testing for?</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1052-0219</w:t>
            </w:r>
          </w:p>
        </w:tc>
        <w:tc>
          <w:tcPr>
            <w:tcW w:type="dxa" w:w="2160"/>
          </w:tcPr>
          <w:p>
            <w:r>
              <w:t>Precision Application</w:t>
            </w:r>
          </w:p>
        </w:tc>
        <w:tc>
          <w:tcPr>
            <w:tcW w:type="dxa" w:w="2160"/>
          </w:tcPr>
          <w:p>
            <w:r>
              <w:t>What challenges did you encounter when implementing precision application techniques, and how did you address them?</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1052-0220</w:t>
            </w:r>
          </w:p>
        </w:tc>
        <w:tc>
          <w:tcPr>
            <w:tcW w:type="dxa" w:w="2160"/>
          </w:tcPr>
          <w:p>
            <w:r>
              <w:t>Fertilizer Formulations</w:t>
            </w:r>
          </w:p>
        </w:tc>
        <w:tc>
          <w:tcPr>
            <w:tcW w:type="dxa" w:w="2160"/>
          </w:tcPr>
          <w:p>
            <w:r>
              <w:t>Did you collaborate with any agricultural scientists or experts to develop new fertilizer formulations in 2025? If yes, please elaborate.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1052-0221</w:t>
            </w:r>
          </w:p>
        </w:tc>
        <w:tc>
          <w:tcPr>
            <w:tcW w:type="dxa" w:w="2160"/>
          </w:tcPr>
          <w:p>
            <w:r>
              <w:t>Timing and Rates</w:t>
            </w:r>
          </w:p>
        </w:tc>
        <w:tc>
          <w:tcPr>
            <w:tcW w:type="dxa" w:w="2160"/>
          </w:tcPr>
          <w:p>
            <w:r>
              <w:t>What were the specific timing strategies you tested for fertilizer applications in relation to crop growth stages?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1052-0222</w:t>
            </w:r>
          </w:p>
        </w:tc>
        <w:tc>
          <w:tcPr>
            <w:tcW w:type="dxa" w:w="2160"/>
          </w:tcPr>
          <w:p>
            <w:r>
              <w:t>Impact on Yield</w:t>
            </w:r>
          </w:p>
        </w:tc>
        <w:tc>
          <w:tcPr>
            <w:tcW w:type="dxa" w:w="2160"/>
          </w:tcPr>
          <w:p>
            <w:r>
              <w:t>How did you document and analyze the relationship between fertilizer application and wheat yield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1052-0223</w:t>
            </w:r>
          </w:p>
        </w:tc>
        <w:tc>
          <w:tcPr>
            <w:tcW w:type="dxa" w:w="2160"/>
          </w:tcPr>
          <w:p>
            <w:r>
              <w:t>Environmental Considerations</w:t>
            </w:r>
          </w:p>
        </w:tc>
        <w:tc>
          <w:tcPr>
            <w:tcW w:type="dxa" w:w="2160"/>
          </w:tcPr>
          <w:p>
            <w:r>
              <w:t>What innovative practices did you adopt to ensure compliance with environmental regulations during fertilizer application?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1052-0224</w:t>
            </w:r>
          </w:p>
        </w:tc>
        <w:tc>
          <w:tcPr>
            <w:tcW w:type="dxa" w:w="2160"/>
          </w:tcPr>
          <w:p>
            <w:r>
              <w:t>Soil Testing</w:t>
            </w:r>
          </w:p>
        </w:tc>
        <w:tc>
          <w:tcPr>
            <w:tcW w:type="dxa" w:w="2160"/>
          </w:tcPr>
          <w:p>
            <w:r>
              <w:t>What conclusions did you draw from your soil testing results that influenced your fertilizer application strategy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1052-0225</w:t>
            </w:r>
          </w:p>
        </w:tc>
        <w:tc>
          <w:tcPr>
            <w:tcW w:type="dxa" w:w="2160"/>
          </w:tcPr>
          <w:p>
            <w:r>
              <w:t>Application Techniques</w:t>
            </w:r>
          </w:p>
        </w:tc>
        <w:tc>
          <w:tcPr>
            <w:tcW w:type="dxa" w:w="2160"/>
          </w:tcPr>
          <w:p>
            <w:r>
              <w:t>What new techniques for applying fertilizers were tested on your wheat crops in the tax year?</w:t>
              <w:br/>
              <w:t>Answer type: text</w:t>
              <w:br/>
              <w:t>Trigger: if fertilizer_application_research='yes'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1052-0226</w:t>
            </w:r>
          </w:p>
        </w:tc>
        <w:tc>
          <w:tcPr>
            <w:tcW w:type="dxa" w:w="2160"/>
          </w:tcPr>
          <w:p>
            <w:r>
              <w:t>Impact Measurement</w:t>
            </w:r>
          </w:p>
        </w:tc>
        <w:tc>
          <w:tcPr>
            <w:tcW w:type="dxa" w:w="2160"/>
          </w:tcPr>
          <w:p>
            <w:r>
              <w:t>How did you measure the impact of the new fertilizer application practices on crop yield?</w:t>
              <w:br/>
              <w:t>Answer type: text</w:t>
              <w:br/>
              <w:t>Trigger: if impact_measured='yes'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HARVEST-TECHNOLOGIES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1052-0227</w:t>
            </w:r>
          </w:p>
        </w:tc>
        <w:tc>
          <w:tcPr>
            <w:tcW w:type="dxa" w:w="2160"/>
          </w:tcPr>
          <w:p>
            <w:r>
              <w:t>Combine Harvesters</w:t>
            </w:r>
          </w:p>
        </w:tc>
        <w:tc>
          <w:tcPr>
            <w:tcW w:type="dxa" w:w="2160"/>
          </w:tcPr>
          <w:p>
            <w:r>
              <w:t>What specific features of your combine harvesters were modified or tested to improve efficiency during the 2025 harvest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1052-0228</w:t>
            </w:r>
          </w:p>
        </w:tc>
        <w:tc>
          <w:tcPr>
            <w:tcW w:type="dxa" w:w="2160"/>
          </w:tcPr>
          <w:p>
            <w:r>
              <w:t>Harvest Timing</w:t>
            </w:r>
          </w:p>
        </w:tc>
        <w:tc>
          <w:tcPr>
            <w:tcW w:type="dxa" w:w="2160"/>
          </w:tcPr>
          <w:p>
            <w:r>
              <w:t>Can you describe any experimental methods you employed to determine the optimal timing for harvesting wheat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1052-0229</w:t>
            </w:r>
          </w:p>
        </w:tc>
        <w:tc>
          <w:tcPr>
            <w:tcW w:type="dxa" w:w="2160"/>
          </w:tcPr>
          <w:p>
            <w:r>
              <w:t>Post-Harvest Handling</w:t>
            </w:r>
          </w:p>
        </w:tc>
        <w:tc>
          <w:tcPr>
            <w:tcW w:type="dxa" w:w="2160"/>
          </w:tcPr>
          <w:p>
            <w:r>
              <w:t>What new post-harvest handling techniques were trialed to minimize loss and improve grain quality during the 2025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1052-0230</w:t>
            </w:r>
          </w:p>
        </w:tc>
        <w:tc>
          <w:tcPr>
            <w:tcW w:type="dxa" w:w="2160"/>
          </w:tcPr>
          <w:p>
            <w:r>
              <w:t>Loss Minimization</w:t>
            </w:r>
          </w:p>
        </w:tc>
        <w:tc>
          <w:tcPr>
            <w:tcW w:type="dxa" w:w="2160"/>
          </w:tcPr>
          <w:p>
            <w:r>
              <w:t>What specific data did you collect to evaluate the effectiveness of loss minimization strategies implemented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1052-0231</w:t>
            </w:r>
          </w:p>
        </w:tc>
        <w:tc>
          <w:tcPr>
            <w:tcW w:type="dxa" w:w="2160"/>
          </w:tcPr>
          <w:p>
            <w:r>
              <w:t>Grain Quality</w:t>
            </w:r>
          </w:p>
        </w:tc>
        <w:tc>
          <w:tcPr>
            <w:tcW w:type="dxa" w:w="2160"/>
          </w:tcPr>
          <w:p>
            <w:r>
              <w:t>What experimental approaches did you take to enhance the quality of the wheat harvested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1052-0232</w:t>
            </w:r>
          </w:p>
        </w:tc>
        <w:tc>
          <w:tcPr>
            <w:tcW w:type="dxa" w:w="2160"/>
          </w:tcPr>
          <w:p>
            <w:r>
              <w:t>Safety Protocols</w:t>
            </w:r>
          </w:p>
        </w:tc>
        <w:tc>
          <w:tcPr>
            <w:tcW w:type="dxa" w:w="2160"/>
          </w:tcPr>
          <w:p>
            <w:r>
              <w:t>What safety protocols were developed or modified during the 2025 harvest to address new risks identified in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1052-0233</w:t>
            </w:r>
          </w:p>
        </w:tc>
        <w:tc>
          <w:tcPr>
            <w:tcW w:type="dxa" w:w="2160"/>
          </w:tcPr>
          <w:p>
            <w:r>
              <w:t>Combine Harvesters</w:t>
            </w:r>
          </w:p>
        </w:tc>
        <w:tc>
          <w:tcPr>
            <w:tcW w:type="dxa" w:w="2160"/>
          </w:tcPr>
          <w:p>
            <w:r>
              <w:t>How did you assess the performance of your combine harvesters in terms of fuel efficiency during the 2025 harvest?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1052-0234</w:t>
            </w:r>
          </w:p>
        </w:tc>
        <w:tc>
          <w:tcPr>
            <w:tcW w:type="dxa" w:w="2160"/>
          </w:tcPr>
          <w:p>
            <w:r>
              <w:t>Harvest Timing</w:t>
            </w:r>
          </w:p>
        </w:tc>
        <w:tc>
          <w:tcPr>
            <w:tcW w:type="dxa" w:w="2160"/>
          </w:tcPr>
          <w:p>
            <w:r>
              <w:t>Did you conduct any trials comparing different harvesting times (e.g., early vs. late) to assess impact on yield in 2025?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1052-0235</w:t>
            </w:r>
          </w:p>
        </w:tc>
        <w:tc>
          <w:tcPr>
            <w:tcW w:type="dxa" w:w="2160"/>
          </w:tcPr>
          <w:p>
            <w:r>
              <w:t>Post-Harvest Handling</w:t>
            </w:r>
          </w:p>
        </w:tc>
        <w:tc>
          <w:tcPr>
            <w:tcW w:type="dxa" w:w="2160"/>
          </w:tcPr>
          <w:p>
            <w:r>
              <w:t>What metrics did you track to evaluate the effectiveness of your post-harvest handling methods in 2025?</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1052-0236</w:t>
            </w:r>
          </w:p>
        </w:tc>
        <w:tc>
          <w:tcPr>
            <w:tcW w:type="dxa" w:w="2160"/>
          </w:tcPr>
          <w:p>
            <w:r>
              <w:t>Loss Minimization</w:t>
            </w:r>
          </w:p>
        </w:tc>
        <w:tc>
          <w:tcPr>
            <w:tcW w:type="dxa" w:w="2160"/>
          </w:tcPr>
          <w:p>
            <w:r>
              <w:t>What specific loss minimization technologies were tested in 2025, and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1052-0237</w:t>
            </w:r>
          </w:p>
        </w:tc>
        <w:tc>
          <w:tcPr>
            <w:tcW w:type="dxa" w:w="2160"/>
          </w:tcPr>
          <w:p>
            <w:r>
              <w:t>Grain Quality</w:t>
            </w:r>
          </w:p>
        </w:tc>
        <w:tc>
          <w:tcPr>
            <w:tcW w:type="dxa" w:w="2160"/>
          </w:tcPr>
          <w:p>
            <w:r>
              <w:t>How did you measure grain quality post-harvest in 2025, and what standards did you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1052-0238</w:t>
            </w:r>
          </w:p>
        </w:tc>
        <w:tc>
          <w:tcPr>
            <w:tcW w:type="dxa" w:w="2160"/>
          </w:tcPr>
          <w:p>
            <w:r>
              <w:t>Safety Protocols</w:t>
            </w:r>
          </w:p>
        </w:tc>
        <w:tc>
          <w:tcPr>
            <w:tcW w:type="dxa" w:w="2160"/>
          </w:tcPr>
          <w:p>
            <w:r>
              <w:t>What new safety equipment or training protocols were introduced in 2025 to enhance worker safety during harvesting?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1052-0239</w:t>
            </w:r>
          </w:p>
        </w:tc>
        <w:tc>
          <w:tcPr>
            <w:tcW w:type="dxa" w:w="2160"/>
          </w:tcPr>
          <w:p>
            <w:r>
              <w:t>Combine Harvesters</w:t>
            </w:r>
          </w:p>
        </w:tc>
        <w:tc>
          <w:tcPr>
            <w:tcW w:type="dxa" w:w="2160"/>
          </w:tcPr>
          <w:p>
            <w:r>
              <w:t>What challenges did you encounter with your combine harvesters in 2025,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POST-HARVEST-PROCESSING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1052-0240</w:t>
            </w:r>
          </w:p>
        </w:tc>
        <w:tc>
          <w:tcPr>
            <w:tcW w:type="dxa" w:w="2160"/>
          </w:tcPr>
          <w:p>
            <w:r>
              <w:t>Cleaning</w:t>
            </w:r>
          </w:p>
        </w:tc>
        <w:tc>
          <w:tcPr>
            <w:tcW w:type="dxa" w:w="2160"/>
          </w:tcPr>
          <w:p>
            <w:r>
              <w:t>What specific methods do you use for cleaning wheat post-harvest,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1052-0241</w:t>
            </w:r>
          </w:p>
        </w:tc>
        <w:tc>
          <w:tcPr>
            <w:tcW w:type="dxa" w:w="2160"/>
          </w:tcPr>
          <w:p>
            <w:r>
              <w:t>Drying</w:t>
            </w:r>
          </w:p>
        </w:tc>
        <w:tc>
          <w:tcPr>
            <w:tcW w:type="dxa" w:w="2160"/>
          </w:tcPr>
          <w:p>
            <w:r>
              <w:t>What is the maximum moisture content you aim for during the drying process, and what experimental techniques do you employ to achieve this?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1052-0242</w:t>
            </w:r>
          </w:p>
        </w:tc>
        <w:tc>
          <w:tcPr>
            <w:tcW w:type="dxa" w:w="2160"/>
          </w:tcPr>
          <w:p>
            <w:r>
              <w:t>Storage Conditions</w:t>
            </w:r>
          </w:p>
        </w:tc>
        <w:tc>
          <w:tcPr>
            <w:tcW w:type="dxa" w:w="2160"/>
          </w:tcPr>
          <w:p>
            <w:r>
              <w:t>Describe the storage conditions you maintain for wheat, including temperature and humidity controls, and any testing methods used to monitor these conditions.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1052-0243</w:t>
            </w:r>
          </w:p>
        </w:tc>
        <w:tc>
          <w:tcPr>
            <w:tcW w:type="dxa" w:w="2160"/>
          </w:tcPr>
          <w:p>
            <w:r>
              <w:t>Quality Control</w:t>
            </w:r>
          </w:p>
        </w:tc>
        <w:tc>
          <w:tcPr>
            <w:tcW w:type="dxa" w:w="2160"/>
          </w:tcPr>
          <w:p>
            <w:r>
              <w:t>What quality control measures do you implement to assess the quality of wheat after post-harvest processing, and how do you document these assessments?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1052-0244</w:t>
            </w:r>
          </w:p>
        </w:tc>
        <w:tc>
          <w:tcPr>
            <w:tcW w:type="dxa" w:w="2160"/>
          </w:tcPr>
          <w:p>
            <w:r>
              <w:t>Mycotoxin Management</w:t>
            </w:r>
          </w:p>
        </w:tc>
        <w:tc>
          <w:tcPr>
            <w:tcW w:type="dxa" w:w="2160"/>
          </w:tcPr>
          <w:p>
            <w:r>
              <w:t>What specific mycotoxin management strategies do you employ during the post-harvest phase, and how do you evaluate their effectiveness?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1052-0245</w:t>
            </w:r>
          </w:p>
        </w:tc>
        <w:tc>
          <w:tcPr>
            <w:tcW w:type="dxa" w:w="2160"/>
          </w:tcPr>
          <w:p>
            <w:r>
              <w:t>Grain Handling Systems</w:t>
            </w:r>
          </w:p>
        </w:tc>
        <w:tc>
          <w:tcPr>
            <w:tcW w:type="dxa" w:w="2160"/>
          </w:tcPr>
          <w:p>
            <w:r>
              <w:t>What innovative grain handling systems have you developed or improved upon in the post-harvest phase, and what testing or experimentation was involved?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1052-0246</w:t>
            </w:r>
          </w:p>
        </w:tc>
        <w:tc>
          <w:tcPr>
            <w:tcW w:type="dxa" w:w="2160"/>
          </w:tcPr>
          <w:p>
            <w:r>
              <w:t>Cleaning</w:t>
            </w:r>
          </w:p>
        </w:tc>
        <w:tc>
          <w:tcPr>
            <w:tcW w:type="dxa" w:w="2160"/>
          </w:tcPr>
          <w:p>
            <w:r>
              <w:t>Have you conducted any trials to compare the effectiveness of different cleaning agents or methods? If so, please describe the trials and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1052-0247</w:t>
            </w:r>
          </w:p>
        </w:tc>
        <w:tc>
          <w:tcPr>
            <w:tcW w:type="dxa" w:w="2160"/>
          </w:tcPr>
          <w:p>
            <w:r>
              <w:t>Drying</w:t>
            </w:r>
          </w:p>
        </w:tc>
        <w:tc>
          <w:tcPr>
            <w:tcW w:type="dxa" w:w="2160"/>
          </w:tcPr>
          <w:p>
            <w:r>
              <w:t>What experimental adjustments have you made to your drying process based on previous harvests, and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1052-0248</w:t>
            </w:r>
          </w:p>
        </w:tc>
        <w:tc>
          <w:tcPr>
            <w:tcW w:type="dxa" w:w="2160"/>
          </w:tcPr>
          <w:p>
            <w:r>
              <w:t>Storage Conditions</w:t>
            </w:r>
          </w:p>
        </w:tc>
        <w:tc>
          <w:tcPr>
            <w:tcW w:type="dxa" w:w="2160"/>
          </w:tcPr>
          <w:p>
            <w:r>
              <w:t>How do you experimentally determine the optimal storage conditions for different wheat varieties?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1052-0249</w:t>
            </w:r>
          </w:p>
        </w:tc>
        <w:tc>
          <w:tcPr>
            <w:tcW w:type="dxa" w:w="2160"/>
          </w:tcPr>
          <w:p>
            <w:r>
              <w:t>Quality Control</w:t>
            </w:r>
          </w:p>
        </w:tc>
        <w:tc>
          <w:tcPr>
            <w:tcW w:type="dxa" w:w="2160"/>
          </w:tcPr>
          <w:p>
            <w:r>
              <w:t>What experimental protocols do you follow for testing wheat quality, and how do you ensure these protocols are adhered to?</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1052-0250</w:t>
            </w:r>
          </w:p>
        </w:tc>
        <w:tc>
          <w:tcPr>
            <w:tcW w:type="dxa" w:w="2160"/>
          </w:tcPr>
          <w:p>
            <w:r>
              <w:t>Mycotoxin Management</w:t>
            </w:r>
          </w:p>
        </w:tc>
        <w:tc>
          <w:tcPr>
            <w:tcW w:type="dxa" w:w="2160"/>
          </w:tcPr>
          <w:p>
            <w:r>
              <w:t>What new methods have you explored for mycotoxin detection in your wheat, and what were the findings?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1052-0251</w:t>
            </w:r>
          </w:p>
        </w:tc>
        <w:tc>
          <w:tcPr>
            <w:tcW w:type="dxa" w:w="2160"/>
          </w:tcPr>
          <w:p>
            <w:r>
              <w:t>Grain Handling Systems</w:t>
            </w:r>
          </w:p>
        </w:tc>
        <w:tc>
          <w:tcPr>
            <w:tcW w:type="dxa" w:w="2160"/>
          </w:tcPr>
          <w:p>
            <w:r>
              <w:t>Have you implemented any new technologies in your grain handling systems that required testing or validation? Please describe the technology and its impact.</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1052-0252</w:t>
            </w:r>
          </w:p>
        </w:tc>
        <w:tc>
          <w:tcPr>
            <w:tcW w:type="dxa" w:w="2160"/>
          </w:tcPr>
          <w:p>
            <w:r>
              <w:t>Cleaning</w:t>
            </w:r>
          </w:p>
        </w:tc>
        <w:tc>
          <w:tcPr>
            <w:tcW w:type="dxa" w:w="2160"/>
          </w:tcPr>
          <w:p>
            <w:r>
              <w:t>How do you assess the effectiveness of your cleaning processes, and what metrics do you use to measure success?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1052-0253</w:t>
            </w:r>
          </w:p>
        </w:tc>
        <w:tc>
          <w:tcPr>
            <w:tcW w:type="dxa" w:w="2160"/>
          </w:tcPr>
          <w:p>
            <w:r>
              <w:t>Quality Control</w:t>
            </w:r>
          </w:p>
        </w:tc>
        <w:tc>
          <w:tcPr>
            <w:tcW w:type="dxa" w:w="2160"/>
          </w:tcPr>
          <w:p>
            <w:r>
              <w:t>What specific quality metrics do you track during the post-harvest processing of wheat, and how do you adjust processes based on these metrics?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QUALITY-CONTROL-LABORATORY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1052-0254</w:t>
            </w:r>
          </w:p>
        </w:tc>
        <w:tc>
          <w:tcPr>
            <w:tcW w:type="dxa" w:w="2160"/>
          </w:tcPr>
          <w:p>
            <w:r>
              <w:t>Testing Protocols</w:t>
            </w:r>
          </w:p>
        </w:tc>
        <w:tc>
          <w:tcPr>
            <w:tcW w:type="dxa" w:w="2160"/>
          </w:tcPr>
          <w:p>
            <w:r>
              <w:t>What specific testing protocols do you implement for assessing the quality of wheat before it is processed?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1052-0255</w:t>
            </w:r>
          </w:p>
        </w:tc>
        <w:tc>
          <w:tcPr>
            <w:tcW w:type="dxa" w:w="2160"/>
          </w:tcPr>
          <w:p>
            <w:r>
              <w:t>Chemical Analysis</w:t>
            </w:r>
          </w:p>
        </w:tc>
        <w:tc>
          <w:tcPr>
            <w:tcW w:type="dxa" w:w="2160"/>
          </w:tcPr>
          <w:p>
            <w:r>
              <w:t>Describe the chemical analysis methods used to evaluate the nutritional content of your wheat products. How often are these analyses conducted?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1052-0256</w:t>
            </w:r>
          </w:p>
        </w:tc>
        <w:tc>
          <w:tcPr>
            <w:tcW w:type="dxa" w:w="2160"/>
          </w:tcPr>
          <w:p>
            <w:r>
              <w:t>Microbiological Testing</w:t>
            </w:r>
          </w:p>
        </w:tc>
        <w:tc>
          <w:tcPr>
            <w:tcW w:type="dxa" w:w="2160"/>
          </w:tcPr>
          <w:p>
            <w:r>
              <w:t>What microbiological tests do you perform on your wheat products to ensure they meet safety standards? Please provide details on the frequency and methods used.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1052-0257</w:t>
            </w:r>
          </w:p>
        </w:tc>
        <w:tc>
          <w:tcPr>
            <w:tcW w:type="dxa" w:w="2160"/>
          </w:tcPr>
          <w:p>
            <w:r>
              <w:t>Certification Standards</w:t>
            </w:r>
          </w:p>
        </w:tc>
        <w:tc>
          <w:tcPr>
            <w:tcW w:type="dxa" w:w="2160"/>
          </w:tcPr>
          <w:p>
            <w:r>
              <w:t>Which certification standards (e.g., ISO, HACCP) does your quality control laboratory adhere to for wheat testing?</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1052-0258</w:t>
            </w:r>
          </w:p>
        </w:tc>
        <w:tc>
          <w:tcPr>
            <w:tcW w:type="dxa" w:w="2160"/>
          </w:tcPr>
          <w:p>
            <w:r>
              <w:t>Traceability</w:t>
            </w:r>
          </w:p>
        </w:tc>
        <w:tc>
          <w:tcPr>
            <w:tcW w:type="dxa" w:w="2160"/>
          </w:tcPr>
          <w:p>
            <w:r>
              <w:t>How do you ensure traceability of wheat products through your quality control processes? Please describe the systems in place.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1052-0259</w:t>
            </w:r>
          </w:p>
        </w:tc>
        <w:tc>
          <w:tcPr>
            <w:tcW w:type="dxa" w:w="2160"/>
          </w:tcPr>
          <w:p>
            <w:r>
              <w:t>Quality Assurance Systems</w:t>
            </w:r>
          </w:p>
        </w:tc>
        <w:tc>
          <w:tcPr>
            <w:tcW w:type="dxa" w:w="2160"/>
          </w:tcPr>
          <w:p>
            <w:r>
              <w:t>What quality assurance systems do you have in place to monitor and improve the quality of wheat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1052-0260</w:t>
            </w:r>
          </w:p>
        </w:tc>
        <w:tc>
          <w:tcPr>
            <w:tcW w:type="dxa" w:w="2160"/>
          </w:tcPr>
          <w:p>
            <w:r>
              <w:t>Testing Protocols</w:t>
            </w:r>
          </w:p>
        </w:tc>
        <w:tc>
          <w:tcPr>
            <w:tcW w:type="dxa" w:w="2160"/>
          </w:tcPr>
          <w:p>
            <w:r>
              <w:t>Are there any new testing protocols you have developed or implemented in the last year? If so,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1052-0261</w:t>
            </w:r>
          </w:p>
        </w:tc>
        <w:tc>
          <w:tcPr>
            <w:tcW w:type="dxa" w:w="2160"/>
          </w:tcPr>
          <w:p>
            <w:r>
              <w:t>Chemical Analysis</w:t>
            </w:r>
          </w:p>
        </w:tc>
        <w:tc>
          <w:tcPr>
            <w:tcW w:type="dxa" w:w="2160"/>
          </w:tcPr>
          <w:p>
            <w:r>
              <w:t>How do you document the results of chemical analyses performed on wheat products?</w:t>
              <w:br/>
              <w:t>Answer type: Long text + evidence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1052-0262</w:t>
            </w:r>
          </w:p>
        </w:tc>
        <w:tc>
          <w:tcPr>
            <w:tcW w:type="dxa" w:w="2160"/>
          </w:tcPr>
          <w:p>
            <w:r>
              <w:t>Microbiological Testing</w:t>
            </w:r>
          </w:p>
        </w:tc>
        <w:tc>
          <w:tcPr>
            <w:tcW w:type="dxa" w:w="2160"/>
          </w:tcPr>
          <w:p>
            <w:r>
              <w:t>What specific microbiological criteria do you test for in your wheat products?</w:t>
              <w:br/>
              <w:t>Answer type: Multi-select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1052-0263</w:t>
            </w:r>
          </w:p>
        </w:tc>
        <w:tc>
          <w:tcPr>
            <w:tcW w:type="dxa" w:w="2160"/>
          </w:tcPr>
          <w:p>
            <w:r>
              <w:t>Certification Standards</w:t>
            </w:r>
          </w:p>
        </w:tc>
        <w:tc>
          <w:tcPr>
            <w:tcW w:type="dxa" w:w="2160"/>
          </w:tcPr>
          <w:p>
            <w:r>
              <w:t>How often do you undergo audits for compliance with certification standards? Please provide the last audit date.</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1052-0264</w:t>
            </w:r>
          </w:p>
        </w:tc>
        <w:tc>
          <w:tcPr>
            <w:tcW w:type="dxa" w:w="2160"/>
          </w:tcPr>
          <w:p>
            <w:r>
              <w:t>Traceability</w:t>
            </w:r>
          </w:p>
        </w:tc>
        <w:tc>
          <w:tcPr>
            <w:tcW w:type="dxa" w:w="2160"/>
          </w:tcPr>
          <w:p>
            <w:r>
              <w:t>What systems do you have in place for tracking the source of the wheat used in your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1052-0265</w:t>
            </w:r>
          </w:p>
        </w:tc>
        <w:tc>
          <w:tcPr>
            <w:tcW w:type="dxa" w:w="2160"/>
          </w:tcPr>
          <w:p>
            <w:r>
              <w:t>Quality Assurance Systems</w:t>
            </w:r>
          </w:p>
        </w:tc>
        <w:tc>
          <w:tcPr>
            <w:tcW w:type="dxa" w:w="2160"/>
          </w:tcPr>
          <w:p>
            <w:r>
              <w:t>Can you describe any recent changes made to your quality assurance systems based on testing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1052-0266</w:t>
            </w:r>
          </w:p>
        </w:tc>
        <w:tc>
          <w:tcPr>
            <w:tcW w:type="dxa" w:w="2160"/>
          </w:tcPr>
          <w:p>
            <w:r>
              <w:t>Testing Protocols</w:t>
            </w:r>
          </w:p>
        </w:tc>
        <w:tc>
          <w:tcPr>
            <w:tcW w:type="dxa" w:w="2160"/>
          </w:tcPr>
          <w:p>
            <w:r>
              <w:t>What criteria do you use to evaluate the effectiveness of your testing protocols?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1052-0267</w:t>
            </w:r>
          </w:p>
        </w:tc>
        <w:tc>
          <w:tcPr>
            <w:tcW w:type="dxa" w:w="2160"/>
          </w:tcPr>
          <w:p>
            <w:r>
              <w:t>Chemical Analysis</w:t>
            </w:r>
          </w:p>
        </w:tc>
        <w:tc>
          <w:tcPr>
            <w:tcW w:type="dxa" w:w="2160"/>
          </w:tcPr>
          <w:p>
            <w:r>
              <w:t>What specific equipment do you use for chemical analysis, and how is it calibrated?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1052-0268</w:t>
            </w:r>
          </w:p>
        </w:tc>
        <w:tc>
          <w:tcPr>
            <w:tcW w:type="dxa" w:w="2160"/>
          </w:tcPr>
          <w:p>
            <w:r>
              <w:t>Microbiological Testing</w:t>
            </w:r>
          </w:p>
        </w:tc>
        <w:tc>
          <w:tcPr>
            <w:tcW w:type="dxa" w:w="2160"/>
          </w:tcPr>
          <w:p>
            <w:r>
              <w:t>How do you handle non-compliance results from microbiological testing?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1052-0269</w:t>
            </w:r>
          </w:p>
        </w:tc>
        <w:tc>
          <w:tcPr>
            <w:tcW w:type="dxa" w:w="2160"/>
          </w:tcPr>
          <w:p>
            <w:r>
              <w:t>Certification Standards</w:t>
            </w:r>
          </w:p>
        </w:tc>
        <w:tc>
          <w:tcPr>
            <w:tcW w:type="dxa" w:w="2160"/>
          </w:tcPr>
          <w:p>
            <w:r>
              <w:t>What training do your staff undergo to maintain compliance with certification standards in the laboratory?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1052-0270</w:t>
            </w:r>
          </w:p>
        </w:tc>
        <w:tc>
          <w:tcPr>
            <w:tcW w:type="dxa" w:w="2160"/>
          </w:tcPr>
          <w:p>
            <w:r>
              <w:t>Traceability</w:t>
            </w:r>
          </w:p>
        </w:tc>
        <w:tc>
          <w:tcPr>
            <w:tcW w:type="dxa" w:w="2160"/>
          </w:tcPr>
          <w:p>
            <w:r>
              <w:t>What documentation do you maintain to support traceability of wheat products throughout the supply chain?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1052-0271</w:t>
            </w:r>
          </w:p>
        </w:tc>
        <w:tc>
          <w:tcPr>
            <w:tcW w:type="dxa" w:w="2160"/>
          </w:tcPr>
          <w:p>
            <w:r>
              <w:t>Testing Procedures</w:t>
            </w:r>
          </w:p>
        </w:tc>
        <w:tc>
          <w:tcPr>
            <w:tcW w:type="dxa" w:w="2160"/>
          </w:tcPr>
          <w:p>
            <w:r>
              <w:t>What new quality control testing procedures were implemented in your laboratory for wheat products this year?</w:t>
              <w:br/>
              <w:t>Answer type: text</w:t>
              <w:br/>
              <w:t>Trigger: if quality_control_changes='yes'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PACKAGING-AND-TRACEABILITY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1052-0272</w:t>
            </w:r>
          </w:p>
        </w:tc>
        <w:tc>
          <w:tcPr>
            <w:tcW w:type="dxa" w:w="2160"/>
          </w:tcPr>
          <w:p>
            <w:r>
              <w:t>Packaging Materials</w:t>
            </w:r>
          </w:p>
        </w:tc>
        <w:tc>
          <w:tcPr>
            <w:tcW w:type="dxa" w:w="2160"/>
          </w:tcPr>
          <w:p>
            <w:r>
              <w:t>What new packaging materials have you tested in the past year to improve the preservation of wheat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1052-0273</w:t>
            </w:r>
          </w:p>
        </w:tc>
        <w:tc>
          <w:tcPr>
            <w:tcW w:type="dxa" w:w="2160"/>
          </w:tcPr>
          <w:p>
            <w:r>
              <w:t>Labeling Requirements</w:t>
            </w:r>
          </w:p>
        </w:tc>
        <w:tc>
          <w:tcPr>
            <w:tcW w:type="dxa" w:w="2160"/>
          </w:tcPr>
          <w:p>
            <w:r>
              <w:t>Can you describe any experiments conducted to meet updated labeling requirements for your wheat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1052-0274</w:t>
            </w:r>
          </w:p>
        </w:tc>
        <w:tc>
          <w:tcPr>
            <w:tcW w:type="dxa" w:w="2160"/>
          </w:tcPr>
          <w:p>
            <w:r>
              <w:t>Supply Chain Tracking</w:t>
            </w:r>
          </w:p>
        </w:tc>
        <w:tc>
          <w:tcPr>
            <w:tcW w:type="dxa" w:w="2160"/>
          </w:tcPr>
          <w:p>
            <w:r>
              <w:t>What methods have you developed or tested for tracking the supply chain of your wheat products from farm to consumer?</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1052-0275</w:t>
            </w:r>
          </w:p>
        </w:tc>
        <w:tc>
          <w:tcPr>
            <w:tcW w:type="dxa" w:w="2160"/>
          </w:tcPr>
          <w:p>
            <w:r>
              <w:t>Consumer Information</w:t>
            </w:r>
          </w:p>
        </w:tc>
        <w:tc>
          <w:tcPr>
            <w:tcW w:type="dxa" w:w="2160"/>
          </w:tcPr>
          <w:p>
            <w:r>
              <w:t>What innovative approaches have you implemented to enhance consumer information regarding the origin and quality of your wheat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1052-0276</w:t>
            </w:r>
          </w:p>
        </w:tc>
        <w:tc>
          <w:tcPr>
            <w:tcW w:type="dxa" w:w="2160"/>
          </w:tcPr>
          <w:p>
            <w:r>
              <w:t>Sustainability Practices</w:t>
            </w:r>
          </w:p>
        </w:tc>
        <w:tc>
          <w:tcPr>
            <w:tcW w:type="dxa" w:w="2160"/>
          </w:tcPr>
          <w:p>
            <w:r>
              <w:t>Have you tested any new sustainable packaging options for your wheat products? If so, please describe the process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1052-0277</w:t>
            </w:r>
          </w:p>
        </w:tc>
        <w:tc>
          <w:tcPr>
            <w:tcW w:type="dxa" w:w="2160"/>
          </w:tcPr>
          <w:p>
            <w:r>
              <w:t>Regulatory Compliance</w:t>
            </w:r>
          </w:p>
        </w:tc>
        <w:tc>
          <w:tcPr>
            <w:tcW w:type="dxa" w:w="2160"/>
          </w:tcPr>
          <w:p>
            <w:r>
              <w:t>What specific regulatory compliance challenges have you faced regarding packaging and traceability of wheat products, and how did you address them?</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1052-0278</w:t>
            </w:r>
          </w:p>
        </w:tc>
        <w:tc>
          <w:tcPr>
            <w:tcW w:type="dxa" w:w="2160"/>
          </w:tcPr>
          <w:p>
            <w:r>
              <w:t>Packaging Materials</w:t>
            </w:r>
          </w:p>
        </w:tc>
        <w:tc>
          <w:tcPr>
            <w:tcW w:type="dxa" w:w="2160"/>
          </w:tcPr>
          <w:p>
            <w:r>
              <w:t>How have you evaluated the effectiveness of different packaging materials in reducing spoilage of wheat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1052-0279</w:t>
            </w:r>
          </w:p>
        </w:tc>
        <w:tc>
          <w:tcPr>
            <w:tcW w:type="dxa" w:w="2160"/>
          </w:tcPr>
          <w:p>
            <w:r>
              <w:t>Labeling Requirements</w:t>
            </w:r>
          </w:p>
        </w:tc>
        <w:tc>
          <w:tcPr>
            <w:tcW w:type="dxa" w:w="2160"/>
          </w:tcPr>
          <w:p>
            <w:r>
              <w:t>What experimental methods have you employed to ensure compliance with current labeling regulations for your wheat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1052-0280</w:t>
            </w:r>
          </w:p>
        </w:tc>
        <w:tc>
          <w:tcPr>
            <w:tcW w:type="dxa" w:w="2160"/>
          </w:tcPr>
          <w:p>
            <w:r>
              <w:t>Supply Chain Tracking</w:t>
            </w:r>
          </w:p>
        </w:tc>
        <w:tc>
          <w:tcPr>
            <w:tcW w:type="dxa" w:w="2160"/>
          </w:tcPr>
          <w:p>
            <w:r>
              <w:t>Can you detail any trials conducted to improve the traceability of your wheat products through digital tracking systems?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1052-0281</w:t>
            </w:r>
          </w:p>
        </w:tc>
        <w:tc>
          <w:tcPr>
            <w:tcW w:type="dxa" w:w="2160"/>
          </w:tcPr>
          <w:p>
            <w:r>
              <w:t>Consumer Information</w:t>
            </w:r>
          </w:p>
        </w:tc>
        <w:tc>
          <w:tcPr>
            <w:tcW w:type="dxa" w:w="2160"/>
          </w:tcPr>
          <w:p>
            <w:r>
              <w:t>What research have you conducted to determine consumer preferences regarding packaging and traceability information for wheat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1052-0282</w:t>
            </w:r>
          </w:p>
        </w:tc>
        <w:tc>
          <w:tcPr>
            <w:tcW w:type="dxa" w:w="2160"/>
          </w:tcPr>
          <w:p>
            <w:r>
              <w:t>Sustainability Practices</w:t>
            </w:r>
          </w:p>
        </w:tc>
        <w:tc>
          <w:tcPr>
            <w:tcW w:type="dxa" w:w="2160"/>
          </w:tcPr>
          <w:p>
            <w:r>
              <w:t>Describe any trials you have conducted to assess the impact of sustainable packaging on consumer purchasing behavior for your wheat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1052-0283</w:t>
            </w:r>
          </w:p>
        </w:tc>
        <w:tc>
          <w:tcPr>
            <w:tcW w:type="dxa" w:w="2160"/>
          </w:tcPr>
          <w:p>
            <w:r>
              <w:t>Regulatory Compliance</w:t>
            </w:r>
          </w:p>
        </w:tc>
        <w:tc>
          <w:tcPr>
            <w:tcW w:type="dxa" w:w="2160"/>
          </w:tcPr>
          <w:p>
            <w:r>
              <w:t>What new compliance measures have you implemented in response to regulatory changes affecting the packaging of wheat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1052-0284</w:t>
            </w:r>
          </w:p>
        </w:tc>
        <w:tc>
          <w:tcPr>
            <w:tcW w:type="dxa" w:w="2160"/>
          </w:tcPr>
          <w:p>
            <w:r>
              <w:t>Packaging Materials</w:t>
            </w:r>
          </w:p>
        </w:tc>
        <w:tc>
          <w:tcPr>
            <w:tcW w:type="dxa" w:w="2160"/>
          </w:tcPr>
          <w:p>
            <w:r>
              <w:t>What innovative packaging designs have you tested to enhance the shelf life of your wheat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1052-0285</w:t>
            </w:r>
          </w:p>
        </w:tc>
        <w:tc>
          <w:tcPr>
            <w:tcW w:type="dxa" w:w="2160"/>
          </w:tcPr>
          <w:p>
            <w:r>
              <w:t>Supply Chain Tracking</w:t>
            </w:r>
          </w:p>
        </w:tc>
        <w:tc>
          <w:tcPr>
            <w:tcW w:type="dxa" w:w="2160"/>
          </w:tcPr>
          <w:p>
            <w:r>
              <w:t>Have you implemented any new technologies for tracking the movement of your wheat products? If yes, please provide details.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REGULATORY-COMPLIANCE-PROCESSES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1052-0286</w:t>
            </w:r>
          </w:p>
        </w:tc>
        <w:tc>
          <w:tcPr>
            <w:tcW w:type="dxa" w:w="2160"/>
          </w:tcPr>
          <w:p>
            <w:r>
              <w:t>USDA Regulations</w:t>
            </w:r>
          </w:p>
        </w:tc>
        <w:tc>
          <w:tcPr>
            <w:tcW w:type="dxa" w:w="2160"/>
          </w:tcPr>
          <w:p>
            <w:r>
              <w:t>What specific USDA regulations do you follow for the cultivation and harvesting of wheat on your farm?</w:t>
              <w:br/>
              <w:t>Answer type: Long text</w:t>
              <w:br/>
              <w:t>Trigger: Always</w:t>
              <w:br/>
              <w:t>Required: No</w:t>
              <w:br/>
              <w:t>Risk: Medium</w:t>
            </w:r>
          </w:p>
        </w:tc>
        <w:tc>
          <w:tcPr>
            <w:tcW w:type="dxa" w:w="2160"/>
          </w:tcPr>
          <w:p>
            <w:r>
              <w:t>Primary authority: USDA regulations</w:t>
              <w:br/>
              <w:t>Response: ___________________________</w:t>
              <w:br/>
              <w:t>Evidence: ___________________________</w:t>
              <w:br/>
              <w:t>Reviewer conclusion: ___________________________</w:t>
            </w:r>
          </w:p>
        </w:tc>
      </w:tr>
      <w:tr>
        <w:tc>
          <w:tcPr>
            <w:tcW w:type="dxa" w:w="2160"/>
          </w:tcPr>
          <w:p>
            <w:r>
              <w:t>1052-0287</w:t>
            </w:r>
          </w:p>
        </w:tc>
        <w:tc>
          <w:tcPr>
            <w:tcW w:type="dxa" w:w="2160"/>
          </w:tcPr>
          <w:p>
            <w:r>
              <w:t>EPA Guidelines</w:t>
            </w:r>
          </w:p>
        </w:tc>
        <w:tc>
          <w:tcPr>
            <w:tcW w:type="dxa" w:w="2160"/>
          </w:tcPr>
          <w:p>
            <w:r>
              <w:t>Can you describe the environmental practices implemented on your farm to comply with EPA guidelines regarding pesticide use?</w:t>
              <w:br/>
              <w:t>Answer type: Long text</w:t>
              <w:br/>
              <w:t>Trigger: Always</w:t>
              <w:br/>
              <w:t>Required: No</w:t>
              <w:br/>
              <w:t>Risk: High</w:t>
            </w:r>
          </w:p>
        </w:tc>
        <w:tc>
          <w:tcPr>
            <w:tcW w:type="dxa" w:w="2160"/>
          </w:tcPr>
          <w:p>
            <w:r>
              <w:t>Primary authority: EPA guidelines</w:t>
              <w:br/>
              <w:t>Response: ___________________________</w:t>
              <w:br/>
              <w:t>Evidence: ___________________________</w:t>
              <w:br/>
              <w:t>Reviewer conclusion: ___________________________</w:t>
            </w:r>
          </w:p>
        </w:tc>
      </w:tr>
      <w:tr>
        <w:tc>
          <w:tcPr>
            <w:tcW w:type="dxa" w:w="2160"/>
          </w:tcPr>
          <w:p>
            <w:r>
              <w:t>1052-0288</w:t>
            </w:r>
          </w:p>
        </w:tc>
        <w:tc>
          <w:tcPr>
            <w:tcW w:type="dxa" w:w="2160"/>
          </w:tcPr>
          <w:p>
            <w:r>
              <w:t>Food Safety Standards</w:t>
            </w:r>
          </w:p>
        </w:tc>
        <w:tc>
          <w:tcPr>
            <w:tcW w:type="dxa" w:w="2160"/>
          </w:tcPr>
          <w:p>
            <w:r>
              <w:t>What food safety standards do you adhere to during the processing of wheat, and how do you ensure compliance?</w:t>
              <w:br/>
              <w:t>Answer type: Long text + evidence</w:t>
              <w:br/>
              <w:t>Trigger: Always</w:t>
              <w:br/>
              <w:t>Required: No</w:t>
              <w:br/>
              <w:t>Risk: Medium</w:t>
            </w:r>
          </w:p>
        </w:tc>
        <w:tc>
          <w:tcPr>
            <w:tcW w:type="dxa" w:w="2160"/>
          </w:tcPr>
          <w:p>
            <w:r>
              <w:t>Primary authority: Food Safety Modernization Act (FSMA)</w:t>
              <w:br/>
              <w:t>Response: ___________________________</w:t>
              <w:br/>
              <w:t>Evidence: ___________________________</w:t>
              <w:br/>
              <w:t>Reviewer conclusion: ___________________________</w:t>
            </w:r>
          </w:p>
        </w:tc>
      </w:tr>
      <w:tr>
        <w:tc>
          <w:tcPr>
            <w:tcW w:type="dxa" w:w="2160"/>
          </w:tcPr>
          <w:p>
            <w:r>
              <w:t>1052-0289</w:t>
            </w:r>
          </w:p>
        </w:tc>
        <w:tc>
          <w:tcPr>
            <w:tcW w:type="dxa" w:w="2160"/>
          </w:tcPr>
          <w:p>
            <w:r>
              <w:t>Labeling Laws</w:t>
            </w:r>
          </w:p>
        </w:tc>
        <w:tc>
          <w:tcPr>
            <w:tcW w:type="dxa" w:w="2160"/>
          </w:tcPr>
          <w:p>
            <w:r>
              <w:t>What labeling laws apply to the wheat products you sell, and how do you ensure that your labels meet these requirements?</w:t>
              <w:br/>
              <w:t>Answer type: Yes-No + details</w:t>
              <w:br/>
              <w:t>Trigger: Always</w:t>
              <w:br/>
              <w:t>Required: No</w:t>
              <w:br/>
              <w:t>Risk: Medium</w:t>
            </w:r>
          </w:p>
        </w:tc>
        <w:tc>
          <w:tcPr>
            <w:tcW w:type="dxa" w:w="2160"/>
          </w:tcPr>
          <w:p>
            <w:r>
              <w:t>Primary authority: eCFR Title 7, Part 205</w:t>
              <w:br/>
              <w:t>Response: ___________________________</w:t>
              <w:br/>
              <w:t>Evidence: ___________________________</w:t>
              <w:br/>
              <w:t>Reviewer conclusion: ___________________________</w:t>
            </w:r>
          </w:p>
        </w:tc>
      </w:tr>
      <w:tr>
        <w:tc>
          <w:tcPr>
            <w:tcW w:type="dxa" w:w="2160"/>
          </w:tcPr>
          <w:p>
            <w:r>
              <w:t>1052-0290</w:t>
            </w:r>
          </w:p>
        </w:tc>
        <w:tc>
          <w:tcPr>
            <w:tcW w:type="dxa" w:w="2160"/>
          </w:tcPr>
          <w:p>
            <w:r>
              <w:t>Environmental Regulations</w:t>
            </w:r>
          </w:p>
        </w:tc>
        <w:tc>
          <w:tcPr>
            <w:tcW w:type="dxa" w:w="2160"/>
          </w:tcPr>
          <w:p>
            <w:r>
              <w:t>What specific environmental regulations have you implemented to minimize the impact of your farming practices on local ecosystems?</w:t>
              <w:br/>
              <w:t>Answer type: Long text</w:t>
              <w:br/>
              <w:t>Trigger: Always</w:t>
              <w:br/>
              <w:t>Required: No</w:t>
              <w:br/>
              <w:t>Risk: High</w:t>
            </w:r>
          </w:p>
        </w:tc>
        <w:tc>
          <w:tcPr>
            <w:tcW w:type="dxa" w:w="2160"/>
          </w:tcPr>
          <w:p>
            <w:r>
              <w:t>Primary authority: Clean Water Act</w:t>
              <w:br/>
              <w:t>Response: ___________________________</w:t>
              <w:br/>
              <w:t>Evidence: ___________________________</w:t>
              <w:br/>
              <w:t>Reviewer conclusion: ___________________________</w:t>
            </w:r>
          </w:p>
        </w:tc>
      </w:tr>
      <w:tr>
        <w:tc>
          <w:tcPr>
            <w:tcW w:type="dxa" w:w="2160"/>
          </w:tcPr>
          <w:p>
            <w:r>
              <w:t>1052-0291</w:t>
            </w:r>
          </w:p>
        </w:tc>
        <w:tc>
          <w:tcPr>
            <w:tcW w:type="dxa" w:w="2160"/>
          </w:tcPr>
          <w:p>
            <w:r>
              <w:t>Record-Keeping</w:t>
            </w:r>
          </w:p>
        </w:tc>
        <w:tc>
          <w:tcPr>
            <w:tcW w:type="dxa" w:w="2160"/>
          </w:tcPr>
          <w:p>
            <w:r>
              <w:t>What types of records do you maintain to demonstrate compliance with USDA and EPA regulations, and how long do you retain these records?</w:t>
              <w:br/>
              <w:t>Answer type: Repeating table</w:t>
              <w:br/>
              <w:t>Trigger: Always</w:t>
              <w:br/>
              <w:t>Required: No</w:t>
              <w:br/>
              <w:t>Risk: Medium</w:t>
            </w:r>
          </w:p>
        </w:tc>
        <w:tc>
          <w:tcPr>
            <w:tcW w:type="dxa" w:w="2160"/>
          </w:tcPr>
          <w:p>
            <w:r>
              <w:t>Primary authority: USDA and EPA record-keeping requirements</w:t>
              <w:br/>
              <w:t>Response: ___________________________</w:t>
              <w:br/>
              <w:t>Evidence: ___________________________</w:t>
              <w:br/>
              <w:t>Reviewer conclusion: ___________________________</w:t>
            </w:r>
          </w:p>
        </w:tc>
      </w:tr>
      <w:tr>
        <w:tc>
          <w:tcPr>
            <w:tcW w:type="dxa" w:w="2160"/>
          </w:tcPr>
          <w:p>
            <w:r>
              <w:t>1052-0292</w:t>
            </w:r>
          </w:p>
        </w:tc>
        <w:tc>
          <w:tcPr>
            <w:tcW w:type="dxa" w:w="2160"/>
          </w:tcPr>
          <w:p>
            <w:r>
              <w:t>USDA Regulations</w:t>
            </w:r>
          </w:p>
        </w:tc>
        <w:tc>
          <w:tcPr>
            <w:tcW w:type="dxa" w:w="2160"/>
          </w:tcPr>
          <w:p>
            <w:r>
              <w:t>Have you ever received a compliance audit from the USDA? If yes, what were the findings?</w:t>
              <w:br/>
              <w:t>Answer type: Yes-No + details</w:t>
              <w:br/>
              <w:t>Trigger: Always</w:t>
              <w:br/>
              <w:t>Required: No</w:t>
              <w:br/>
              <w:t>Risk: High</w:t>
            </w:r>
          </w:p>
        </w:tc>
        <w:tc>
          <w:tcPr>
            <w:tcW w:type="dxa" w:w="2160"/>
          </w:tcPr>
          <w:p>
            <w:r>
              <w:t>Primary authority: USDA audit guidelines</w:t>
              <w:br/>
              <w:t>Response: ___________________________</w:t>
              <w:br/>
              <w:t>Evidence: ___________________________</w:t>
              <w:br/>
              <w:t>Reviewer conclusion: ___________________________</w:t>
            </w:r>
          </w:p>
        </w:tc>
      </w:tr>
      <w:tr>
        <w:tc>
          <w:tcPr>
            <w:tcW w:type="dxa" w:w="2160"/>
          </w:tcPr>
          <w:p>
            <w:r>
              <w:t>1052-0293</w:t>
            </w:r>
          </w:p>
        </w:tc>
        <w:tc>
          <w:tcPr>
            <w:tcW w:type="dxa" w:w="2160"/>
          </w:tcPr>
          <w:p>
            <w:r>
              <w:t>EPA Guidelines</w:t>
            </w:r>
          </w:p>
        </w:tc>
        <w:tc>
          <w:tcPr>
            <w:tcW w:type="dxa" w:w="2160"/>
          </w:tcPr>
          <w:p>
            <w:r>
              <w:t>What measures do you take to ensure that your use of fertilizers complies with EPA nutrient management guidelines?</w:t>
              <w:br/>
              <w:t>Answer type: Long text + evidence</w:t>
              <w:br/>
              <w:t>Trigger: Always</w:t>
              <w:br/>
              <w:t>Required: No</w:t>
              <w:br/>
              <w:t>Risk: Medium</w:t>
            </w:r>
          </w:p>
        </w:tc>
        <w:tc>
          <w:tcPr>
            <w:tcW w:type="dxa" w:w="2160"/>
          </w:tcPr>
          <w:p>
            <w:r>
              <w:t>Primary authority: EPA nutrient management guidelines</w:t>
              <w:br/>
              <w:t>Response: ___________________________</w:t>
              <w:br/>
              <w:t>Evidence: ___________________________</w:t>
              <w:br/>
              <w:t>Reviewer conclusion: ___________________________</w:t>
            </w:r>
          </w:p>
        </w:tc>
      </w:tr>
      <w:tr>
        <w:tc>
          <w:tcPr>
            <w:tcW w:type="dxa" w:w="2160"/>
          </w:tcPr>
          <w:p>
            <w:r>
              <w:t>1052-0294</w:t>
            </w:r>
          </w:p>
        </w:tc>
        <w:tc>
          <w:tcPr>
            <w:tcW w:type="dxa" w:w="2160"/>
          </w:tcPr>
          <w:p>
            <w:r>
              <w:t>Food Safety Standards</w:t>
            </w:r>
          </w:p>
        </w:tc>
        <w:tc>
          <w:tcPr>
            <w:tcW w:type="dxa" w:w="2160"/>
          </w:tcPr>
          <w:p>
            <w:r>
              <w:t>How do you train your employees on food safety standards relevant to wheat processing?</w:t>
              <w:br/>
              <w:t>Answer type: Long text</w:t>
              <w:br/>
              <w:t>Trigger: Always</w:t>
              <w:br/>
              <w:t>Required: No</w:t>
              <w:br/>
              <w:t>Risk: Medium</w:t>
            </w:r>
          </w:p>
        </w:tc>
        <w:tc>
          <w:tcPr>
            <w:tcW w:type="dxa" w:w="2160"/>
          </w:tcPr>
          <w:p>
            <w:r>
              <w:t>Primary authority: FSMA training requirements</w:t>
              <w:br/>
              <w:t>Response: ___________________________</w:t>
              <w:br/>
              <w:t>Evidence: ___________________________</w:t>
              <w:br/>
              <w:t>Reviewer conclusion: ___________________________</w:t>
            </w:r>
          </w:p>
        </w:tc>
      </w:tr>
      <w:tr>
        <w:tc>
          <w:tcPr>
            <w:tcW w:type="dxa" w:w="2160"/>
          </w:tcPr>
          <w:p>
            <w:r>
              <w:t>1052-0295</w:t>
            </w:r>
          </w:p>
        </w:tc>
        <w:tc>
          <w:tcPr>
            <w:tcW w:type="dxa" w:w="2160"/>
          </w:tcPr>
          <w:p>
            <w:r>
              <w:t>Labeling Laws</w:t>
            </w:r>
          </w:p>
        </w:tc>
        <w:tc>
          <w:tcPr>
            <w:tcW w:type="dxa" w:w="2160"/>
          </w:tcPr>
          <w:p>
            <w:r>
              <w:t>What specific information do you include on your product labels to comply with state and federal labeling laws?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1052-0296</w:t>
            </w:r>
          </w:p>
        </w:tc>
        <w:tc>
          <w:tcPr>
            <w:tcW w:type="dxa" w:w="2160"/>
          </w:tcPr>
          <w:p>
            <w:r>
              <w:t>Environmental Regulations</w:t>
            </w:r>
          </w:p>
        </w:tc>
        <w:tc>
          <w:tcPr>
            <w:tcW w:type="dxa" w:w="2160"/>
          </w:tcPr>
          <w:p>
            <w:r>
              <w:t>What steps do you take to ensure compliance with air quality regulations related to dust and emissions from your farming operations?</w:t>
              <w:br/>
              <w:t>Answer type: Long text</w:t>
              <w:br/>
              <w:t>Trigger: Always</w:t>
              <w:br/>
              <w:t>Required: No</w:t>
              <w:br/>
              <w:t>Risk: High</w:t>
            </w:r>
          </w:p>
        </w:tc>
        <w:tc>
          <w:tcPr>
            <w:tcW w:type="dxa" w:w="2160"/>
          </w:tcPr>
          <w:p>
            <w:r>
              <w:t>Primary authority: Clean Air Act</w:t>
              <w:br/>
              <w:t>Response: ___________________________</w:t>
              <w:br/>
              <w:t>Evidence: ___________________________</w:t>
              <w:br/>
              <w:t>Reviewer conclusion: ___________________________</w:t>
            </w:r>
          </w:p>
        </w:tc>
      </w:tr>
      <w:tr>
        <w:tc>
          <w:tcPr>
            <w:tcW w:type="dxa" w:w="2160"/>
          </w:tcPr>
          <w:p>
            <w:r>
              <w:t>1052-0297</w:t>
            </w:r>
          </w:p>
        </w:tc>
        <w:tc>
          <w:tcPr>
            <w:tcW w:type="dxa" w:w="2160"/>
          </w:tcPr>
          <w:p>
            <w:r>
              <w:t>Record-Keeping</w:t>
            </w:r>
          </w:p>
        </w:tc>
        <w:tc>
          <w:tcPr>
            <w:tcW w:type="dxa" w:w="2160"/>
          </w:tcPr>
          <w:p>
            <w:r>
              <w:t>How do you document the application of pesticides and fertilizers on your wheat fields?</w:t>
              <w:br/>
              <w:t>Answer type: Long text + evidence</w:t>
              <w:br/>
              <w:t>Trigger: Always</w:t>
              <w:br/>
              <w:t>Required: No</w:t>
              <w:br/>
              <w:t>Risk: Medium</w:t>
            </w:r>
          </w:p>
        </w:tc>
        <w:tc>
          <w:tcPr>
            <w:tcW w:type="dxa" w:w="2160"/>
          </w:tcPr>
          <w:p>
            <w:r>
              <w:t>Primary authority: EPA record-keeping requirements</w:t>
              <w:br/>
              <w:t>Response: ___________________________</w:t>
              <w:br/>
              <w:t>Evidence: ___________________________</w:t>
              <w:br/>
              <w:t>Reviewer conclusion: ___________________________</w:t>
            </w:r>
          </w:p>
        </w:tc>
      </w:tr>
      <w:tr>
        <w:tc>
          <w:tcPr>
            <w:tcW w:type="dxa" w:w="2160"/>
          </w:tcPr>
          <w:p>
            <w:r>
              <w:t>1052-0298</w:t>
            </w:r>
          </w:p>
        </w:tc>
        <w:tc>
          <w:tcPr>
            <w:tcW w:type="dxa" w:w="2160"/>
          </w:tcPr>
          <w:p>
            <w:r>
              <w:t>USDA Regulations</w:t>
            </w:r>
          </w:p>
        </w:tc>
        <w:tc>
          <w:tcPr>
            <w:tcW w:type="dxa" w:w="2160"/>
          </w:tcPr>
          <w:p>
            <w:r>
              <w:t>What certifications do you hold from the USDA for organic or sustainable farming practices?</w:t>
              <w:br/>
              <w:t>Answer type: Yes-No + details</w:t>
              <w:br/>
              <w:t>Trigger: Always</w:t>
              <w:br/>
              <w:t>Required: No</w:t>
              <w:br/>
              <w:t>Risk: Medium</w:t>
            </w:r>
          </w:p>
        </w:tc>
        <w:tc>
          <w:tcPr>
            <w:tcW w:type="dxa" w:w="2160"/>
          </w:tcPr>
          <w:p>
            <w:r>
              <w:t>Primary authority: USDA organic certification standards</w:t>
              <w:br/>
              <w:t>Response: ___________________________</w:t>
              <w:br/>
              <w:t>Evidence: ___________________________</w:t>
              <w:br/>
              <w:t>Reviewer conclusion: ___________________________</w:t>
            </w:r>
          </w:p>
        </w:tc>
      </w:tr>
      <w:tr>
        <w:tc>
          <w:tcPr>
            <w:tcW w:type="dxa" w:w="2160"/>
          </w:tcPr>
          <w:p>
            <w:r>
              <w:t>1052-0299</w:t>
            </w:r>
          </w:p>
        </w:tc>
        <w:tc>
          <w:tcPr>
            <w:tcW w:type="dxa" w:w="2160"/>
          </w:tcPr>
          <w:p>
            <w:r>
              <w:t>EPA Guidelines</w:t>
            </w:r>
          </w:p>
        </w:tc>
        <w:tc>
          <w:tcPr>
            <w:tcW w:type="dxa" w:w="2160"/>
          </w:tcPr>
          <w:p>
            <w:r>
              <w:t>What procedures do you have in place to monitor compliance with EPA guidelines on water usage and conservation?</w:t>
              <w:br/>
              <w:t>Answer type: Long text</w:t>
              <w:br/>
              <w:t>Trigger: Always</w:t>
              <w:br/>
              <w:t>Required: No</w:t>
              <w:br/>
              <w:t>Risk: Medium</w:t>
            </w:r>
          </w:p>
        </w:tc>
        <w:tc>
          <w:tcPr>
            <w:tcW w:type="dxa" w:w="2160"/>
          </w:tcPr>
          <w:p>
            <w:r>
              <w:t>Primary authority: EPA water conservation guidelines</w:t>
              <w:br/>
              <w:t>Response: ___________________________</w:t>
              <w:br/>
              <w:t>Evidence: ___________________________</w:t>
              <w:br/>
              <w:t>Reviewer conclusion: ___________________________</w:t>
            </w:r>
          </w:p>
        </w:tc>
      </w:tr>
      <w:tr>
        <w:tc>
          <w:tcPr>
            <w:tcW w:type="dxa" w:w="2160"/>
          </w:tcPr>
          <w:p>
            <w:r>
              <w:t>1052-0300</w:t>
            </w:r>
          </w:p>
        </w:tc>
        <w:tc>
          <w:tcPr>
            <w:tcW w:type="dxa" w:w="2160"/>
          </w:tcPr>
          <w:p>
            <w:r>
              <w:t>Food Safety Standards</w:t>
            </w:r>
          </w:p>
        </w:tc>
        <w:tc>
          <w:tcPr>
            <w:tcW w:type="dxa" w:w="2160"/>
          </w:tcPr>
          <w:p>
            <w:r>
              <w:t>How do you ensure traceability of your wheat products from farm to consumer to comply with food safety standards?</w:t>
              <w:br/>
              <w:t>Answer type: Long text + evidence</w:t>
              <w:br/>
              <w:t>Trigger: Always</w:t>
              <w:br/>
              <w:t>Required: No</w:t>
              <w:br/>
              <w:t>Risk: Medium</w:t>
            </w:r>
          </w:p>
        </w:tc>
        <w:tc>
          <w:tcPr>
            <w:tcW w:type="dxa" w:w="2160"/>
          </w:tcPr>
          <w:p>
            <w:r>
              <w:t>Primary authority: FSMA traceability requirements</w:t>
              <w:br/>
              <w:t>Response: ___________________________</w:t>
              <w:br/>
              <w:t>Evidence: ___________________________</w:t>
              <w:br/>
              <w:t>Reviewer conclusion: ___________________________</w:t>
            </w:r>
          </w:p>
        </w:tc>
      </w:tr>
      <w:tr>
        <w:tc>
          <w:tcPr>
            <w:tcW w:type="dxa" w:w="2160"/>
          </w:tcPr>
          <w:p>
            <w:r>
              <w:t>1052-0301</w:t>
            </w:r>
          </w:p>
        </w:tc>
        <w:tc>
          <w:tcPr>
            <w:tcW w:type="dxa" w:w="2160"/>
          </w:tcPr>
          <w:p>
            <w:r>
              <w:t>Labeling Laws</w:t>
            </w:r>
          </w:p>
        </w:tc>
        <w:tc>
          <w:tcPr>
            <w:tcW w:type="dxa" w:w="2160"/>
          </w:tcPr>
          <w:p>
            <w:r>
              <w:t>How frequently do you review and update your product labels to ensure compliance with changing labeling laws?</w:t>
              <w:br/>
              <w:t>Answer type: Integer + details</w:t>
              <w:br/>
              <w:t>Trigger: Always</w:t>
              <w:br/>
              <w:t>Required: No</w:t>
              <w:br/>
              <w:t>Risk: Medium</w:t>
            </w:r>
          </w:p>
        </w:tc>
        <w:tc>
          <w:tcPr>
            <w:tcW w:type="dxa" w:w="2160"/>
          </w:tcPr>
          <w:p>
            <w:r>
              <w:t>Primary authority: eCFR Title 7, Part 205</w:t>
              <w:br/>
              <w:t>Response: ___________________________</w:t>
              <w:br/>
              <w:t>Evidence: ___________________________</w:t>
              <w:br/>
              <w:t>Reviewer conclusion: ___________________________</w:t>
            </w:r>
          </w:p>
        </w:tc>
      </w:tr>
      <w:tr>
        <w:tc>
          <w:tcPr>
            <w:tcW w:type="dxa" w:w="2160"/>
          </w:tcPr>
          <w:p>
            <w:r>
              <w:t>1052-0302</w:t>
            </w:r>
          </w:p>
        </w:tc>
        <w:tc>
          <w:tcPr>
            <w:tcW w:type="dxa" w:w="2160"/>
          </w:tcPr>
          <w:p>
            <w:r>
              <w:t>Environmental Regulations</w:t>
            </w:r>
          </w:p>
        </w:tc>
        <w:tc>
          <w:tcPr>
            <w:tcW w:type="dxa" w:w="2160"/>
          </w:tcPr>
          <w:p>
            <w:r>
              <w:t>What specific training do you provide to your staff regarding environmental regulations applicable to wheat farming?</w:t>
              <w:br/>
              <w:t>Answer type: Long text</w:t>
              <w:br/>
              <w:t>Trigger: Always</w:t>
              <w:br/>
              <w:t>Required: No</w:t>
              <w:br/>
              <w:t>Risk: Medium</w:t>
            </w:r>
          </w:p>
        </w:tc>
        <w:tc>
          <w:tcPr>
            <w:tcW w:type="dxa" w:w="2160"/>
          </w:tcPr>
          <w:p>
            <w:r>
              <w:t>Primary authority: EPA training requirements</w:t>
              <w:br/>
              <w:t>Response: ___________________________</w:t>
              <w:br/>
              <w:t>Evidence: ___________________________</w:t>
              <w:br/>
              <w:t>Reviewer conclusion: ___________________________</w:t>
            </w:r>
          </w:p>
        </w:tc>
      </w:tr>
      <w:tr>
        <w:tc>
          <w:tcPr>
            <w:tcW w:type="dxa" w:w="2160"/>
          </w:tcPr>
          <w:p>
            <w:r>
              <w:t>1052-0303</w:t>
            </w:r>
          </w:p>
        </w:tc>
        <w:tc>
          <w:tcPr>
            <w:tcW w:type="dxa" w:w="2160"/>
          </w:tcPr>
          <w:p>
            <w:r>
              <w:t>Record-Keeping</w:t>
            </w:r>
          </w:p>
        </w:tc>
        <w:tc>
          <w:tcPr>
            <w:tcW w:type="dxa" w:w="2160"/>
          </w:tcPr>
          <w:p>
            <w:r>
              <w:t>What is your process for reviewing and updating records related to compliance with USDA and EPA regulations?</w:t>
              <w:br/>
              <w:t>Answer type: Long text</w:t>
              <w:br/>
              <w:t>Trigger: Always</w:t>
              <w:br/>
              <w:t>Required: No</w:t>
              <w:br/>
              <w:t>Risk: Medium</w:t>
            </w:r>
          </w:p>
        </w:tc>
        <w:tc>
          <w:tcPr>
            <w:tcW w:type="dxa" w:w="2160"/>
          </w:tcPr>
          <w:p>
            <w:r>
              <w:t>Primary authority: USDA and EPA record-keeping requirements</w:t>
              <w:br/>
              <w:t>Response: ___________________________</w:t>
              <w:br/>
              <w:t>Evidence: ___________________________</w:t>
              <w:br/>
              <w:t>Reviewer conclusion: ___________________________</w:t>
            </w:r>
          </w:p>
        </w:tc>
      </w:tr>
      <w:tr>
        <w:tc>
          <w:tcPr>
            <w:tcW w:type="dxa" w:w="2160"/>
          </w:tcPr>
          <w:p>
            <w:r>
              <w:t>1052-0304</w:t>
            </w:r>
          </w:p>
        </w:tc>
        <w:tc>
          <w:tcPr>
            <w:tcW w:type="dxa" w:w="2160"/>
          </w:tcPr>
          <w:p>
            <w:r>
              <w:t>Compliance Innovations</w:t>
            </w:r>
          </w:p>
        </w:tc>
        <w:tc>
          <w:tcPr>
            <w:tcW w:type="dxa" w:w="2160"/>
          </w:tcPr>
          <w:p>
            <w:r>
              <w:t>What innovative processes did you develop to ensure compliance with agricultural regulations in your wheat farming operations?</w:t>
              <w:br/>
              <w:t>Answer type: text</w:t>
              <w:br/>
              <w:t>Trigger: if compliance_innovation='yes'</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r>
        <w:tc>
          <w:tcPr>
            <w:tcW w:type="dxa" w:w="2160"/>
          </w:tcPr>
          <w:p>
            <w:r>
              <w:t>1052-0305</w:t>
            </w:r>
          </w:p>
        </w:tc>
        <w:tc>
          <w:tcPr>
            <w:tcW w:type="dxa" w:w="2160"/>
          </w:tcPr>
          <w:p>
            <w:r>
              <w:t>Documentation Practices</w:t>
            </w:r>
          </w:p>
        </w:tc>
        <w:tc>
          <w:tcPr>
            <w:tcW w:type="dxa" w:w="2160"/>
          </w:tcPr>
          <w:p>
            <w:r>
              <w:t>How do you document compliance with regulatory requirements related to R&amp;D activities in wheat farming?</w:t>
              <w:br/>
              <w:t>Answer type: text</w:t>
              <w:br/>
              <w:t>Trigger: if compliance_documentation='yes'</w:t>
              <w:br/>
              <w:t>Required: Yes</w:t>
              <w:br/>
              <w:t>Risk: High</w:t>
            </w:r>
          </w:p>
        </w:tc>
        <w:tc>
          <w:tcPr>
            <w:tcW w:type="dxa" w:w="2160"/>
          </w:tcPr>
          <w:p>
            <w:r>
              <w:t>Primary authority: California FTB</w:t>
              <w:br/>
              <w:t>Response: ___________________________</w:t>
              <w:br/>
              <w:t>Evidence: ___________________________</w:t>
              <w:br/>
              <w:t>Reviewer conclusion: ___________________________</w:t>
            </w:r>
          </w:p>
        </w:tc>
      </w:tr>
    </w:tbl>
    <w:p/>
    <w:p>
      <w:pPr>
        <w:pStyle w:val="Heading2"/>
      </w:pPr>
      <w:r>
        <w:t>SUSTAINABILITY-PRACTICES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1052-0306</w:t>
            </w:r>
          </w:p>
        </w:tc>
        <w:tc>
          <w:tcPr>
            <w:tcW w:type="dxa" w:w="2160"/>
          </w:tcPr>
          <w:p>
            <w:r>
              <w:t>Crop Rotation</w:t>
            </w:r>
          </w:p>
        </w:tc>
        <w:tc>
          <w:tcPr>
            <w:tcW w:type="dxa" w:w="2160"/>
          </w:tcPr>
          <w:p>
            <w:r>
              <w:t>What specific crop rotation practices have you implemented on your wheat farm in the past year, and what were the intended benefits of these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1052-0307</w:t>
            </w:r>
          </w:p>
        </w:tc>
        <w:tc>
          <w:tcPr>
            <w:tcW w:type="dxa" w:w="2160"/>
          </w:tcPr>
          <w:p>
            <w:r>
              <w:t>Reduced Tillage</w:t>
            </w:r>
          </w:p>
        </w:tc>
        <w:tc>
          <w:tcPr>
            <w:tcW w:type="dxa" w:w="2160"/>
          </w:tcPr>
          <w:p>
            <w:r>
              <w:t>Can you describe any reduced tillage practices you've adopted, including the methods used and the impact on soil health and yield?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1052-0308</w:t>
            </w:r>
          </w:p>
        </w:tc>
        <w:tc>
          <w:tcPr>
            <w:tcW w:type="dxa" w:w="2160"/>
          </w:tcPr>
          <w:p>
            <w:r>
              <w:t>Cover Crops</w:t>
            </w:r>
          </w:p>
        </w:tc>
        <w:tc>
          <w:tcPr>
            <w:tcW w:type="dxa" w:w="2160"/>
          </w:tcPr>
          <w:p>
            <w:r>
              <w:t>What types of cover crops have you planted alongside your wheat, and how do you measure their effectiveness in improving soil quality?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1052-0309</w:t>
            </w:r>
          </w:p>
        </w:tc>
        <w:tc>
          <w:tcPr>
            <w:tcW w:type="dxa" w:w="2160"/>
          </w:tcPr>
          <w:p>
            <w:r>
              <w:t>Biodiversity</w:t>
            </w:r>
          </w:p>
        </w:tc>
        <w:tc>
          <w:tcPr>
            <w:tcW w:type="dxa" w:w="2160"/>
          </w:tcPr>
          <w:p>
            <w:r>
              <w:t>What specific practices have you implemented to enhance biodiversity on your wheat farm, and how do you track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1052-0310</w:t>
            </w:r>
          </w:p>
        </w:tc>
        <w:tc>
          <w:tcPr>
            <w:tcW w:type="dxa" w:w="2160"/>
          </w:tcPr>
          <w:p>
            <w:r>
              <w:t>Carbon Footprint</w:t>
            </w:r>
          </w:p>
        </w:tc>
        <w:tc>
          <w:tcPr>
            <w:tcW w:type="dxa" w:w="2160"/>
          </w:tcPr>
          <w:p>
            <w:r>
              <w:t>Have you conducted any assessments of your farm's carbon footprint? If so, what methodologies did you use and what were the key findings?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1052-0311</w:t>
            </w:r>
          </w:p>
        </w:tc>
        <w:tc>
          <w:tcPr>
            <w:tcW w:type="dxa" w:w="2160"/>
          </w:tcPr>
          <w:p>
            <w:r>
              <w:t>Water Management</w:t>
            </w:r>
          </w:p>
        </w:tc>
        <w:tc>
          <w:tcPr>
            <w:tcW w:type="dxa" w:w="2160"/>
          </w:tcPr>
          <w:p>
            <w:r>
              <w:t>What water management strategies have you implemented to optimize irrigation on your wheat farm, and how do you evaluate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1052-0312</w:t>
            </w:r>
          </w:p>
        </w:tc>
        <w:tc>
          <w:tcPr>
            <w:tcW w:type="dxa" w:w="2160"/>
          </w:tcPr>
          <w:p>
            <w:r>
              <w:t>Crop Rotation</w:t>
            </w:r>
          </w:p>
        </w:tc>
        <w:tc>
          <w:tcPr>
            <w:tcW w:type="dxa" w:w="2160"/>
          </w:tcPr>
          <w:p>
            <w:r>
              <w:t>How do you determine the sequence and selection of crops in your rotation plan, and what data do you collect to support this decision?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1052-0313</w:t>
            </w:r>
          </w:p>
        </w:tc>
        <w:tc>
          <w:tcPr>
            <w:tcW w:type="dxa" w:w="2160"/>
          </w:tcPr>
          <w:p>
            <w:r>
              <w:t>Reduced Tillage</w:t>
            </w:r>
          </w:p>
        </w:tc>
        <w:tc>
          <w:tcPr>
            <w:tcW w:type="dxa" w:w="2160"/>
          </w:tcPr>
          <w:p>
            <w:r>
              <w:t>What challenges have you faced in implementing reduced tillage practices, and what adjustments have you made in response?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1052-0314</w:t>
            </w:r>
          </w:p>
        </w:tc>
        <w:tc>
          <w:tcPr>
            <w:tcW w:type="dxa" w:w="2160"/>
          </w:tcPr>
          <w:p>
            <w:r>
              <w:t>Cover Crops</w:t>
            </w:r>
          </w:p>
        </w:tc>
        <w:tc>
          <w:tcPr>
            <w:tcW w:type="dxa" w:w="2160"/>
          </w:tcPr>
          <w:p>
            <w:r>
              <w:t>How do you select the species of cover crops to plant, and what criteria do you use to evaluate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1052-0315</w:t>
            </w:r>
          </w:p>
        </w:tc>
        <w:tc>
          <w:tcPr>
            <w:tcW w:type="dxa" w:w="2160"/>
          </w:tcPr>
          <w:p>
            <w:r>
              <w:t>Biodiversity</w:t>
            </w:r>
          </w:p>
        </w:tc>
        <w:tc>
          <w:tcPr>
            <w:tcW w:type="dxa" w:w="2160"/>
          </w:tcPr>
          <w:p>
            <w:r>
              <w:t>What specific indicators do you monitor to assess the success of biodiversity initiatives on your farm?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1052-0316</w:t>
            </w:r>
          </w:p>
        </w:tc>
        <w:tc>
          <w:tcPr>
            <w:tcW w:type="dxa" w:w="2160"/>
          </w:tcPr>
          <w:p>
            <w:r>
              <w:t>Carbon Footprint</w:t>
            </w:r>
          </w:p>
        </w:tc>
        <w:tc>
          <w:tcPr>
            <w:tcW w:type="dxa" w:w="2160"/>
          </w:tcPr>
          <w:p>
            <w:r>
              <w:t>What specific steps have you taken to reduce your carbon emissions associated with wheat farming, and how do you measure their impact?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1052-0317</w:t>
            </w:r>
          </w:p>
        </w:tc>
        <w:tc>
          <w:tcPr>
            <w:tcW w:type="dxa" w:w="2160"/>
          </w:tcPr>
          <w:p>
            <w:r>
              <w:t>Water Management</w:t>
            </w:r>
          </w:p>
        </w:tc>
        <w:tc>
          <w:tcPr>
            <w:tcW w:type="dxa" w:w="2160"/>
          </w:tcPr>
          <w:p>
            <w:r>
              <w:t>What technologies or tools do you use for water management, and how do you assess their effectiveness in reducing water usage?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1052-0318</w:t>
            </w:r>
          </w:p>
        </w:tc>
        <w:tc>
          <w:tcPr>
            <w:tcW w:type="dxa" w:w="2160"/>
          </w:tcPr>
          <w:p>
            <w:r>
              <w:t>Crop Rotation</w:t>
            </w:r>
          </w:p>
        </w:tc>
        <w:tc>
          <w:tcPr>
            <w:tcW w:type="dxa" w:w="2160"/>
          </w:tcPr>
          <w:p>
            <w:r>
              <w:t>How do you document the outcomes of your crop rotation practices, and what metrics do you use to evaluate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1052-0319</w:t>
            </w:r>
          </w:p>
        </w:tc>
        <w:tc>
          <w:tcPr>
            <w:tcW w:type="dxa" w:w="2160"/>
          </w:tcPr>
          <w:p>
            <w:r>
              <w:t>Reduced Tillage</w:t>
            </w:r>
          </w:p>
        </w:tc>
        <w:tc>
          <w:tcPr>
            <w:tcW w:type="dxa" w:w="2160"/>
          </w:tcPr>
          <w:p>
            <w:r>
              <w:t>What training or resources have you utilized to implement reduced tillage practices effectively, and how do you measure their impact on farm productivity?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1052-0320</w:t>
            </w:r>
          </w:p>
        </w:tc>
        <w:tc>
          <w:tcPr>
            <w:tcW w:type="dxa" w:w="2160"/>
          </w:tcPr>
          <w:p>
            <w:r>
              <w:t>Cover Crops</w:t>
            </w:r>
          </w:p>
        </w:tc>
        <w:tc>
          <w:tcPr>
            <w:tcW w:type="dxa" w:w="2160"/>
          </w:tcPr>
          <w:p>
            <w:r>
              <w:t>What is the average percentage of your wheat farm that is planted with cover crops annually, and how do you track this data?</w:t>
              <w:br/>
              <w:t>Answer type: Percentage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1052-0321</w:t>
            </w:r>
          </w:p>
        </w:tc>
        <w:tc>
          <w:tcPr>
            <w:tcW w:type="dxa" w:w="2160"/>
          </w:tcPr>
          <w:p>
            <w:r>
              <w:t>Biodiversity</w:t>
            </w:r>
          </w:p>
        </w:tc>
        <w:tc>
          <w:tcPr>
            <w:tcW w:type="dxa" w:w="2160"/>
          </w:tcPr>
          <w:p>
            <w:r>
              <w:t>What partnerships or collaborations have you established to enhance biodiversity on your farm, and what are the outcomes of these initiatives?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DATA-ANALYTICS-IN-FARMING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1052-0322</w:t>
            </w:r>
          </w:p>
        </w:tc>
        <w:tc>
          <w:tcPr>
            <w:tcW w:type="dxa" w:w="2160"/>
          </w:tcPr>
          <w:p>
            <w:r>
              <w:t>Yield Mapping</w:t>
            </w:r>
          </w:p>
        </w:tc>
        <w:tc>
          <w:tcPr>
            <w:tcW w:type="dxa" w:w="2160"/>
          </w:tcPr>
          <w:p>
            <w:r>
              <w:t>How has yield mapping technology been integrated into your wheat farming operations, and what specific uncertainties or challenges did you face during its implementation?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1052-0323</w:t>
            </w:r>
          </w:p>
        </w:tc>
        <w:tc>
          <w:tcPr>
            <w:tcW w:type="dxa" w:w="2160"/>
          </w:tcPr>
          <w:p>
            <w:r>
              <w:t>Decision Support Systems</w:t>
            </w:r>
          </w:p>
        </w:tc>
        <w:tc>
          <w:tcPr>
            <w:tcW w:type="dxa" w:w="2160"/>
          </w:tcPr>
          <w:p>
            <w:r>
              <w:t>What decision support systems are currently in use on your farm, and can you describe any experimental processes you undertook to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1052-0324</w:t>
            </w:r>
          </w:p>
        </w:tc>
        <w:tc>
          <w:tcPr>
            <w:tcW w:type="dxa" w:w="2160"/>
          </w:tcPr>
          <w:p>
            <w:r>
              <w:t>Data Integration</w:t>
            </w:r>
          </w:p>
        </w:tc>
        <w:tc>
          <w:tcPr>
            <w:tcW w:type="dxa" w:w="2160"/>
          </w:tcPr>
          <w:p>
            <w:r>
              <w:t>Can you detail the methods used for integrating various data sources (e.g., weather data, soil data) for your wheat farming operations, and describe any technical challenges encountered?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1052-0325</w:t>
            </w:r>
          </w:p>
        </w:tc>
        <w:tc>
          <w:tcPr>
            <w:tcW w:type="dxa" w:w="2160"/>
          </w:tcPr>
          <w:p>
            <w:r>
              <w:t>Sensor Technology</w:t>
            </w:r>
          </w:p>
        </w:tc>
        <w:tc>
          <w:tcPr>
            <w:tcW w:type="dxa" w:w="2160"/>
          </w:tcPr>
          <w:p>
            <w:r>
              <w:t>What types of sensor technologies have you deployed in your wheat farming operations, and what experimental results did you observe that influenced your decision to use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1052-0326</w:t>
            </w:r>
          </w:p>
        </w:tc>
        <w:tc>
          <w:tcPr>
            <w:tcW w:type="dxa" w:w="2160"/>
          </w:tcPr>
          <w:p>
            <w:r>
              <w:t>Farm Management Software</w:t>
            </w:r>
          </w:p>
        </w:tc>
        <w:tc>
          <w:tcPr>
            <w:tcW w:type="dxa" w:w="2160"/>
          </w:tcPr>
          <w:p>
            <w:r>
              <w:t>Which farm management software are you currently using, and what specific features were tested for effectiveness in improving your wheat yields?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1052-0327</w:t>
            </w:r>
          </w:p>
        </w:tc>
        <w:tc>
          <w:tcPr>
            <w:tcW w:type="dxa" w:w="2160"/>
          </w:tcPr>
          <w:p>
            <w:r>
              <w:t>Predictive Analytics</w:t>
            </w:r>
          </w:p>
        </w:tc>
        <w:tc>
          <w:tcPr>
            <w:tcW w:type="dxa" w:w="2160"/>
          </w:tcPr>
          <w:p>
            <w:r>
              <w:t>How do you utilize predictive analytics in your wheat farming practices, and what uncertainties did you encounter while developing these models?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1052-0328</w:t>
            </w:r>
          </w:p>
        </w:tc>
        <w:tc>
          <w:tcPr>
            <w:tcW w:type="dxa" w:w="2160"/>
          </w:tcPr>
          <w:p>
            <w:r>
              <w:t>Yield Mapping</w:t>
            </w:r>
          </w:p>
        </w:tc>
        <w:tc>
          <w:tcPr>
            <w:tcW w:type="dxa" w:w="2160"/>
          </w:tcPr>
          <w:p>
            <w:r>
              <w:t>What specific data inputs are used in your yield mapping process, and how did you validate the accuracy of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1052-0329</w:t>
            </w:r>
          </w:p>
        </w:tc>
        <w:tc>
          <w:tcPr>
            <w:tcW w:type="dxa" w:w="2160"/>
          </w:tcPr>
          <w:p>
            <w:r>
              <w:t>Decision Support Systems</w:t>
            </w:r>
          </w:p>
        </w:tc>
        <w:tc>
          <w:tcPr>
            <w:tcW w:type="dxa" w:w="2160"/>
          </w:tcPr>
          <w:p>
            <w:r>
              <w:t>Can you provide examples of scenarios where decision support systems led to unexpected outcomes in your farming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1052-0330</w:t>
            </w:r>
          </w:p>
        </w:tc>
        <w:tc>
          <w:tcPr>
            <w:tcW w:type="dxa" w:w="2160"/>
          </w:tcPr>
          <w:p>
            <w:r>
              <w:t>Data Integration</w:t>
            </w:r>
          </w:p>
        </w:tc>
        <w:tc>
          <w:tcPr>
            <w:tcW w:type="dxa" w:w="2160"/>
          </w:tcPr>
          <w:p>
            <w:r>
              <w:t>What challenges did you face in ensuring data accuracy across different platforms, and how did you address these challenges?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1052-0331</w:t>
            </w:r>
          </w:p>
        </w:tc>
        <w:tc>
          <w:tcPr>
            <w:tcW w:type="dxa" w:w="2160"/>
          </w:tcPr>
          <w:p>
            <w:r>
              <w:t>Sensor Technology</w:t>
            </w:r>
          </w:p>
        </w:tc>
        <w:tc>
          <w:tcPr>
            <w:tcW w:type="dxa" w:w="2160"/>
          </w:tcPr>
          <w:p>
            <w:r>
              <w:t>What types of data have you collected from sensor technology, and how has this data influenced your farming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1052-0332</w:t>
            </w:r>
          </w:p>
        </w:tc>
        <w:tc>
          <w:tcPr>
            <w:tcW w:type="dxa" w:w="2160"/>
          </w:tcPr>
          <w:p>
            <w:r>
              <w:t>Farm Management Software</w:t>
            </w:r>
          </w:p>
        </w:tc>
        <w:tc>
          <w:tcPr>
            <w:tcW w:type="dxa" w:w="2160"/>
          </w:tcPr>
          <w:p>
            <w:r>
              <w:t>What experimental features of your farm management software have been tested, and what were the results of these tests?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1052-0333</w:t>
            </w:r>
          </w:p>
        </w:tc>
        <w:tc>
          <w:tcPr>
            <w:tcW w:type="dxa" w:w="2160"/>
          </w:tcPr>
          <w:p>
            <w:r>
              <w:t>Predictive Analytics</w:t>
            </w:r>
          </w:p>
        </w:tc>
        <w:tc>
          <w:tcPr>
            <w:tcW w:type="dxa" w:w="2160"/>
          </w:tcPr>
          <w:p>
            <w:r>
              <w:t>What specific predictive models have you developed for your wheat farming operations, and what were the key assumptions tested during their development?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1052-0334</w:t>
            </w:r>
          </w:p>
        </w:tc>
        <w:tc>
          <w:tcPr>
            <w:tcW w:type="dxa" w:w="2160"/>
          </w:tcPr>
          <w:p>
            <w:r>
              <w:t>General Data Analytics</w:t>
            </w:r>
          </w:p>
        </w:tc>
        <w:tc>
          <w:tcPr>
            <w:tcW w:type="dxa" w:w="2160"/>
          </w:tcPr>
          <w:p>
            <w:r>
              <w:t>How do you measure the return on investment (ROI) for the data analytics initiatives implemented in your farming operations?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1052-0335</w:t>
            </w:r>
          </w:p>
        </w:tc>
        <w:tc>
          <w:tcPr>
            <w:tcW w:type="dxa" w:w="2160"/>
          </w:tcPr>
          <w:p>
            <w:r>
              <w:t>General Data Analytics</w:t>
            </w:r>
          </w:p>
        </w:tc>
        <w:tc>
          <w:tcPr>
            <w:tcW w:type="dxa" w:w="2160"/>
          </w:tcPr>
          <w:p>
            <w:r>
              <w:t>What specific metrics do you track to evaluate the success of your data analytics initiatives in wheat farming?</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AUTOMATION-IN-AGRICULTURE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1052-0336</w:t>
            </w:r>
          </w:p>
        </w:tc>
        <w:tc>
          <w:tcPr>
            <w:tcW w:type="dxa" w:w="2160"/>
          </w:tcPr>
          <w:p>
            <w:r>
              <w:t>Robotics</w:t>
            </w:r>
          </w:p>
        </w:tc>
        <w:tc>
          <w:tcPr>
            <w:tcW w:type="dxa" w:w="2160"/>
          </w:tcPr>
          <w:p>
            <w:r>
              <w:t>What specific robotic systems have you integrated into your wheat farming operations, and how do they contribute to experimental processes in crop management?</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1052-0337</w:t>
            </w:r>
          </w:p>
        </w:tc>
        <w:tc>
          <w:tcPr>
            <w:tcW w:type="dxa" w:w="2160"/>
          </w:tcPr>
          <w:p>
            <w:r>
              <w:t>Autonomous Vehicles</w:t>
            </w:r>
          </w:p>
        </w:tc>
        <w:tc>
          <w:tcPr>
            <w:tcW w:type="dxa" w:w="2160"/>
          </w:tcPr>
          <w:p>
            <w:r>
              <w:t>Describe the autonomous vehicles utilized in your wheat farming. What specific tasks do they perform, and how do you measure their impact on efficiency and yield?</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1052-0338</w:t>
            </w:r>
          </w:p>
        </w:tc>
        <w:tc>
          <w:tcPr>
            <w:tcW w:type="dxa" w:w="2160"/>
          </w:tcPr>
          <w:p>
            <w:r>
              <w:t>Drones</w:t>
            </w:r>
          </w:p>
        </w:tc>
        <w:tc>
          <w:tcPr>
            <w:tcW w:type="dxa" w:w="2160"/>
          </w:tcPr>
          <w:p>
            <w:r>
              <w:t>What types of drones are deployed in your operations, and what experimental data have you collected to assess their effectiveness in monitoring crop health?</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1052-0339</w:t>
            </w:r>
          </w:p>
        </w:tc>
        <w:tc>
          <w:tcPr>
            <w:tcW w:type="dxa" w:w="2160"/>
          </w:tcPr>
          <w:p>
            <w:r>
              <w:t>Sensor Networks</w:t>
            </w:r>
          </w:p>
        </w:tc>
        <w:tc>
          <w:tcPr>
            <w:tcW w:type="dxa" w:w="2160"/>
          </w:tcPr>
          <w:p>
            <w:r>
              <w:t>Can you detail the sensor networks implemented on your farm? How do these sensors contribute to data collection for R&amp;D purposes?</w:t>
              <w:br/>
              <w:t>Answer type: Long text + evidence</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1052-0340</w:t>
            </w:r>
          </w:p>
        </w:tc>
        <w:tc>
          <w:tcPr>
            <w:tcW w:type="dxa" w:w="2160"/>
          </w:tcPr>
          <w:p>
            <w:r>
              <w:t>Workflow Optimization</w:t>
            </w:r>
          </w:p>
        </w:tc>
        <w:tc>
          <w:tcPr>
            <w:tcW w:type="dxa" w:w="2160"/>
          </w:tcPr>
          <w:p>
            <w:r>
              <w:t>What specific workflow optimization technologies have you tested in your wheat farming operations, and what metrics do you use to evaluate their success?</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1052-0341</w:t>
            </w:r>
          </w:p>
        </w:tc>
        <w:tc>
          <w:tcPr>
            <w:tcW w:type="dxa" w:w="2160"/>
          </w:tcPr>
          <w:p>
            <w:r>
              <w:t>Cost-Benefit Analysis</w:t>
            </w:r>
          </w:p>
        </w:tc>
        <w:tc>
          <w:tcPr>
            <w:tcW w:type="dxa" w:w="2160"/>
          </w:tcPr>
          <w:p>
            <w:r>
              <w:t>Have you conducted a cost-benefit analysis of implementing automation technologies in your wheat farming? Please provide details of the findings and any adjustments made based on this analysis.</w:t>
              <w:br/>
              <w:t>Answer type: Long text + evidence</w:t>
              <w:br/>
              <w:t>Trigger: Always</w:t>
              <w:br/>
              <w:t>Required: Yes</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1052-0342</w:t>
            </w:r>
          </w:p>
        </w:tc>
        <w:tc>
          <w:tcPr>
            <w:tcW w:type="dxa" w:w="2160"/>
          </w:tcPr>
          <w:p>
            <w:r>
              <w:t>Robotics</w:t>
            </w:r>
          </w:p>
        </w:tc>
        <w:tc>
          <w:tcPr>
            <w:tcW w:type="dxa" w:w="2160"/>
          </w:tcPr>
          <w:p>
            <w:r>
              <w:t>How do you document the iterative testing and modifications of robotic systems in your wheat farming operations?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1052-0343</w:t>
            </w:r>
          </w:p>
        </w:tc>
        <w:tc>
          <w:tcPr>
            <w:tcW w:type="dxa" w:w="2160"/>
          </w:tcPr>
          <w:p>
            <w:r>
              <w:t>Autonomous Vehicles</w:t>
            </w:r>
          </w:p>
        </w:tc>
        <w:tc>
          <w:tcPr>
            <w:tcW w:type="dxa" w:w="2160"/>
          </w:tcPr>
          <w:p>
            <w:r>
              <w:t>What challenges have you encountered in deploying autonomous vehicles, and how have these challenges informed your R&amp;D processes?</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1052-0344</w:t>
            </w:r>
          </w:p>
        </w:tc>
        <w:tc>
          <w:tcPr>
            <w:tcW w:type="dxa" w:w="2160"/>
          </w:tcPr>
          <w:p>
            <w:r>
              <w:t>Drones</w:t>
            </w:r>
          </w:p>
        </w:tc>
        <w:tc>
          <w:tcPr>
            <w:tcW w:type="dxa" w:w="2160"/>
          </w:tcPr>
          <w:p>
            <w:r>
              <w:t>How do you integrate drone data with other agricultural technologies to enhance decision-making in your wheat farming operations?</w:t>
              <w:br/>
              <w:t>Answer type: Long text</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1052-0345</w:t>
            </w:r>
          </w:p>
        </w:tc>
        <w:tc>
          <w:tcPr>
            <w:tcW w:type="dxa" w:w="2160"/>
          </w:tcPr>
          <w:p>
            <w:r>
              <w:t>Sensor Networks</w:t>
            </w:r>
          </w:p>
        </w:tc>
        <w:tc>
          <w:tcPr>
            <w:tcW w:type="dxa" w:w="2160"/>
          </w:tcPr>
          <w:p>
            <w:r>
              <w:t>What types of data do your sensor networks collect, and how do you utilize this data for experimental purposes in improving wheat yields?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1052-0346</w:t>
            </w:r>
          </w:p>
        </w:tc>
        <w:tc>
          <w:tcPr>
            <w:tcW w:type="dxa" w:w="2160"/>
          </w:tcPr>
          <w:p>
            <w:r>
              <w:t>Workflow Optimization</w:t>
            </w:r>
          </w:p>
        </w:tc>
        <w:tc>
          <w:tcPr>
            <w:tcW w:type="dxa" w:w="2160"/>
          </w:tcPr>
          <w:p>
            <w:r>
              <w:t>Can you provide examples of workflow processes that have been significantly altered due to automation technologies? How do you measure the impact of these changes?</w:t>
              <w:br/>
              <w:t>Answer type: Long text + evidence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1052-0347</w:t>
            </w:r>
          </w:p>
        </w:tc>
        <w:tc>
          <w:tcPr>
            <w:tcW w:type="dxa" w:w="2160"/>
          </w:tcPr>
          <w:p>
            <w:r>
              <w:t>Cost-Benefit Analysis</w:t>
            </w:r>
          </w:p>
        </w:tc>
        <w:tc>
          <w:tcPr>
            <w:tcW w:type="dxa" w:w="2160"/>
          </w:tcPr>
          <w:p>
            <w:r>
              <w:t>What financial metrics do you track to assess the return on investment for automation technologies in your wheat farming?</w:t>
              <w:br/>
              <w:t>Answer type: Currency</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1052-0348</w:t>
            </w:r>
          </w:p>
        </w:tc>
        <w:tc>
          <w:tcPr>
            <w:tcW w:type="dxa" w:w="2160"/>
          </w:tcPr>
          <w:p>
            <w:r>
              <w:t>Robotics</w:t>
            </w:r>
          </w:p>
        </w:tc>
        <w:tc>
          <w:tcPr>
            <w:tcW w:type="dxa" w:w="2160"/>
          </w:tcPr>
          <w:p>
            <w:r>
              <w:t>How do you ensure that the robotic systems are compliant with agricultural regulations, and what documentation do you maintain to support this?</w:t>
              <w:br/>
              <w:t>Answer type: Long text + evidence</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1052-0349</w:t>
            </w:r>
          </w:p>
        </w:tc>
        <w:tc>
          <w:tcPr>
            <w:tcW w:type="dxa" w:w="2160"/>
          </w:tcPr>
          <w:p>
            <w:r>
              <w:t>Autonomous Vehicles</w:t>
            </w:r>
          </w:p>
        </w:tc>
        <w:tc>
          <w:tcPr>
            <w:tcW w:type="dxa" w:w="2160"/>
          </w:tcPr>
          <w:p>
            <w:r>
              <w:t>What specific metrics do you use to evaluate the performance of autonomous vehicles in your operations, and how do these metrics inform your R&amp;D efforts?</w:t>
              <w:br/>
              <w:t>Answer type: Long text + evidence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1052-0350</w:t>
            </w:r>
          </w:p>
        </w:tc>
        <w:tc>
          <w:tcPr>
            <w:tcW w:type="dxa" w:w="2160"/>
          </w:tcPr>
          <w:p>
            <w:r>
              <w:t>Drones</w:t>
            </w:r>
          </w:p>
        </w:tc>
        <w:tc>
          <w:tcPr>
            <w:tcW w:type="dxa" w:w="2160"/>
          </w:tcPr>
          <w:p>
            <w:r>
              <w:t>How frequently do you conduct tests with drones for crop monitoring, and what criteria do you use to evaluate the success of these tests?</w:t>
              <w:br/>
              <w:t>Answer type: Integer + details</w:t>
              <w:br/>
              <w:t>Trigger: Always</w:t>
              <w:br/>
              <w:t>Required: Yes</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1052-0351</w:t>
            </w:r>
          </w:p>
        </w:tc>
        <w:tc>
          <w:tcPr>
            <w:tcW w:type="dxa" w:w="2160"/>
          </w:tcPr>
          <w:p>
            <w:r>
              <w:t>Sensor Networks</w:t>
            </w:r>
          </w:p>
        </w:tc>
        <w:tc>
          <w:tcPr>
            <w:tcW w:type="dxa" w:w="2160"/>
          </w:tcPr>
          <w:p>
            <w:r>
              <w:t>What specific innovations have you developed or implemented based on the data collected from your sensor networks?</w:t>
              <w:br/>
              <w:t>Answer type: Long text + evidence</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1052-0352</w:t>
            </w:r>
          </w:p>
        </w:tc>
        <w:tc>
          <w:tcPr>
            <w:tcW w:type="dxa" w:w="2160"/>
          </w:tcPr>
          <w:p>
            <w:r>
              <w:t>Workflow Optimization</w:t>
            </w:r>
          </w:p>
        </w:tc>
        <w:tc>
          <w:tcPr>
            <w:tcW w:type="dxa" w:w="2160"/>
          </w:tcPr>
          <w:p>
            <w:r>
              <w:t>What specific software or tools do you use for workflow optimization, and how do you assess their effectiveness in your wheat farming operations?</w:t>
              <w:br/>
              <w:t>Answer type: Long text + evidence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1052-0353</w:t>
            </w:r>
          </w:p>
        </w:tc>
        <w:tc>
          <w:tcPr>
            <w:tcW w:type="dxa" w:w="2160"/>
          </w:tcPr>
          <w:p>
            <w:r>
              <w:t>Technology Integration</w:t>
            </w:r>
          </w:p>
        </w:tc>
        <w:tc>
          <w:tcPr>
            <w:tcW w:type="dxa" w:w="2160"/>
          </w:tcPr>
          <w:p>
            <w:r>
              <w:t>What new automation technologies were integrated into your wheat farming operations during the tax year?</w:t>
              <w:br/>
              <w:t>Answer type: text</w:t>
              <w:br/>
              <w:t>Trigger: if automation_technology_used='yes'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BIODIVERSITY-AND-AGROECOLOGY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1052-0354</w:t>
            </w:r>
          </w:p>
        </w:tc>
        <w:tc>
          <w:tcPr>
            <w:tcW w:type="dxa" w:w="2160"/>
          </w:tcPr>
          <w:p>
            <w:r>
              <w:t>Intercropping Practices</w:t>
            </w:r>
          </w:p>
        </w:tc>
        <w:tc>
          <w:tcPr>
            <w:tcW w:type="dxa" w:w="2160"/>
          </w:tcPr>
          <w:p>
            <w:r>
              <w:t>What specific intercropping strategies have you implemented in your wheat farming operations to enhance biodiversity? Please describe the crops used and their intended benefits.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1052-0355</w:t>
            </w:r>
          </w:p>
        </w:tc>
        <w:tc>
          <w:tcPr>
            <w:tcW w:type="dxa" w:w="2160"/>
          </w:tcPr>
          <w:p>
            <w:r>
              <w:t>Native Species</w:t>
            </w:r>
          </w:p>
        </w:tc>
        <w:tc>
          <w:tcPr>
            <w:tcW w:type="dxa" w:w="2160"/>
          </w:tcPr>
          <w:p>
            <w:r>
              <w:t>Have you introduced any native plant species into your wheat fields? If yes, please specify the species and their role in supporting local ecosystems.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1052-0356</w:t>
            </w:r>
          </w:p>
        </w:tc>
        <w:tc>
          <w:tcPr>
            <w:tcW w:type="dxa" w:w="2160"/>
          </w:tcPr>
          <w:p>
            <w:r>
              <w:t>Pollinator Health</w:t>
            </w:r>
          </w:p>
        </w:tc>
        <w:tc>
          <w:tcPr>
            <w:tcW w:type="dxa" w:w="2160"/>
          </w:tcPr>
          <w:p>
            <w:r>
              <w:t>What measures have you taken to promote pollinator health on your wheat farm? Please detail any specific practices or habitats created.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1052-0357</w:t>
            </w:r>
          </w:p>
        </w:tc>
        <w:tc>
          <w:tcPr>
            <w:tcW w:type="dxa" w:w="2160"/>
          </w:tcPr>
          <w:p>
            <w:r>
              <w:t>Ecosystem Services</w:t>
            </w:r>
          </w:p>
        </w:tc>
        <w:tc>
          <w:tcPr>
            <w:tcW w:type="dxa" w:w="2160"/>
          </w:tcPr>
          <w:p>
            <w:r>
              <w:t>Can you identify and describe any ecosystem services that your wheat farming practices have enhanced or restored?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1052-0358</w:t>
            </w:r>
          </w:p>
        </w:tc>
        <w:tc>
          <w:tcPr>
            <w:tcW w:type="dxa" w:w="2160"/>
          </w:tcPr>
          <w:p>
            <w:r>
              <w:t>Soil Biodiversity</w:t>
            </w:r>
          </w:p>
        </w:tc>
        <w:tc>
          <w:tcPr>
            <w:tcW w:type="dxa" w:w="2160"/>
          </w:tcPr>
          <w:p>
            <w:r>
              <w:t>What specific practices do you employ to enhance soil biodiversity on your wheat farm? Please provide details on any amendments or management techniques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1052-0359</w:t>
            </w:r>
          </w:p>
        </w:tc>
        <w:tc>
          <w:tcPr>
            <w:tcW w:type="dxa" w:w="2160"/>
          </w:tcPr>
          <w:p>
            <w:r>
              <w:t>Sustainable Practices</w:t>
            </w:r>
          </w:p>
        </w:tc>
        <w:tc>
          <w:tcPr>
            <w:tcW w:type="dxa" w:w="2160"/>
          </w:tcPr>
          <w:p>
            <w:r>
              <w:t>What sustainable agricultural practices have you adopted in your wheat farming operations? Please list and describe their intended environmental benefits.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1052-0360</w:t>
            </w:r>
          </w:p>
        </w:tc>
        <w:tc>
          <w:tcPr>
            <w:tcW w:type="dxa" w:w="2160"/>
          </w:tcPr>
          <w:p>
            <w:r>
              <w:t>Intercropping Benefits</w:t>
            </w:r>
          </w:p>
        </w:tc>
        <w:tc>
          <w:tcPr>
            <w:tcW w:type="dxa" w:w="2160"/>
          </w:tcPr>
          <w:p>
            <w:r>
              <w:t>What measurable benefits have you observed from your intercropping practices in terms of yield or pest management? Please provide data or examples.</w:t>
              <w:br/>
              <w:t>Answer type: Long text + evidence</w:t>
              <w:br/>
              <w:t>Trigger: If intercropping strategies were implemented</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1052-0361</w:t>
            </w:r>
          </w:p>
        </w:tc>
        <w:tc>
          <w:tcPr>
            <w:tcW w:type="dxa" w:w="2160"/>
          </w:tcPr>
          <w:p>
            <w:r>
              <w:t>Native Species Impact</w:t>
            </w:r>
          </w:p>
        </w:tc>
        <w:tc>
          <w:tcPr>
            <w:tcW w:type="dxa" w:w="2160"/>
          </w:tcPr>
          <w:p>
            <w:r>
              <w:t>How have the introduced native species affected the overall health of your wheat crops? Please provide observations or data to support your response.</w:t>
              <w:br/>
              <w:t>Answer type: Long text + evidence</w:t>
              <w:br/>
              <w:t>Trigger: If native species were introduced</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1052-0362</w:t>
            </w:r>
          </w:p>
        </w:tc>
        <w:tc>
          <w:tcPr>
            <w:tcW w:type="dxa" w:w="2160"/>
          </w:tcPr>
          <w:p>
            <w:r>
              <w:t>Pollinator Monitoring</w:t>
            </w:r>
          </w:p>
        </w:tc>
        <w:tc>
          <w:tcPr>
            <w:tcW w:type="dxa" w:w="2160"/>
          </w:tcPr>
          <w:p>
            <w:r>
              <w:t>Do you monitor pollinator populations on your farm? If yes, please describe your monitoring methods and any changes observed in pollinator diversity or abundance.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1052-0363</w:t>
            </w:r>
          </w:p>
        </w:tc>
        <w:tc>
          <w:tcPr>
            <w:tcW w:type="dxa" w:w="2160"/>
          </w:tcPr>
          <w:p>
            <w:r>
              <w:t>Ecosystem Services Assessment</w:t>
            </w:r>
          </w:p>
        </w:tc>
        <w:tc>
          <w:tcPr>
            <w:tcW w:type="dxa" w:w="2160"/>
          </w:tcPr>
          <w:p>
            <w:r>
              <w:t>Have you conducted any assessments to quantify the ecosystem services provided by your wheat farming practices? If so, please describe the methods and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1052-0364</w:t>
            </w:r>
          </w:p>
        </w:tc>
        <w:tc>
          <w:tcPr>
            <w:tcW w:type="dxa" w:w="2160"/>
          </w:tcPr>
          <w:p>
            <w:r>
              <w:t>Soil Health Metrics</w:t>
            </w:r>
          </w:p>
        </w:tc>
        <w:tc>
          <w:tcPr>
            <w:tcW w:type="dxa" w:w="2160"/>
          </w:tcPr>
          <w:p>
            <w:r>
              <w:t>What soil health metrics do you track to assess the impact of your practices on soil biodiversity? Please provide specific indicators and any relevant data.</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1052-0365</w:t>
            </w:r>
          </w:p>
        </w:tc>
        <w:tc>
          <w:tcPr>
            <w:tcW w:type="dxa" w:w="2160"/>
          </w:tcPr>
          <w:p>
            <w:r>
              <w:t>Sustainable Practices Evaluation</w:t>
            </w:r>
          </w:p>
        </w:tc>
        <w:tc>
          <w:tcPr>
            <w:tcW w:type="dxa" w:w="2160"/>
          </w:tcPr>
          <w:p>
            <w:r>
              <w:t>How do you evaluate the effectiveness of your sustainable practices in improving biodiversity on your farm? Please provide examples of metrics or outcomes measured.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1052-0366</w:t>
            </w:r>
          </w:p>
        </w:tc>
        <w:tc>
          <w:tcPr>
            <w:tcW w:type="dxa" w:w="2160"/>
          </w:tcPr>
          <w:p>
            <w:r>
              <w:t>Overall Biodiversity Strategy</w:t>
            </w:r>
          </w:p>
        </w:tc>
        <w:tc>
          <w:tcPr>
            <w:tcW w:type="dxa" w:w="2160"/>
          </w:tcPr>
          <w:p>
            <w:r>
              <w:t>What is your overall strategy for integrating biodiversity into your wheat farming operations? Please outline your goals and the practices you plan to implement.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CROP-RESEARCH-AND-DEVELOPMENT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1052-0367</w:t>
            </w:r>
          </w:p>
        </w:tc>
        <w:tc>
          <w:tcPr>
            <w:tcW w:type="dxa" w:w="2160"/>
          </w:tcPr>
          <w:p>
            <w:r>
              <w:t>Breeding Programs</w:t>
            </w:r>
          </w:p>
        </w:tc>
        <w:tc>
          <w:tcPr>
            <w:tcW w:type="dxa" w:w="2160"/>
          </w:tcPr>
          <w:p>
            <w:r>
              <w:t>What specific traits are you targeting in your wheat breeding programs to enhance yield and resilience?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1052-0368</w:t>
            </w:r>
          </w:p>
        </w:tc>
        <w:tc>
          <w:tcPr>
            <w:tcW w:type="dxa" w:w="2160"/>
          </w:tcPr>
          <w:p>
            <w:r>
              <w:t>Breeding Programs</w:t>
            </w:r>
          </w:p>
        </w:tc>
        <w:tc>
          <w:tcPr>
            <w:tcW w:type="dxa" w:w="2160"/>
          </w:tcPr>
          <w:p>
            <w:r>
              <w:t>How do you document the experimental design and results of your breeding trials?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1052-0369</w:t>
            </w:r>
          </w:p>
        </w:tc>
        <w:tc>
          <w:tcPr>
            <w:tcW w:type="dxa" w:w="2160"/>
          </w:tcPr>
          <w:p>
            <w:r>
              <w:t>Genetic Engineering</w:t>
            </w:r>
          </w:p>
        </w:tc>
        <w:tc>
          <w:tcPr>
            <w:tcW w:type="dxa" w:w="2160"/>
          </w:tcPr>
          <w:p>
            <w:r>
              <w:t>What genetic engineering techniques are you utilizing to develop new wheat varieties?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1052-0370</w:t>
            </w:r>
          </w:p>
        </w:tc>
        <w:tc>
          <w:tcPr>
            <w:tcW w:type="dxa" w:w="2160"/>
          </w:tcPr>
          <w:p>
            <w:r>
              <w:t>Genetic Engineering</w:t>
            </w:r>
          </w:p>
        </w:tc>
        <w:tc>
          <w:tcPr>
            <w:tcW w:type="dxa" w:w="2160"/>
          </w:tcPr>
          <w:p>
            <w:r>
              <w:t>Can you provide evidence of any regulatory approvals obtained for the genetically engineered wheat varieties?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1052-0371</w:t>
            </w:r>
          </w:p>
        </w:tc>
        <w:tc>
          <w:tcPr>
            <w:tcW w:type="dxa" w:w="2160"/>
          </w:tcPr>
          <w:p>
            <w:r>
              <w:t>Field Trials</w:t>
            </w:r>
          </w:p>
        </w:tc>
        <w:tc>
          <w:tcPr>
            <w:tcW w:type="dxa" w:w="2160"/>
          </w:tcPr>
          <w:p>
            <w:r>
              <w:t>Describe the field trials conducted for new wheat varieties. What metrics did you measure?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1052-0372</w:t>
            </w:r>
          </w:p>
        </w:tc>
        <w:tc>
          <w:tcPr>
            <w:tcW w:type="dxa" w:w="2160"/>
          </w:tcPr>
          <w:p>
            <w:r>
              <w:t>Field Trials</w:t>
            </w:r>
          </w:p>
        </w:tc>
        <w:tc>
          <w:tcPr>
            <w:tcW w:type="dxa" w:w="2160"/>
          </w:tcPr>
          <w:p>
            <w:r>
              <w:t>What challenges did you encounter during the field trials,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1052-0373</w:t>
            </w:r>
          </w:p>
        </w:tc>
        <w:tc>
          <w:tcPr>
            <w:tcW w:type="dxa" w:w="2160"/>
          </w:tcPr>
          <w:p>
            <w:r>
              <w:t>Yield Improvement</w:t>
            </w:r>
          </w:p>
        </w:tc>
        <w:tc>
          <w:tcPr>
            <w:tcW w:type="dxa" w:w="2160"/>
          </w:tcPr>
          <w:p>
            <w:r>
              <w:t>What specific yield improvement goals have you set for your wheat varieties?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1052-0374</w:t>
            </w:r>
          </w:p>
        </w:tc>
        <w:tc>
          <w:tcPr>
            <w:tcW w:type="dxa" w:w="2160"/>
          </w:tcPr>
          <w:p>
            <w:r>
              <w:t>Yield Improvement</w:t>
            </w:r>
          </w:p>
        </w:tc>
        <w:tc>
          <w:tcPr>
            <w:tcW w:type="dxa" w:w="2160"/>
          </w:tcPr>
          <w:p>
            <w:r>
              <w:t>How do you measure and analyze the yield performance of new wheat varieties compared to existing ones?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1052-0375</w:t>
            </w:r>
          </w:p>
        </w:tc>
        <w:tc>
          <w:tcPr>
            <w:tcW w:type="dxa" w:w="2160"/>
          </w:tcPr>
          <w:p>
            <w:r>
              <w:t>Climate Resilience</w:t>
            </w:r>
          </w:p>
        </w:tc>
        <w:tc>
          <w:tcPr>
            <w:tcW w:type="dxa" w:w="2160"/>
          </w:tcPr>
          <w:p>
            <w:r>
              <w:t>What specific climate resilience traits are you incorporating into your wheat breeding programs?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1052-0376</w:t>
            </w:r>
          </w:p>
        </w:tc>
        <w:tc>
          <w:tcPr>
            <w:tcW w:type="dxa" w:w="2160"/>
          </w:tcPr>
          <w:p>
            <w:r>
              <w:t>Climate Resilience</w:t>
            </w:r>
          </w:p>
        </w:tc>
        <w:tc>
          <w:tcPr>
            <w:tcW w:type="dxa" w:w="2160"/>
          </w:tcPr>
          <w:p>
            <w:r>
              <w:t>How do you assess the climate resilience of your new wheat varieties during trials?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1052-0377</w:t>
            </w:r>
          </w:p>
        </w:tc>
        <w:tc>
          <w:tcPr>
            <w:tcW w:type="dxa" w:w="2160"/>
          </w:tcPr>
          <w:p>
            <w:r>
              <w:t>Collaborative Research</w:t>
            </w:r>
          </w:p>
        </w:tc>
        <w:tc>
          <w:tcPr>
            <w:tcW w:type="dxa" w:w="2160"/>
          </w:tcPr>
          <w:p>
            <w:r>
              <w:t>Are you collaborating with any research institutions or universities on wheat research?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1052-0378</w:t>
            </w:r>
          </w:p>
        </w:tc>
        <w:tc>
          <w:tcPr>
            <w:tcW w:type="dxa" w:w="2160"/>
          </w:tcPr>
          <w:p>
            <w:r>
              <w:t>Collaborative Research</w:t>
            </w:r>
          </w:p>
        </w:tc>
        <w:tc>
          <w:tcPr>
            <w:tcW w:type="dxa" w:w="2160"/>
          </w:tcPr>
          <w:p>
            <w:r>
              <w:t>What specific contributions do your collaborators make to the research initiatives?</w:t>
              <w:br/>
              <w:t>Answer type: Long text + evidence</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1052-0379</w:t>
            </w:r>
          </w:p>
        </w:tc>
        <w:tc>
          <w:tcPr>
            <w:tcW w:type="dxa" w:w="2160"/>
          </w:tcPr>
          <w:p>
            <w:r>
              <w:t>Experimental Methods</w:t>
            </w:r>
          </w:p>
        </w:tc>
        <w:tc>
          <w:tcPr>
            <w:tcW w:type="dxa" w:w="2160"/>
          </w:tcPr>
          <w:p>
            <w:r>
              <w:t>What experimental methods do you employ to test new wheat varieties?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1052-0380</w:t>
            </w:r>
          </w:p>
        </w:tc>
        <w:tc>
          <w:tcPr>
            <w:tcW w:type="dxa" w:w="2160"/>
          </w:tcPr>
          <w:p>
            <w:r>
              <w:t>Experimental Methods</w:t>
            </w:r>
          </w:p>
        </w:tc>
        <w:tc>
          <w:tcPr>
            <w:tcW w:type="dxa" w:w="2160"/>
          </w:tcPr>
          <w:p>
            <w:r>
              <w:t>How do you ensure that your experimental methods comply with industry standards?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1052-0381</w:t>
            </w:r>
          </w:p>
        </w:tc>
        <w:tc>
          <w:tcPr>
            <w:tcW w:type="dxa" w:w="2160"/>
          </w:tcPr>
          <w:p>
            <w:r>
              <w:t>Data Collection</w:t>
            </w:r>
          </w:p>
        </w:tc>
        <w:tc>
          <w:tcPr>
            <w:tcW w:type="dxa" w:w="2160"/>
          </w:tcPr>
          <w:p>
            <w:r>
              <w:t>What types of data do you collect during your R&amp;D initiatives on wheat?</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1052-0382</w:t>
            </w:r>
          </w:p>
        </w:tc>
        <w:tc>
          <w:tcPr>
            <w:tcW w:type="dxa" w:w="2160"/>
          </w:tcPr>
          <w:p>
            <w:r>
              <w:t>Data Collection</w:t>
            </w:r>
          </w:p>
        </w:tc>
        <w:tc>
          <w:tcPr>
            <w:tcW w:type="dxa" w:w="2160"/>
          </w:tcPr>
          <w:p>
            <w:r>
              <w:t>How frequently do you analyze the data collected from your R&amp;D initiatives?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1052-0383</w:t>
            </w:r>
          </w:p>
        </w:tc>
        <w:tc>
          <w:tcPr>
            <w:tcW w:type="dxa" w:w="2160"/>
          </w:tcPr>
          <w:p>
            <w:r>
              <w:t>Funding Sources</w:t>
            </w:r>
          </w:p>
        </w:tc>
        <w:tc>
          <w:tcPr>
            <w:tcW w:type="dxa" w:w="2160"/>
          </w:tcPr>
          <w:p>
            <w:r>
              <w:t>What funding sources do you utilize for your R&amp;D initiatives?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1052-0384</w:t>
            </w:r>
          </w:p>
        </w:tc>
        <w:tc>
          <w:tcPr>
            <w:tcW w:type="dxa" w:w="2160"/>
          </w:tcPr>
          <w:p>
            <w:r>
              <w:t>Funding Sources</w:t>
            </w:r>
          </w:p>
        </w:tc>
        <w:tc>
          <w:tcPr>
            <w:tcW w:type="dxa" w:w="2160"/>
          </w:tcPr>
          <w:p>
            <w:r>
              <w:t>Have you received any grants or subsidies for your wheat R&amp;D initiatives?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1052-0385</w:t>
            </w:r>
          </w:p>
        </w:tc>
        <w:tc>
          <w:tcPr>
            <w:tcW w:type="dxa" w:w="2160"/>
          </w:tcPr>
          <w:p>
            <w:r>
              <w:t>Outcomes</w:t>
            </w:r>
          </w:p>
        </w:tc>
        <w:tc>
          <w:tcPr>
            <w:tcW w:type="dxa" w:w="2160"/>
          </w:tcPr>
          <w:p>
            <w:r>
              <w:t>What are the expected outcomes of your current R&amp;D initiatives on wheat?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1052-0386</w:t>
            </w:r>
          </w:p>
        </w:tc>
        <w:tc>
          <w:tcPr>
            <w:tcW w:type="dxa" w:w="2160"/>
          </w:tcPr>
          <w:p>
            <w:r>
              <w:t>Outcomes</w:t>
            </w:r>
          </w:p>
        </w:tc>
        <w:tc>
          <w:tcPr>
            <w:tcW w:type="dxa" w:w="2160"/>
          </w:tcPr>
          <w:p>
            <w:r>
              <w:t>How do you plan to disseminate the results of your R&amp;D initiatives to the farming community?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1052-0387</w:t>
            </w:r>
          </w:p>
        </w:tc>
        <w:tc>
          <w:tcPr>
            <w:tcW w:type="dxa" w:w="2160"/>
          </w:tcPr>
          <w:p>
            <w:r>
              <w:t>Experimental Trials</w:t>
            </w:r>
          </w:p>
        </w:tc>
        <w:tc>
          <w:tcPr>
            <w:tcW w:type="dxa" w:w="2160"/>
          </w:tcPr>
          <w:p>
            <w:r>
              <w:t>What experimental trials did you conduct to develop new wheat varieties this year?</w:t>
              <w:br/>
              <w:t>Answer type: text</w:t>
              <w:br/>
              <w:t>Trigger: if trials_conducted='yes'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1052-0388</w:t>
            </w:r>
          </w:p>
        </w:tc>
        <w:tc>
          <w:tcPr>
            <w:tcW w:type="dxa" w:w="2160"/>
          </w:tcPr>
          <w:p>
            <w:r>
              <w:t>Collaboration Efforts</w:t>
            </w:r>
          </w:p>
        </w:tc>
        <w:tc>
          <w:tcPr>
            <w:tcW w:type="dxa" w:w="2160"/>
          </w:tcPr>
          <w:p>
            <w:r>
              <w:t>Did you collaborate with any universities or research institutions on wheat crop development this year? If so, please describe.</w:t>
              <w:br/>
              <w:t>Answer type: text</w:t>
              <w:br/>
              <w:t>Trigger: if collaboration='yes'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1052-0389</w:t>
            </w:r>
          </w:p>
        </w:tc>
        <w:tc>
          <w:tcPr>
            <w:tcW w:type="dxa" w:w="2160"/>
          </w:tcPr>
          <w:p>
            <w:r>
              <w:t>Data Collection</w:t>
            </w:r>
          </w:p>
        </w:tc>
        <w:tc>
          <w:tcPr>
            <w:tcW w:type="dxa" w:w="2160"/>
          </w:tcPr>
          <w:p>
            <w:r>
              <w:t>What methods were used to collect data on the performance of new wheat varieties developed during the tax year?</w:t>
              <w:br/>
              <w:t>Answer type: text</w:t>
              <w:br/>
              <w:t>Trigger: if data_collection_methods='yes'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1052-0390</w:t>
            </w:r>
          </w:p>
        </w:tc>
        <w:tc>
          <w:tcPr>
            <w:tcW w:type="dxa" w:w="2160"/>
          </w:tcPr>
          <w:p>
            <w:r>
              <w:t>Results Analysis</w:t>
            </w:r>
          </w:p>
        </w:tc>
        <w:tc>
          <w:tcPr>
            <w:tcW w:type="dxa" w:w="2160"/>
          </w:tcPr>
          <w:p>
            <w:r>
              <w:t>What were the key findings from your crop research and development efforts this year?</w:t>
              <w:br/>
              <w:t>Answer type: text</w:t>
              <w:br/>
              <w:t>Trigger: if findings_available='yes'</w:t>
              <w:br/>
              <w:t>Required: Yes</w:t>
              <w:br/>
              <w:t>Risk: High</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ENERGY-EFFICIENCY-MEASURES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1052-0391</w:t>
            </w:r>
          </w:p>
        </w:tc>
        <w:tc>
          <w:tcPr>
            <w:tcW w:type="dxa" w:w="2160"/>
          </w:tcPr>
          <w:p>
            <w:r>
              <w:t>Energy Audits</w:t>
            </w:r>
          </w:p>
        </w:tc>
        <w:tc>
          <w:tcPr>
            <w:tcW w:type="dxa" w:w="2160"/>
          </w:tcPr>
          <w:p>
            <w:r>
              <w:t>What specific energy audit methodologies have you implemented in your wheat farming operations to identify energy inefficiencies?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1052-0392</w:t>
            </w:r>
          </w:p>
        </w:tc>
        <w:tc>
          <w:tcPr>
            <w:tcW w:type="dxa" w:w="2160"/>
          </w:tcPr>
          <w:p>
            <w:r>
              <w:t>Renewable Energy Sources</w:t>
            </w:r>
          </w:p>
        </w:tc>
        <w:tc>
          <w:tcPr>
            <w:tcW w:type="dxa" w:w="2160"/>
          </w:tcPr>
          <w:p>
            <w:r>
              <w:t>Have you integrated any renewable energy sources (e.g., solar, wind) into your farming operations? If yes, please provide details on the type and scale of integration.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1052-0393</w:t>
            </w:r>
          </w:p>
        </w:tc>
        <w:tc>
          <w:tcPr>
            <w:tcW w:type="dxa" w:w="2160"/>
          </w:tcPr>
          <w:p>
            <w:r>
              <w:t>Equipment Efficiency</w:t>
            </w:r>
          </w:p>
        </w:tc>
        <w:tc>
          <w:tcPr>
            <w:tcW w:type="dxa" w:w="2160"/>
          </w:tcPr>
          <w:p>
            <w:r>
              <w:t>What specific energy-efficient equipment or technologies have you adopted in your wheat farming processes, and what was the rationale behind their selection?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1052-0394</w:t>
            </w:r>
          </w:p>
        </w:tc>
        <w:tc>
          <w:tcPr>
            <w:tcW w:type="dxa" w:w="2160"/>
          </w:tcPr>
          <w:p>
            <w:r>
              <w:t>Cost Savings</w:t>
            </w:r>
          </w:p>
        </w:tc>
        <w:tc>
          <w:tcPr>
            <w:tcW w:type="dxa" w:w="2160"/>
          </w:tcPr>
          <w:p>
            <w:r>
              <w:t>Can you quantify the cost savings achieved through energy efficiency measures in your operations over the past year? Please provide specific figures and calculations if available.</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1052-0395</w:t>
            </w:r>
          </w:p>
        </w:tc>
        <w:tc>
          <w:tcPr>
            <w:tcW w:type="dxa" w:w="2160"/>
          </w:tcPr>
          <w:p>
            <w:r>
              <w:t>Sustainability Metrics</w:t>
            </w:r>
          </w:p>
        </w:tc>
        <w:tc>
          <w:tcPr>
            <w:tcW w:type="dxa" w:w="2160"/>
          </w:tcPr>
          <w:p>
            <w:r>
              <w:t>What sustainability metrics do you track to evaluate the effectiveness of your energy efficiency measures in wheat farming?</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1052-0396</w:t>
            </w:r>
          </w:p>
        </w:tc>
        <w:tc>
          <w:tcPr>
            <w:tcW w:type="dxa" w:w="2160"/>
          </w:tcPr>
          <w:p>
            <w:r>
              <w:t>Regulatory Incentives</w:t>
            </w:r>
          </w:p>
        </w:tc>
        <w:tc>
          <w:tcPr>
            <w:tcW w:type="dxa" w:w="2160"/>
          </w:tcPr>
          <w:p>
            <w:r>
              <w:t>Have you applied for or received any regulatory incentives for implementing energy efficiency measures in your wheat farming operations? If yes, please specify the programs and outcomes.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1052-0397</w:t>
            </w:r>
          </w:p>
        </w:tc>
        <w:tc>
          <w:tcPr>
            <w:tcW w:type="dxa" w:w="2160"/>
          </w:tcPr>
          <w:p>
            <w:r>
              <w:t>Energy Audits</w:t>
            </w:r>
          </w:p>
        </w:tc>
        <w:tc>
          <w:tcPr>
            <w:tcW w:type="dxa" w:w="2160"/>
          </w:tcPr>
          <w:p>
            <w:r>
              <w:t>How frequently do you conduct energy audits on your farming operations, and what changes have resulted from these audits?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1052-0398</w:t>
            </w:r>
          </w:p>
        </w:tc>
        <w:tc>
          <w:tcPr>
            <w:tcW w:type="dxa" w:w="2160"/>
          </w:tcPr>
          <w:p>
            <w:r>
              <w:t>Renewable Energy Sources</w:t>
            </w:r>
          </w:p>
        </w:tc>
        <w:tc>
          <w:tcPr>
            <w:tcW w:type="dxa" w:w="2160"/>
          </w:tcPr>
          <w:p>
            <w:r>
              <w:t>What percentage of your total energy consumption is derived from renewable sources, and how has this changed over the past three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1052-0399</w:t>
            </w:r>
          </w:p>
        </w:tc>
        <w:tc>
          <w:tcPr>
            <w:tcW w:type="dxa" w:w="2160"/>
          </w:tcPr>
          <w:p>
            <w:r>
              <w:t>Equipment Efficiency</w:t>
            </w:r>
          </w:p>
        </w:tc>
        <w:tc>
          <w:tcPr>
            <w:tcW w:type="dxa" w:w="2160"/>
          </w:tcPr>
          <w:p>
            <w:r>
              <w:t>What specific metrics do you use to measure the efficiency of your farming equipment, and how do these metrics influence your purchasing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1052-0400</w:t>
            </w:r>
          </w:p>
        </w:tc>
        <w:tc>
          <w:tcPr>
            <w:tcW w:type="dxa" w:w="2160"/>
          </w:tcPr>
          <w:p>
            <w:r>
              <w:t>Cost Savings</w:t>
            </w:r>
          </w:p>
        </w:tc>
        <w:tc>
          <w:tcPr>
            <w:tcW w:type="dxa" w:w="2160"/>
          </w:tcPr>
          <w:p>
            <w:r>
              <w:t>What are the projected cost savings from energy efficiency measures you plan to implement in the next fiscal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1052-0401</w:t>
            </w:r>
          </w:p>
        </w:tc>
        <w:tc>
          <w:tcPr>
            <w:tcW w:type="dxa" w:w="2160"/>
          </w:tcPr>
          <w:p>
            <w:r>
              <w:t>Sustainability Metrics</w:t>
            </w:r>
          </w:p>
        </w:tc>
        <w:tc>
          <w:tcPr>
            <w:tcW w:type="dxa" w:w="2160"/>
          </w:tcPr>
          <w:p>
            <w:r>
              <w:t>How do you quantify the environmental impact of your energy efficiency measures, and what specific data do you collect?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1052-0402</w:t>
            </w:r>
          </w:p>
        </w:tc>
        <w:tc>
          <w:tcPr>
            <w:tcW w:type="dxa" w:w="2160"/>
          </w:tcPr>
          <w:p>
            <w:r>
              <w:t>Regulatory Incentives</w:t>
            </w:r>
          </w:p>
        </w:tc>
        <w:tc>
          <w:tcPr>
            <w:tcW w:type="dxa" w:w="2160"/>
          </w:tcPr>
          <w:p>
            <w:r>
              <w:t>Are you aware of any upcoming regulatory changes that may impact your energy efficiency measures? If so,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1052-0403</w:t>
            </w:r>
          </w:p>
        </w:tc>
        <w:tc>
          <w:tcPr>
            <w:tcW w:type="dxa" w:w="2160"/>
          </w:tcPr>
          <w:p>
            <w:r>
              <w:t>Energy Audits</w:t>
            </w:r>
          </w:p>
        </w:tc>
        <w:tc>
          <w:tcPr>
            <w:tcW w:type="dxa" w:w="2160"/>
          </w:tcPr>
          <w:p>
            <w:r>
              <w:t>What challenges have you faced in implementing recommendations from energy audits, and how have you addressed these challenges?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1052-0404</w:t>
            </w:r>
          </w:p>
        </w:tc>
        <w:tc>
          <w:tcPr>
            <w:tcW w:type="dxa" w:w="2160"/>
          </w:tcPr>
          <w:p>
            <w:r>
              <w:t>Renewable Energy Sources</w:t>
            </w:r>
          </w:p>
        </w:tc>
        <w:tc>
          <w:tcPr>
            <w:tcW w:type="dxa" w:w="2160"/>
          </w:tcPr>
          <w:p>
            <w:r>
              <w:t>What future plans do you have for expanding renewable energy use in your wheat farming operations, and what factors will influence these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WASTE-MANAGEMENT-AND-BYPRODUCTS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1052-0405</w:t>
            </w:r>
          </w:p>
        </w:tc>
        <w:tc>
          <w:tcPr>
            <w:tcW w:type="dxa" w:w="2160"/>
          </w:tcPr>
          <w:p>
            <w:r>
              <w:t>Recycling Practices</w:t>
            </w:r>
          </w:p>
        </w:tc>
        <w:tc>
          <w:tcPr>
            <w:tcW w:type="dxa" w:w="2160"/>
          </w:tcPr>
          <w:p>
            <w:r>
              <w:t>What specific recycling methods are implemented in your wheat processing operations, and how do these methods reduce waste?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1052-0406</w:t>
            </w:r>
          </w:p>
        </w:tc>
        <w:tc>
          <w:tcPr>
            <w:tcW w:type="dxa" w:w="2160"/>
          </w:tcPr>
          <w:p>
            <w:r>
              <w:t>Composting Initiatives</w:t>
            </w:r>
          </w:p>
        </w:tc>
        <w:tc>
          <w:tcPr>
            <w:tcW w:type="dxa" w:w="2160"/>
          </w:tcPr>
          <w:p>
            <w:r>
              <w:t>Describe your composting processes for organic waste generated during wheat processing. What materials are composted, and what is the resulting product used for?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1052-0407</w:t>
            </w:r>
          </w:p>
        </w:tc>
        <w:tc>
          <w:tcPr>
            <w:tcW w:type="dxa" w:w="2160"/>
          </w:tcPr>
          <w:p>
            <w:r>
              <w:t>Byproduct Utilization</w:t>
            </w:r>
          </w:p>
        </w:tc>
        <w:tc>
          <w:tcPr>
            <w:tcW w:type="dxa" w:w="2160"/>
          </w:tcPr>
          <w:p>
            <w:r>
              <w:t>What byproducts are generated from your wheat processing, and how are they utilized or sold? Please provide specific examples and any relevant economic impacts.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1052-0408</w:t>
            </w:r>
          </w:p>
        </w:tc>
        <w:tc>
          <w:tcPr>
            <w:tcW w:type="dxa" w:w="2160"/>
          </w:tcPr>
          <w:p>
            <w:r>
              <w:t>Environmental Impact</w:t>
            </w:r>
          </w:p>
        </w:tc>
        <w:tc>
          <w:tcPr>
            <w:tcW w:type="dxa" w:w="2160"/>
          </w:tcPr>
          <w:p>
            <w:r>
              <w:t>How do your waste management practices impact the local environment? Please provide any assessments or studies conducted to evaluate this impact.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1052-0409</w:t>
            </w:r>
          </w:p>
        </w:tc>
        <w:tc>
          <w:tcPr>
            <w:tcW w:type="dxa" w:w="2160"/>
          </w:tcPr>
          <w:p>
            <w:r>
              <w:t>Regulatory Compliance</w:t>
            </w:r>
          </w:p>
        </w:tc>
        <w:tc>
          <w:tcPr>
            <w:tcW w:type="dxa" w:w="2160"/>
          </w:tcPr>
          <w:p>
            <w:r>
              <w:t>What regulations govern your waste management practices in wheat processing?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1052-0410</w:t>
            </w:r>
          </w:p>
        </w:tc>
        <w:tc>
          <w:tcPr>
            <w:tcW w:type="dxa" w:w="2160"/>
          </w:tcPr>
          <w:p>
            <w:r>
              <w:t>Sustainability Initiatives</w:t>
            </w:r>
          </w:p>
        </w:tc>
        <w:tc>
          <w:tcPr>
            <w:tcW w:type="dxa" w:w="2160"/>
          </w:tcPr>
          <w:p>
            <w:r>
              <w:t>What sustainability initiatives have you implemented related to waste management in your wheat processing operations? Please describe their goals and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1052-0411</w:t>
            </w:r>
          </w:p>
        </w:tc>
        <w:tc>
          <w:tcPr>
            <w:tcW w:type="dxa" w:w="2160"/>
          </w:tcPr>
          <w:p>
            <w:r>
              <w:t>Recycling Metrics</w:t>
            </w:r>
          </w:p>
        </w:tc>
        <w:tc>
          <w:tcPr>
            <w:tcW w:type="dxa" w:w="2160"/>
          </w:tcPr>
          <w:p>
            <w:r>
              <w:t>What percentage of your total waste generated from wheat processing is recycled? Please provide the calculation method used to determine this percentage.</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1052-0412</w:t>
            </w:r>
          </w:p>
        </w:tc>
        <w:tc>
          <w:tcPr>
            <w:tcW w:type="dxa" w:w="2160"/>
          </w:tcPr>
          <w:p>
            <w:r>
              <w:t>Composting Volume</w:t>
            </w:r>
          </w:p>
        </w:tc>
        <w:tc>
          <w:tcPr>
            <w:tcW w:type="dxa" w:w="2160"/>
          </w:tcPr>
          <w:p>
            <w:r>
              <w:t>What is the total volume of organic waste composted annually from your wheat processing operations? Please specify the measurement unit used.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1052-0413</w:t>
            </w:r>
          </w:p>
        </w:tc>
        <w:tc>
          <w:tcPr>
            <w:tcW w:type="dxa" w:w="2160"/>
          </w:tcPr>
          <w:p>
            <w:r>
              <w:t>Byproduct Revenue</w:t>
            </w:r>
          </w:p>
        </w:tc>
        <w:tc>
          <w:tcPr>
            <w:tcW w:type="dxa" w:w="2160"/>
          </w:tcPr>
          <w:p>
            <w:r>
              <w:t>What is the annual revenue generated from the sale of byproducts from your wheat processing? Please provide the amount and any relevant details.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1052-0414</w:t>
            </w:r>
          </w:p>
        </w:tc>
        <w:tc>
          <w:tcPr>
            <w:tcW w:type="dxa" w:w="2160"/>
          </w:tcPr>
          <w:p>
            <w:r>
              <w:t>Waste Reduction Goals</w:t>
            </w:r>
          </w:p>
        </w:tc>
        <w:tc>
          <w:tcPr>
            <w:tcW w:type="dxa" w:w="2160"/>
          </w:tcPr>
          <w:p>
            <w:r>
              <w:t>What specific waste reduction goals have you set for your wheat processing operations, and what progress have you made towards achieving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1052-0415</w:t>
            </w:r>
          </w:p>
        </w:tc>
        <w:tc>
          <w:tcPr>
            <w:tcW w:type="dxa" w:w="2160"/>
          </w:tcPr>
          <w:p>
            <w:r>
              <w:t>Waste Audits</w:t>
            </w:r>
          </w:p>
        </w:tc>
        <w:tc>
          <w:tcPr>
            <w:tcW w:type="dxa" w:w="2160"/>
          </w:tcPr>
          <w:p>
            <w:r>
              <w:t>Have you conducted any waste audits in your wheat processing operations? If so, what were the findings and how have they influenced your waste management practices?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1052-0416</w:t>
            </w:r>
          </w:p>
        </w:tc>
        <w:tc>
          <w:tcPr>
            <w:tcW w:type="dxa" w:w="2160"/>
          </w:tcPr>
          <w:p>
            <w:r>
              <w:t>Training Programs</w:t>
            </w:r>
          </w:p>
        </w:tc>
        <w:tc>
          <w:tcPr>
            <w:tcW w:type="dxa" w:w="2160"/>
          </w:tcPr>
          <w:p>
            <w:r>
              <w:t>What training programs are in place for your staff regarding waste management and sustainability practices in wheat processing? Please describe their content and frequency.</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1052-0417</w:t>
            </w:r>
          </w:p>
        </w:tc>
        <w:tc>
          <w:tcPr>
            <w:tcW w:type="dxa" w:w="2160"/>
          </w:tcPr>
          <w:p>
            <w:r>
              <w:t>Partnerships</w:t>
            </w:r>
          </w:p>
        </w:tc>
        <w:tc>
          <w:tcPr>
            <w:tcW w:type="dxa" w:w="2160"/>
          </w:tcPr>
          <w:p>
            <w:r>
              <w:t>Do you collaborate with any external organizations or agencies to enhance your waste management practices? If yes, please provide details about these partnerships.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1052-0418</w:t>
            </w:r>
          </w:p>
        </w:tc>
        <w:tc>
          <w:tcPr>
            <w:tcW w:type="dxa" w:w="2160"/>
          </w:tcPr>
          <w:p>
            <w:r>
              <w:t>Future Plans</w:t>
            </w:r>
          </w:p>
        </w:tc>
        <w:tc>
          <w:tcPr>
            <w:tcW w:type="dxa" w:w="2160"/>
          </w:tcPr>
          <w:p>
            <w:r>
              <w:t>What future plans do you have for improving waste management and byproduct utilization in your wheat processing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MARKETING-AND-EXPORT-STRATEGIES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1052-0419</w:t>
            </w:r>
          </w:p>
        </w:tc>
        <w:tc>
          <w:tcPr>
            <w:tcW w:type="dxa" w:w="2160"/>
          </w:tcPr>
          <w:p>
            <w:r>
              <w:t>Market Research</w:t>
            </w:r>
          </w:p>
        </w:tc>
        <w:tc>
          <w:tcPr>
            <w:tcW w:type="dxa" w:w="2160"/>
          </w:tcPr>
          <w:p>
            <w:r>
              <w:t>What specific methodologies did you employ to assess consumer demand for your wheat products in both domestic and international markets?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1052-0420</w:t>
            </w:r>
          </w:p>
        </w:tc>
        <w:tc>
          <w:tcPr>
            <w:tcW w:type="dxa" w:w="2160"/>
          </w:tcPr>
          <w:p>
            <w:r>
              <w:t>Branding</w:t>
            </w:r>
          </w:p>
        </w:tc>
        <w:tc>
          <w:tcPr>
            <w:tcW w:type="dxa" w:w="2160"/>
          </w:tcPr>
          <w:p>
            <w:r>
              <w:t>Can you describe the process of developing your brand identity for wheat products, including any experimental approaches taken to differentiate from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1052-0421</w:t>
            </w:r>
          </w:p>
        </w:tc>
        <w:tc>
          <w:tcPr>
            <w:tcW w:type="dxa" w:w="2160"/>
          </w:tcPr>
          <w:p>
            <w:r>
              <w:t>Export Regulations</w:t>
            </w:r>
          </w:p>
        </w:tc>
        <w:tc>
          <w:tcPr>
            <w:tcW w:type="dxa" w:w="2160"/>
          </w:tcPr>
          <w:p>
            <w:r>
              <w:t>What steps have you taken to ensure compliance with export regulations for your wheat products, and what challenges did you face during this process?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1052-0422</w:t>
            </w:r>
          </w:p>
        </w:tc>
        <w:tc>
          <w:tcPr>
            <w:tcW w:type="dxa" w:w="2160"/>
          </w:tcPr>
          <w:p>
            <w:r>
              <w:t>International Standards</w:t>
            </w:r>
          </w:p>
        </w:tc>
        <w:tc>
          <w:tcPr>
            <w:tcW w:type="dxa" w:w="2160"/>
          </w:tcPr>
          <w:p>
            <w:r>
              <w:t>Which international standards for food safety and quality have you implemented in your wheat production, and how did you determine their applicability?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1052-0423</w:t>
            </w:r>
          </w:p>
        </w:tc>
        <w:tc>
          <w:tcPr>
            <w:tcW w:type="dxa" w:w="2160"/>
          </w:tcPr>
          <w:p>
            <w:r>
              <w:t>Supply Chain Management</w:t>
            </w:r>
          </w:p>
        </w:tc>
        <w:tc>
          <w:tcPr>
            <w:tcW w:type="dxa" w:w="2160"/>
          </w:tcPr>
          <w:p>
            <w:r>
              <w:t>What innovative strategies have you adopted in your supply chain management to enhance the efficiency of wheat distribution, and what experimental results did you observe?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1052-0424</w:t>
            </w:r>
          </w:p>
        </w:tc>
        <w:tc>
          <w:tcPr>
            <w:tcW w:type="dxa" w:w="2160"/>
          </w:tcPr>
          <w:p>
            <w:r>
              <w:t>Consumer Trends</w:t>
            </w:r>
          </w:p>
        </w:tc>
        <w:tc>
          <w:tcPr>
            <w:tcW w:type="dxa" w:w="2160"/>
          </w:tcPr>
          <w:p>
            <w:r>
              <w:t>How do you gather and analyze data on consumer trends related to wheat products, and what insights have led to changes in your marketing strategy?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1052-0425</w:t>
            </w:r>
          </w:p>
        </w:tc>
        <w:tc>
          <w:tcPr>
            <w:tcW w:type="dxa" w:w="2160"/>
          </w:tcPr>
          <w:p>
            <w:r>
              <w:t>Market Research</w:t>
            </w:r>
          </w:p>
        </w:tc>
        <w:tc>
          <w:tcPr>
            <w:tcW w:type="dxa" w:w="2160"/>
          </w:tcPr>
          <w:p>
            <w:r>
              <w:t>What specific data sources do you utilize for market research on wheat products, and how do you validate the reliability of this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1052-0426</w:t>
            </w:r>
          </w:p>
        </w:tc>
        <w:tc>
          <w:tcPr>
            <w:tcW w:type="dxa" w:w="2160"/>
          </w:tcPr>
          <w:p>
            <w:r>
              <w:t>Branding</w:t>
            </w:r>
          </w:p>
        </w:tc>
        <w:tc>
          <w:tcPr>
            <w:tcW w:type="dxa" w:w="2160"/>
          </w:tcPr>
          <w:p>
            <w:r>
              <w:t>Can you provide examples of branding experiments you conducted to test consumer response to different packaging designs for your wheat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1052-0427</w:t>
            </w:r>
          </w:p>
        </w:tc>
        <w:tc>
          <w:tcPr>
            <w:tcW w:type="dxa" w:w="2160"/>
          </w:tcPr>
          <w:p>
            <w:r>
              <w:t>Export Regulations</w:t>
            </w:r>
          </w:p>
        </w:tc>
        <w:tc>
          <w:tcPr>
            <w:tcW w:type="dxa" w:w="2160"/>
          </w:tcPr>
          <w:p>
            <w:r>
              <w:t>What documentation do you maintain to demonstrate compliance with export regulations, and how do you ensure this documentation is up-to-date?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1052-0428</w:t>
            </w:r>
          </w:p>
        </w:tc>
        <w:tc>
          <w:tcPr>
            <w:tcW w:type="dxa" w:w="2160"/>
          </w:tcPr>
          <w:p>
            <w:r>
              <w:t>International Standards</w:t>
            </w:r>
          </w:p>
        </w:tc>
        <w:tc>
          <w:tcPr>
            <w:tcW w:type="dxa" w:w="2160"/>
          </w:tcPr>
          <w:p>
            <w:r>
              <w:t>What processes do you have in place to monitor changes in international standards that may affect your wheat products, and how do you adapt your practices accordingly?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1052-0429</w:t>
            </w:r>
          </w:p>
        </w:tc>
        <w:tc>
          <w:tcPr>
            <w:tcW w:type="dxa" w:w="2160"/>
          </w:tcPr>
          <w:p>
            <w:r>
              <w:t>Supply Chain Management</w:t>
            </w:r>
          </w:p>
        </w:tc>
        <w:tc>
          <w:tcPr>
            <w:tcW w:type="dxa" w:w="2160"/>
          </w:tcPr>
          <w:p>
            <w:r>
              <w:t>Have you implemented any technological innovations in your supply chain for wheat distribution? If so, what were the outcomes of these innovations?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1052-0430</w:t>
            </w:r>
          </w:p>
        </w:tc>
        <w:tc>
          <w:tcPr>
            <w:tcW w:type="dxa" w:w="2160"/>
          </w:tcPr>
          <w:p>
            <w:r>
              <w:t>Consumer Trends</w:t>
            </w:r>
          </w:p>
        </w:tc>
        <w:tc>
          <w:tcPr>
            <w:tcW w:type="dxa" w:w="2160"/>
          </w:tcPr>
          <w:p>
            <w:r>
              <w:t>How do you track and respond to shifts in consumer preferences for wheat products, and can you provide an example of a strategic change made as a result?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1052-0431</w:t>
            </w:r>
          </w:p>
        </w:tc>
        <w:tc>
          <w:tcPr>
            <w:tcW w:type="dxa" w:w="2160"/>
          </w:tcPr>
          <w:p>
            <w:r>
              <w:t>Market Research</w:t>
            </w:r>
          </w:p>
        </w:tc>
        <w:tc>
          <w:tcPr>
            <w:tcW w:type="dxa" w:w="2160"/>
          </w:tcPr>
          <w:p>
            <w:r>
              <w:t>What experimental techniques have you used to test the effectiveness of different marketing channels for promoting your wheat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1052-0432</w:t>
            </w:r>
          </w:p>
        </w:tc>
        <w:tc>
          <w:tcPr>
            <w:tcW w:type="dxa" w:w="2160"/>
          </w:tcPr>
          <w:p>
            <w:r>
              <w:t>Branding</w:t>
            </w:r>
          </w:p>
        </w:tc>
        <w:tc>
          <w:tcPr>
            <w:tcW w:type="dxa" w:w="2160"/>
          </w:tcPr>
          <w:p>
            <w:r>
              <w:t>What feedback mechanisms do you have in place to assess consumer perception of your wheat brand, and how have these influenced your branding strategy?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CLIMATE-CHANGE-ADAPTATION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1052-0433</w:t>
            </w:r>
          </w:p>
        </w:tc>
        <w:tc>
          <w:tcPr>
            <w:tcW w:type="dxa" w:w="2160"/>
          </w:tcPr>
          <w:p>
            <w:r>
              <w:t>Resilient Varieties</w:t>
            </w:r>
          </w:p>
        </w:tc>
        <w:tc>
          <w:tcPr>
            <w:tcW w:type="dxa" w:w="2160"/>
          </w:tcPr>
          <w:p>
            <w:r>
              <w:t>What specific resilient wheat varieties have you tested or implemented on your farm to adapt to climate change impacts, and what were the results of these trials?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1052-0434</w:t>
            </w:r>
          </w:p>
        </w:tc>
        <w:tc>
          <w:tcPr>
            <w:tcW w:type="dxa" w:w="2160"/>
          </w:tcPr>
          <w:p>
            <w:r>
              <w:t>Water Management</w:t>
            </w:r>
          </w:p>
        </w:tc>
        <w:tc>
          <w:tcPr>
            <w:tcW w:type="dxa" w:w="2160"/>
          </w:tcPr>
          <w:p>
            <w:r>
              <w:t>What innovative water management techniques have you adopted in response to changing precipitation patterns, and how have these techniques been evaluated for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1052-0435</w:t>
            </w:r>
          </w:p>
        </w:tc>
        <w:tc>
          <w:tcPr>
            <w:tcW w:type="dxa" w:w="2160"/>
          </w:tcPr>
          <w:p>
            <w:r>
              <w:t>Crop Insurance</w:t>
            </w:r>
          </w:p>
        </w:tc>
        <w:tc>
          <w:tcPr>
            <w:tcW w:type="dxa" w:w="2160"/>
          </w:tcPr>
          <w:p>
            <w:r>
              <w:t>Have you sought specialized crop insurance products that address climate-related risks, and if so, what specific features do they include?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1052-0436</w:t>
            </w:r>
          </w:p>
        </w:tc>
        <w:tc>
          <w:tcPr>
            <w:tcW w:type="dxa" w:w="2160"/>
          </w:tcPr>
          <w:p>
            <w:r>
              <w:t>Risk Assessment</w:t>
            </w:r>
          </w:p>
        </w:tc>
        <w:tc>
          <w:tcPr>
            <w:tcW w:type="dxa" w:w="2160"/>
          </w:tcPr>
          <w:p>
            <w:r>
              <w:t>What methodologies do you use to assess the risks posed by climate change to your wheat farming operations, and can you provide examples of risk mitigation strategies implemented as a result?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1052-0437</w:t>
            </w:r>
          </w:p>
        </w:tc>
        <w:tc>
          <w:tcPr>
            <w:tcW w:type="dxa" w:w="2160"/>
          </w:tcPr>
          <w:p>
            <w:r>
              <w:t>Sustainable Practices</w:t>
            </w:r>
          </w:p>
        </w:tc>
        <w:tc>
          <w:tcPr>
            <w:tcW w:type="dxa" w:w="2160"/>
          </w:tcPr>
          <w:p>
            <w:r>
              <w:t>What sustainable agricultural practices have you integrated into your wheat farming operations to enhance resilience against climate change, and how do you measure their impact?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1052-0438</w:t>
            </w:r>
          </w:p>
        </w:tc>
        <w:tc>
          <w:tcPr>
            <w:tcW w:type="dxa" w:w="2160"/>
          </w:tcPr>
          <w:p>
            <w:r>
              <w:t>Policy Advocacy</w:t>
            </w:r>
          </w:p>
        </w:tc>
        <w:tc>
          <w:tcPr>
            <w:tcW w:type="dxa" w:w="2160"/>
          </w:tcPr>
          <w:p>
            <w:r>
              <w:t>Have you engaged in any advocacy efforts to influence agricultural policies related to climate change adaptation for wheat farming, and what specific outcomes have you aimed to achieve?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1052-0439</w:t>
            </w:r>
          </w:p>
        </w:tc>
        <w:tc>
          <w:tcPr>
            <w:tcW w:type="dxa" w:w="2160"/>
          </w:tcPr>
          <w:p>
            <w:r>
              <w:t>Resilient Varieties</w:t>
            </w:r>
          </w:p>
        </w:tc>
        <w:tc>
          <w:tcPr>
            <w:tcW w:type="dxa" w:w="2160"/>
          </w:tcPr>
          <w:p>
            <w:r>
              <w:t>What criteria do you use to select resilient wheat varieties, and how do you document the performance of these varieties under different climate scenarios?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1052-0440</w:t>
            </w:r>
          </w:p>
        </w:tc>
        <w:tc>
          <w:tcPr>
            <w:tcW w:type="dxa" w:w="2160"/>
          </w:tcPr>
          <w:p>
            <w:r>
              <w:t>Water Management</w:t>
            </w:r>
          </w:p>
        </w:tc>
        <w:tc>
          <w:tcPr>
            <w:tcW w:type="dxa" w:w="2160"/>
          </w:tcPr>
          <w:p>
            <w:r>
              <w:t>Can you detail any investments made in irrigation technology or systems that improve water efficiency in your wheat farming operations?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1052-0441</w:t>
            </w:r>
          </w:p>
        </w:tc>
        <w:tc>
          <w:tcPr>
            <w:tcW w:type="dxa" w:w="2160"/>
          </w:tcPr>
          <w:p>
            <w:r>
              <w:t>Crop Insurance</w:t>
            </w:r>
          </w:p>
        </w:tc>
        <w:tc>
          <w:tcPr>
            <w:tcW w:type="dxa" w:w="2160"/>
          </w:tcPr>
          <w:p>
            <w:r>
              <w:t>What percentage of your wheat crop is currently covered by climate-specific crop insurance, and how does this coverage align with your risk assessment findings?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1052-0442</w:t>
            </w:r>
          </w:p>
        </w:tc>
        <w:tc>
          <w:tcPr>
            <w:tcW w:type="dxa" w:w="2160"/>
          </w:tcPr>
          <w:p>
            <w:r>
              <w:t>Risk Assessment</w:t>
            </w:r>
          </w:p>
        </w:tc>
        <w:tc>
          <w:tcPr>
            <w:tcW w:type="dxa" w:w="2160"/>
          </w:tcPr>
          <w:p>
            <w:r>
              <w:t>How frequently do you conduct risk assessments related to climate change, and what specific factors do you consider during these assessments?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1052-0443</w:t>
            </w:r>
          </w:p>
        </w:tc>
        <w:tc>
          <w:tcPr>
            <w:tcW w:type="dxa" w:w="2160"/>
          </w:tcPr>
          <w:p>
            <w:r>
              <w:t>Sustainable Practices</w:t>
            </w:r>
          </w:p>
        </w:tc>
        <w:tc>
          <w:tcPr>
            <w:tcW w:type="dxa" w:w="2160"/>
          </w:tcPr>
          <w:p>
            <w:r>
              <w:t>What specific metrics do you track to evaluate the sustainability of your farming practices in relation to climate change adaptation?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1052-0444</w:t>
            </w:r>
          </w:p>
        </w:tc>
        <w:tc>
          <w:tcPr>
            <w:tcW w:type="dxa" w:w="2160"/>
          </w:tcPr>
          <w:p>
            <w:r>
              <w:t>Policy Advocacy</w:t>
            </w:r>
          </w:p>
        </w:tc>
        <w:tc>
          <w:tcPr>
            <w:tcW w:type="dxa" w:w="2160"/>
          </w:tcPr>
          <w:p>
            <w:r>
              <w:t>What specific policies or regulations have you advocated for that directly impact climate change adaptation strategies for wheat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1052-0445</w:t>
            </w:r>
          </w:p>
        </w:tc>
        <w:tc>
          <w:tcPr>
            <w:tcW w:type="dxa" w:w="2160"/>
          </w:tcPr>
          <w:p>
            <w:r>
              <w:t>Resilient Varieties</w:t>
            </w:r>
          </w:p>
        </w:tc>
        <w:tc>
          <w:tcPr>
            <w:tcW w:type="dxa" w:w="2160"/>
          </w:tcPr>
          <w:p>
            <w:r>
              <w:t>Have you collaborated with research institutions to develop or test new wheat varieties, and what were the key findings from these collaborations?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1052-0446</w:t>
            </w:r>
          </w:p>
        </w:tc>
        <w:tc>
          <w:tcPr>
            <w:tcW w:type="dxa" w:w="2160"/>
          </w:tcPr>
          <w:p>
            <w:r>
              <w:t>Water Management</w:t>
            </w:r>
          </w:p>
        </w:tc>
        <w:tc>
          <w:tcPr>
            <w:tcW w:type="dxa" w:w="2160"/>
          </w:tcPr>
          <w:p>
            <w:r>
              <w:t>What specific water conservation practices have you implemented, and how do you measure their effectiveness in mitigating climate change impacts?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1052-0447</w:t>
            </w:r>
          </w:p>
        </w:tc>
        <w:tc>
          <w:tcPr>
            <w:tcW w:type="dxa" w:w="2160"/>
          </w:tcPr>
          <w:p>
            <w:r>
              <w:t>Crop Insurance</w:t>
            </w:r>
          </w:p>
        </w:tc>
        <w:tc>
          <w:tcPr>
            <w:tcW w:type="dxa" w:w="2160"/>
          </w:tcPr>
          <w:p>
            <w:r>
              <w:t>How do you evaluate the effectiveness of your crop insurance in managing climate-related risks, and what adjustments have you made based on past experiences?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1052-0448</w:t>
            </w:r>
          </w:p>
        </w:tc>
        <w:tc>
          <w:tcPr>
            <w:tcW w:type="dxa" w:w="2160"/>
          </w:tcPr>
          <w:p>
            <w:r>
              <w:t>Risk Assessment</w:t>
            </w:r>
          </w:p>
        </w:tc>
        <w:tc>
          <w:tcPr>
            <w:tcW w:type="dxa" w:w="2160"/>
          </w:tcPr>
          <w:p>
            <w:r>
              <w:t>What tools or software do you utilize for climate risk assessment in your wheat farming operations, and how do they inform your management decisions?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1052-0449</w:t>
            </w:r>
          </w:p>
        </w:tc>
        <w:tc>
          <w:tcPr>
            <w:tcW w:type="dxa" w:w="2160"/>
          </w:tcPr>
          <w:p>
            <w:r>
              <w:t>Sustainable Practices</w:t>
            </w:r>
          </w:p>
        </w:tc>
        <w:tc>
          <w:tcPr>
            <w:tcW w:type="dxa" w:w="2160"/>
          </w:tcPr>
          <w:p>
            <w:r>
              <w:t>What specific training or resources have you provided to your team to implement sustainable practices in response to climate change?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1052-0450</w:t>
            </w:r>
          </w:p>
        </w:tc>
        <w:tc>
          <w:tcPr>
            <w:tcW w:type="dxa" w:w="2160"/>
          </w:tcPr>
          <w:p>
            <w:r>
              <w:t>Adaptation Strategies</w:t>
            </w:r>
          </w:p>
        </w:tc>
        <w:tc>
          <w:tcPr>
            <w:tcW w:type="dxa" w:w="2160"/>
          </w:tcPr>
          <w:p>
            <w:r>
              <w:t>What strategies did you implement to adapt your wheat farming practices to changing climate conditions this year?</w:t>
              <w:br/>
              <w:t>Answer type: text</w:t>
              <w:br/>
              <w:t>Trigger: if adaptation_strategies='yes'</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NUTRITIONAL-ANALYSIS-OF-WHEAT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1052-0451</w:t>
            </w:r>
          </w:p>
        </w:tc>
        <w:tc>
          <w:tcPr>
            <w:tcW w:type="dxa" w:w="2160"/>
          </w:tcPr>
          <w:p>
            <w:r>
              <w:t>Nutritional Testing</w:t>
            </w:r>
          </w:p>
        </w:tc>
        <w:tc>
          <w:tcPr>
            <w:tcW w:type="dxa" w:w="2160"/>
          </w:tcPr>
          <w:p>
            <w:r>
              <w:t>What specific methodologies did you employ for the nutritional analysis of your wheat products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1052-0452</w:t>
            </w:r>
          </w:p>
        </w:tc>
        <w:tc>
          <w:tcPr>
            <w:tcW w:type="dxa" w:w="2160"/>
          </w:tcPr>
          <w:p>
            <w:r>
              <w:t>Nutritional Testing</w:t>
            </w:r>
          </w:p>
        </w:tc>
        <w:tc>
          <w:tcPr>
            <w:tcW w:type="dxa" w:w="2160"/>
          </w:tcPr>
          <w:p>
            <w:r>
              <w:t>How did the results of your nutritional testing influence your product formulation decisions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1052-0453</w:t>
            </w:r>
          </w:p>
        </w:tc>
        <w:tc>
          <w:tcPr>
            <w:tcW w:type="dxa" w:w="2160"/>
          </w:tcPr>
          <w:p>
            <w:r>
              <w:t>Fortification</w:t>
            </w:r>
          </w:p>
        </w:tc>
        <w:tc>
          <w:tcPr>
            <w:tcW w:type="dxa" w:w="2160"/>
          </w:tcPr>
          <w:p>
            <w:r>
              <w:t>What new fortification strategies were tested in your wheat products during 2025,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1052-0454</w:t>
            </w:r>
          </w:p>
        </w:tc>
        <w:tc>
          <w:tcPr>
            <w:tcW w:type="dxa" w:w="2160"/>
          </w:tcPr>
          <w:p>
            <w:r>
              <w:t>Dietary Guidelines</w:t>
            </w:r>
          </w:p>
        </w:tc>
        <w:tc>
          <w:tcPr>
            <w:tcW w:type="dxa" w:w="2160"/>
          </w:tcPr>
          <w:p>
            <w:r>
              <w:t>Did you conduct any experiments to align your wheat products with updated dietary guidelines in 2025?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1052-0455</w:t>
            </w:r>
          </w:p>
        </w:tc>
        <w:tc>
          <w:tcPr>
            <w:tcW w:type="dxa" w:w="2160"/>
          </w:tcPr>
          <w:p>
            <w:r>
              <w:t>Consumer Education</w:t>
            </w:r>
          </w:p>
        </w:tc>
        <w:tc>
          <w:tcPr>
            <w:tcW w:type="dxa" w:w="2160"/>
          </w:tcPr>
          <w:p>
            <w:r>
              <w:t>What consumer education initiatives were developed based on your nutritional analysis findings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1052-0456</w:t>
            </w:r>
          </w:p>
        </w:tc>
        <w:tc>
          <w:tcPr>
            <w:tcW w:type="dxa" w:w="2160"/>
          </w:tcPr>
          <w:p>
            <w:r>
              <w:t>Health Claims</w:t>
            </w:r>
          </w:p>
        </w:tc>
        <w:tc>
          <w:tcPr>
            <w:tcW w:type="dxa" w:w="2160"/>
          </w:tcPr>
          <w:p>
            <w:r>
              <w:t>What health claims did you test for validity in 2025, and what evidence supports these claims?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1052-0457</w:t>
            </w:r>
          </w:p>
        </w:tc>
        <w:tc>
          <w:tcPr>
            <w:tcW w:type="dxa" w:w="2160"/>
          </w:tcPr>
          <w:p>
            <w:r>
              <w:t>Regulatory Compliance</w:t>
            </w:r>
          </w:p>
        </w:tc>
        <w:tc>
          <w:tcPr>
            <w:tcW w:type="dxa" w:w="2160"/>
          </w:tcPr>
          <w:p>
            <w:r>
              <w:t>What regulatory compliance tests were conducted for your wheat products in 2025, and what were the results?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1052-0458</w:t>
            </w:r>
          </w:p>
        </w:tc>
        <w:tc>
          <w:tcPr>
            <w:tcW w:type="dxa" w:w="2160"/>
          </w:tcPr>
          <w:p>
            <w:r>
              <w:t>Nutritional Testing</w:t>
            </w:r>
          </w:p>
        </w:tc>
        <w:tc>
          <w:tcPr>
            <w:tcW w:type="dxa" w:w="2160"/>
          </w:tcPr>
          <w:p>
            <w:r>
              <w:t>How frequently did you perform nutritional tests on your wheat products in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1052-0459</w:t>
            </w:r>
          </w:p>
        </w:tc>
        <w:tc>
          <w:tcPr>
            <w:tcW w:type="dxa" w:w="2160"/>
          </w:tcPr>
          <w:p>
            <w:r>
              <w:t>Fortification</w:t>
            </w:r>
          </w:p>
        </w:tc>
        <w:tc>
          <w:tcPr>
            <w:tcW w:type="dxa" w:w="2160"/>
          </w:tcPr>
          <w:p>
            <w:r>
              <w:t>What specific nutrients were targeted for fortification in your wheat products during 2025?</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1052-0460</w:t>
            </w:r>
          </w:p>
        </w:tc>
        <w:tc>
          <w:tcPr>
            <w:tcW w:type="dxa" w:w="2160"/>
          </w:tcPr>
          <w:p>
            <w:r>
              <w:t>Dietary Guidelines</w:t>
            </w:r>
          </w:p>
        </w:tc>
        <w:tc>
          <w:tcPr>
            <w:tcW w:type="dxa" w:w="2160"/>
          </w:tcPr>
          <w:p>
            <w:r>
              <w:t>How did you ensure that your wheat products met the dietary guidelines set forth by health authorities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1052-0461</w:t>
            </w:r>
          </w:p>
        </w:tc>
        <w:tc>
          <w:tcPr>
            <w:tcW w:type="dxa" w:w="2160"/>
          </w:tcPr>
          <w:p>
            <w:r>
              <w:t>Consumer Education</w:t>
            </w:r>
          </w:p>
        </w:tc>
        <w:tc>
          <w:tcPr>
            <w:tcW w:type="dxa" w:w="2160"/>
          </w:tcPr>
          <w:p>
            <w:r>
              <w:t>What feedback did you receive from consumers regarding the nutritional information provided for your wheat products in 2025?</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1052-0462</w:t>
            </w:r>
          </w:p>
        </w:tc>
        <w:tc>
          <w:tcPr>
            <w:tcW w:type="dxa" w:w="2160"/>
          </w:tcPr>
          <w:p>
            <w:r>
              <w:t>Health Claims</w:t>
            </w:r>
          </w:p>
        </w:tc>
        <w:tc>
          <w:tcPr>
            <w:tcW w:type="dxa" w:w="2160"/>
          </w:tcPr>
          <w:p>
            <w:r>
              <w:t>What processes were used to validate the health claims made on your wheat product packaging in 2025?</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1052-0463</w:t>
            </w:r>
          </w:p>
        </w:tc>
        <w:tc>
          <w:tcPr>
            <w:tcW w:type="dxa" w:w="2160"/>
          </w:tcPr>
          <w:p>
            <w:r>
              <w:t>Regulatory Compliance</w:t>
            </w:r>
          </w:p>
        </w:tc>
        <w:tc>
          <w:tcPr>
            <w:tcW w:type="dxa" w:w="2160"/>
          </w:tcPr>
          <w:p>
            <w:r>
              <w:t>What challenges did you face in meeting regulatory compliance for your wheat products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1052-0464</w:t>
            </w:r>
          </w:p>
        </w:tc>
        <w:tc>
          <w:tcPr>
            <w:tcW w:type="dxa" w:w="2160"/>
          </w:tcPr>
          <w:p>
            <w:r>
              <w:t>Nutritional Testing</w:t>
            </w:r>
          </w:p>
        </w:tc>
        <w:tc>
          <w:tcPr>
            <w:tcW w:type="dxa" w:w="2160"/>
          </w:tcPr>
          <w:p>
            <w:r>
              <w:t>What specific equipment or technology was utilized for nutritional testing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CROP-CIRCULATION-AND-ECONOMICS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1052-0465</w:t>
            </w:r>
          </w:p>
        </w:tc>
        <w:tc>
          <w:tcPr>
            <w:tcW w:type="dxa" w:w="2160"/>
          </w:tcPr>
          <w:p>
            <w:r>
              <w:t>Profitability Analysis</w:t>
            </w:r>
          </w:p>
        </w:tc>
        <w:tc>
          <w:tcPr>
            <w:tcW w:type="dxa" w:w="2160"/>
          </w:tcPr>
          <w:p>
            <w:r>
              <w:t>What specific profit margins have you observed for each crop rotation strategy implemented in the past three years?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1052-0466</w:t>
            </w:r>
          </w:p>
        </w:tc>
        <w:tc>
          <w:tcPr>
            <w:tcW w:type="dxa" w:w="2160"/>
          </w:tcPr>
          <w:p>
            <w:r>
              <w:t>Market Trends</w:t>
            </w:r>
          </w:p>
        </w:tc>
        <w:tc>
          <w:tcPr>
            <w:tcW w:type="dxa" w:w="2160"/>
          </w:tcPr>
          <w:p>
            <w:r>
              <w:t>How have market prices for wheat fluctuated over the past five years, and what external factors contributed to these changes?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1052-0467</w:t>
            </w:r>
          </w:p>
        </w:tc>
        <w:tc>
          <w:tcPr>
            <w:tcW w:type="dxa" w:w="2160"/>
          </w:tcPr>
          <w:p>
            <w:r>
              <w:t>Input Costs</w:t>
            </w:r>
          </w:p>
        </w:tc>
        <w:tc>
          <w:tcPr>
            <w:tcW w:type="dxa" w:w="2160"/>
          </w:tcPr>
          <w:p>
            <w:r>
              <w:t>What are the current input costs (seeds, fertilizers, labor) associated with each crop in your rotation, and how do these costs compare to previous years?</w:t>
              <w:br/>
              <w:t>Answer type: Repeating table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1052-0468</w:t>
            </w:r>
          </w:p>
        </w:tc>
        <w:tc>
          <w:tcPr>
            <w:tcW w:type="dxa" w:w="2160"/>
          </w:tcPr>
          <w:p>
            <w:r>
              <w:t>Yield Optimization</w:t>
            </w:r>
          </w:p>
        </w:tc>
        <w:tc>
          <w:tcPr>
            <w:tcW w:type="dxa" w:w="2160"/>
          </w:tcPr>
          <w:p>
            <w:r>
              <w:t>What innovative techniques or technologies have you implemented to optimize wheat yield in your crop rotation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1052-0469</w:t>
            </w:r>
          </w:p>
        </w:tc>
        <w:tc>
          <w:tcPr>
            <w:tcW w:type="dxa" w:w="2160"/>
          </w:tcPr>
          <w:p>
            <w:r>
              <w:t>Sustainability Impacts</w:t>
            </w:r>
          </w:p>
        </w:tc>
        <w:tc>
          <w:tcPr>
            <w:tcW w:type="dxa" w:w="2160"/>
          </w:tcPr>
          <w:p>
            <w:r>
              <w:t>What sustainability practices have you integrated into your wheat farming operations, and how do you measure their economic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1052-0470</w:t>
            </w:r>
          </w:p>
        </w:tc>
        <w:tc>
          <w:tcPr>
            <w:tcW w:type="dxa" w:w="2160"/>
          </w:tcPr>
          <w:p>
            <w:r>
              <w:t>Economic Modeling</w:t>
            </w:r>
          </w:p>
        </w:tc>
        <w:tc>
          <w:tcPr>
            <w:tcW w:type="dxa" w:w="2160"/>
          </w:tcPr>
          <w:p>
            <w:r>
              <w:t>Can you describe the economic models used to forecast the profitability of different crop rotation strategies? What assumptions are built into these models?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1052-0471</w:t>
            </w:r>
          </w:p>
        </w:tc>
        <w:tc>
          <w:tcPr>
            <w:tcW w:type="dxa" w:w="2160"/>
          </w:tcPr>
          <w:p>
            <w:r>
              <w:t>Profitability Analysis</w:t>
            </w:r>
          </w:p>
        </w:tc>
        <w:tc>
          <w:tcPr>
            <w:tcW w:type="dxa" w:w="2160"/>
          </w:tcPr>
          <w:p>
            <w:r>
              <w:t>What is the return on investment (ROI) for each crop rotation strategy you have tested in the last tax year?</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1052-0472</w:t>
            </w:r>
          </w:p>
        </w:tc>
        <w:tc>
          <w:tcPr>
            <w:tcW w:type="dxa" w:w="2160"/>
          </w:tcPr>
          <w:p>
            <w:r>
              <w:t>Market Trends</w:t>
            </w:r>
          </w:p>
        </w:tc>
        <w:tc>
          <w:tcPr>
            <w:tcW w:type="dxa" w:w="2160"/>
          </w:tcPr>
          <w:p>
            <w:r>
              <w:t>How do you anticipate market trends will affect your crop rotation decisions for the upcoming planting season?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1052-0473</w:t>
            </w:r>
          </w:p>
        </w:tc>
        <w:tc>
          <w:tcPr>
            <w:tcW w:type="dxa" w:w="2160"/>
          </w:tcPr>
          <w:p>
            <w:r>
              <w:t>Input Costs</w:t>
            </w:r>
          </w:p>
        </w:tc>
        <w:tc>
          <w:tcPr>
            <w:tcW w:type="dxa" w:w="2160"/>
          </w:tcPr>
          <w:p>
            <w:r>
              <w:t>What percentage of your total operating budget is allocated to input costs for wheat farming, and how has this changed over the past five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1052-0474</w:t>
            </w:r>
          </w:p>
        </w:tc>
        <w:tc>
          <w:tcPr>
            <w:tcW w:type="dxa" w:w="2160"/>
          </w:tcPr>
          <w:p>
            <w:r>
              <w:t>Yield Optimization</w:t>
            </w:r>
          </w:p>
        </w:tc>
        <w:tc>
          <w:tcPr>
            <w:tcW w:type="dxa" w:w="2160"/>
          </w:tcPr>
          <w:p>
            <w:r>
              <w:t>What specific yield improvement metrics do you track to assess the effectiveness of your crop rotation strategy?</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1052-0475</w:t>
            </w:r>
          </w:p>
        </w:tc>
        <w:tc>
          <w:tcPr>
            <w:tcW w:type="dxa" w:w="2160"/>
          </w:tcPr>
          <w:p>
            <w:r>
              <w:t>Sustainability Impacts</w:t>
            </w:r>
          </w:p>
        </w:tc>
        <w:tc>
          <w:tcPr>
            <w:tcW w:type="dxa" w:w="2160"/>
          </w:tcPr>
          <w:p>
            <w:r>
              <w:t>What economic benefits have you observed from implementing sustainable practices in your wheat farming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1052-0476</w:t>
            </w:r>
          </w:p>
        </w:tc>
        <w:tc>
          <w:tcPr>
            <w:tcW w:type="dxa" w:w="2160"/>
          </w:tcPr>
          <w:p>
            <w:r>
              <w:t>Economic Modeling</w:t>
            </w:r>
          </w:p>
        </w:tc>
        <w:tc>
          <w:tcPr>
            <w:tcW w:type="dxa" w:w="2160"/>
          </w:tcPr>
          <w:p>
            <w:r>
              <w:t>What data sources do you use to inform your economic models for crop rotation, and how do you validate this data?</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1052-0477</w:t>
            </w:r>
          </w:p>
        </w:tc>
        <w:tc>
          <w:tcPr>
            <w:tcW w:type="dxa" w:w="2160"/>
          </w:tcPr>
          <w:p>
            <w:r>
              <w:t>Profitability Analysis</w:t>
            </w:r>
          </w:p>
        </w:tc>
        <w:tc>
          <w:tcPr>
            <w:tcW w:type="dxa" w:w="2160"/>
          </w:tcPr>
          <w:p>
            <w:r>
              <w:t>What is the break-even point for each crop in your rotation, and how do you calculate this figure?</w:t>
              <w:br/>
              <w:t>Answer type: Currency</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1052-0478</w:t>
            </w:r>
          </w:p>
        </w:tc>
        <w:tc>
          <w:tcPr>
            <w:tcW w:type="dxa" w:w="2160"/>
          </w:tcPr>
          <w:p>
            <w:r>
              <w:t>Market Trends</w:t>
            </w:r>
          </w:p>
        </w:tc>
        <w:tc>
          <w:tcPr>
            <w:tcW w:type="dxa" w:w="2160"/>
          </w:tcPr>
          <w:p>
            <w:r>
              <w:t>What strategies do you employ to mitigate risks associated with fluctuations in wheat market prices?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1052 (Wheat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