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1053 -- Rice farms</w:t>
      </w:r>
    </w:p>
    <w:p>
      <w:pPr>
        <w:jc w:val="center"/>
      </w:pPr>
      <w:r>
        <w:t>Business ID: 1053</w:t>
        <w:br/>
        <w:t>Business Type: Rice farms</w:t>
        <w:br/>
        <w:t>Tax Year Design Basis: 2025</w:t>
        <w:br/>
        <w:t>Federal + California</w:t>
        <w:br/>
        <w:t>Question Range: 1053-0001 through 1053-0478</w:t>
        <w:br/>
        <w:t>Primary NAICS Candidate: Not yet researched -- verify before use</w:t>
        <w:br/>
        <w:t>Pack Complete (478/478): Yes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RECEIVING-INPUTS-QUALITY-CONTROL</w:t>
            </w:r>
          </w:p>
        </w:tc>
        <w:tc>
          <w:tcPr>
            <w:tcW w:type="dxa" w:w="2880"/>
          </w:tcPr>
          <w:p>
            <w:r>
              <w:t>14</w:t>
            </w:r>
          </w:p>
        </w:tc>
        <w:tc>
          <w:tcPr>
            <w:tcW w:type="dxa" w:w="2880"/>
          </w:tcPr>
          <w:p>
            <w:r>
              <w:t>Assessing the quality and handling of rice inputs during the receiving phase.</w:t>
            </w:r>
          </w:p>
        </w:tc>
      </w:tr>
      <w:tr>
        <w:tc>
          <w:tcPr>
            <w:tcW w:type="dxa" w:w="2880"/>
          </w:tcPr>
          <w:p>
            <w:r>
              <w:t>PLANTING-TECHNIQUES-SOIL-HEALTH</w:t>
            </w:r>
          </w:p>
        </w:tc>
        <w:tc>
          <w:tcPr>
            <w:tcW w:type="dxa" w:w="2880"/>
          </w:tcPr>
          <w:p>
            <w:r>
              <w:t>12</w:t>
            </w:r>
          </w:p>
        </w:tc>
        <w:tc>
          <w:tcPr>
            <w:tcW w:type="dxa" w:w="2880"/>
          </w:tcPr>
          <w:p>
            <w:r>
              <w:t>Exploring innovative planting techniques and soil health management practices.</w:t>
            </w:r>
          </w:p>
        </w:tc>
      </w:tr>
      <w:tr>
        <w:tc>
          <w:tcPr>
            <w:tcW w:type="dxa" w:w="2880"/>
          </w:tcPr>
          <w:p>
            <w:r>
              <w:t>IRRIGATION-MANAGEMENT-TECHNOLOGIES</w:t>
            </w:r>
          </w:p>
        </w:tc>
        <w:tc>
          <w:tcPr>
            <w:tcW w:type="dxa" w:w="2880"/>
          </w:tcPr>
          <w:p>
            <w:r>
              <w:t>17</w:t>
            </w:r>
          </w:p>
        </w:tc>
        <w:tc>
          <w:tcPr>
            <w:tcW w:type="dxa" w:w="2880"/>
          </w:tcPr>
          <w:p>
            <w:r>
              <w:t>Investigating irrigation technologies and their impact on yield and sustainability.</w:t>
            </w:r>
          </w:p>
        </w:tc>
      </w:tr>
      <w:tr>
        <w:tc>
          <w:tcPr>
            <w:tcW w:type="dxa" w:w="2880"/>
          </w:tcPr>
          <w:p>
            <w:r>
              <w:t>CULTIVATION-PROCESSES-PEST-MANAGEMENT</w:t>
            </w:r>
          </w:p>
        </w:tc>
        <w:tc>
          <w:tcPr>
            <w:tcW w:type="dxa" w:w="2880"/>
          </w:tcPr>
          <w:p>
            <w:r>
              <w:t>23</w:t>
            </w:r>
          </w:p>
        </w:tc>
        <w:tc>
          <w:tcPr>
            <w:tcW w:type="dxa" w:w="2880"/>
          </w:tcPr>
          <w:p>
            <w:r>
              <w:t>Understanding cultivation processes and integrated pest management strategies.</w:t>
            </w:r>
          </w:p>
        </w:tc>
      </w:tr>
      <w:tr>
        <w:tc>
          <w:tcPr>
            <w:tcW w:type="dxa" w:w="2880"/>
          </w:tcPr>
          <w:p>
            <w:r>
              <w:t>HARVESTING-TECHNOLOGIES-PROCESSING</w:t>
            </w:r>
          </w:p>
        </w:tc>
        <w:tc>
          <w:tcPr>
            <w:tcW w:type="dxa" w:w="2880"/>
          </w:tcPr>
          <w:p>
            <w:r>
              <w:t>15</w:t>
            </w:r>
          </w:p>
        </w:tc>
        <w:tc>
          <w:tcPr>
            <w:tcW w:type="dxa" w:w="2880"/>
          </w:tcPr>
          <w:p>
            <w:r>
              <w:t>Examining harvesting technologies and their integration into processing operations.</w:t>
            </w:r>
          </w:p>
        </w:tc>
      </w:tr>
      <w:tr>
        <w:tc>
          <w:tcPr>
            <w:tcW w:type="dxa" w:w="2880"/>
          </w:tcPr>
          <w:p>
            <w:r>
              <w:t>MILLING-PROCESS-QUALITY-ASSURANCE</w:t>
            </w:r>
          </w:p>
        </w:tc>
        <w:tc>
          <w:tcPr>
            <w:tcW w:type="dxa" w:w="2880"/>
          </w:tcPr>
          <w:p>
            <w:r>
              <w:t>21</w:t>
            </w:r>
          </w:p>
        </w:tc>
        <w:tc>
          <w:tcPr>
            <w:tcW w:type="dxa" w:w="2880"/>
          </w:tcPr>
          <w:p>
            <w:r>
              <w:t>Analyzing milling processes and quality assurance measures in rice production.</w:t>
            </w:r>
          </w:p>
        </w:tc>
      </w:tr>
      <w:tr>
        <w:tc>
          <w:tcPr>
            <w:tcW w:type="dxa" w:w="2880"/>
          </w:tcPr>
          <w:p>
            <w:r>
              <w:t>PACKAGING-TRACEABILITY-SYSTEMS</w:t>
            </w:r>
          </w:p>
        </w:tc>
        <w:tc>
          <w:tcPr>
            <w:tcW w:type="dxa" w:w="2880"/>
          </w:tcPr>
          <w:p>
            <w:r>
              <w:t>14</w:t>
            </w:r>
          </w:p>
        </w:tc>
        <w:tc>
          <w:tcPr>
            <w:tcW w:type="dxa" w:w="2880"/>
          </w:tcPr>
          <w:p>
            <w:r>
              <w:t>Evaluating packaging methods and traceability systems for rice products.</w:t>
            </w:r>
          </w:p>
        </w:tc>
      </w:tr>
      <w:tr>
        <w:tc>
          <w:tcPr>
            <w:tcW w:type="dxa" w:w="2880"/>
          </w:tcPr>
          <w:p>
            <w:r>
              <w:t>LAB-TESTING-ANALYTICAL-METHODS</w:t>
            </w:r>
          </w:p>
        </w:tc>
        <w:tc>
          <w:tcPr>
            <w:tcW w:type="dxa" w:w="2880"/>
          </w:tcPr>
          <w:p>
            <w:r>
              <w:t>19</w:t>
            </w:r>
          </w:p>
        </w:tc>
        <w:tc>
          <w:tcPr>
            <w:tcW w:type="dxa" w:w="2880"/>
          </w:tcPr>
          <w:p>
            <w:r>
              <w:t>Exploring laboratory testing and analytical methods used in rice quality assessment.</w:t>
            </w:r>
          </w:p>
        </w:tc>
      </w:tr>
      <w:tr>
        <w:tc>
          <w:tcPr>
            <w:tcW w:type="dxa" w:w="2880"/>
          </w:tcPr>
          <w:p>
            <w:r>
              <w:t>REGULATORY-COMPLIANCE-FOOD-SAFETY</w:t>
            </w:r>
          </w:p>
        </w:tc>
        <w:tc>
          <w:tcPr>
            <w:tcW w:type="dxa" w:w="2880"/>
          </w:tcPr>
          <w:p>
            <w:r>
              <w:t>17</w:t>
            </w:r>
          </w:p>
        </w:tc>
        <w:tc>
          <w:tcPr>
            <w:tcW w:type="dxa" w:w="2880"/>
          </w:tcPr>
          <w:p>
            <w:r>
              <w:t>Understanding regulatory compliance and food safety standards in rice production.</w:t>
            </w:r>
          </w:p>
        </w:tc>
      </w:tr>
      <w:tr>
        <w:tc>
          <w:tcPr>
            <w:tcW w:type="dxa" w:w="2880"/>
          </w:tcPr>
          <w:p>
            <w:r>
              <w:t>BYPRODUCTS-SUSTAINABILITY-INITIATIVES</w:t>
            </w:r>
          </w:p>
        </w:tc>
        <w:tc>
          <w:tcPr>
            <w:tcW w:type="dxa" w:w="2880"/>
          </w:tcPr>
          <w:p>
            <w:r>
              <w:t>12</w:t>
            </w:r>
          </w:p>
        </w:tc>
        <w:tc>
          <w:tcPr>
            <w:tcW w:type="dxa" w:w="2880"/>
          </w:tcPr>
          <w:p>
            <w:r>
              <w:t>Identifying byproducts and sustainability initiatives in rice farming.</w:t>
            </w:r>
          </w:p>
        </w:tc>
      </w:tr>
      <w:tr>
        <w:tc>
          <w:tcPr>
            <w:tcW w:type="dxa" w:w="2880"/>
          </w:tcPr>
          <w:p>
            <w:r>
              <w:t>EQUIPMENT-AUTOMATION-TECHNOLOGIES</w:t>
            </w:r>
          </w:p>
        </w:tc>
        <w:tc>
          <w:tcPr>
            <w:tcW w:type="dxa" w:w="2880"/>
          </w:tcPr>
          <w:p>
            <w:r>
              <w:t>23</w:t>
            </w:r>
          </w:p>
        </w:tc>
        <w:tc>
          <w:tcPr>
            <w:tcW w:type="dxa" w:w="2880"/>
          </w:tcPr>
          <w:p>
            <w:r>
              <w:t>Investigating equipment automation technologies used in rice farming and processing.</w:t>
            </w:r>
          </w:p>
        </w:tc>
      </w:tr>
      <w:tr>
        <w:tc>
          <w:tcPr>
            <w:tcW w:type="dxa" w:w="2880"/>
          </w:tcPr>
          <w:p>
            <w:r>
              <w:t>DATA-SOFTWARE-ANALYTICS-SYSTEMS</w:t>
            </w:r>
          </w:p>
        </w:tc>
        <w:tc>
          <w:tcPr>
            <w:tcW w:type="dxa" w:w="2880"/>
          </w:tcPr>
          <w:p>
            <w:r>
              <w:t>17</w:t>
            </w:r>
          </w:p>
        </w:tc>
        <w:tc>
          <w:tcPr>
            <w:tcW w:type="dxa" w:w="2880"/>
          </w:tcPr>
          <w:p>
            <w:r>
              <w:t>Assessing data management and software analytics systems in rice operations.</w:t>
            </w:r>
          </w:p>
        </w:tc>
      </w:tr>
      <w:tr>
        <w:tc>
          <w:tcPr>
            <w:tcW w:type="dxa" w:w="2880"/>
          </w:tcPr>
          <w:p>
            <w:r>
              <w:t>ENVIRONMENTAL-IMPACT-MITIGATION</w:t>
            </w:r>
          </w:p>
        </w:tc>
        <w:tc>
          <w:tcPr>
            <w:tcW w:type="dxa" w:w="2880"/>
          </w:tcPr>
          <w:p>
            <w:r>
              <w:t>14</w:t>
            </w:r>
          </w:p>
        </w:tc>
        <w:tc>
          <w:tcPr>
            <w:tcW w:type="dxa" w:w="2880"/>
          </w:tcPr>
          <w:p>
            <w:r>
              <w:t>Evaluating practices for mitigating environmental impact in rice farming.</w:t>
            </w:r>
          </w:p>
        </w:tc>
      </w:tr>
      <w:tr>
        <w:tc>
          <w:tcPr>
            <w:tcW w:type="dxa" w:w="2880"/>
          </w:tcPr>
          <w:p>
            <w:r>
              <w:t>CROP-RESEARCH-DEVELOPMENT-INNOVATIONS</w:t>
            </w:r>
          </w:p>
        </w:tc>
        <w:tc>
          <w:tcPr>
            <w:tcW w:type="dxa" w:w="2880"/>
          </w:tcPr>
          <w:p>
            <w:r>
              <w:t>23</w:t>
            </w:r>
          </w:p>
        </w:tc>
        <w:tc>
          <w:tcPr>
            <w:tcW w:type="dxa" w:w="2880"/>
          </w:tcPr>
          <w:p>
            <w:r>
              <w:t>Exploring research and development innovations in rice cultivation and processing.</w:t>
            </w:r>
          </w:p>
        </w:tc>
      </w:tr>
      <w:tr>
        <w:tc>
          <w:tcPr>
            <w:tcW w:type="dxa" w:w="2880"/>
          </w:tcPr>
          <w:p>
            <w:r>
              <w:t>MARKET-ANALYSIS-STRATEGIES</w:t>
            </w:r>
          </w:p>
        </w:tc>
        <w:tc>
          <w:tcPr>
            <w:tcW w:type="dxa" w:w="2880"/>
          </w:tcPr>
          <w:p>
            <w:r>
              <w:t>14</w:t>
            </w:r>
          </w:p>
        </w:tc>
        <w:tc>
          <w:tcPr>
            <w:tcW w:type="dxa" w:w="2880"/>
          </w:tcPr>
          <w:p>
            <w:r>
              <w:t>Understanding market analysis and strategies for rice products.</w:t>
            </w:r>
          </w:p>
        </w:tc>
      </w:tr>
      <w:tr>
        <w:tc>
          <w:tcPr>
            <w:tcW w:type="dxa" w:w="2880"/>
          </w:tcPr>
          <w:p>
            <w:r>
              <w:t>COST-ANALYSIS-IMPROVEMENT-INITIATIVES</w:t>
            </w:r>
          </w:p>
        </w:tc>
        <w:tc>
          <w:tcPr>
            <w:tcW w:type="dxa" w:w="2880"/>
          </w:tcPr>
          <w:p>
            <w:r>
              <w:t>14</w:t>
            </w:r>
          </w:p>
        </w:tc>
        <w:tc>
          <w:tcPr>
            <w:tcW w:type="dxa" w:w="2880"/>
          </w:tcPr>
          <w:p>
            <w:r>
              <w:t>Examining cost analysis and improvement initiatives in rice production.</w:t>
            </w:r>
          </w:p>
        </w:tc>
      </w:tr>
      <w:tr>
        <w:tc>
          <w:tcPr>
            <w:tcW w:type="dxa" w:w="2880"/>
          </w:tcPr>
          <w:p>
            <w:r>
              <w:t>TRAINING-EDUCATION-STAFF-DEVELOPMENT</w:t>
            </w:r>
          </w:p>
        </w:tc>
        <w:tc>
          <w:tcPr>
            <w:tcW w:type="dxa" w:w="2880"/>
          </w:tcPr>
          <w:p>
            <w:r>
              <w:t>12</w:t>
            </w:r>
          </w:p>
        </w:tc>
        <w:tc>
          <w:tcPr>
            <w:tcW w:type="dxa" w:w="2880"/>
          </w:tcPr>
          <w:p>
            <w:r>
              <w:t>Assessing training and education programs for staff in rice farming operations.</w:t>
            </w:r>
          </w:p>
        </w:tc>
      </w:tr>
      <w:tr>
        <w:tc>
          <w:tcPr>
            <w:tcW w:type="dxa" w:w="2880"/>
          </w:tcPr>
          <w:p>
            <w:r>
              <w:t>SUPPLY-CHAIN-MANAGEMENT-OPTIMIZATION</w:t>
            </w:r>
          </w:p>
        </w:tc>
        <w:tc>
          <w:tcPr>
            <w:tcW w:type="dxa" w:w="2880"/>
          </w:tcPr>
          <w:p>
            <w:r>
              <w:t>16</w:t>
            </w:r>
          </w:p>
        </w:tc>
        <w:tc>
          <w:tcPr>
            <w:tcW w:type="dxa" w:w="2880"/>
          </w:tcPr>
          <w:p>
            <w:r>
              <w:t>Investigating supply chain management and optimization in rice production.</w:t>
            </w:r>
          </w:p>
        </w:tc>
      </w:tr>
      <w:tr>
        <w:tc>
          <w:tcPr>
            <w:tcW w:type="dxa" w:w="2880"/>
          </w:tcPr>
          <w:p>
            <w:r>
              <w:t>AGRICULTURAL-TECHNOLOGY-ADOPTION</w:t>
            </w:r>
          </w:p>
        </w:tc>
        <w:tc>
          <w:tcPr>
            <w:tcW w:type="dxa" w:w="2880"/>
          </w:tcPr>
          <w:p>
            <w:r>
              <w:t>14</w:t>
            </w:r>
          </w:p>
        </w:tc>
        <w:tc>
          <w:tcPr>
            <w:tcW w:type="dxa" w:w="2880"/>
          </w:tcPr>
          <w:p>
            <w:r>
              <w:t>Exploring the adoption of agricultural technologies in rice farming.</w:t>
            </w:r>
          </w:p>
        </w:tc>
      </w:tr>
      <w:tr>
        <w:tc>
          <w:tcPr>
            <w:tcW w:type="dxa" w:w="2880"/>
          </w:tcPr>
          <w:p>
            <w:r>
              <w:t>SOIL-HEALTH-IMPROVEMENT-TECHNIQUES</w:t>
            </w:r>
          </w:p>
        </w:tc>
        <w:tc>
          <w:tcPr>
            <w:tcW w:type="dxa" w:w="2880"/>
          </w:tcPr>
          <w:p>
            <w:r>
              <w:t>17</w:t>
            </w:r>
          </w:p>
        </w:tc>
        <w:tc>
          <w:tcPr>
            <w:tcW w:type="dxa" w:w="2880"/>
          </w:tcPr>
          <w:p>
            <w:r>
              <w:t>Evaluating techniques for improving soil health in rice cultivation.</w:t>
            </w:r>
          </w:p>
        </w:tc>
      </w:tr>
      <w:tr>
        <w:tc>
          <w:tcPr>
            <w:tcW w:type="dxa" w:w="2880"/>
          </w:tcPr>
          <w:p>
            <w:r>
              <w:t>WATER-QUALITY-MANAGEMENT-INITIATIVES</w:t>
            </w:r>
          </w:p>
        </w:tc>
        <w:tc>
          <w:tcPr>
            <w:tcW w:type="dxa" w:w="2880"/>
          </w:tcPr>
          <w:p>
            <w:r>
              <w:t>14</w:t>
            </w:r>
          </w:p>
        </w:tc>
        <w:tc>
          <w:tcPr>
            <w:tcW w:type="dxa" w:w="2880"/>
          </w:tcPr>
          <w:p>
            <w:r>
              <w:t>Understanding water quality management initiatives in rice farming.</w:t>
            </w:r>
          </w:p>
        </w:tc>
      </w:tr>
    </w:tbl>
    <w:p>
      <w:r>
        <w:t>Total questions in this pack: 478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1053-0001</w:t>
            </w:r>
          </w:p>
        </w:tc>
        <w:tc>
          <w:tcPr>
            <w:tcW w:type="dxa" w:w="2160"/>
          </w:tcPr>
          <w:p>
            <w:r>
              <w:t>Entity Structure</w:t>
            </w:r>
          </w:p>
        </w:tc>
        <w:tc>
          <w:tcPr>
            <w:tcW w:type="dxa" w:w="2160"/>
          </w:tcPr>
          <w:p>
            <w:r>
              <w:t>What is the legal structure of your rice farming business (e.g., sole proprietorship, partnership, corporation)?</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1053-0002</w:t>
            </w:r>
          </w:p>
        </w:tc>
        <w:tc>
          <w:tcPr>
            <w:tcW w:type="dxa" w:w="2160"/>
          </w:tcPr>
          <w:p>
            <w:r>
              <w:t>Ownership</w:t>
            </w:r>
          </w:p>
        </w:tc>
        <w:tc>
          <w:tcPr>
            <w:tcW w:type="dxa" w:w="2160"/>
          </w:tcPr>
          <w:p>
            <w:r>
              <w:t>Who are the current owners of the business and what percentage of ownership does each hold?</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1053-0003</w:t>
            </w:r>
          </w:p>
        </w:tc>
        <w:tc>
          <w:tcPr>
            <w:tcW w:type="dxa" w:w="2160"/>
          </w:tcPr>
          <w:p>
            <w:r>
              <w:t>Locations</w:t>
            </w:r>
          </w:p>
        </w:tc>
        <w:tc>
          <w:tcPr>
            <w:tcW w:type="dxa" w:w="2160"/>
          </w:tcPr>
          <w:p>
            <w:r>
              <w:t>List all locations where rice farming operations are conducted, including addresses and acreage for each location.</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1053-0004</w:t>
            </w:r>
          </w:p>
        </w:tc>
        <w:tc>
          <w:tcPr>
            <w:tcW w:type="dxa" w:w="2160"/>
          </w:tcPr>
          <w:p>
            <w:r>
              <w:t>Products</w:t>
            </w:r>
          </w:p>
        </w:tc>
        <w:tc>
          <w:tcPr>
            <w:tcW w:type="dxa" w:w="2160"/>
          </w:tcPr>
          <w:p>
            <w:r>
              <w:t>What specific varieties of rice are grown on your farms? Please provide details on any unique cultivation methods used for each variety.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1053-0005</w:t>
            </w:r>
          </w:p>
        </w:tc>
        <w:tc>
          <w:tcPr>
            <w:tcW w:type="dxa" w:w="2160"/>
          </w:tcPr>
          <w:p>
            <w:r>
              <w:t>Revenue</w:t>
            </w:r>
          </w:p>
        </w:tc>
        <w:tc>
          <w:tcPr>
            <w:tcW w:type="dxa" w:w="2160"/>
          </w:tcPr>
          <w:p>
            <w:r>
              <w:t>What was the total revenue generated from rice sales in the last fiscal year?</w:t>
              <w:br/>
              <w:t>Answer type: Currency</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1053-0006</w:t>
            </w:r>
          </w:p>
        </w:tc>
        <w:tc>
          <w:tcPr>
            <w:tcW w:type="dxa" w:w="2160"/>
          </w:tcPr>
          <w:p>
            <w:r>
              <w:t>Revenue</w:t>
            </w:r>
          </w:p>
        </w:tc>
        <w:tc>
          <w:tcPr>
            <w:tcW w:type="dxa" w:w="2160"/>
          </w:tcPr>
          <w:p>
            <w:r>
              <w:t>What percentage of your total revenue is derived from rice farming as opposed to other agricultural activities?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1053-0007</w:t>
            </w:r>
          </w:p>
        </w:tc>
        <w:tc>
          <w:tcPr>
            <w:tcW w:type="dxa" w:w="2160"/>
          </w:tcPr>
          <w:p>
            <w:r>
              <w:t>Personnel</w:t>
            </w:r>
          </w:p>
        </w:tc>
        <w:tc>
          <w:tcPr>
            <w:tcW w:type="dxa" w:w="2160"/>
          </w:tcPr>
          <w:p>
            <w:r>
              <w:t>How many employees are directly involved in the rice farming operations? Please specify roles and responsibilities.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1053-0008</w:t>
            </w:r>
          </w:p>
        </w:tc>
        <w:tc>
          <w:tcPr>
            <w:tcW w:type="dxa" w:w="2160"/>
          </w:tcPr>
          <w:p>
            <w:r>
              <w:t>Records</w:t>
            </w:r>
          </w:p>
        </w:tc>
        <w:tc>
          <w:tcPr>
            <w:tcW w:type="dxa" w:w="2160"/>
          </w:tcPr>
          <w:p>
            <w:r>
              <w:t>What types of records do you maintain related to your rice farming operations (e.g., planting schedules, yield data, pest management records)?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1053-0009</w:t>
            </w:r>
          </w:p>
        </w:tc>
        <w:tc>
          <w:tcPr>
            <w:tcW w:type="dxa" w:w="2160"/>
          </w:tcPr>
          <w:p>
            <w:r>
              <w:t>Lead Facts</w:t>
            </w:r>
          </w:p>
        </w:tc>
        <w:tc>
          <w:tcPr>
            <w:tcW w:type="dxa" w:w="2160"/>
          </w:tcPr>
          <w:p>
            <w:r>
              <w:t>What are the primary challenges faced in rice cultivation that require innovative solutions or experimentation?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1053-0010</w:t>
            </w:r>
          </w:p>
        </w:tc>
        <w:tc>
          <w:tcPr>
            <w:tcW w:type="dxa" w:w="2160"/>
          </w:tcPr>
          <w:p>
            <w:r>
              <w:t>Entity Structure</w:t>
            </w:r>
          </w:p>
        </w:tc>
        <w:tc>
          <w:tcPr>
            <w:tcW w:type="dxa" w:w="2160"/>
          </w:tcPr>
          <w:p>
            <w:r>
              <w:t>Is the business part of a larger agricultural group or cooperative?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1053-0011</w:t>
            </w:r>
          </w:p>
        </w:tc>
        <w:tc>
          <w:tcPr>
            <w:tcW w:type="dxa" w:w="2160"/>
          </w:tcPr>
          <w:p>
            <w:r>
              <w:t>Ownership</w:t>
            </w:r>
          </w:p>
        </w:tc>
        <w:tc>
          <w:tcPr>
            <w:tcW w:type="dxa" w:w="2160"/>
          </w:tcPr>
          <w:p>
            <w:r>
              <w:t>Have there been any changes in ownership in the past three years? If yes, please describe.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1053-0012</w:t>
            </w:r>
          </w:p>
        </w:tc>
        <w:tc>
          <w:tcPr>
            <w:tcW w:type="dxa" w:w="2160"/>
          </w:tcPr>
          <w:p>
            <w:r>
              <w:t>Locations</w:t>
            </w:r>
          </w:p>
        </w:tc>
        <w:tc>
          <w:tcPr>
            <w:tcW w:type="dxa" w:w="2160"/>
          </w:tcPr>
          <w:p>
            <w:r>
              <w:t>Do you own or lease the land used for rice farming? Please specify the terms of any leases.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1053-0013</w:t>
            </w:r>
          </w:p>
        </w:tc>
        <w:tc>
          <w:tcPr>
            <w:tcW w:type="dxa" w:w="2160"/>
          </w:tcPr>
          <w:p>
            <w:r>
              <w:t>Products</w:t>
            </w:r>
          </w:p>
        </w:tc>
        <w:tc>
          <w:tcPr>
            <w:tcW w:type="dxa" w:w="2160"/>
          </w:tcPr>
          <w:p>
            <w:r>
              <w:t>What are the primary markets for your rice products (e.g., local, national, export)?</w:t>
              <w:br/>
              <w:t>Answer type: Multi-select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1053-0014</w:t>
            </w:r>
          </w:p>
        </w:tc>
        <w:tc>
          <w:tcPr>
            <w:tcW w:type="dxa" w:w="2160"/>
          </w:tcPr>
          <w:p>
            <w:r>
              <w:t>Personnel</w:t>
            </w:r>
          </w:p>
        </w:tc>
        <w:tc>
          <w:tcPr>
            <w:tcW w:type="dxa" w:w="2160"/>
          </w:tcPr>
          <w:p>
            <w:r>
              <w:t>What is the average tenure of your key personnel involved in rice farming operations?</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1053-0015</w:t>
            </w:r>
          </w:p>
        </w:tc>
        <w:tc>
          <w:tcPr>
            <w:tcW w:type="dxa" w:w="2160"/>
          </w:tcPr>
          <w:p>
            <w:r>
              <w:t>Records</w:t>
            </w:r>
          </w:p>
        </w:tc>
        <w:tc>
          <w:tcPr>
            <w:tcW w:type="dxa" w:w="2160"/>
          </w:tcPr>
          <w:p>
            <w:r>
              <w:t>How do you document and track experimental practices or new techniques implemented in rice farming?</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1053-0016</w:t>
            </w:r>
          </w:p>
        </w:tc>
        <w:tc>
          <w:tcPr>
            <w:tcW w:type="dxa" w:w="2160"/>
          </w:tcPr>
          <w:p>
            <w:r>
              <w:t>Lead Facts</w:t>
            </w:r>
          </w:p>
        </w:tc>
        <w:tc>
          <w:tcPr>
            <w:tcW w:type="dxa" w:w="2160"/>
          </w:tcPr>
          <w:p>
            <w:r>
              <w:t>What innovative practices have you implemented in the past year to improve rice yield or quality?</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1053-0017</w:t>
            </w:r>
          </w:p>
        </w:tc>
        <w:tc>
          <w:tcPr>
            <w:tcW w:type="dxa" w:w="2160"/>
          </w:tcPr>
          <w:p>
            <w:r>
              <w:t>Entity Structure</w:t>
            </w:r>
          </w:p>
        </w:tc>
        <w:tc>
          <w:tcPr>
            <w:tcW w:type="dxa" w:w="2160"/>
          </w:tcPr>
          <w:p>
            <w:r>
              <w:t>Are there any subsidiaries or affiliated entities involved in the rice farming operations? If so, please list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1053-0018</w:t>
            </w:r>
          </w:p>
        </w:tc>
        <w:tc>
          <w:tcPr>
            <w:tcW w:type="dxa" w:w="2160"/>
          </w:tcPr>
          <w:p>
            <w:r>
              <w:t>Ownership</w:t>
            </w:r>
          </w:p>
        </w:tc>
        <w:tc>
          <w:tcPr>
            <w:tcW w:type="dxa" w:w="2160"/>
          </w:tcPr>
          <w:p>
            <w:r>
              <w:t>What is the process for decision-making within the ownership group regarding farming practices or investments?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1053-0019</w:t>
            </w:r>
          </w:p>
        </w:tc>
        <w:tc>
          <w:tcPr>
            <w:tcW w:type="dxa" w:w="2160"/>
          </w:tcPr>
          <w:p>
            <w:r>
              <w:t>Locations</w:t>
            </w:r>
          </w:p>
        </w:tc>
        <w:tc>
          <w:tcPr>
            <w:tcW w:type="dxa" w:w="2160"/>
          </w:tcPr>
          <w:p>
            <w:r>
              <w:t>What is the average distance from your main processing facility to the rice farming locations?</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1053-0020</w:t>
            </w:r>
          </w:p>
        </w:tc>
        <w:tc>
          <w:tcPr>
            <w:tcW w:type="dxa" w:w="2160"/>
          </w:tcPr>
          <w:p>
            <w:r>
              <w:t>Products</w:t>
            </w:r>
          </w:p>
        </w:tc>
        <w:tc>
          <w:tcPr>
            <w:tcW w:type="dxa" w:w="2160"/>
          </w:tcPr>
          <w:p>
            <w:r>
              <w:t>Have you developed any proprietary rice products or brands?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1053-0021</w:t>
            </w:r>
          </w:p>
        </w:tc>
        <w:tc>
          <w:tcPr>
            <w:tcW w:type="dxa" w:w="2160"/>
          </w:tcPr>
          <w:p>
            <w:r>
              <w:t>General Information</w:t>
            </w:r>
          </w:p>
        </w:tc>
        <w:tc>
          <w:tcPr>
            <w:tcW w:type="dxa" w:w="2160"/>
          </w:tcPr>
          <w:p>
            <w:r>
              <w:t>What specific research and development activities did your rice farm undertake during the tax year 2025 that aimed to improve crop yield or quality?</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1053-0022</w:t>
            </w:r>
          </w:p>
        </w:tc>
        <w:tc>
          <w:tcPr>
            <w:tcW w:type="dxa" w:w="2160"/>
          </w:tcPr>
          <w:p>
            <w:r>
              <w:t>Funding Sources</w:t>
            </w:r>
          </w:p>
        </w:tc>
        <w:tc>
          <w:tcPr>
            <w:tcW w:type="dxa" w:w="2160"/>
          </w:tcPr>
          <w:p>
            <w:r>
              <w:t>Did your rice farm receive any grants or funding specifically for R&amp;D projects in 2025? If so, please provide details.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1053-0023</w:t>
            </w:r>
          </w:p>
        </w:tc>
        <w:tc>
          <w:tcPr>
            <w:tcW w:type="dxa" w:w="2160"/>
          </w:tcPr>
          <w:p>
            <w:r>
              <w:t>Return Status</w:t>
            </w:r>
          </w:p>
        </w:tc>
        <w:tc>
          <w:tcPr>
            <w:tcW w:type="dxa" w:w="2160"/>
          </w:tcPr>
          <w:p>
            <w:r>
              <w:t>What is the current status of your R&amp;D tax credit claim for the 2025 tax year?</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1053-0024</w:t>
            </w:r>
          </w:p>
        </w:tc>
        <w:tc>
          <w:tcPr>
            <w:tcW w:type="dxa" w:w="2160"/>
          </w:tcPr>
          <w:p>
            <w:r>
              <w:t>Prior Credits</w:t>
            </w:r>
          </w:p>
        </w:tc>
        <w:tc>
          <w:tcPr>
            <w:tcW w:type="dxa" w:w="2160"/>
          </w:tcPr>
          <w:p>
            <w:r>
              <w:t>Have you claimed R&amp;D tax credits in prior tax years? If yes, please specify the years and amounts claimed.</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1053-0025</w:t>
            </w:r>
          </w:p>
        </w:tc>
        <w:tc>
          <w:tcPr>
            <w:tcW w:type="dxa" w:w="2160"/>
          </w:tcPr>
          <w:p>
            <w:r>
              <w:t>Aggregation</w:t>
            </w:r>
          </w:p>
        </w:tc>
        <w:tc>
          <w:tcPr>
            <w:tcW w:type="dxa" w:w="2160"/>
          </w:tcPr>
          <w:p>
            <w:r>
              <w:t>How do you aggregate your R&amp;D expenses across different projects on your rice farm? Please describe your methodology.</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1053-0026</w:t>
            </w:r>
          </w:p>
        </w:tc>
        <w:tc>
          <w:tcPr>
            <w:tcW w:type="dxa" w:w="2160"/>
          </w:tcPr>
          <w:p>
            <w:r>
              <w:t>Elections</w:t>
            </w:r>
          </w:p>
        </w:tc>
        <w:tc>
          <w:tcPr>
            <w:tcW w:type="dxa" w:w="2160"/>
          </w:tcPr>
          <w:p>
            <w:r>
              <w:t>Have you made any elections regarding the treatment of R&amp;D expenses under Section 174 for the 2025 tax year? If so, please detail these elections.</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1053-0027</w:t>
            </w:r>
          </w:p>
        </w:tc>
        <w:tc>
          <w:tcPr>
            <w:tcW w:type="dxa" w:w="2160"/>
          </w:tcPr>
          <w:p>
            <w:r>
              <w:t>Amended Returns</w:t>
            </w:r>
          </w:p>
        </w:tc>
        <w:tc>
          <w:tcPr>
            <w:tcW w:type="dxa" w:w="2160"/>
          </w:tcPr>
          <w:p>
            <w:r>
              <w:t>Have you filed any amended returns for prior years that affect your R&amp;D tax credit claims? If yes, please specify the years and the nature of the amendments.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1053-0028</w:t>
            </w:r>
          </w:p>
        </w:tc>
        <w:tc>
          <w:tcPr>
            <w:tcW w:type="dxa" w:w="2160"/>
          </w:tcPr>
          <w:p>
            <w:r>
              <w:t>Section 174</w:t>
            </w:r>
          </w:p>
        </w:tc>
        <w:tc>
          <w:tcPr>
            <w:tcW w:type="dxa" w:w="2160"/>
          </w:tcPr>
          <w:p>
            <w:r>
              <w:t>What specific R&amp;D activities related to rice farming have you engaged in that you believe qualify under Section 174?</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1053-0029</w:t>
            </w:r>
          </w:p>
        </w:tc>
        <w:tc>
          <w:tcPr>
            <w:tcW w:type="dxa" w:w="2160"/>
          </w:tcPr>
          <w:p>
            <w:r>
              <w:t>Return Status</w:t>
            </w:r>
          </w:p>
        </w:tc>
        <w:tc>
          <w:tcPr>
            <w:tcW w:type="dxa" w:w="2160"/>
          </w:tcPr>
          <w:p>
            <w:r>
              <w:t>What documentation do you have to support your R&amp;D tax credit claims for the 2025 tax year?</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1053-0030</w:t>
            </w:r>
          </w:p>
        </w:tc>
        <w:tc>
          <w:tcPr>
            <w:tcW w:type="dxa" w:w="2160"/>
          </w:tcPr>
          <w:p>
            <w:r>
              <w:t>Prior Credits</w:t>
            </w:r>
          </w:p>
        </w:tc>
        <w:tc>
          <w:tcPr>
            <w:tcW w:type="dxa" w:w="2160"/>
          </w:tcPr>
          <w:p>
            <w:r>
              <w:t>What specific methodologies did you use to calculate your R&amp;D expenditures in prior years?</w:t>
              <w:br/>
              <w:t>Answer type: Long text</w:t>
              <w:br/>
              <w:t>Trigger: Yes-No + details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1053-0031</w:t>
            </w:r>
          </w:p>
        </w:tc>
        <w:tc>
          <w:tcPr>
            <w:tcW w:type="dxa" w:w="2160"/>
          </w:tcPr>
          <w:p>
            <w:r>
              <w:t>Aggregation</w:t>
            </w:r>
          </w:p>
        </w:tc>
        <w:tc>
          <w:tcPr>
            <w:tcW w:type="dxa" w:w="2160"/>
          </w:tcPr>
          <w:p>
            <w:r>
              <w:t>Do you use a consistent method for allocating costs to R&amp;D activities across multiple projects? Please describe this method.</w:t>
              <w:br/>
              <w:t>Answer type: Long text</w:t>
              <w:br/>
              <w:t>Trigger: Yes-No + details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1053-0032</w:t>
            </w:r>
          </w:p>
        </w:tc>
        <w:tc>
          <w:tcPr>
            <w:tcW w:type="dxa" w:w="2160"/>
          </w:tcPr>
          <w:p>
            <w:r>
              <w:t>Elections</w:t>
            </w:r>
          </w:p>
        </w:tc>
        <w:tc>
          <w:tcPr>
            <w:tcW w:type="dxa" w:w="2160"/>
          </w:tcPr>
          <w:p>
            <w:r>
              <w:t>Have you opted to capitalize R&amp;D expenses instead of expensing them for the 2025 tax year? If so, provide details.</w:t>
              <w:br/>
              <w:t>Answer type: Yes-No + details</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1053-0033</w:t>
            </w:r>
          </w:p>
        </w:tc>
        <w:tc>
          <w:tcPr>
            <w:tcW w:type="dxa" w:w="2160"/>
          </w:tcPr>
          <w:p>
            <w:r>
              <w:t>Amended Returns</w:t>
            </w:r>
          </w:p>
        </w:tc>
        <w:tc>
          <w:tcPr>
            <w:tcW w:type="dxa" w:w="2160"/>
          </w:tcPr>
          <w:p>
            <w:r>
              <w:t>What reasons prompted you to amend previous returns related to R&amp;D tax credits?</w:t>
              <w:br/>
              <w:t>Answer type: Long text</w:t>
              <w:br/>
              <w:t>Trigger: Yes-No + details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1053-0034</w:t>
            </w:r>
          </w:p>
        </w:tc>
        <w:tc>
          <w:tcPr>
            <w:tcW w:type="dxa" w:w="2160"/>
          </w:tcPr>
          <w:p>
            <w:r>
              <w:t>Section 174</w:t>
            </w:r>
          </w:p>
        </w:tc>
        <w:tc>
          <w:tcPr>
            <w:tcW w:type="dxa" w:w="2160"/>
          </w:tcPr>
          <w:p>
            <w:r>
              <w:t>What specific advancements or experiments in rice cultivation have you undertaken that you believe qualify as R&amp;D?</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1053-0035</w:t>
            </w:r>
          </w:p>
        </w:tc>
        <w:tc>
          <w:tcPr>
            <w:tcW w:type="dxa" w:w="2160"/>
          </w:tcPr>
          <w:p>
            <w:r>
              <w:t>Return Status</w:t>
            </w:r>
          </w:p>
        </w:tc>
        <w:tc>
          <w:tcPr>
            <w:tcW w:type="dxa" w:w="2160"/>
          </w:tcPr>
          <w:p>
            <w:r>
              <w:t>What is the anticipated timeline for the resolution of your R&amp;D tax credit claim for the 2025 tax year?</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1053-0036</w:t>
            </w:r>
          </w:p>
        </w:tc>
        <w:tc>
          <w:tcPr>
            <w:tcW w:type="dxa" w:w="2160"/>
          </w:tcPr>
          <w:p>
            <w:r>
              <w:t>Prior Credits</w:t>
            </w:r>
          </w:p>
        </w:tc>
        <w:tc>
          <w:tcPr>
            <w:tcW w:type="dxa" w:w="2160"/>
          </w:tcPr>
          <w:p>
            <w:r>
              <w:t>Have you experienced any audits or reviews related to your past R&amp;D tax credit claims? If yes,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1053-0037</w:t>
            </w:r>
          </w:p>
        </w:tc>
        <w:tc>
          <w:tcPr>
            <w:tcW w:type="dxa" w:w="2160"/>
          </w:tcPr>
          <w:p>
            <w:r>
              <w:t>Project Inventory</w:t>
            </w:r>
          </w:p>
        </w:tc>
        <w:tc>
          <w:tcPr>
            <w:tcW w:type="dxa" w:w="2160"/>
          </w:tcPr>
          <w:p>
            <w:r>
              <w:t>What specific projects related to rice cultivation did you initiate in 2025 that aimed to improve yield or reduce costs?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1053-0038</w:t>
            </w:r>
          </w:p>
        </w:tc>
        <w:tc>
          <w:tcPr>
            <w:tcW w:type="dxa" w:w="2160"/>
          </w:tcPr>
          <w:p>
            <w:r>
              <w:t>Uncertainty</w:t>
            </w:r>
          </w:p>
        </w:tc>
        <w:tc>
          <w:tcPr>
            <w:tcW w:type="dxa" w:w="2160"/>
          </w:tcPr>
          <w:p>
            <w:r>
              <w:t>Can you describe any experimental methods you employed in 2025 to test new rice varieties or cultivation techniques?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1053-0039</w:t>
            </w:r>
          </w:p>
        </w:tc>
        <w:tc>
          <w:tcPr>
            <w:tcW w:type="dxa" w:w="2160"/>
          </w:tcPr>
          <w:p>
            <w:r>
              <w:t>Alternatives</w:t>
            </w:r>
          </w:p>
        </w:tc>
        <w:tc>
          <w:tcPr>
            <w:tcW w:type="dxa" w:w="2160"/>
          </w:tcPr>
          <w:p>
            <w:r>
              <w:t>What alternative cultivation methods were considered in 2025, and what criteria did you use to evaluate their feasibility?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1053-0040</w:t>
            </w:r>
          </w:p>
        </w:tc>
        <w:tc>
          <w:tcPr>
            <w:tcW w:type="dxa" w:w="2160"/>
          </w:tcPr>
          <w:p>
            <w:r>
              <w:t>Experiments</w:t>
            </w:r>
          </w:p>
        </w:tc>
        <w:tc>
          <w:tcPr>
            <w:tcW w:type="dxa" w:w="2160"/>
          </w:tcPr>
          <w:p>
            <w:r>
              <w:t>List any controlled experiments conducted in 2025 to assess the impact of different fertilizers or irrigation techniques on rice growth. What were the outcomes?</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1053-0041</w:t>
            </w:r>
          </w:p>
        </w:tc>
        <w:tc>
          <w:tcPr>
            <w:tcW w:type="dxa" w:w="2160"/>
          </w:tcPr>
          <w:p>
            <w:r>
              <w:t>Measurements</w:t>
            </w:r>
          </w:p>
        </w:tc>
        <w:tc>
          <w:tcPr>
            <w:tcW w:type="dxa" w:w="2160"/>
          </w:tcPr>
          <w:p>
            <w:r>
              <w:t>What specific metrics did you track in 2025 to measure the success of your R&amp;D projects in rice farming?</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1053-0042</w:t>
            </w:r>
          </w:p>
        </w:tc>
        <w:tc>
          <w:tcPr>
            <w:tcW w:type="dxa" w:w="2160"/>
          </w:tcPr>
          <w:p>
            <w:r>
              <w:t>Costs</w:t>
            </w:r>
          </w:p>
        </w:tc>
        <w:tc>
          <w:tcPr>
            <w:tcW w:type="dxa" w:w="2160"/>
          </w:tcPr>
          <w:p>
            <w:r>
              <w:t>What were the total costs incurred for R&amp;D activities related to rice farming in 2025, broken down by project?</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1053-0043</w:t>
            </w:r>
          </w:p>
        </w:tc>
        <w:tc>
          <w:tcPr>
            <w:tcW w:type="dxa" w:w="2160"/>
          </w:tcPr>
          <w:p>
            <w:r>
              <w:t>Evidence</w:t>
            </w:r>
          </w:p>
        </w:tc>
        <w:tc>
          <w:tcPr>
            <w:tcW w:type="dxa" w:w="2160"/>
          </w:tcPr>
          <w:p>
            <w:r>
              <w:t>What documentation do you have to support the R&amp;D activities conducted in 2025, such as project plans, experimental results, or financial records?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1053-0044</w:t>
            </w:r>
          </w:p>
        </w:tc>
        <w:tc>
          <w:tcPr>
            <w:tcW w:type="dxa" w:w="2160"/>
          </w:tcPr>
          <w:p>
            <w:r>
              <w:t>Project Inventory</w:t>
            </w:r>
          </w:p>
        </w:tc>
        <w:tc>
          <w:tcPr>
            <w:tcW w:type="dxa" w:w="2160"/>
          </w:tcPr>
          <w:p>
            <w:r>
              <w:t>How did you prioritize R&amp;D projects in 2025, and what factors influenced your decisions?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1053-0045</w:t>
            </w:r>
          </w:p>
        </w:tc>
        <w:tc>
          <w:tcPr>
            <w:tcW w:type="dxa" w:w="2160"/>
          </w:tcPr>
          <w:p>
            <w:r>
              <w:t>Uncertainty</w:t>
            </w:r>
          </w:p>
        </w:tc>
        <w:tc>
          <w:tcPr>
            <w:tcW w:type="dxa" w:w="2160"/>
          </w:tcPr>
          <w:p>
            <w:r>
              <w:t>What uncertainties did you face in 2025 regarding the outcomes of your R&amp;D projects, and how did you address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1053-0046</w:t>
            </w:r>
          </w:p>
        </w:tc>
        <w:tc>
          <w:tcPr>
            <w:tcW w:type="dxa" w:w="2160"/>
          </w:tcPr>
          <w:p>
            <w:r>
              <w:t>Alternatives</w:t>
            </w:r>
          </w:p>
        </w:tc>
        <w:tc>
          <w:tcPr>
            <w:tcW w:type="dxa" w:w="2160"/>
          </w:tcPr>
          <w:p>
            <w:r>
              <w:t>During 2025, what alternative technologies or practices did you explore to enhance rice production, and what was the rationale for not pursuing them further?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1053-0047</w:t>
            </w:r>
          </w:p>
        </w:tc>
        <w:tc>
          <w:tcPr>
            <w:tcW w:type="dxa" w:w="2160"/>
          </w:tcPr>
          <w:p>
            <w:r>
              <w:t>Experiments</w:t>
            </w:r>
          </w:p>
        </w:tc>
        <w:tc>
          <w:tcPr>
            <w:tcW w:type="dxa" w:w="2160"/>
          </w:tcPr>
          <w:p>
            <w:r>
              <w:t>Describe any trials conducted in 2025 to test the efficacy of pest control methods. What were the hypotheses, and what data was collected?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1053-0048</w:t>
            </w:r>
          </w:p>
        </w:tc>
        <w:tc>
          <w:tcPr>
            <w:tcW w:type="dxa" w:w="2160"/>
          </w:tcPr>
          <w:p>
            <w:r>
              <w:t>Measurements</w:t>
            </w:r>
          </w:p>
        </w:tc>
        <w:tc>
          <w:tcPr>
            <w:tcW w:type="dxa" w:w="2160"/>
          </w:tcPr>
          <w:p>
            <w:r>
              <w:t>What specific growth metrics (e.g., height, yield per acre) were measured in your R&amp;D projects in 2025?</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1053-0049</w:t>
            </w:r>
          </w:p>
        </w:tc>
        <w:tc>
          <w:tcPr>
            <w:tcW w:type="dxa" w:w="2160"/>
          </w:tcPr>
          <w:p>
            <w:r>
              <w:t>Costs</w:t>
            </w:r>
          </w:p>
        </w:tc>
        <w:tc>
          <w:tcPr>
            <w:tcW w:type="dxa" w:w="2160"/>
          </w:tcPr>
          <w:p>
            <w:r>
              <w:t>What percentage of your total operational budget in 2025 was allocated to R&amp;D activities related to rice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1053-0050</w:t>
            </w:r>
          </w:p>
        </w:tc>
        <w:tc>
          <w:tcPr>
            <w:tcW w:type="dxa" w:w="2160"/>
          </w:tcPr>
          <w:p>
            <w:r>
              <w:t>Evidence</w:t>
            </w:r>
          </w:p>
        </w:tc>
        <w:tc>
          <w:tcPr>
            <w:tcW w:type="dxa" w:w="2160"/>
          </w:tcPr>
          <w:p>
            <w:r>
              <w:t>What specific scientific literature or industry standards did you reference in 2025 to guide your R&amp;D projects?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1053-0051</w:t>
            </w:r>
          </w:p>
        </w:tc>
        <w:tc>
          <w:tcPr>
            <w:tcW w:type="dxa" w:w="2160"/>
          </w:tcPr>
          <w:p>
            <w:r>
              <w:t>Project Inventory</w:t>
            </w:r>
          </w:p>
        </w:tc>
        <w:tc>
          <w:tcPr>
            <w:tcW w:type="dxa" w:w="2160"/>
          </w:tcPr>
          <w:p>
            <w:r>
              <w:t xml:space="preserve">How many distinct R&amp;D projects related to rice farming were active in 2025? Please provide a brief description of each. </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1053-0052</w:t>
            </w:r>
          </w:p>
        </w:tc>
        <w:tc>
          <w:tcPr>
            <w:tcW w:type="dxa" w:w="2160"/>
          </w:tcPr>
          <w:p>
            <w:r>
              <w:t>Uncertainty</w:t>
            </w:r>
          </w:p>
        </w:tc>
        <w:tc>
          <w:tcPr>
            <w:tcW w:type="dxa" w:w="2160"/>
          </w:tcPr>
          <w:p>
            <w:r>
              <w:t>What specific risks were identified in 2025 regarding the implementation of new farming techniques, and how did you mitigate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1053-0053</w:t>
            </w:r>
          </w:p>
        </w:tc>
        <w:tc>
          <w:tcPr>
            <w:tcW w:type="dxa" w:w="2160"/>
          </w:tcPr>
          <w:p>
            <w:r>
              <w:t>Alternatives</w:t>
            </w:r>
          </w:p>
        </w:tc>
        <w:tc>
          <w:tcPr>
            <w:tcW w:type="dxa" w:w="2160"/>
          </w:tcPr>
          <w:p>
            <w:r>
              <w:t>What alternative pest management strategies did you evaluate in 2025, and what were the results of those evaluations?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1053-0054</w:t>
            </w:r>
          </w:p>
        </w:tc>
        <w:tc>
          <w:tcPr>
            <w:tcW w:type="dxa" w:w="2160"/>
          </w:tcPr>
          <w:p>
            <w:r>
              <w:t>Experiments</w:t>
            </w:r>
          </w:p>
        </w:tc>
        <w:tc>
          <w:tcPr>
            <w:tcW w:type="dxa" w:w="2160"/>
          </w:tcPr>
          <w:p>
            <w:r>
              <w:t>What was the most significant experiment conducted in 2025, and what were its objectives, methods, and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1053-0055</w:t>
            </w:r>
          </w:p>
        </w:tc>
        <w:tc>
          <w:tcPr>
            <w:tcW w:type="dxa" w:w="2160"/>
          </w:tcPr>
          <w:p>
            <w:r>
              <w:t>Measurements</w:t>
            </w:r>
          </w:p>
        </w:tc>
        <w:tc>
          <w:tcPr>
            <w:tcW w:type="dxa" w:w="2160"/>
          </w:tcPr>
          <w:p>
            <w:r>
              <w:t>How did you ensure the accuracy and reliability of the measurements taken during your R&amp;D projects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1053-0056</w:t>
            </w:r>
          </w:p>
        </w:tc>
        <w:tc>
          <w:tcPr>
            <w:tcW w:type="dxa" w:w="2160"/>
          </w:tcPr>
          <w:p>
            <w:r>
              <w:t>Project Description</w:t>
            </w:r>
          </w:p>
        </w:tc>
        <w:tc>
          <w:tcPr>
            <w:tcW w:type="dxa" w:w="2160"/>
          </w:tcPr>
          <w:p>
            <w:r>
              <w:t>Can you describe one specific R&amp;D project related to rice farming that was initiated in 2025, including its objectives and outcomes?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1053-0057</w:t>
            </w:r>
          </w:p>
        </w:tc>
        <w:tc>
          <w:tcPr>
            <w:tcW w:type="dxa" w:w="2160"/>
          </w:tcPr>
          <w:p>
            <w:r>
              <w:t>Technological Nature</w:t>
            </w:r>
          </w:p>
        </w:tc>
        <w:tc>
          <w:tcPr>
            <w:tcW w:type="dxa" w:w="2160"/>
          </w:tcPr>
          <w:p>
            <w:r>
              <w:t>Can you describe any new agricultural techniques or technologies you implemented in 2025 to improve rice yield or quality? Please detail the specific uncertainties you faced in developing these techniques.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1053-0058</w:t>
            </w:r>
          </w:p>
        </w:tc>
        <w:tc>
          <w:tcPr>
            <w:tcW w:type="dxa" w:w="2160"/>
          </w:tcPr>
          <w:p>
            <w:r>
              <w:t>Experimentation</w:t>
            </w:r>
          </w:p>
        </w:tc>
        <w:tc>
          <w:tcPr>
            <w:tcW w:type="dxa" w:w="2160"/>
          </w:tcPr>
          <w:p>
            <w:r>
              <w:t>What specific experiments did you conduct in 2025 to test the effectiveness of new fertilizers or pest control methods on your rice crops? Please include any failures or unexpected results you encountered.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1053-0059</w:t>
            </w:r>
          </w:p>
        </w:tc>
        <w:tc>
          <w:tcPr>
            <w:tcW w:type="dxa" w:w="2160"/>
          </w:tcPr>
          <w:p>
            <w:r>
              <w:t>Permitted Purpose</w:t>
            </w:r>
          </w:p>
        </w:tc>
        <w:tc>
          <w:tcPr>
            <w:tcW w:type="dxa" w:w="2160"/>
          </w:tcPr>
          <w:p>
            <w:r>
              <w:t>How did the activities you undertook in 2025 align with the permitted purpose of improving the functionality or performance of your rice farming operations?</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1053-0060</w:t>
            </w:r>
          </w:p>
        </w:tc>
        <w:tc>
          <w:tcPr>
            <w:tcW w:type="dxa" w:w="2160"/>
          </w:tcPr>
          <w:p>
            <w:r>
              <w:t>Business Component</w:t>
            </w:r>
          </w:p>
        </w:tc>
        <w:tc>
          <w:tcPr>
            <w:tcW w:type="dxa" w:w="2160"/>
          </w:tcPr>
          <w:p>
            <w:r>
              <w:t>Identify the specific business components (e.g., new rice varieties, irrigation systems) you were developing or improving in 2025. What was the technological uncertainty associated with each component?</w:t>
              <w:br/>
              <w:t>Answer type: Repeating table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1053-0061</w:t>
            </w:r>
          </w:p>
        </w:tc>
        <w:tc>
          <w:tcPr>
            <w:tcW w:type="dxa" w:w="2160"/>
          </w:tcPr>
          <w:p>
            <w:r>
              <w:t>Section 174 Uncertainty</w:t>
            </w:r>
          </w:p>
        </w:tc>
        <w:tc>
          <w:tcPr>
            <w:tcW w:type="dxa" w:w="2160"/>
          </w:tcPr>
          <w:p>
            <w:r>
              <w:t>In 2025, did you encounter any significant uncertainties related to the costs or outcomes of your R&amp;D activities in rice farming? If so, please describe these uncertainties and how they impacted your decision-making.</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1053-0062</w:t>
            </w:r>
          </w:p>
        </w:tc>
        <w:tc>
          <w:tcPr>
            <w:tcW w:type="dxa" w:w="2160"/>
          </w:tcPr>
          <w:p>
            <w:r>
              <w:t>Commercial Production</w:t>
            </w:r>
          </w:p>
        </w:tc>
        <w:tc>
          <w:tcPr>
            <w:tcW w:type="dxa" w:w="2160"/>
          </w:tcPr>
          <w:p>
            <w:r>
              <w:t>During the tax year 2025, did your rice farming operations include any activities that were primarily focused on the commercial production of rice rather than on R&amp;D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1053-0063</w:t>
            </w:r>
          </w:p>
        </w:tc>
        <w:tc>
          <w:tcPr>
            <w:tcW w:type="dxa" w:w="2160"/>
          </w:tcPr>
          <w:p>
            <w:r>
              <w:t>Adaptation</w:t>
            </w:r>
          </w:p>
        </w:tc>
        <w:tc>
          <w:tcPr>
            <w:tcW w:type="dxa" w:w="2160"/>
          </w:tcPr>
          <w:p>
            <w:r>
              <w:t>Can you provide specific examples of how your rice farming processes were adapted for improved yield or efficiency in 2025? Please detail any experimental approaches taken.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1053-0064</w:t>
            </w:r>
          </w:p>
        </w:tc>
        <w:tc>
          <w:tcPr>
            <w:tcW w:type="dxa" w:w="2160"/>
          </w:tcPr>
          <w:p>
            <w:r>
              <w:t>Duplication</w:t>
            </w:r>
          </w:p>
        </w:tc>
        <w:tc>
          <w:tcPr>
            <w:tcW w:type="dxa" w:w="2160"/>
          </w:tcPr>
          <w:p>
            <w:r>
              <w:t>In 2025, did you engage in any activities that involved duplicating existing rice farming methods without modification? If so, please describe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1053-0065</w:t>
            </w:r>
          </w:p>
        </w:tc>
        <w:tc>
          <w:tcPr>
            <w:tcW w:type="dxa" w:w="2160"/>
          </w:tcPr>
          <w:p>
            <w:r>
              <w:t>Routine Testing</w:t>
            </w:r>
          </w:p>
        </w:tc>
        <w:tc>
          <w:tcPr>
            <w:tcW w:type="dxa" w:w="2160"/>
          </w:tcPr>
          <w:p>
            <w:r>
              <w:t>What routine testing procedures were implemented in your rice farming operations in 2025 that do not qualify as R&amp;D? Please specify the tests and their purposes.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1053-0066</w:t>
            </w:r>
          </w:p>
        </w:tc>
        <w:tc>
          <w:tcPr>
            <w:tcW w:type="dxa" w:w="2160"/>
          </w:tcPr>
          <w:p>
            <w:r>
              <w:t>Foreign/Funded Research</w:t>
            </w:r>
          </w:p>
        </w:tc>
        <w:tc>
          <w:tcPr>
            <w:tcW w:type="dxa" w:w="2160"/>
          </w:tcPr>
          <w:p>
            <w:r>
              <w:t>Did you conduct any foreign research or receive funding for research activities in 2025 that would not qualify under IRC Section 41? If yes,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1053-0067</w:t>
            </w:r>
          </w:p>
        </w:tc>
        <w:tc>
          <w:tcPr>
            <w:tcW w:type="dxa" w:w="2160"/>
          </w:tcPr>
          <w:p>
            <w:r>
              <w:t>Unsupported Estimates</w:t>
            </w:r>
          </w:p>
        </w:tc>
        <w:tc>
          <w:tcPr>
            <w:tcW w:type="dxa" w:w="2160"/>
          </w:tcPr>
          <w:p>
            <w:r>
              <w:t>Did your rice farming operations in 2025 include any estimates of costs or activities that were not supported by documentation? Please explain any such instances.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1053-0068</w:t>
            </w:r>
          </w:p>
        </w:tc>
        <w:tc>
          <w:tcPr>
            <w:tcW w:type="dxa" w:w="2160"/>
          </w:tcPr>
          <w:p>
            <w:r>
              <w:t>Routine Operations</w:t>
            </w:r>
          </w:p>
        </w:tc>
        <w:tc>
          <w:tcPr>
            <w:tcW w:type="dxa" w:w="2160"/>
          </w:tcPr>
          <w:p>
            <w:r>
              <w:t>What percentage of your 2025 activities were routine operations versus experimental activities aimed at improving rice production?</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1053-0069</w:t>
            </w:r>
          </w:p>
        </w:tc>
        <w:tc>
          <w:tcPr>
            <w:tcW w:type="dxa" w:w="2160"/>
          </w:tcPr>
          <w:p>
            <w:r>
              <w:t>Commercial Production</w:t>
            </w:r>
          </w:p>
        </w:tc>
        <w:tc>
          <w:tcPr>
            <w:tcW w:type="dxa" w:w="2160"/>
          </w:tcPr>
          <w:p>
            <w:r>
              <w:t>Were any of your 2025 rice farming activities conducted solely for the purpose of commercial production without any R&amp;D intent? Please detail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1053-0070</w:t>
            </w:r>
          </w:p>
        </w:tc>
        <w:tc>
          <w:tcPr>
            <w:tcW w:type="dxa" w:w="2160"/>
          </w:tcPr>
          <w:p>
            <w:r>
              <w:t>Adaptation</w:t>
            </w:r>
          </w:p>
        </w:tc>
        <w:tc>
          <w:tcPr>
            <w:tcW w:type="dxa" w:w="2160"/>
          </w:tcPr>
          <w:p>
            <w:r>
              <w:t>Did you adapt any existing rice farming techniques in 2025 without conducting any experimentation or trials? If so, please describe these adaptations.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1053-0071</w:t>
            </w:r>
          </w:p>
        </w:tc>
        <w:tc>
          <w:tcPr>
            <w:tcW w:type="dxa" w:w="2160"/>
          </w:tcPr>
          <w:p>
            <w:r>
              <w:t>Employee Roles</w:t>
            </w:r>
          </w:p>
        </w:tc>
        <w:tc>
          <w:tcPr>
            <w:tcW w:type="dxa" w:w="2160"/>
          </w:tcPr>
          <w:p>
            <w:r>
              <w:t>Which employees were directly involved in the development of new rice varieties or farming techniques during the tax year 2025? Please specify their roles and contributions.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1053-0072</w:t>
            </w:r>
          </w:p>
        </w:tc>
        <w:tc>
          <w:tcPr>
            <w:tcW w:type="dxa" w:w="2160"/>
          </w:tcPr>
          <w:p>
            <w:r>
              <w:t>Wage Allocations</w:t>
            </w:r>
          </w:p>
        </w:tc>
        <w:tc>
          <w:tcPr>
            <w:tcW w:type="dxa" w:w="2160"/>
          </w:tcPr>
          <w:p>
            <w:r>
              <w:t>What percentage of each involved employee's wages is allocated to R&amp;D activities related to rice farming for the tax year 2025?</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1053-0073</w:t>
            </w:r>
          </w:p>
        </w:tc>
        <w:tc>
          <w:tcPr>
            <w:tcW w:type="dxa" w:w="2160"/>
          </w:tcPr>
          <w:p>
            <w:r>
              <w:t>Time Tracking</w:t>
            </w:r>
          </w:p>
        </w:tc>
        <w:tc>
          <w:tcPr>
            <w:tcW w:type="dxa" w:w="2160"/>
          </w:tcPr>
          <w:p>
            <w:r>
              <w:t>How do you track the time spent by employees on R&amp;D activities versus routine farming operations? Please provide details on the tracking method used.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1053-0074</w:t>
            </w:r>
          </w:p>
        </w:tc>
        <w:tc>
          <w:tcPr>
            <w:tcW w:type="dxa" w:w="2160"/>
          </w:tcPr>
          <w:p>
            <w:r>
              <w:t>Employee Qualifications</w:t>
            </w:r>
          </w:p>
        </w:tc>
        <w:tc>
          <w:tcPr>
            <w:tcW w:type="dxa" w:w="2160"/>
          </w:tcPr>
          <w:p>
            <w:r>
              <w:t>What qualifications or expertise do the employees involved in R&amp;D hold that support their roles in developing new rice farming techniques?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1053-0075</w:t>
            </w:r>
          </w:p>
        </w:tc>
        <w:tc>
          <w:tcPr>
            <w:tcW w:type="dxa" w:w="2160"/>
          </w:tcPr>
          <w:p>
            <w:r>
              <w:t>Incentives and Bonuses</w:t>
            </w:r>
          </w:p>
        </w:tc>
        <w:tc>
          <w:tcPr>
            <w:tcW w:type="dxa" w:w="2160"/>
          </w:tcPr>
          <w:p>
            <w:r>
              <w:t>Did any employees receive bonuses or incentives specifically for their contributions to R&amp;D activities in 2025? If so, please detail the amounts and criteria used for these incentives.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1053-0076</w:t>
            </w:r>
          </w:p>
        </w:tc>
        <w:tc>
          <w:tcPr>
            <w:tcW w:type="dxa" w:w="2160"/>
          </w:tcPr>
          <w:p>
            <w:r>
              <w:t>Employee Training</w:t>
            </w:r>
          </w:p>
        </w:tc>
        <w:tc>
          <w:tcPr>
            <w:tcW w:type="dxa" w:w="2160"/>
          </w:tcPr>
          <w:p>
            <w:r>
              <w:t>Were any employees trained specifically for R&amp;D activities related to rice farming in 2025? If yes, please describe the training programs and associated costs.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1053-0077</w:t>
            </w:r>
          </w:p>
        </w:tc>
        <w:tc>
          <w:tcPr>
            <w:tcW w:type="dxa" w:w="2160"/>
          </w:tcPr>
          <w:p>
            <w:r>
              <w:t>Project Documentation</w:t>
            </w:r>
          </w:p>
        </w:tc>
        <w:tc>
          <w:tcPr>
            <w:tcW w:type="dxa" w:w="2160"/>
          </w:tcPr>
          <w:p>
            <w:r>
              <w:t>Can you provide documentation or records that demonstrate the time and wages allocated to R&amp;D projects in 2025?</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1053-0078</w:t>
            </w:r>
          </w:p>
        </w:tc>
        <w:tc>
          <w:tcPr>
            <w:tcW w:type="dxa" w:w="2160"/>
          </w:tcPr>
          <w:p>
            <w:r>
              <w:t>Employee Count</w:t>
            </w:r>
          </w:p>
        </w:tc>
        <w:tc>
          <w:tcPr>
            <w:tcW w:type="dxa" w:w="2160"/>
          </w:tcPr>
          <w:p>
            <w:r>
              <w:t>How many employees were engaged in R&amp;D activities for rice farming during the tax year 2025? Please specify their roles.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1053-0079</w:t>
            </w:r>
          </w:p>
        </w:tc>
        <w:tc>
          <w:tcPr>
            <w:tcW w:type="dxa" w:w="2160"/>
          </w:tcPr>
          <w:p>
            <w:r>
              <w:t>Contractor Engagement</w:t>
            </w:r>
          </w:p>
        </w:tc>
        <w:tc>
          <w:tcPr>
            <w:tcW w:type="dxa" w:w="2160"/>
          </w:tcPr>
          <w:p>
            <w:r>
              <w:t>Did you engage any contractors or temporary employees for R&amp;D activities in 2025? If yes, please provide their roles and the total wages paid.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1053-0080</w:t>
            </w:r>
          </w:p>
        </w:tc>
        <w:tc>
          <w:tcPr>
            <w:tcW w:type="dxa" w:w="2160"/>
          </w:tcPr>
          <w:p>
            <w:r>
              <w:t>R&amp;D Project Description</w:t>
            </w:r>
          </w:p>
        </w:tc>
        <w:tc>
          <w:tcPr>
            <w:tcW w:type="dxa" w:w="2160"/>
          </w:tcPr>
          <w:p>
            <w:r>
              <w:t>Please describe the specific R&amp;D projects undertaken in 2025 that involved employee services and how these projects contributed to advancements in rice farming.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1053-0081</w:t>
            </w:r>
          </w:p>
        </w:tc>
        <w:tc>
          <w:tcPr>
            <w:tcW w:type="dxa" w:w="2160"/>
          </w:tcPr>
          <w:p>
            <w:r>
              <w:t>Experimental Inputs</w:t>
            </w:r>
          </w:p>
        </w:tc>
        <w:tc>
          <w:tcPr>
            <w:tcW w:type="dxa" w:w="2160"/>
          </w:tcPr>
          <w:p>
            <w:r>
              <w:t>What specific experimental supplies did you use in developing new rice varieties or improving existing ones during the tax year 2025? Please list each supply and its intended purpose in the experimentation process.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1053-0082</w:t>
            </w:r>
          </w:p>
        </w:tc>
        <w:tc>
          <w:tcPr>
            <w:tcW w:type="dxa" w:w="2160"/>
          </w:tcPr>
          <w:p>
            <w:r>
              <w:t>Exclusions</w:t>
            </w:r>
          </w:p>
        </w:tc>
        <w:tc>
          <w:tcPr>
            <w:tcW w:type="dxa" w:w="2160"/>
          </w:tcPr>
          <w:p>
            <w:r>
              <w:t>Did you utilize any supplies that were considered routine or standard in rice farming operations? If yes, please specify the items and explain why they were deemed routine.</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1053-0083</w:t>
            </w:r>
          </w:p>
        </w:tc>
        <w:tc>
          <w:tcPr>
            <w:tcW w:type="dxa" w:w="2160"/>
          </w:tcPr>
          <w:p>
            <w:r>
              <w:t>Cost Allocation</w:t>
            </w:r>
          </w:p>
        </w:tc>
        <w:tc>
          <w:tcPr>
            <w:tcW w:type="dxa" w:w="2160"/>
          </w:tcPr>
          <w:p>
            <w:r>
              <w:t>What was the total cost of the experimental supplies used in your R&amp;D activities for the tax year 2025? Please provide a breakdown of costs by supply type.</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1053-0084</w:t>
            </w:r>
          </w:p>
        </w:tc>
        <w:tc>
          <w:tcPr>
            <w:tcW w:type="dxa" w:w="2160"/>
          </w:tcPr>
          <w:p>
            <w:r>
              <w:t>Documentation</w:t>
            </w:r>
          </w:p>
        </w:tc>
        <w:tc>
          <w:tcPr>
            <w:tcW w:type="dxa" w:w="2160"/>
          </w:tcPr>
          <w:p>
            <w:r>
              <w:t>What documentation do you have to support the use of these experimental supplies in your R&amp;D activities? Please describe the types of records maintained (e.g., purchase invoices, lab notes, etc.).</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1053-0085</w:t>
            </w:r>
          </w:p>
        </w:tc>
        <w:tc>
          <w:tcPr>
            <w:tcW w:type="dxa" w:w="2160"/>
          </w:tcPr>
          <w:p>
            <w:r>
              <w:t>Experimental Design</w:t>
            </w:r>
          </w:p>
        </w:tc>
        <w:tc>
          <w:tcPr>
            <w:tcW w:type="dxa" w:w="2160"/>
          </w:tcPr>
          <w:p>
            <w:r>
              <w:t>Can you describe any changes made to the experimental supplies based on initial testing results? How did these changes impact the overall research objectives?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1053-0086</w:t>
            </w:r>
          </w:p>
        </w:tc>
        <w:tc>
          <w:tcPr>
            <w:tcW w:type="dxa" w:w="2160"/>
          </w:tcPr>
          <w:p>
            <w:r>
              <w:t>Contractor Services</w:t>
            </w:r>
          </w:p>
        </w:tc>
        <w:tc>
          <w:tcPr>
            <w:tcW w:type="dxa" w:w="2160"/>
          </w:tcPr>
          <w:p>
            <w:r>
              <w:t>What specific contractor services did you engage for R&amp;D activities related to your rice farming operations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1053-0087</w:t>
            </w:r>
          </w:p>
        </w:tc>
        <w:tc>
          <w:tcPr>
            <w:tcW w:type="dxa" w:w="2160"/>
          </w:tcPr>
          <w:p>
            <w:r>
              <w:t>U.S. Location</w:t>
            </w:r>
          </w:p>
        </w:tc>
        <w:tc>
          <w:tcPr>
            <w:tcW w:type="dxa" w:w="2160"/>
          </w:tcPr>
          <w:p>
            <w:r>
              <w:t>Where were the contractor services performed? Please specify the city and state within the U.S. where the services took place.</w:t>
              <w:br/>
              <w:t>Answer type: Short text</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1053-0088</w:t>
            </w:r>
          </w:p>
        </w:tc>
        <w:tc>
          <w:tcPr>
            <w:tcW w:type="dxa" w:w="2160"/>
          </w:tcPr>
          <w:p>
            <w:r>
              <w:t>Rights</w:t>
            </w:r>
          </w:p>
        </w:tc>
        <w:tc>
          <w:tcPr>
            <w:tcW w:type="dxa" w:w="2160"/>
          </w:tcPr>
          <w:p>
            <w:r>
              <w:t>What rights did your business retain over the results of the contractor's work? Please describe any ownership or usage rights established in the contract.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1053-0089</w:t>
            </w:r>
          </w:p>
        </w:tc>
        <w:tc>
          <w:tcPr>
            <w:tcW w:type="dxa" w:w="2160"/>
          </w:tcPr>
          <w:p>
            <w:r>
              <w:t>Economic Risk</w:t>
            </w:r>
          </w:p>
        </w:tc>
        <w:tc>
          <w:tcPr>
            <w:tcW w:type="dxa" w:w="2160"/>
          </w:tcPr>
          <w:p>
            <w:r>
              <w:t>What economic risks did your business assume in relation to the contractor services provided? Please detail any financial commitments or liabilities you incurred.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1053-0090</w:t>
            </w:r>
          </w:p>
        </w:tc>
        <w:tc>
          <w:tcPr>
            <w:tcW w:type="dxa" w:w="2160"/>
          </w:tcPr>
          <w:p>
            <w:r>
              <w:t>Eligible Amount</w:t>
            </w:r>
          </w:p>
        </w:tc>
        <w:tc>
          <w:tcPr>
            <w:tcW w:type="dxa" w:w="2160"/>
          </w:tcPr>
          <w:p>
            <w:r>
              <w:t>What was the total amount paid to contractors for R&amp;D services in 2025? Please provide the precise dollar amount.</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1053-0091</w:t>
            </w:r>
          </w:p>
        </w:tc>
        <w:tc>
          <w:tcPr>
            <w:tcW w:type="dxa" w:w="2160"/>
          </w:tcPr>
          <w:p>
            <w:r>
              <w:t>Contractual Terms</w:t>
            </w:r>
          </w:p>
        </w:tc>
        <w:tc>
          <w:tcPr>
            <w:tcW w:type="dxa" w:w="2160"/>
          </w:tcPr>
          <w:p>
            <w:r>
              <w:t>What specific terms in the contract with the contractor indicate that the work performed was for R&amp;D purposes? Please cite any relevant clauses or descriptions.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1053-0092</w:t>
            </w:r>
          </w:p>
        </w:tc>
        <w:tc>
          <w:tcPr>
            <w:tcW w:type="dxa" w:w="2160"/>
          </w:tcPr>
          <w:p>
            <w:r>
              <w:t>Contractor Selection</w:t>
            </w:r>
          </w:p>
        </w:tc>
        <w:tc>
          <w:tcPr>
            <w:tcW w:type="dxa" w:w="2160"/>
          </w:tcPr>
          <w:p>
            <w:r>
              <w:t>How did you select the contractors for your R&amp;D activities? Please describe the criteria used for selection and any competitive bidding processes that were involved.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1053-0093</w:t>
            </w:r>
          </w:p>
        </w:tc>
        <w:tc>
          <w:tcPr>
            <w:tcW w:type="dxa" w:w="2160"/>
          </w:tcPr>
          <w:p>
            <w:r>
              <w:t>Third-party cloud services</w:t>
            </w:r>
          </w:p>
        </w:tc>
        <w:tc>
          <w:tcPr>
            <w:tcW w:type="dxa" w:w="2160"/>
          </w:tcPr>
          <w:p>
            <w:r>
              <w:t>Did your rice farm utilize any third-party cloud computing services for data analysis or modeling related to crop yield improvements during the 2025 tax year? If yes, please specify the services used and the nature of the research conducted.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1053-0094</w:t>
            </w:r>
          </w:p>
        </w:tc>
        <w:tc>
          <w:tcPr>
            <w:tcW w:type="dxa" w:w="2160"/>
          </w:tcPr>
          <w:p>
            <w:r>
              <w:t>Third-party software</w:t>
            </w:r>
          </w:p>
        </w:tc>
        <w:tc>
          <w:tcPr>
            <w:tcW w:type="dxa" w:w="2160"/>
          </w:tcPr>
          <w:p>
            <w:r>
              <w:t>Were any third-party software tools employed to enhance the efficiency of your farm's operations or to conduct experimental research on rice cultivation techniques in 2025? If so, please list the software and describe how it contributed to your R&amp;D efforts.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1053-0095</w:t>
            </w:r>
          </w:p>
        </w:tc>
        <w:tc>
          <w:tcPr>
            <w:tcW w:type="dxa" w:w="2160"/>
          </w:tcPr>
          <w:p>
            <w:r>
              <w:t>Project Documentation</w:t>
            </w:r>
          </w:p>
        </w:tc>
        <w:tc>
          <w:tcPr>
            <w:tcW w:type="dxa" w:w="2160"/>
          </w:tcPr>
          <w:p>
            <w:r>
              <w:t>Can you provide a detailed description of the experimental techniques or methodologies used in developing new rice varieties during the tax year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1053-0096</w:t>
            </w:r>
          </w:p>
        </w:tc>
        <w:tc>
          <w:tcPr>
            <w:tcW w:type="dxa" w:w="2160"/>
          </w:tcPr>
          <w:p>
            <w:r>
              <w:t>Cost Tracking</w:t>
            </w:r>
          </w:p>
        </w:tc>
        <w:tc>
          <w:tcPr>
            <w:tcW w:type="dxa" w:w="2160"/>
          </w:tcPr>
          <w:p>
            <w:r>
              <w:t>What specific costs (e.g., labor, materials, overhead) were incurred in the R&amp;D process for new rice cultivation methods, and how are these costs documented?</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1053-0097</w:t>
            </w:r>
          </w:p>
        </w:tc>
        <w:tc>
          <w:tcPr>
            <w:tcW w:type="dxa" w:w="2160"/>
          </w:tcPr>
          <w:p>
            <w:r>
              <w:t>Project Records</w:t>
            </w:r>
          </w:p>
        </w:tc>
        <w:tc>
          <w:tcPr>
            <w:tcW w:type="dxa" w:w="2160"/>
          </w:tcPr>
          <w:p>
            <w:r>
              <w:t>How do you maintain contemporaneous records of R&amp;D activities, including dates, personnel involved, and project milestones for the rice farming innovations?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1053-0098</w:t>
            </w:r>
          </w:p>
        </w:tc>
        <w:tc>
          <w:tcPr>
            <w:tcW w:type="dxa" w:w="2160"/>
          </w:tcPr>
          <w:p>
            <w:r>
              <w:t>Experimental Results</w:t>
            </w:r>
          </w:p>
        </w:tc>
        <w:tc>
          <w:tcPr>
            <w:tcW w:type="dxa" w:w="2160"/>
          </w:tcPr>
          <w:p>
            <w:r>
              <w:t>Can you provide evidence of the results from the experimental trials conducted on new rice strains, including any data collected and analysis performed?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1053-0099</w:t>
            </w:r>
          </w:p>
        </w:tc>
        <w:tc>
          <w:tcPr>
            <w:tcW w:type="dxa" w:w="2160"/>
          </w:tcPr>
          <w:p>
            <w:r>
              <w:t>Documentation Practices</w:t>
            </w:r>
          </w:p>
        </w:tc>
        <w:tc>
          <w:tcPr>
            <w:tcW w:type="dxa" w:w="2160"/>
          </w:tcPr>
          <w:p>
            <w:r>
              <w:t>What systems or tools do you use to track and document the progress of R&amp;D projects related to rice farming, and how often are these updated?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1053-0100</w:t>
            </w:r>
          </w:p>
        </w:tc>
        <w:tc>
          <w:tcPr>
            <w:tcW w:type="dxa" w:w="2160"/>
          </w:tcPr>
          <w:p>
            <w:r>
              <w:t>Collaboration Records</w:t>
            </w:r>
          </w:p>
        </w:tc>
        <w:tc>
          <w:tcPr>
            <w:tcW w:type="dxa" w:w="2160"/>
          </w:tcPr>
          <w:p>
            <w:r>
              <w:t>Have you collaborated with any external research institutions or universities for your R&amp;D projects in 2025, and how are these collaborations documented?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1053-0101</w:t>
            </w:r>
          </w:p>
        </w:tc>
        <w:tc>
          <w:tcPr>
            <w:tcW w:type="dxa" w:w="2160"/>
          </w:tcPr>
          <w:p>
            <w:r>
              <w:t>Project Identification</w:t>
            </w:r>
          </w:p>
        </w:tc>
        <w:tc>
          <w:tcPr>
            <w:tcW w:type="dxa" w:w="2160"/>
          </w:tcPr>
          <w:p>
            <w:r>
              <w:t>What specific R&amp;D projects were initiated in 2025 aimed at improving rice yield or disease resistance, and how are they classified as R&amp;D under IRS guidelines?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1053-0102</w:t>
            </w:r>
          </w:p>
        </w:tc>
        <w:tc>
          <w:tcPr>
            <w:tcW w:type="dxa" w:w="2160"/>
          </w:tcPr>
          <w:p>
            <w:r>
              <w:t>Time Tracking</w:t>
            </w:r>
          </w:p>
        </w:tc>
        <w:tc>
          <w:tcPr>
            <w:tcW w:type="dxa" w:w="2160"/>
          </w:tcPr>
          <w:p>
            <w:r>
              <w:t>How do you track the time spent by employees on R&amp;D activities related to rice farming, and what records do you maintain to support this?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1053-0103</w:t>
            </w:r>
          </w:p>
        </w:tc>
        <w:tc>
          <w:tcPr>
            <w:tcW w:type="dxa" w:w="2160"/>
          </w:tcPr>
          <w:p>
            <w:r>
              <w:t>Compliance Records</w:t>
            </w:r>
          </w:p>
        </w:tc>
        <w:tc>
          <w:tcPr>
            <w:tcW w:type="dxa" w:w="2160"/>
          </w:tcPr>
          <w:p>
            <w:r>
              <w:t>What compliance measures do you have in place to ensure that your R&amp;D activities meet the requirements set forth by the IRS for tax credits?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1053-0104</w:t>
            </w:r>
          </w:p>
        </w:tc>
        <w:tc>
          <w:tcPr>
            <w:tcW w:type="dxa" w:w="2160"/>
          </w:tcPr>
          <w:p>
            <w:r>
              <w:t>Cost Allocation</w:t>
            </w:r>
          </w:p>
        </w:tc>
        <w:tc>
          <w:tcPr>
            <w:tcW w:type="dxa" w:w="2160"/>
          </w:tcPr>
          <w:p>
            <w:r>
              <w:t>How do you allocate costs between R&amp;D and routine farming operations, and what documentation supports this allocation?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1053-0105</w:t>
            </w:r>
          </w:p>
        </w:tc>
        <w:tc>
          <w:tcPr>
            <w:tcW w:type="dxa" w:w="2160"/>
          </w:tcPr>
          <w:p>
            <w:r>
              <w:t>Qualified Research Activities</w:t>
            </w:r>
          </w:p>
        </w:tc>
        <w:tc>
          <w:tcPr>
            <w:tcW w:type="dxa" w:w="2160"/>
          </w:tcPr>
          <w:p>
            <w:r>
              <w:t>Can you describe specific projects undertaken in 2025 that aimed to improve rice yield through innovative farming techniques or new seed varieties?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1053-0106</w:t>
            </w:r>
          </w:p>
        </w:tc>
        <w:tc>
          <w:tcPr>
            <w:tcW w:type="dxa" w:w="2160"/>
          </w:tcPr>
          <w:p>
            <w:r>
              <w:t>Qualified Research Expenses</w:t>
            </w:r>
          </w:p>
        </w:tc>
        <w:tc>
          <w:tcPr>
            <w:tcW w:type="dxa" w:w="2160"/>
          </w:tcPr>
          <w:p>
            <w:r>
              <w:t>What percentage of your total expenses in 2025 was allocated to wages for employees directly involved in R&amp;D activities related to rice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1053-0107</w:t>
            </w:r>
          </w:p>
        </w:tc>
        <w:tc>
          <w:tcPr>
            <w:tcW w:type="dxa" w:w="2160"/>
          </w:tcPr>
          <w:p>
            <w:r>
              <w:t>Contract Research</w:t>
            </w:r>
          </w:p>
        </w:tc>
        <w:tc>
          <w:tcPr>
            <w:tcW w:type="dxa" w:w="2160"/>
          </w:tcPr>
          <w:p>
            <w:r>
              <w:t>Did you engage any third-party contractors in 2025 for R&amp;D activities related to rice farming? If yes, please provide details on the nature of the work and associated costs.</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1053-0108</w:t>
            </w:r>
          </w:p>
        </w:tc>
        <w:tc>
          <w:tcPr>
            <w:tcW w:type="dxa" w:w="2160"/>
          </w:tcPr>
          <w:p>
            <w:r>
              <w:t>Supplies</w:t>
            </w:r>
          </w:p>
        </w:tc>
        <w:tc>
          <w:tcPr>
            <w:tcW w:type="dxa" w:w="2160"/>
          </w:tcPr>
          <w:p>
            <w:r>
              <w:t>What types of supplies did you purchase in 2025 specifically for R&amp;D activities in rice farming, and what was the total cost of these supplies?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1053-0109</w:t>
            </w:r>
          </w:p>
        </w:tc>
        <w:tc>
          <w:tcPr>
            <w:tcW w:type="dxa" w:w="2160"/>
          </w:tcPr>
          <w:p>
            <w:r>
              <w:t>Documentation</w:t>
            </w:r>
          </w:p>
        </w:tc>
        <w:tc>
          <w:tcPr>
            <w:tcW w:type="dxa" w:w="2160"/>
          </w:tcPr>
          <w:p>
            <w:r>
              <w:t>What documentation do you maintain to support your claims for R&amp;D activities in 2025, including project descriptions, experimental results, and employee time tracking?</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1053-0110</w:t>
            </w:r>
          </w:p>
        </w:tc>
        <w:tc>
          <w:tcPr>
            <w:tcW w:type="dxa" w:w="2160"/>
          </w:tcPr>
          <w:p>
            <w:r>
              <w:t>Experimentation</w:t>
            </w:r>
          </w:p>
        </w:tc>
        <w:tc>
          <w:tcPr>
            <w:tcW w:type="dxa" w:w="2160"/>
          </w:tcPr>
          <w:p>
            <w:r>
              <w:t>Can you provide examples of specific experiments conducted in 2025 to test new irrigation methods or pest control strategies?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1053-0111</w:t>
            </w:r>
          </w:p>
        </w:tc>
        <w:tc>
          <w:tcPr>
            <w:tcW w:type="dxa" w:w="2160"/>
          </w:tcPr>
          <w:p>
            <w:r>
              <w:t>Employee Involvement</w:t>
            </w:r>
          </w:p>
        </w:tc>
        <w:tc>
          <w:tcPr>
            <w:tcW w:type="dxa" w:w="2160"/>
          </w:tcPr>
          <w:p>
            <w:r>
              <w:t>How many employees were involved in R&amp;D activities in 2025, and what were their roles in those projects?</w:t>
              <w:br/>
              <w:t>Answer type: Integer + details</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1053-0112</w:t>
            </w:r>
          </w:p>
        </w:tc>
        <w:tc>
          <w:tcPr>
            <w:tcW w:type="dxa" w:w="2160"/>
          </w:tcPr>
          <w:p>
            <w:r>
              <w:t>R&amp;D Tax Credit Calculation</w:t>
            </w:r>
          </w:p>
        </w:tc>
        <w:tc>
          <w:tcPr>
            <w:tcW w:type="dxa" w:w="2160"/>
          </w:tcPr>
          <w:p>
            <w:r>
              <w:t>What was the total amount of R&amp;D tax credit you are claiming for 2025, and how did you calculate this figure?</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1053-0113</w:t>
            </w:r>
          </w:p>
        </w:tc>
        <w:tc>
          <w:tcPr>
            <w:tcW w:type="dxa" w:w="2160"/>
          </w:tcPr>
          <w:p>
            <w:r>
              <w:t>Technical Uncertainty</w:t>
            </w:r>
          </w:p>
        </w:tc>
        <w:tc>
          <w:tcPr>
            <w:tcW w:type="dxa" w:w="2160"/>
          </w:tcPr>
          <w:p>
            <w:r>
              <w:t>What technical uncertainties did you face in your R&amp;D projects in 2025, and how did you address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1053-0114</w:t>
            </w:r>
          </w:p>
        </w:tc>
        <w:tc>
          <w:tcPr>
            <w:tcW w:type="dxa" w:w="2160"/>
          </w:tcPr>
          <w:p>
            <w:r>
              <w:t>Innovation</w:t>
            </w:r>
          </w:p>
        </w:tc>
        <w:tc>
          <w:tcPr>
            <w:tcW w:type="dxa" w:w="2160"/>
          </w:tcPr>
          <w:p>
            <w:r>
              <w:t>What innovative techniques or technologies did you develop or significantly improve in 2025 that contributed to your rice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1053-0115</w:t>
            </w:r>
          </w:p>
        </w:tc>
        <w:tc>
          <w:tcPr>
            <w:tcW w:type="dxa" w:w="2160"/>
          </w:tcPr>
          <w:p>
            <w:r>
              <w:t>Compliance</w:t>
            </w:r>
          </w:p>
        </w:tc>
        <w:tc>
          <w:tcPr>
            <w:tcW w:type="dxa" w:w="2160"/>
          </w:tcPr>
          <w:p>
            <w:r>
              <w:t>Have you reviewed your R&amp;D activities for compliance with IRS guidelines for the tax year 2025? If so, what were the findings?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1053-0116</w:t>
            </w:r>
          </w:p>
        </w:tc>
        <w:tc>
          <w:tcPr>
            <w:tcW w:type="dxa" w:w="2160"/>
          </w:tcPr>
          <w:p>
            <w:r>
              <w:t>Qualified Research Activities</w:t>
            </w:r>
          </w:p>
        </w:tc>
        <w:tc>
          <w:tcPr>
            <w:tcW w:type="dxa" w:w="2160"/>
          </w:tcPr>
          <w:p>
            <w:r>
              <w:t>During the tax year 2025, did your rice farm engage in any activities that involved developing new rice varieties or improving existing ones through genetic modification or breeding techniques?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1053-0117</w:t>
            </w:r>
          </w:p>
        </w:tc>
        <w:tc>
          <w:tcPr>
            <w:tcW w:type="dxa" w:w="2160"/>
          </w:tcPr>
          <w:p>
            <w:r>
              <w:t>Qualified Research Expenses</w:t>
            </w:r>
          </w:p>
        </w:tc>
        <w:tc>
          <w:tcPr>
            <w:tcW w:type="dxa" w:w="2160"/>
          </w:tcPr>
          <w:p>
            <w:r>
              <w:t>What were the total wages paid to employees directly involved in R&amp;D activities related to rice cultivation in 2025? Please specify the amount and the number of employees involved.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1053-0118</w:t>
            </w:r>
          </w:p>
        </w:tc>
        <w:tc>
          <w:tcPr>
            <w:tcW w:type="dxa" w:w="2160"/>
          </w:tcPr>
          <w:p>
            <w:r>
              <w:t>Supply Costs</w:t>
            </w:r>
          </w:p>
        </w:tc>
        <w:tc>
          <w:tcPr>
            <w:tcW w:type="dxa" w:w="2160"/>
          </w:tcPr>
          <w:p>
            <w:r>
              <w:t>List all materials and supplies purchased specifically for R&amp;D activities in 2025. Include the cost and a brief description of how each item was used in the research process.</w:t>
              <w:br/>
              <w:t>Answer type: Repeating table</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1053-0119</w:t>
            </w:r>
          </w:p>
        </w:tc>
        <w:tc>
          <w:tcPr>
            <w:tcW w:type="dxa" w:w="2160"/>
          </w:tcPr>
          <w:p>
            <w:r>
              <w:t>Contract Research Expenses</w:t>
            </w:r>
          </w:p>
        </w:tc>
        <w:tc>
          <w:tcPr>
            <w:tcW w:type="dxa" w:w="2160"/>
          </w:tcPr>
          <w:p>
            <w:r>
              <w:t>Did your rice farm contract any third-party services for R&amp;D activities in 2025? If yes, please provide the total amount paid and a description of the services provided.</w:t>
              <w:br/>
              <w:t>Answer type: Currency</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1053-0120</w:t>
            </w:r>
          </w:p>
        </w:tc>
        <w:tc>
          <w:tcPr>
            <w:tcW w:type="dxa" w:w="2160"/>
          </w:tcPr>
          <w:p>
            <w:r>
              <w:t>Documentation</w:t>
            </w:r>
          </w:p>
        </w:tc>
        <w:tc>
          <w:tcPr>
            <w:tcW w:type="dxa" w:w="2160"/>
          </w:tcPr>
          <w:p>
            <w:r>
              <w:t>What documentation do you maintain to support your R&amp;D claims for 2025? Please specify if you have project plans, experimental results, or other relevant records.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1053-0121</w:t>
            </w:r>
          </w:p>
        </w:tc>
        <w:tc>
          <w:tcPr>
            <w:tcW w:type="dxa" w:w="2160"/>
          </w:tcPr>
          <w:p>
            <w:r>
              <w:t>Experimental Design</w:t>
            </w:r>
          </w:p>
        </w:tc>
        <w:tc>
          <w:tcPr>
            <w:tcW w:type="dxa" w:w="2160"/>
          </w:tcPr>
          <w:p>
            <w:r>
              <w:t>Describe any experimental designs or methodologies used in your R&amp;D activities related to rice farming in 2025. How did these designs help in achieving your research objectives?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1053-0122</w:t>
            </w:r>
          </w:p>
        </w:tc>
        <w:tc>
          <w:tcPr>
            <w:tcW w:type="dxa" w:w="2160"/>
          </w:tcPr>
          <w:p>
            <w:r>
              <w:t>Technical Uncertainty</w:t>
            </w:r>
          </w:p>
        </w:tc>
        <w:tc>
          <w:tcPr>
            <w:tcW w:type="dxa" w:w="2160"/>
          </w:tcPr>
          <w:p>
            <w:r>
              <w:t>What specific technical uncertainties did you encounter during your R&amp;D activities in 2025? How did you attempt to resolve these uncertainties?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1053-0123</w:t>
            </w:r>
          </w:p>
        </w:tc>
        <w:tc>
          <w:tcPr>
            <w:tcW w:type="dxa" w:w="2160"/>
          </w:tcPr>
          <w:p>
            <w:r>
              <w:t>R&amp;D Project Timeline</w:t>
            </w:r>
          </w:p>
        </w:tc>
        <w:tc>
          <w:tcPr>
            <w:tcW w:type="dxa" w:w="2160"/>
          </w:tcPr>
          <w:p>
            <w:r>
              <w:t>Provide the timeline for your R&amp;D projects related to rice farming in 2025, including start and end dates for each project.</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1053-0124</w:t>
            </w:r>
          </w:p>
        </w:tc>
        <w:tc>
          <w:tcPr>
            <w:tcW w:type="dxa" w:w="2160"/>
          </w:tcPr>
          <w:p>
            <w:r>
              <w:t>Innovation Outcomes</w:t>
            </w:r>
          </w:p>
        </w:tc>
        <w:tc>
          <w:tcPr>
            <w:tcW w:type="dxa" w:w="2160"/>
          </w:tcPr>
          <w:p>
            <w:r>
              <w:t>What innovative outcomes or advancements resulted from your R&amp;D activities in 2025? Please describe any new techniques, processes, or products developed.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1053-0125</w:t>
            </w:r>
          </w:p>
        </w:tc>
        <w:tc>
          <w:tcPr>
            <w:tcW w:type="dxa" w:w="2160"/>
          </w:tcPr>
          <w:p>
            <w:r>
              <w:t>Prior Year R&amp;D</w:t>
            </w:r>
          </w:p>
        </w:tc>
        <w:tc>
          <w:tcPr>
            <w:tcW w:type="dxa" w:w="2160"/>
          </w:tcPr>
          <w:p>
            <w:r>
              <w:t>Did your rice farm carry forward any unclaimed R&amp;D credits from previous tax years? If so, please specify the amount and the reason for the carryforward.</w:t>
              <w:br/>
              <w:t>Answer type: Currency</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1053-0126</w:t>
            </w:r>
          </w:p>
        </w:tc>
        <w:tc>
          <w:tcPr>
            <w:tcW w:type="dxa" w:w="2160"/>
          </w:tcPr>
          <w:p>
            <w:r>
              <w:t>Compliance with State Regulations</w:t>
            </w:r>
          </w:p>
        </w:tc>
        <w:tc>
          <w:tcPr>
            <w:tcW w:type="dxa" w:w="2160"/>
          </w:tcPr>
          <w:p>
            <w:r>
              <w:t>Were any of your R&amp;D activities in 2025 subject to California state regulations or permits? If so, please provide details on the regulations and compliance measures taken.</w:t>
              <w:br/>
              <w:t>Answer type: Long text</w:t>
              <w:br/>
              <w:t>Trigger: Always</w:t>
              <w:br/>
              <w:t>Required: No</w:t>
              <w:br/>
              <w:t>Risk: Medium</w:t>
            </w:r>
          </w:p>
        </w:tc>
        <w:tc>
          <w:tcPr>
            <w:tcW w:type="dxa" w:w="2160"/>
          </w:tcPr>
          <w:p>
            <w:r>
              <w:t>Primary authority: California State Regulations</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1053-0127</w:t>
            </w:r>
          </w:p>
        </w:tc>
        <w:tc>
          <w:tcPr>
            <w:tcW w:type="dxa" w:w="2160"/>
          </w:tcPr>
          <w:p>
            <w:r>
              <w:t>Final Conclusions</w:t>
            </w:r>
          </w:p>
        </w:tc>
        <w:tc>
          <w:tcPr>
            <w:tcW w:type="dxa" w:w="2160"/>
          </w:tcPr>
          <w:p>
            <w:r>
              <w:t>What specific R&amp;D activities related to rice farming did you conduct in 2025 that contributed to technological advancements in crop yield or disease resistance?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1053-0128</w:t>
            </w:r>
          </w:p>
        </w:tc>
        <w:tc>
          <w:tcPr>
            <w:tcW w:type="dxa" w:w="2160"/>
          </w:tcPr>
          <w:p>
            <w:r>
              <w:t>Open Issues</w:t>
            </w:r>
          </w:p>
        </w:tc>
        <w:tc>
          <w:tcPr>
            <w:tcW w:type="dxa" w:w="2160"/>
          </w:tcPr>
          <w:p>
            <w:r>
              <w:t>Are there any unresolved issues or questions regarding the classification of your R&amp;D expenses for the 2025 tax year? If so, please describe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1053-0129</w:t>
            </w:r>
          </w:p>
        </w:tc>
        <w:tc>
          <w:tcPr>
            <w:tcW w:type="dxa" w:w="2160"/>
          </w:tcPr>
          <w:p>
            <w:r>
              <w:t>Certification</w:t>
            </w:r>
          </w:p>
        </w:tc>
        <w:tc>
          <w:tcPr>
            <w:tcW w:type="dxa" w:w="2160"/>
          </w:tcPr>
          <w:p>
            <w:r>
              <w:t>Who is responsible for certifying the accuracy of the R&amp;D tax credit claims for 2025, and what processes are in place to ensure compliance with IRS regulations?</w:t>
              <w:br/>
              <w:t>Answer type: Short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1053-0130</w:t>
            </w:r>
          </w:p>
        </w:tc>
        <w:tc>
          <w:tcPr>
            <w:tcW w:type="dxa" w:w="2160"/>
          </w:tcPr>
          <w:p>
            <w:r>
              <w:t>Next-Year Controls</w:t>
            </w:r>
          </w:p>
        </w:tc>
        <w:tc>
          <w:tcPr>
            <w:tcW w:type="dxa" w:w="2160"/>
          </w:tcPr>
          <w:p>
            <w:r>
              <w:t>What new controls or processes will you implement in 2026 to improve the documentation of R&amp;D activities and expenses?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1053-0131</w:t>
            </w:r>
          </w:p>
        </w:tc>
        <w:tc>
          <w:tcPr>
            <w:tcW w:type="dxa" w:w="2160"/>
          </w:tcPr>
          <w:p>
            <w:r>
              <w:t>Final Conclusions</w:t>
            </w:r>
          </w:p>
        </w:tc>
        <w:tc>
          <w:tcPr>
            <w:tcW w:type="dxa" w:w="2160"/>
          </w:tcPr>
          <w:p>
            <w:r>
              <w:t>What percentage of your total expenses in 2025 were attributed to qualified R&amp;D activities in rice farming?</w:t>
              <w:br/>
              <w:t>Answer type: Percentage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1053-0132</w:t>
            </w:r>
          </w:p>
        </w:tc>
        <w:tc>
          <w:tcPr>
            <w:tcW w:type="dxa" w:w="2160"/>
          </w:tcPr>
          <w:p>
            <w:r>
              <w:t>Certification</w:t>
            </w:r>
          </w:p>
        </w:tc>
        <w:tc>
          <w:tcPr>
            <w:tcW w:type="dxa" w:w="2160"/>
          </w:tcPr>
          <w:p>
            <w:r>
              <w:t>Can you provide a summary of the methodologies used to calculate the R&amp;D tax credit for 2025, including any changes from previous years?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1053-0133</w:t>
            </w:r>
          </w:p>
        </w:tc>
        <w:tc>
          <w:tcPr>
            <w:tcW w:type="dxa" w:w="2160"/>
          </w:tcPr>
          <w:p>
            <w:r>
              <w:t>Open Issues</w:t>
            </w:r>
          </w:p>
        </w:tc>
        <w:tc>
          <w:tcPr>
            <w:tcW w:type="dxa" w:w="2160"/>
          </w:tcPr>
          <w:p>
            <w:r>
              <w:t>Have there been any changes in the regulatory environment affecting R&amp;D tax credits for agricultural businesses that you are aware of? Please specify.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1053-0134</w:t>
            </w:r>
          </w:p>
        </w:tc>
        <w:tc>
          <w:tcPr>
            <w:tcW w:type="dxa" w:w="2160"/>
          </w:tcPr>
          <w:p>
            <w:r>
              <w:t>Next-Year Controls</w:t>
            </w:r>
          </w:p>
        </w:tc>
        <w:tc>
          <w:tcPr>
            <w:tcW w:type="dxa" w:w="2160"/>
          </w:tcPr>
          <w:p>
            <w:r>
              <w:t>What training or resources will be provided to staff in 2026 to enhance their understanding of qualifying R&amp;D activities and documentation requirements?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1053-0135</w:t>
            </w:r>
          </w:p>
        </w:tc>
        <w:tc>
          <w:tcPr>
            <w:tcW w:type="dxa" w:w="2160"/>
          </w:tcPr>
          <w:p>
            <w:r>
              <w:t>Final Conclusions</w:t>
            </w:r>
          </w:p>
        </w:tc>
        <w:tc>
          <w:tcPr>
            <w:tcW w:type="dxa" w:w="2160"/>
          </w:tcPr>
          <w:p>
            <w:r>
              <w:t>What specific innovations in rice farming techniques or technologies were tested in 2025, and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1053-0136</w:t>
            </w:r>
          </w:p>
        </w:tc>
        <w:tc>
          <w:tcPr>
            <w:tcW w:type="dxa" w:w="2160"/>
          </w:tcPr>
          <w:p>
            <w:r>
              <w:t>Certification</w:t>
            </w:r>
          </w:p>
        </w:tc>
        <w:tc>
          <w:tcPr>
            <w:tcW w:type="dxa" w:w="2160"/>
          </w:tcPr>
          <w:p>
            <w:r>
              <w:t>What steps were taken to ensure that all claimed R&amp;D expenses are substantiated with appropriate documentation for the 2025 tax year?</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RECEIVING-INPUTS-QUALITY-CONTROL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1053-0137</w:t>
            </w:r>
          </w:p>
        </w:tc>
        <w:tc>
          <w:tcPr>
            <w:tcW w:type="dxa" w:w="2160"/>
          </w:tcPr>
          <w:p>
            <w:r>
              <w:t>Input Quality Assessment</w:t>
            </w:r>
          </w:p>
        </w:tc>
        <w:tc>
          <w:tcPr>
            <w:tcW w:type="dxa" w:w="2160"/>
          </w:tcPr>
          <w:p>
            <w:r>
              <w:t>What specific criteria do you use to assess the quality of rice inputs upon receiving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1053-0138</w:t>
            </w:r>
          </w:p>
        </w:tc>
        <w:tc>
          <w:tcPr>
            <w:tcW w:type="dxa" w:w="2160"/>
          </w:tcPr>
          <w:p>
            <w:r>
              <w:t>Moisture Content</w:t>
            </w:r>
          </w:p>
        </w:tc>
        <w:tc>
          <w:tcPr>
            <w:tcW w:type="dxa" w:w="2160"/>
          </w:tcPr>
          <w:p>
            <w:r>
              <w:t>What is the acceptable moisture content range for the rice inputs you receive, and how do you measure it?</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1053-0139</w:t>
            </w:r>
          </w:p>
        </w:tc>
        <w:tc>
          <w:tcPr>
            <w:tcW w:type="dxa" w:w="2160"/>
          </w:tcPr>
          <w:p>
            <w:r>
              <w:t>Pest Inspection</w:t>
            </w:r>
          </w:p>
        </w:tc>
        <w:tc>
          <w:tcPr>
            <w:tcW w:type="dxa" w:w="2160"/>
          </w:tcPr>
          <w:p>
            <w:r>
              <w:t>Describe the pest inspection process you implement when receiving rice inputs. What specific pests are you looking for?</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1053-0140</w:t>
            </w:r>
          </w:p>
        </w:tc>
        <w:tc>
          <w:tcPr>
            <w:tcW w:type="dxa" w:w="2160"/>
          </w:tcPr>
          <w:p>
            <w:r>
              <w:t>Varietal Identification</w:t>
            </w:r>
          </w:p>
        </w:tc>
        <w:tc>
          <w:tcPr>
            <w:tcW w:type="dxa" w:w="2160"/>
          </w:tcPr>
          <w:p>
            <w:r>
              <w:t>How do you verify the varietal identity of the rice inputs received? What documentation do you require from suppliers?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1053-0141</w:t>
            </w:r>
          </w:p>
        </w:tc>
        <w:tc>
          <w:tcPr>
            <w:tcW w:type="dxa" w:w="2160"/>
          </w:tcPr>
          <w:p>
            <w:r>
              <w:t>Storage Conditions</w:t>
            </w:r>
          </w:p>
        </w:tc>
        <w:tc>
          <w:tcPr>
            <w:tcW w:type="dxa" w:w="2160"/>
          </w:tcPr>
          <w:p>
            <w:r>
              <w:t>What specific storage conditions do you maintain for rice inputs upon receipt, and how do you monitor these conditions?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1053-0142</w:t>
            </w:r>
          </w:p>
        </w:tc>
        <w:tc>
          <w:tcPr>
            <w:tcW w:type="dxa" w:w="2160"/>
          </w:tcPr>
          <w:p>
            <w:r>
              <w:t>Supplier Quality Standards</w:t>
            </w:r>
          </w:p>
        </w:tc>
        <w:tc>
          <w:tcPr>
            <w:tcW w:type="dxa" w:w="2160"/>
          </w:tcPr>
          <w:p>
            <w:r>
              <w:t>What quality standards do you require from suppliers of rice inputs, and how do you enforce compliance with these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1053-0143</w:t>
            </w:r>
          </w:p>
        </w:tc>
        <w:tc>
          <w:tcPr>
            <w:tcW w:type="dxa" w:w="2160"/>
          </w:tcPr>
          <w:p>
            <w:r>
              <w:t>Input Quality Assessment</w:t>
            </w:r>
          </w:p>
        </w:tc>
        <w:tc>
          <w:tcPr>
            <w:tcW w:type="dxa" w:w="2160"/>
          </w:tcPr>
          <w:p>
            <w:r>
              <w:t>Have you ever rejected rice inputs based on quality assessments? If so,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1053-0144</w:t>
            </w:r>
          </w:p>
        </w:tc>
        <w:tc>
          <w:tcPr>
            <w:tcW w:type="dxa" w:w="2160"/>
          </w:tcPr>
          <w:p>
            <w:r>
              <w:t>Moisture Content</w:t>
            </w:r>
          </w:p>
        </w:tc>
        <w:tc>
          <w:tcPr>
            <w:tcW w:type="dxa" w:w="2160"/>
          </w:tcPr>
          <w:p>
            <w:r>
              <w:t>What equipment do you use to measure the moisture content of rice inputs, and how often is it calibrated?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1053-0145</w:t>
            </w:r>
          </w:p>
        </w:tc>
        <w:tc>
          <w:tcPr>
            <w:tcW w:type="dxa" w:w="2160"/>
          </w:tcPr>
          <w:p>
            <w:r>
              <w:t>Pest Inspection</w:t>
            </w:r>
          </w:p>
        </w:tc>
        <w:tc>
          <w:tcPr>
            <w:tcW w:type="dxa" w:w="2160"/>
          </w:tcPr>
          <w:p>
            <w:r>
              <w:t>What are the consequences of finding pests during the inspection of rice inputs?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1053-0146</w:t>
            </w:r>
          </w:p>
        </w:tc>
        <w:tc>
          <w:tcPr>
            <w:tcW w:type="dxa" w:w="2160"/>
          </w:tcPr>
          <w:p>
            <w:r>
              <w:t>Varietal Identification</w:t>
            </w:r>
          </w:p>
        </w:tc>
        <w:tc>
          <w:tcPr>
            <w:tcW w:type="dxa" w:w="2160"/>
          </w:tcPr>
          <w:p>
            <w:r>
              <w:t>How do you document the varietal identification process, and who is responsible for this verification?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1053-0147</w:t>
            </w:r>
          </w:p>
        </w:tc>
        <w:tc>
          <w:tcPr>
            <w:tcW w:type="dxa" w:w="2160"/>
          </w:tcPr>
          <w:p>
            <w:r>
              <w:t>Storage Conditions</w:t>
            </w:r>
          </w:p>
        </w:tc>
        <w:tc>
          <w:tcPr>
            <w:tcW w:type="dxa" w:w="2160"/>
          </w:tcPr>
          <w:p>
            <w:r>
              <w:t>What temperature and humidity levels do you maintain in storage facilities for rice inputs?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1053-0148</w:t>
            </w:r>
          </w:p>
        </w:tc>
        <w:tc>
          <w:tcPr>
            <w:tcW w:type="dxa" w:w="2160"/>
          </w:tcPr>
          <w:p>
            <w:r>
              <w:t>Supplier Quality Standards</w:t>
            </w:r>
          </w:p>
        </w:tc>
        <w:tc>
          <w:tcPr>
            <w:tcW w:type="dxa" w:w="2160"/>
          </w:tcPr>
          <w:p>
            <w:r>
              <w:t>How frequently do you audit your suppliers to ensure they meet your quality standards for rice inputs?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1053-0149</w:t>
            </w:r>
          </w:p>
        </w:tc>
        <w:tc>
          <w:tcPr>
            <w:tcW w:type="dxa" w:w="2160"/>
          </w:tcPr>
          <w:p>
            <w:r>
              <w:t>Input Quality Assessment</w:t>
            </w:r>
          </w:p>
        </w:tc>
        <w:tc>
          <w:tcPr>
            <w:tcW w:type="dxa" w:w="2160"/>
          </w:tcPr>
          <w:p>
            <w:r>
              <w:t>What training do your staff receive regarding the quality assessment of rice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1053-0150</w:t>
            </w:r>
          </w:p>
        </w:tc>
        <w:tc>
          <w:tcPr>
            <w:tcW w:type="dxa" w:w="2160"/>
          </w:tcPr>
          <w:p>
            <w:r>
              <w:t>Moisture Content</w:t>
            </w:r>
          </w:p>
        </w:tc>
        <w:tc>
          <w:tcPr>
            <w:tcW w:type="dxa" w:w="2160"/>
          </w:tcPr>
          <w:p>
            <w:r>
              <w:t>What actions do you take if the moisture content of received rice inputs exceeds your acceptable range?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PLANTING-TECHNIQUES-SOIL-HEALTH (12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1053-0151</w:t>
            </w:r>
          </w:p>
        </w:tc>
        <w:tc>
          <w:tcPr>
            <w:tcW w:type="dxa" w:w="2160"/>
          </w:tcPr>
          <w:p>
            <w:r>
              <w:t>Seed Treatment Innovations</w:t>
            </w:r>
          </w:p>
        </w:tc>
        <w:tc>
          <w:tcPr>
            <w:tcW w:type="dxa" w:w="2160"/>
          </w:tcPr>
          <w:p>
            <w:r>
              <w:t>What innovative seed treatment methods did you implement in 2025, and how did they differ from traditional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1053-0152</w:t>
            </w:r>
          </w:p>
        </w:tc>
        <w:tc>
          <w:tcPr>
            <w:tcW w:type="dxa" w:w="2160"/>
          </w:tcPr>
          <w:p>
            <w:r>
              <w:t>Soil Amendments</w:t>
            </w:r>
          </w:p>
        </w:tc>
        <w:tc>
          <w:tcPr>
            <w:tcW w:type="dxa" w:w="2160"/>
          </w:tcPr>
          <w:p>
            <w:r>
              <w:t>List the new soil amendments you tested in 2025, including their composition and intended benefits. How did you assess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1053-0153</w:t>
            </w:r>
          </w:p>
        </w:tc>
        <w:tc>
          <w:tcPr>
            <w:tcW w:type="dxa" w:w="2160"/>
          </w:tcPr>
          <w:p>
            <w:r>
              <w:t>Crop Rotation Practices</w:t>
            </w:r>
          </w:p>
        </w:tc>
        <w:tc>
          <w:tcPr>
            <w:tcW w:type="dxa" w:w="2160"/>
          </w:tcPr>
          <w:p>
            <w:r>
              <w:t>Describe any experimental crop rotation strategies you employed in 2025. What were the specific goals of these strategies?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1053-0154</w:t>
            </w:r>
          </w:p>
        </w:tc>
        <w:tc>
          <w:tcPr>
            <w:tcW w:type="dxa" w:w="2160"/>
          </w:tcPr>
          <w:p>
            <w:r>
              <w:t>Cover Cropping</w:t>
            </w:r>
          </w:p>
        </w:tc>
        <w:tc>
          <w:tcPr>
            <w:tcW w:type="dxa" w:w="2160"/>
          </w:tcPr>
          <w:p>
            <w:r>
              <w:t>What new cover cropping techniques did you trial in 2025, and what metrics did you use to measure their impact on soil health?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1053-0155</w:t>
            </w:r>
          </w:p>
        </w:tc>
        <w:tc>
          <w:tcPr>
            <w:tcW w:type="dxa" w:w="2160"/>
          </w:tcPr>
          <w:p>
            <w:r>
              <w:t>Precision Agriculture</w:t>
            </w:r>
          </w:p>
        </w:tc>
        <w:tc>
          <w:tcPr>
            <w:tcW w:type="dxa" w:w="2160"/>
          </w:tcPr>
          <w:p>
            <w:r>
              <w:t>Detail any precision agriculture technologies you integrated into your planting process in 2025. How did you evaluate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1053-0156</w:t>
            </w:r>
          </w:p>
        </w:tc>
        <w:tc>
          <w:tcPr>
            <w:tcW w:type="dxa" w:w="2160"/>
          </w:tcPr>
          <w:p>
            <w:r>
              <w:t>Sustainable Practices</w:t>
            </w:r>
          </w:p>
        </w:tc>
        <w:tc>
          <w:tcPr>
            <w:tcW w:type="dxa" w:w="2160"/>
          </w:tcPr>
          <w:p>
            <w:r>
              <w:t xml:space="preserve">What sustainable planting practices did you implement in 2025 that were not part of your routine operations? Please describe the experimental aspects. </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1053-0157</w:t>
            </w:r>
          </w:p>
        </w:tc>
        <w:tc>
          <w:tcPr>
            <w:tcW w:type="dxa" w:w="2160"/>
          </w:tcPr>
          <w:p>
            <w:r>
              <w:t>Seed Treatment Results</w:t>
            </w:r>
          </w:p>
        </w:tc>
        <w:tc>
          <w:tcPr>
            <w:tcW w:type="dxa" w:w="2160"/>
          </w:tcPr>
          <w:p>
            <w:r>
              <w:t>What were the measurable outcomes of the seed treatments you applied in 2025 compared to untreated seeds? Please provide data to support your findings.</w:t>
              <w:br/>
              <w:t>Answer type: Calculation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1053-0158</w:t>
            </w:r>
          </w:p>
        </w:tc>
        <w:tc>
          <w:tcPr>
            <w:tcW w:type="dxa" w:w="2160"/>
          </w:tcPr>
          <w:p>
            <w:r>
              <w:t>Soil Amendments Testing</w:t>
            </w:r>
          </w:p>
        </w:tc>
        <w:tc>
          <w:tcPr>
            <w:tcW w:type="dxa" w:w="2160"/>
          </w:tcPr>
          <w:p>
            <w:r>
              <w:t>How did you conduct trials for the new soil amendments in 2025? Please describe the methodology and any control measures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1053-0159</w:t>
            </w:r>
          </w:p>
        </w:tc>
        <w:tc>
          <w:tcPr>
            <w:tcW w:type="dxa" w:w="2160"/>
          </w:tcPr>
          <w:p>
            <w:r>
              <w:t>Crop Rotation Evaluation</w:t>
            </w:r>
          </w:p>
        </w:tc>
        <w:tc>
          <w:tcPr>
            <w:tcW w:type="dxa" w:w="2160"/>
          </w:tcPr>
          <w:p>
            <w:r>
              <w:t>What specific data did you collect to evaluate the effectiveness of your crop rotation practices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1053-0160</w:t>
            </w:r>
          </w:p>
        </w:tc>
        <w:tc>
          <w:tcPr>
            <w:tcW w:type="dxa" w:w="2160"/>
          </w:tcPr>
          <w:p>
            <w:r>
              <w:t>Cover Cropping Impact</w:t>
            </w:r>
          </w:p>
        </w:tc>
        <w:tc>
          <w:tcPr>
            <w:tcW w:type="dxa" w:w="2160"/>
          </w:tcPr>
          <w:p>
            <w:r>
              <w:t>What were the observed impacts of your cover cropping efforts on soil health indicators in 2025? Please provide specific measurements.</w:t>
              <w:br/>
              <w:t>Answer type: Calculation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1053-0161</w:t>
            </w:r>
          </w:p>
        </w:tc>
        <w:tc>
          <w:tcPr>
            <w:tcW w:type="dxa" w:w="2160"/>
          </w:tcPr>
          <w:p>
            <w:r>
              <w:t>Precision Agriculture Outcomes</w:t>
            </w:r>
          </w:p>
        </w:tc>
        <w:tc>
          <w:tcPr>
            <w:tcW w:type="dxa" w:w="2160"/>
          </w:tcPr>
          <w:p>
            <w:r>
              <w:t>What specific outcomes did you measure to determine the success of the precision agriculture technologies implemented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1053-0162</w:t>
            </w:r>
          </w:p>
        </w:tc>
        <w:tc>
          <w:tcPr>
            <w:tcW w:type="dxa" w:w="2160"/>
          </w:tcPr>
          <w:p>
            <w:r>
              <w:t>Sustainable Practice Assessment</w:t>
            </w:r>
          </w:p>
        </w:tc>
        <w:tc>
          <w:tcPr>
            <w:tcW w:type="dxa" w:w="2160"/>
          </w:tcPr>
          <w:p>
            <w:r>
              <w:t>How did you assess the effectiveness of the sustainable practices implemented in 2025? What metrics were used for evaluation?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IRRIGATION-MANAGEMENT-TECHNOLOGIES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1053-0163</w:t>
            </w:r>
          </w:p>
        </w:tc>
        <w:tc>
          <w:tcPr>
            <w:tcW w:type="dxa" w:w="2160"/>
          </w:tcPr>
          <w:p>
            <w:r>
              <w:t>Drip Irrigation</w:t>
            </w:r>
          </w:p>
        </w:tc>
        <w:tc>
          <w:tcPr>
            <w:tcW w:type="dxa" w:w="2160"/>
          </w:tcPr>
          <w:p>
            <w:r>
              <w:t>What specific experimental methods did you implement to assess the effectiveness of drip irrigation systems on crop yield compared to traditional irrigation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1053-0164</w:t>
            </w:r>
          </w:p>
        </w:tc>
        <w:tc>
          <w:tcPr>
            <w:tcW w:type="dxa" w:w="2160"/>
          </w:tcPr>
          <w:p>
            <w:r>
              <w:t>Water Conservation</w:t>
            </w:r>
          </w:p>
        </w:tc>
        <w:tc>
          <w:tcPr>
            <w:tcW w:type="dxa" w:w="2160"/>
          </w:tcPr>
          <w:p>
            <w:r>
              <w:t>Can you detail any innovative water conservation techniques you developed or tested during the tax year that were not previously used on your farm?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1053-0165</w:t>
            </w:r>
          </w:p>
        </w:tc>
        <w:tc>
          <w:tcPr>
            <w:tcW w:type="dxa" w:w="2160"/>
          </w:tcPr>
          <w:p>
            <w:r>
              <w:t>Soil Moisture Sensors</w:t>
            </w:r>
          </w:p>
        </w:tc>
        <w:tc>
          <w:tcPr>
            <w:tcW w:type="dxa" w:w="2160"/>
          </w:tcPr>
          <w:p>
            <w:r>
              <w:t>What types of soil moisture sensors did you experiment with, and how did you evaluate their impact on irrigation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1053-0166</w:t>
            </w:r>
          </w:p>
        </w:tc>
        <w:tc>
          <w:tcPr>
            <w:tcW w:type="dxa" w:w="2160"/>
          </w:tcPr>
          <w:p>
            <w:r>
              <w:t>Irrigation Scheduling</w:t>
            </w:r>
          </w:p>
        </w:tc>
        <w:tc>
          <w:tcPr>
            <w:tcW w:type="dxa" w:w="2160"/>
          </w:tcPr>
          <w:p>
            <w:r>
              <w:t>Describe any new irrigation scheduling algorithms or practices you developed based on real-time data collection. What were the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1053-0167</w:t>
            </w:r>
          </w:p>
        </w:tc>
        <w:tc>
          <w:tcPr>
            <w:tcW w:type="dxa" w:w="2160"/>
          </w:tcPr>
          <w:p>
            <w:r>
              <w:t>Efficiency Improvements</w:t>
            </w:r>
          </w:p>
        </w:tc>
        <w:tc>
          <w:tcPr>
            <w:tcW w:type="dxa" w:w="2160"/>
          </w:tcPr>
          <w:p>
            <w:r>
              <w:t>What specific efficiency improvements did you implement in your irrigation systems, and how did you measure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1053-0168</w:t>
            </w:r>
          </w:p>
        </w:tc>
        <w:tc>
          <w:tcPr>
            <w:tcW w:type="dxa" w:w="2160"/>
          </w:tcPr>
          <w:p>
            <w:r>
              <w:t>Regulatory Compliance</w:t>
            </w:r>
          </w:p>
        </w:tc>
        <w:tc>
          <w:tcPr>
            <w:tcW w:type="dxa" w:w="2160"/>
          </w:tcPr>
          <w:p>
            <w:r>
              <w:t>What regulatory compliance challenges did you encounter while implementing new irrigation technologies, and how did you address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1053-0169</w:t>
            </w:r>
          </w:p>
        </w:tc>
        <w:tc>
          <w:tcPr>
            <w:tcW w:type="dxa" w:w="2160"/>
          </w:tcPr>
          <w:p>
            <w:r>
              <w:t>Drip Irrigation</w:t>
            </w:r>
          </w:p>
        </w:tc>
        <w:tc>
          <w:tcPr>
            <w:tcW w:type="dxa" w:w="2160"/>
          </w:tcPr>
          <w:p>
            <w:r>
              <w:t>Did you conduct any trials comparing different drip irrigation systems? If yes, please provide details of the trials and their findings.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1053-0170</w:t>
            </w:r>
          </w:p>
        </w:tc>
        <w:tc>
          <w:tcPr>
            <w:tcW w:type="dxa" w:w="2160"/>
          </w:tcPr>
          <w:p>
            <w:r>
              <w:t>Water Conservation</w:t>
            </w:r>
          </w:p>
        </w:tc>
        <w:tc>
          <w:tcPr>
            <w:tcW w:type="dxa" w:w="2160"/>
          </w:tcPr>
          <w:p>
            <w:r>
              <w:t>What percentage of your total water usage was reduced as a result of implementing new irrigation technologies?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1053-0171</w:t>
            </w:r>
          </w:p>
        </w:tc>
        <w:tc>
          <w:tcPr>
            <w:tcW w:type="dxa" w:w="2160"/>
          </w:tcPr>
          <w:p>
            <w:r>
              <w:t>Soil Moisture Sensors</w:t>
            </w:r>
          </w:p>
        </w:tc>
        <w:tc>
          <w:tcPr>
            <w:tcW w:type="dxa" w:w="2160"/>
          </w:tcPr>
          <w:p>
            <w:r>
              <w:t>How many soil moisture sensors did you install, and what was the cost associated with this installation?</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1053-0172</w:t>
            </w:r>
          </w:p>
        </w:tc>
        <w:tc>
          <w:tcPr>
            <w:tcW w:type="dxa" w:w="2160"/>
          </w:tcPr>
          <w:p>
            <w:r>
              <w:t>Irrigation Scheduling</w:t>
            </w:r>
          </w:p>
        </w:tc>
        <w:tc>
          <w:tcPr>
            <w:tcW w:type="dxa" w:w="2160"/>
          </w:tcPr>
          <w:p>
            <w:r>
              <w:t>Did you implement any automated irrigation scheduling systems? If so, please describe the technology and its impact on water usage.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1053-0173</w:t>
            </w:r>
          </w:p>
        </w:tc>
        <w:tc>
          <w:tcPr>
            <w:tcW w:type="dxa" w:w="2160"/>
          </w:tcPr>
          <w:p>
            <w:r>
              <w:t>Efficiency Improvements</w:t>
            </w:r>
          </w:p>
        </w:tc>
        <w:tc>
          <w:tcPr>
            <w:tcW w:type="dxa" w:w="2160"/>
          </w:tcPr>
          <w:p>
            <w:r>
              <w:t>What was the total investment made in new irrigation technologies during the tax year?</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1053-0174</w:t>
            </w:r>
          </w:p>
        </w:tc>
        <w:tc>
          <w:tcPr>
            <w:tcW w:type="dxa" w:w="2160"/>
          </w:tcPr>
          <w:p>
            <w:r>
              <w:t>Regulatory Compliance</w:t>
            </w:r>
          </w:p>
        </w:tc>
        <w:tc>
          <w:tcPr>
            <w:tcW w:type="dxa" w:w="2160"/>
          </w:tcPr>
          <w:p>
            <w:r>
              <w:t>What specific regulations did you need to comply with when implementing new irrigation technologies, and how did you ensure compliance?</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1053-0175</w:t>
            </w:r>
          </w:p>
        </w:tc>
        <w:tc>
          <w:tcPr>
            <w:tcW w:type="dxa" w:w="2160"/>
          </w:tcPr>
          <w:p>
            <w:r>
              <w:t>Drip Irrigation</w:t>
            </w:r>
          </w:p>
        </w:tc>
        <w:tc>
          <w:tcPr>
            <w:tcW w:type="dxa" w:w="2160"/>
          </w:tcPr>
          <w:p>
            <w:r>
              <w:t>How did you measure the impact of drip irrigation on crop yield compared to previous years? Please provide any data collected.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1053-0176</w:t>
            </w:r>
          </w:p>
        </w:tc>
        <w:tc>
          <w:tcPr>
            <w:tcW w:type="dxa" w:w="2160"/>
          </w:tcPr>
          <w:p>
            <w:r>
              <w:t>Water Conservation</w:t>
            </w:r>
          </w:p>
        </w:tc>
        <w:tc>
          <w:tcPr>
            <w:tcW w:type="dxa" w:w="2160"/>
          </w:tcPr>
          <w:p>
            <w:r>
              <w:t>What specific metrics did you track to evaluate the success of your water conservation efforts?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1053-0177</w:t>
            </w:r>
          </w:p>
        </w:tc>
        <w:tc>
          <w:tcPr>
            <w:tcW w:type="dxa" w:w="2160"/>
          </w:tcPr>
          <w:p>
            <w:r>
              <w:t>Soil Moisture Sensors</w:t>
            </w:r>
          </w:p>
        </w:tc>
        <w:tc>
          <w:tcPr>
            <w:tcW w:type="dxa" w:w="2160"/>
          </w:tcPr>
          <w:p>
            <w:r>
              <w:t>How frequently did you calibrate the soil moisture sensors, and what procedures did you follow?</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1053-0178</w:t>
            </w:r>
          </w:p>
        </w:tc>
        <w:tc>
          <w:tcPr>
            <w:tcW w:type="dxa" w:w="2160"/>
          </w:tcPr>
          <w:p>
            <w:r>
              <w:t>Irrigation Scheduling</w:t>
            </w:r>
          </w:p>
        </w:tc>
        <w:tc>
          <w:tcPr>
            <w:tcW w:type="dxa" w:w="2160"/>
          </w:tcPr>
          <w:p>
            <w:r>
              <w:t>What challenges did you face in implementing irrigation scheduling changes, and how did you overcome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1053-0179</w:t>
            </w:r>
          </w:p>
        </w:tc>
        <w:tc>
          <w:tcPr>
            <w:tcW w:type="dxa" w:w="2160"/>
          </w:tcPr>
          <w:p>
            <w:r>
              <w:t>Technology Implementation</w:t>
            </w:r>
          </w:p>
        </w:tc>
        <w:tc>
          <w:tcPr>
            <w:tcW w:type="dxa" w:w="2160"/>
          </w:tcPr>
          <w:p>
            <w:r>
              <w:t>What new irrigation technologies did your farm implement in 2025 to enhance water efficiency?</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CULTIVATION-PROCESSES-PEST-MANAGEMENT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1053-0180</w:t>
            </w:r>
          </w:p>
        </w:tc>
        <w:tc>
          <w:tcPr>
            <w:tcW w:type="dxa" w:w="2160"/>
          </w:tcPr>
          <w:p>
            <w:r>
              <w:t>IPM Practices</w:t>
            </w:r>
          </w:p>
        </w:tc>
        <w:tc>
          <w:tcPr>
            <w:tcW w:type="dxa" w:w="2160"/>
          </w:tcPr>
          <w:p>
            <w:r>
              <w:t>What specific Integrated Pest Management (IPM) practices have you implemented in your rice cultivation for the tax year 2025?</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1053-0181</w:t>
            </w:r>
          </w:p>
        </w:tc>
        <w:tc>
          <w:tcPr>
            <w:tcW w:type="dxa" w:w="2160"/>
          </w:tcPr>
          <w:p>
            <w:r>
              <w:t>Biological Control Agents</w:t>
            </w:r>
          </w:p>
        </w:tc>
        <w:tc>
          <w:tcPr>
            <w:tcW w:type="dxa" w:w="2160"/>
          </w:tcPr>
          <w:p>
            <w:r>
              <w:t>List the biological control agents used in your rice fields during 2025, including their purpose and effectiveness based on your assessments.</w:t>
              <w:br/>
              <w:t>Answer type: Repeating table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1053-0182</w:t>
            </w:r>
          </w:p>
        </w:tc>
        <w:tc>
          <w:tcPr>
            <w:tcW w:type="dxa" w:w="2160"/>
          </w:tcPr>
          <w:p>
            <w:r>
              <w:t>Chemical Applications</w:t>
            </w:r>
          </w:p>
        </w:tc>
        <w:tc>
          <w:tcPr>
            <w:tcW w:type="dxa" w:w="2160"/>
          </w:tcPr>
          <w:p>
            <w:r>
              <w:t>Detail the chemical pest control products applied in your rice fields in 2025, including application rates and timing.</w:t>
              <w:br/>
              <w:t>Answer type: Repeating table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1053-0183</w:t>
            </w:r>
          </w:p>
        </w:tc>
        <w:tc>
          <w:tcPr>
            <w:tcW w:type="dxa" w:w="2160"/>
          </w:tcPr>
          <w:p>
            <w:r>
              <w:t>Field Monitoring</w:t>
            </w:r>
          </w:p>
        </w:tc>
        <w:tc>
          <w:tcPr>
            <w:tcW w:type="dxa" w:w="2160"/>
          </w:tcPr>
          <w:p>
            <w:r>
              <w:t>Describe your field monitoring practices for pest and disease detection in 2025, including frequency and methods used.</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1053-0184</w:t>
            </w:r>
          </w:p>
        </w:tc>
        <w:tc>
          <w:tcPr>
            <w:tcW w:type="dxa" w:w="2160"/>
          </w:tcPr>
          <w:p>
            <w:r>
              <w:t>Crop Health Assessments</w:t>
            </w:r>
          </w:p>
        </w:tc>
        <w:tc>
          <w:tcPr>
            <w:tcW w:type="dxa" w:w="2160"/>
          </w:tcPr>
          <w:p>
            <w:r>
              <w:t>What specific assessments did you conduct to evaluate crop health in 2025, and what were the findings?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1053-0185</w:t>
            </w:r>
          </w:p>
        </w:tc>
        <w:tc>
          <w:tcPr>
            <w:tcW w:type="dxa" w:w="2160"/>
          </w:tcPr>
          <w:p>
            <w:r>
              <w:t>Sustainability Measures</w:t>
            </w:r>
          </w:p>
        </w:tc>
        <w:tc>
          <w:tcPr>
            <w:tcW w:type="dxa" w:w="2160"/>
          </w:tcPr>
          <w:p>
            <w:r>
              <w:t>What sustainability measures were implemented in your rice cultivation practices in 2025, and how do they contribute to pest management?</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1053-0186</w:t>
            </w:r>
          </w:p>
        </w:tc>
        <w:tc>
          <w:tcPr>
            <w:tcW w:type="dxa" w:w="2160"/>
          </w:tcPr>
          <w:p>
            <w:r>
              <w:t>IPM Practices</w:t>
            </w:r>
          </w:p>
        </w:tc>
        <w:tc>
          <w:tcPr>
            <w:tcW w:type="dxa" w:w="2160"/>
          </w:tcPr>
          <w:p>
            <w:r>
              <w:t>How do you evaluate the effectiveness of your IPM practices on rice production outcomes?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1053-0187</w:t>
            </w:r>
          </w:p>
        </w:tc>
        <w:tc>
          <w:tcPr>
            <w:tcW w:type="dxa" w:w="2160"/>
          </w:tcPr>
          <w:p>
            <w:r>
              <w:t>Biological Control Agents</w:t>
            </w:r>
          </w:p>
        </w:tc>
        <w:tc>
          <w:tcPr>
            <w:tcW w:type="dxa" w:w="2160"/>
          </w:tcPr>
          <w:p>
            <w:r>
              <w:t>Have you conducted any trials to assess the effectiveness of biological control agents in your rice fields? If yes, please provide details.</w:t>
              <w:br/>
              <w:t>Answer type: Yes-No + details</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1053-0188</w:t>
            </w:r>
          </w:p>
        </w:tc>
        <w:tc>
          <w:tcPr>
            <w:tcW w:type="dxa" w:w="2160"/>
          </w:tcPr>
          <w:p>
            <w:r>
              <w:t>Chemical Applications</w:t>
            </w:r>
          </w:p>
        </w:tc>
        <w:tc>
          <w:tcPr>
            <w:tcW w:type="dxa" w:w="2160"/>
          </w:tcPr>
          <w:p>
            <w:r>
              <w:t>What challenges did you face with chemical applications in 2025, and how did you address them?</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1053-0189</w:t>
            </w:r>
          </w:p>
        </w:tc>
        <w:tc>
          <w:tcPr>
            <w:tcW w:type="dxa" w:w="2160"/>
          </w:tcPr>
          <w:p>
            <w:r>
              <w:t>Field Monitoring</w:t>
            </w:r>
          </w:p>
        </w:tc>
        <w:tc>
          <w:tcPr>
            <w:tcW w:type="dxa" w:w="2160"/>
          </w:tcPr>
          <w:p>
            <w:r>
              <w:t>What specific pests or diseases did you monitor for in 2025, and what thresholds did you establish for intervention?</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1053-0190</w:t>
            </w:r>
          </w:p>
        </w:tc>
        <w:tc>
          <w:tcPr>
            <w:tcW w:type="dxa" w:w="2160"/>
          </w:tcPr>
          <w:p>
            <w:r>
              <w:t>Crop Health Assessments</w:t>
            </w:r>
          </w:p>
        </w:tc>
        <w:tc>
          <w:tcPr>
            <w:tcW w:type="dxa" w:w="2160"/>
          </w:tcPr>
          <w:p>
            <w:r>
              <w:t>What tools or technologies did you use for crop health assessments in 2025?</w:t>
              <w:br/>
              <w:t>Answer type: Multi-select</w:t>
              <w:br/>
              <w:t>Trigger: Always</w:t>
              <w:br/>
              <w:t>Required: Yes</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1053-0191</w:t>
            </w:r>
          </w:p>
        </w:tc>
        <w:tc>
          <w:tcPr>
            <w:tcW w:type="dxa" w:w="2160"/>
          </w:tcPr>
          <w:p>
            <w:r>
              <w:t>Sustainability Measures</w:t>
            </w:r>
          </w:p>
        </w:tc>
        <w:tc>
          <w:tcPr>
            <w:tcW w:type="dxa" w:w="2160"/>
          </w:tcPr>
          <w:p>
            <w:r>
              <w:t>How do your sustainability measures align with regulatory requirements for pest management in rice cultivation?</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1053-0192</w:t>
            </w:r>
          </w:p>
        </w:tc>
        <w:tc>
          <w:tcPr>
            <w:tcW w:type="dxa" w:w="2160"/>
          </w:tcPr>
          <w:p>
            <w:r>
              <w:t>IPM Practices</w:t>
            </w:r>
          </w:p>
        </w:tc>
        <w:tc>
          <w:tcPr>
            <w:tcW w:type="dxa" w:w="2160"/>
          </w:tcPr>
          <w:p>
            <w:r>
              <w:t>What records do you maintain to document your IPM practices and their outcomes?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1053-0193</w:t>
            </w:r>
          </w:p>
        </w:tc>
        <w:tc>
          <w:tcPr>
            <w:tcW w:type="dxa" w:w="2160"/>
          </w:tcPr>
          <w:p>
            <w:r>
              <w:t>Biological Control Agents</w:t>
            </w:r>
          </w:p>
        </w:tc>
        <w:tc>
          <w:tcPr>
            <w:tcW w:type="dxa" w:w="2160"/>
          </w:tcPr>
          <w:p>
            <w:r>
              <w:t>Have you collaborated with any research institutions to evaluate biological control agents in your rice fields? Please provide details.</w:t>
              <w:br/>
              <w:t>Answer type: Yes-No + details</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1053-0194</w:t>
            </w:r>
          </w:p>
        </w:tc>
        <w:tc>
          <w:tcPr>
            <w:tcW w:type="dxa" w:w="2160"/>
          </w:tcPr>
          <w:p>
            <w:r>
              <w:t>Chemical Applications</w:t>
            </w:r>
          </w:p>
        </w:tc>
        <w:tc>
          <w:tcPr>
            <w:tcW w:type="dxa" w:w="2160"/>
          </w:tcPr>
          <w:p>
            <w:r>
              <w:t>What criteria do you use to select chemical applications for pest control in your rice farming operations?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1053-0195</w:t>
            </w:r>
          </w:p>
        </w:tc>
        <w:tc>
          <w:tcPr>
            <w:tcW w:type="dxa" w:w="2160"/>
          </w:tcPr>
          <w:p>
            <w:r>
              <w:t>Field Monitoring</w:t>
            </w:r>
          </w:p>
        </w:tc>
        <w:tc>
          <w:tcPr>
            <w:tcW w:type="dxa" w:w="2160"/>
          </w:tcPr>
          <w:p>
            <w:r>
              <w:t>How do you document field monitoring results, and how do these influence your pest management decisions?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1053-0196</w:t>
            </w:r>
          </w:p>
        </w:tc>
        <w:tc>
          <w:tcPr>
            <w:tcW w:type="dxa" w:w="2160"/>
          </w:tcPr>
          <w:p>
            <w:r>
              <w:t>Crop Health Assessments</w:t>
            </w:r>
          </w:p>
        </w:tc>
        <w:tc>
          <w:tcPr>
            <w:tcW w:type="dxa" w:w="2160"/>
          </w:tcPr>
          <w:p>
            <w:r>
              <w:t>What specific indicators do you monitor to assess the health of your rice crops?</w:t>
              <w:br/>
              <w:t>Answer type: Multi-select</w:t>
              <w:br/>
              <w:t>Trigger: Always</w:t>
              <w:br/>
              <w:t>Required: Yes</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1053-0197</w:t>
            </w:r>
          </w:p>
        </w:tc>
        <w:tc>
          <w:tcPr>
            <w:tcW w:type="dxa" w:w="2160"/>
          </w:tcPr>
          <w:p>
            <w:r>
              <w:t>Sustainability Measures</w:t>
            </w:r>
          </w:p>
        </w:tc>
        <w:tc>
          <w:tcPr>
            <w:tcW w:type="dxa" w:w="2160"/>
          </w:tcPr>
          <w:p>
            <w:r>
              <w:t>How do you measure the impact of your sustainability measures on pest management effectiveness?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1053-0198</w:t>
            </w:r>
          </w:p>
        </w:tc>
        <w:tc>
          <w:tcPr>
            <w:tcW w:type="dxa" w:w="2160"/>
          </w:tcPr>
          <w:p>
            <w:r>
              <w:t>IPM Practices</w:t>
            </w:r>
          </w:p>
        </w:tc>
        <w:tc>
          <w:tcPr>
            <w:tcW w:type="dxa" w:w="2160"/>
          </w:tcPr>
          <w:p>
            <w:r>
              <w:t>What training do your staff receive regarding IPM practices, and how often is this training conducted?</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1053-0199</w:t>
            </w:r>
          </w:p>
        </w:tc>
        <w:tc>
          <w:tcPr>
            <w:tcW w:type="dxa" w:w="2160"/>
          </w:tcPr>
          <w:p>
            <w:r>
              <w:t>Biological Control Agents</w:t>
            </w:r>
          </w:p>
        </w:tc>
        <w:tc>
          <w:tcPr>
            <w:tcW w:type="dxa" w:w="2160"/>
          </w:tcPr>
          <w:p>
            <w:r>
              <w:t>What factors do you consider when determining the timing of introducing biological control agents in your rice fields?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1053-0200</w:t>
            </w:r>
          </w:p>
        </w:tc>
        <w:tc>
          <w:tcPr>
            <w:tcW w:type="dxa" w:w="2160"/>
          </w:tcPr>
          <w:p>
            <w:r>
              <w:t>Chemical Applications</w:t>
            </w:r>
          </w:p>
        </w:tc>
        <w:tc>
          <w:tcPr>
            <w:tcW w:type="dxa" w:w="2160"/>
          </w:tcPr>
          <w:p>
            <w:r>
              <w:t>What is your process for evaluating the environmental impact of chemical applications used in your rice farming?</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1053-0201</w:t>
            </w:r>
          </w:p>
        </w:tc>
        <w:tc>
          <w:tcPr>
            <w:tcW w:type="dxa" w:w="2160"/>
          </w:tcPr>
          <w:p>
            <w:r>
              <w:t>Pest Control Innovations</w:t>
            </w:r>
          </w:p>
        </w:tc>
        <w:tc>
          <w:tcPr>
            <w:tcW w:type="dxa" w:w="2160"/>
          </w:tcPr>
          <w:p>
            <w:r>
              <w:t>What innovative pest management strategies were tested on your rice crops in 2025, and what were the results?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1053-0202</w:t>
            </w:r>
          </w:p>
        </w:tc>
        <w:tc>
          <w:tcPr>
            <w:tcW w:type="dxa" w:w="2160"/>
          </w:tcPr>
          <w:p>
            <w:r>
              <w:t>Crop Cultivation Techniques</w:t>
            </w:r>
          </w:p>
        </w:tc>
        <w:tc>
          <w:tcPr>
            <w:tcW w:type="dxa" w:w="2160"/>
          </w:tcPr>
          <w:p>
            <w:r>
              <w:t>Did you experiment with any new cultivation processes in 2025 to improve pest resistance? Please describe.</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HARVESTING-TECHNOLOGIES-PROCESSING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1053-0203</w:t>
            </w:r>
          </w:p>
        </w:tc>
        <w:tc>
          <w:tcPr>
            <w:tcW w:type="dxa" w:w="2160"/>
          </w:tcPr>
          <w:p>
            <w:r>
              <w:t>Mechanized Harvesting</w:t>
            </w:r>
          </w:p>
        </w:tc>
        <w:tc>
          <w:tcPr>
            <w:tcW w:type="dxa" w:w="2160"/>
          </w:tcPr>
          <w:p>
            <w:r>
              <w:t>What specific mechanized harvesting technologies did you implement in the 2025 tax year, and how did they differ from previous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1053-0204</w:t>
            </w:r>
          </w:p>
        </w:tc>
        <w:tc>
          <w:tcPr>
            <w:tcW w:type="dxa" w:w="2160"/>
          </w:tcPr>
          <w:p>
            <w:r>
              <w:t>Post-Harvest Handling</w:t>
            </w:r>
          </w:p>
        </w:tc>
        <w:tc>
          <w:tcPr>
            <w:tcW w:type="dxa" w:w="2160"/>
          </w:tcPr>
          <w:p>
            <w:r>
              <w:t>Describe any new post-harvest handling techniques adopted in 2025 and the rationale behind their implementation. What data supports their effectiveness?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1053-0205</w:t>
            </w:r>
          </w:p>
        </w:tc>
        <w:tc>
          <w:tcPr>
            <w:tcW w:type="dxa" w:w="2160"/>
          </w:tcPr>
          <w:p>
            <w:r>
              <w:t>Quality Preservation</w:t>
            </w:r>
          </w:p>
        </w:tc>
        <w:tc>
          <w:tcPr>
            <w:tcW w:type="dxa" w:w="2160"/>
          </w:tcPr>
          <w:p>
            <w:r>
              <w:t>What methods or technologies did you use in 2025 to preserve the quality of harvested rice, and how did you measure their success?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1053-0206</w:t>
            </w:r>
          </w:p>
        </w:tc>
        <w:tc>
          <w:tcPr>
            <w:tcW w:type="dxa" w:w="2160"/>
          </w:tcPr>
          <w:p>
            <w:r>
              <w:t>Equipment Efficiency</w:t>
            </w:r>
          </w:p>
        </w:tc>
        <w:tc>
          <w:tcPr>
            <w:tcW w:type="dxa" w:w="2160"/>
          </w:tcPr>
          <w:p>
            <w:r>
              <w:t xml:space="preserve">How did you evaluate the efficiency of your harvesting equipment in 2025? Provide metrics or data that demonstrate improvements or challenges faced. </w:t>
              <w:br/>
              <w:t>Answer type: Long text + evidence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1053-0207</w:t>
            </w:r>
          </w:p>
        </w:tc>
        <w:tc>
          <w:tcPr>
            <w:tcW w:type="dxa" w:w="2160"/>
          </w:tcPr>
          <w:p>
            <w:r>
              <w:t>Harvest Timing</w:t>
            </w:r>
          </w:p>
        </w:tc>
        <w:tc>
          <w:tcPr>
            <w:tcW w:type="dxa" w:w="2160"/>
          </w:tcPr>
          <w:p>
            <w:r>
              <w:t>What criteria did you use to determine the optimal harvest timing in 2025, and how did this affect yield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1053-0208</w:t>
            </w:r>
          </w:p>
        </w:tc>
        <w:tc>
          <w:tcPr>
            <w:tcW w:type="dxa" w:w="2160"/>
          </w:tcPr>
          <w:p>
            <w:r>
              <w:t>Data Collection</w:t>
            </w:r>
          </w:p>
        </w:tc>
        <w:tc>
          <w:tcPr>
            <w:tcW w:type="dxa" w:w="2160"/>
          </w:tcPr>
          <w:p>
            <w:r>
              <w:t>What data collection methods were employed in 2025 to monitor harvesting processes and outcomes? How did this data influence operational decisions?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1053-0209</w:t>
            </w:r>
          </w:p>
        </w:tc>
        <w:tc>
          <w:tcPr>
            <w:tcW w:type="dxa" w:w="2160"/>
          </w:tcPr>
          <w:p>
            <w:r>
              <w:t>Mechanized Harvesting</w:t>
            </w:r>
          </w:p>
        </w:tc>
        <w:tc>
          <w:tcPr>
            <w:tcW w:type="dxa" w:w="2160"/>
          </w:tcPr>
          <w:p>
            <w:r>
              <w:t>Did you face any technical challenges with mechanized harvesting in 2025? If so, describe the experimentation undertaken to resolve these issues.</w:t>
              <w:br/>
              <w:t>Answer type: Long text + evidence</w:t>
              <w:br/>
              <w:t>Trigger: Yes-No + details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1053-0210</w:t>
            </w:r>
          </w:p>
        </w:tc>
        <w:tc>
          <w:tcPr>
            <w:tcW w:type="dxa" w:w="2160"/>
          </w:tcPr>
          <w:p>
            <w:r>
              <w:t>Post-Harvest Handling</w:t>
            </w:r>
          </w:p>
        </w:tc>
        <w:tc>
          <w:tcPr>
            <w:tcW w:type="dxa" w:w="2160"/>
          </w:tcPr>
          <w:p>
            <w:r>
              <w:t>What innovations in post-harvest handling were tested in 2025? Describe the experimental process and outcomes.</w:t>
              <w:br/>
              <w:t>Answer type: Long text + evidence</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1053-0211</w:t>
            </w:r>
          </w:p>
        </w:tc>
        <w:tc>
          <w:tcPr>
            <w:tcW w:type="dxa" w:w="2160"/>
          </w:tcPr>
          <w:p>
            <w:r>
              <w:t>Quality Preservation</w:t>
            </w:r>
          </w:p>
        </w:tc>
        <w:tc>
          <w:tcPr>
            <w:tcW w:type="dxa" w:w="2160"/>
          </w:tcPr>
          <w:p>
            <w:r>
              <w:t>How did you assess the impact of new quality preservation technologies on your rice post-harvest? Include specific metrics used.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1053-0212</w:t>
            </w:r>
          </w:p>
        </w:tc>
        <w:tc>
          <w:tcPr>
            <w:tcW w:type="dxa" w:w="2160"/>
          </w:tcPr>
          <w:p>
            <w:r>
              <w:t>Equipment Efficiency</w:t>
            </w:r>
          </w:p>
        </w:tc>
        <w:tc>
          <w:tcPr>
            <w:tcW w:type="dxa" w:w="2160"/>
          </w:tcPr>
          <w:p>
            <w:r>
              <w:t>What specific metrics did you track to evaluate equipment efficiency in 2025, and what were the results?</w:t>
              <w:br/>
              <w:t>Answer type: Integer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1053-0213</w:t>
            </w:r>
          </w:p>
        </w:tc>
        <w:tc>
          <w:tcPr>
            <w:tcW w:type="dxa" w:w="2160"/>
          </w:tcPr>
          <w:p>
            <w:r>
              <w:t>Harvest Timing</w:t>
            </w:r>
          </w:p>
        </w:tc>
        <w:tc>
          <w:tcPr>
            <w:tcW w:type="dxa" w:w="2160"/>
          </w:tcPr>
          <w:p>
            <w:r>
              <w:t>Did you experiment with different harvest timings in 2025? If yes, describe the approach and results obtained.</w:t>
              <w:br/>
              <w:t>Answer type: Long text + evidence</w:t>
              <w:br/>
              <w:t>Trigger: Yes-No + details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1053-0214</w:t>
            </w:r>
          </w:p>
        </w:tc>
        <w:tc>
          <w:tcPr>
            <w:tcW w:type="dxa" w:w="2160"/>
          </w:tcPr>
          <w:p>
            <w:r>
              <w:t>Data Collection</w:t>
            </w:r>
          </w:p>
        </w:tc>
        <w:tc>
          <w:tcPr>
            <w:tcW w:type="dxa" w:w="2160"/>
          </w:tcPr>
          <w:p>
            <w:r>
              <w:t>What tools or software were utilized for data collection in 2025, and how did they enhance your harvesting operations?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1053-0215</w:t>
            </w:r>
          </w:p>
        </w:tc>
        <w:tc>
          <w:tcPr>
            <w:tcW w:type="dxa" w:w="2160"/>
          </w:tcPr>
          <w:p>
            <w:r>
              <w:t>Mechanized Harvesting</w:t>
            </w:r>
          </w:p>
        </w:tc>
        <w:tc>
          <w:tcPr>
            <w:tcW w:type="dxa" w:w="2160"/>
          </w:tcPr>
          <w:p>
            <w:r>
              <w:t>What percentage of your total harvest in 2025 was done using mechanized methods, and how does this compare to previous years?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1053-0216</w:t>
            </w:r>
          </w:p>
        </w:tc>
        <w:tc>
          <w:tcPr>
            <w:tcW w:type="dxa" w:w="2160"/>
          </w:tcPr>
          <w:p>
            <w:r>
              <w:t>Post-Harvest Handling</w:t>
            </w:r>
          </w:p>
        </w:tc>
        <w:tc>
          <w:tcPr>
            <w:tcW w:type="dxa" w:w="2160"/>
          </w:tcPr>
          <w:p>
            <w:r>
              <w:t>What specific improvements in post-harvest handling processes were implemented in 2025, and what evidence do you have of their impact?</w:t>
              <w:br/>
              <w:t>Answer type: Long text + evidence</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1053-0217</w:t>
            </w:r>
          </w:p>
        </w:tc>
        <w:tc>
          <w:tcPr>
            <w:tcW w:type="dxa" w:w="2160"/>
          </w:tcPr>
          <w:p>
            <w:r>
              <w:t>Quality Preservation</w:t>
            </w:r>
          </w:p>
        </w:tc>
        <w:tc>
          <w:tcPr>
            <w:tcW w:type="dxa" w:w="2160"/>
          </w:tcPr>
          <w:p>
            <w:r>
              <w:t>What specific quality metrics did you monitor in 2025, and what were the outcomes compared to prior years?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MILLING-PROCESS-QUALITY-ASSURANCE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1053-0218</w:t>
            </w:r>
          </w:p>
        </w:tc>
        <w:tc>
          <w:tcPr>
            <w:tcW w:type="dxa" w:w="2160"/>
          </w:tcPr>
          <w:p>
            <w:r>
              <w:t>Milling Techniques</w:t>
            </w:r>
          </w:p>
        </w:tc>
        <w:tc>
          <w:tcPr>
            <w:tcW w:type="dxa" w:w="2160"/>
          </w:tcPr>
          <w:p>
            <w:r>
              <w:t>What specific milling techniques did you implement in 2025 to enhance the quality of the rice produced?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1053-0219</w:t>
            </w:r>
          </w:p>
        </w:tc>
        <w:tc>
          <w:tcPr>
            <w:tcW w:type="dxa" w:w="2160"/>
          </w:tcPr>
          <w:p>
            <w:r>
              <w:t>Grain Separation</w:t>
            </w:r>
          </w:p>
        </w:tc>
        <w:tc>
          <w:tcPr>
            <w:tcW w:type="dxa" w:w="2160"/>
          </w:tcPr>
          <w:p>
            <w:r>
              <w:t>Describe the methods used for grain separation during the milling process. How did these methods differ from previous years?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1053-0220</w:t>
            </w:r>
          </w:p>
        </w:tc>
        <w:tc>
          <w:tcPr>
            <w:tcW w:type="dxa" w:w="2160"/>
          </w:tcPr>
          <w:p>
            <w:r>
              <w:t>Quality Testing</w:t>
            </w:r>
          </w:p>
        </w:tc>
        <w:tc>
          <w:tcPr>
            <w:tcW w:type="dxa" w:w="2160"/>
          </w:tcPr>
          <w:p>
            <w:r>
              <w:t>What quality testing protocols were established or modified in 2025 to ensure the consistency of the rice quality?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1053-0221</w:t>
            </w:r>
          </w:p>
        </w:tc>
        <w:tc>
          <w:tcPr>
            <w:tcW w:type="dxa" w:w="2160"/>
          </w:tcPr>
          <w:p>
            <w:r>
              <w:t>Equipment Calibration</w:t>
            </w:r>
          </w:p>
        </w:tc>
        <w:tc>
          <w:tcPr>
            <w:tcW w:type="dxa" w:w="2160"/>
          </w:tcPr>
          <w:p>
            <w:r>
              <w:t>How frequently was equipment calibrated in 2025, and what specific calibration procedures were followed?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1053-0222</w:t>
            </w:r>
          </w:p>
        </w:tc>
        <w:tc>
          <w:tcPr>
            <w:tcW w:type="dxa" w:w="2160"/>
          </w:tcPr>
          <w:p>
            <w:r>
              <w:t>Waste Reduction</w:t>
            </w:r>
          </w:p>
        </w:tc>
        <w:tc>
          <w:tcPr>
            <w:tcW w:type="dxa" w:w="2160"/>
          </w:tcPr>
          <w:p>
            <w:r>
              <w:t>What strategies were implemented in 2025 to reduce waste during the milling process, and what were the measurable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1053-0223</w:t>
            </w:r>
          </w:p>
        </w:tc>
        <w:tc>
          <w:tcPr>
            <w:tcW w:type="dxa" w:w="2160"/>
          </w:tcPr>
          <w:p>
            <w:r>
              <w:t>Regulatory Standards</w:t>
            </w:r>
          </w:p>
        </w:tc>
        <w:tc>
          <w:tcPr>
            <w:tcW w:type="dxa" w:w="2160"/>
          </w:tcPr>
          <w:p>
            <w:r>
              <w:t>What new regulatory standards did you comply with in 2025, and how did they impact your milling processes?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1053-0224</w:t>
            </w:r>
          </w:p>
        </w:tc>
        <w:tc>
          <w:tcPr>
            <w:tcW w:type="dxa" w:w="2160"/>
          </w:tcPr>
          <w:p>
            <w:r>
              <w:t>Milling Techniques</w:t>
            </w:r>
          </w:p>
        </w:tc>
        <w:tc>
          <w:tcPr>
            <w:tcW w:type="dxa" w:w="2160"/>
          </w:tcPr>
          <w:p>
            <w:r>
              <w:t>Did you experiment with any new milling techniques in 2025 that had not been previously used? If yes, please describe them.</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1053-0225</w:t>
            </w:r>
          </w:p>
        </w:tc>
        <w:tc>
          <w:tcPr>
            <w:tcW w:type="dxa" w:w="2160"/>
          </w:tcPr>
          <w:p>
            <w:r>
              <w:t>Grain Separation</w:t>
            </w:r>
          </w:p>
        </w:tc>
        <w:tc>
          <w:tcPr>
            <w:tcW w:type="dxa" w:w="2160"/>
          </w:tcPr>
          <w:p>
            <w:r>
              <w:t>What specific challenges did you face in grain separation during the milling process in 2025, and how were they addressed?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1053-0226</w:t>
            </w:r>
          </w:p>
        </w:tc>
        <w:tc>
          <w:tcPr>
            <w:tcW w:type="dxa" w:w="2160"/>
          </w:tcPr>
          <w:p>
            <w:r>
              <w:t>Quality Testing</w:t>
            </w:r>
          </w:p>
        </w:tc>
        <w:tc>
          <w:tcPr>
            <w:tcW w:type="dxa" w:w="2160"/>
          </w:tcPr>
          <w:p>
            <w:r>
              <w:t>What types of quality tests were performed on the rice post-milling in 2025, and what were the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1053-0227</w:t>
            </w:r>
          </w:p>
        </w:tc>
        <w:tc>
          <w:tcPr>
            <w:tcW w:type="dxa" w:w="2160"/>
          </w:tcPr>
          <w:p>
            <w:r>
              <w:t>Equipment Calibration</w:t>
            </w:r>
          </w:p>
        </w:tc>
        <w:tc>
          <w:tcPr>
            <w:tcW w:type="dxa" w:w="2160"/>
          </w:tcPr>
          <w:p>
            <w:r>
              <w:t>What records do you maintain for equipment calibration, and how do they support your quality assurance processes?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1053-0228</w:t>
            </w:r>
          </w:p>
        </w:tc>
        <w:tc>
          <w:tcPr>
            <w:tcW w:type="dxa" w:w="2160"/>
          </w:tcPr>
          <w:p>
            <w:r>
              <w:t>Waste Reduction</w:t>
            </w:r>
          </w:p>
        </w:tc>
        <w:tc>
          <w:tcPr>
            <w:tcW w:type="dxa" w:w="2160"/>
          </w:tcPr>
          <w:p>
            <w:r>
              <w:t>How did you measure the effectiveness of waste reduction strategies implemented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1053-0229</w:t>
            </w:r>
          </w:p>
        </w:tc>
        <w:tc>
          <w:tcPr>
            <w:tcW w:type="dxa" w:w="2160"/>
          </w:tcPr>
          <w:p>
            <w:r>
              <w:t>Regulatory Standards</w:t>
            </w:r>
          </w:p>
        </w:tc>
        <w:tc>
          <w:tcPr>
            <w:tcW w:type="dxa" w:w="2160"/>
          </w:tcPr>
          <w:p>
            <w:r>
              <w:t>Were there any audits conducted in 2025 related to compliance with milling regulations? If so, what were the outcomes?</w:t>
              <w:br/>
              <w:t>Answer type: Yes-No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1053-0230</w:t>
            </w:r>
          </w:p>
        </w:tc>
        <w:tc>
          <w:tcPr>
            <w:tcW w:type="dxa" w:w="2160"/>
          </w:tcPr>
          <w:p>
            <w:r>
              <w:t>Milling Techniques</w:t>
            </w:r>
          </w:p>
        </w:tc>
        <w:tc>
          <w:tcPr>
            <w:tcW w:type="dxa" w:w="2160"/>
          </w:tcPr>
          <w:p>
            <w:r>
              <w:t>What metrics do you use to evaluate the success of the milling techniques employed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1053-0231</w:t>
            </w:r>
          </w:p>
        </w:tc>
        <w:tc>
          <w:tcPr>
            <w:tcW w:type="dxa" w:w="2160"/>
          </w:tcPr>
          <w:p>
            <w:r>
              <w:t>Grain Separation</w:t>
            </w:r>
          </w:p>
        </w:tc>
        <w:tc>
          <w:tcPr>
            <w:tcW w:type="dxa" w:w="2160"/>
          </w:tcPr>
          <w:p>
            <w:r>
              <w:t>How did you ensure the effectiveness of grain separation techniques in preventing contamination in 2025?</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1053-0232</w:t>
            </w:r>
          </w:p>
        </w:tc>
        <w:tc>
          <w:tcPr>
            <w:tcW w:type="dxa" w:w="2160"/>
          </w:tcPr>
          <w:p>
            <w:r>
              <w:t>Quality Testing</w:t>
            </w:r>
          </w:p>
        </w:tc>
        <w:tc>
          <w:tcPr>
            <w:tcW w:type="dxa" w:w="2160"/>
          </w:tcPr>
          <w:p>
            <w:r>
              <w:t>What frequency of quality testing was established for rice produced in 2025, and how does it compare to previous years?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1053-0233</w:t>
            </w:r>
          </w:p>
        </w:tc>
        <w:tc>
          <w:tcPr>
            <w:tcW w:type="dxa" w:w="2160"/>
          </w:tcPr>
          <w:p>
            <w:r>
              <w:t>Equipment Calibration</w:t>
            </w:r>
          </w:p>
        </w:tc>
        <w:tc>
          <w:tcPr>
            <w:tcW w:type="dxa" w:w="2160"/>
          </w:tcPr>
          <w:p>
            <w:r>
              <w:t>What specific equipment was most critical to your milling process in 2025, and how was its calibration handled?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1053-0234</w:t>
            </w:r>
          </w:p>
        </w:tc>
        <w:tc>
          <w:tcPr>
            <w:tcW w:type="dxa" w:w="2160"/>
          </w:tcPr>
          <w:p>
            <w:r>
              <w:t>Waste Reduction</w:t>
            </w:r>
          </w:p>
        </w:tc>
        <w:tc>
          <w:tcPr>
            <w:tcW w:type="dxa" w:w="2160"/>
          </w:tcPr>
          <w:p>
            <w:r>
              <w:t>What innovations in technology or processes were adopted in 2025 to further reduce milling waste?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1053-0235</w:t>
            </w:r>
          </w:p>
        </w:tc>
        <w:tc>
          <w:tcPr>
            <w:tcW w:type="dxa" w:w="2160"/>
          </w:tcPr>
          <w:p>
            <w:r>
              <w:t>Regulatory Standards</w:t>
            </w:r>
          </w:p>
        </w:tc>
        <w:tc>
          <w:tcPr>
            <w:tcW w:type="dxa" w:w="2160"/>
          </w:tcPr>
          <w:p>
            <w:r>
              <w:t>How did changes in regulatory standards in 2025 influence your milling operations and quality assurance measures?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1053-0236</w:t>
            </w:r>
          </w:p>
        </w:tc>
        <w:tc>
          <w:tcPr>
            <w:tcW w:type="dxa" w:w="2160"/>
          </w:tcPr>
          <w:p>
            <w:r>
              <w:t>Quality Control</w:t>
            </w:r>
          </w:p>
        </w:tc>
        <w:tc>
          <w:tcPr>
            <w:tcW w:type="dxa" w:w="2160"/>
          </w:tcPr>
          <w:p>
            <w:r>
              <w:t>What quality assurance measures were introduced in your milling process in 2025 to enhance product quality?</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1053-0237</w:t>
            </w:r>
          </w:p>
        </w:tc>
        <w:tc>
          <w:tcPr>
            <w:tcW w:type="dxa" w:w="2160"/>
          </w:tcPr>
          <w:p>
            <w:r>
              <w:t>Process Improvements</w:t>
            </w:r>
          </w:p>
        </w:tc>
        <w:tc>
          <w:tcPr>
            <w:tcW w:type="dxa" w:w="2160"/>
          </w:tcPr>
          <w:p>
            <w:r>
              <w:t>Can you detail any new milling technologies or processes implemented in 2025 to improve efficiency?</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1053-0238</w:t>
            </w:r>
          </w:p>
        </w:tc>
        <w:tc>
          <w:tcPr>
            <w:tcW w:type="dxa" w:w="2160"/>
          </w:tcPr>
          <w:p>
            <w:r>
              <w:t>Research and Development</w:t>
            </w:r>
          </w:p>
        </w:tc>
        <w:tc>
          <w:tcPr>
            <w:tcW w:type="dxa" w:w="2160"/>
          </w:tcPr>
          <w:p>
            <w:r>
              <w:t>What R&amp;D activities were conducted in 2025 to assess the impact of milling processes on rice quality?</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PACKAGING-TRACEABILITY-SYSTEMS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1053-0239</w:t>
            </w:r>
          </w:p>
        </w:tc>
        <w:tc>
          <w:tcPr>
            <w:tcW w:type="dxa" w:w="2160"/>
          </w:tcPr>
          <w:p>
            <w:r>
              <w:t>Packaging Materials Evaluation</w:t>
            </w:r>
          </w:p>
        </w:tc>
        <w:tc>
          <w:tcPr>
            <w:tcW w:type="dxa" w:w="2160"/>
          </w:tcPr>
          <w:p>
            <w:r>
              <w:t>What specific materials are being tested for packaging rice products, and what properties are being evaluated for each material?</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1053-0240</w:t>
            </w:r>
          </w:p>
        </w:tc>
        <w:tc>
          <w:tcPr>
            <w:tcW w:type="dxa" w:w="2160"/>
          </w:tcPr>
          <w:p>
            <w:r>
              <w:t>Labeling Requirements</w:t>
            </w:r>
          </w:p>
        </w:tc>
        <w:tc>
          <w:tcPr>
            <w:tcW w:type="dxa" w:w="2160"/>
          </w:tcPr>
          <w:p>
            <w:r>
              <w:t>What new labeling methods are being explored to enhance consumer understanding of rice product origins and safety?</w:t>
              <w:br/>
              <w:t>Answer type: Long text</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1053-0241</w:t>
            </w:r>
          </w:p>
        </w:tc>
        <w:tc>
          <w:tcPr>
            <w:tcW w:type="dxa" w:w="2160"/>
          </w:tcPr>
          <w:p>
            <w:r>
              <w:t>Traceability Technology</w:t>
            </w:r>
          </w:p>
        </w:tc>
        <w:tc>
          <w:tcPr>
            <w:tcW w:type="dxa" w:w="2160"/>
          </w:tcPr>
          <w:p>
            <w:r>
              <w:t>What technological innovations are being implemented to improve traceability of rice products from farm to consumer?</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1053-0242</w:t>
            </w:r>
          </w:p>
        </w:tc>
        <w:tc>
          <w:tcPr>
            <w:tcW w:type="dxa" w:w="2160"/>
          </w:tcPr>
          <w:p>
            <w:r>
              <w:t>Shelf-Life Studies</w:t>
            </w:r>
          </w:p>
        </w:tc>
        <w:tc>
          <w:tcPr>
            <w:tcW w:type="dxa" w:w="2160"/>
          </w:tcPr>
          <w:p>
            <w:r>
              <w:t>What experimental methods are being used to determine the shelf-life of packaged rice products, and what variables are being tested?</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1053-0243</w:t>
            </w:r>
          </w:p>
        </w:tc>
        <w:tc>
          <w:tcPr>
            <w:tcW w:type="dxa" w:w="2160"/>
          </w:tcPr>
          <w:p>
            <w:r>
              <w:t>Consumer Safety</w:t>
            </w:r>
          </w:p>
        </w:tc>
        <w:tc>
          <w:tcPr>
            <w:tcW w:type="dxa" w:w="2160"/>
          </w:tcPr>
          <w:p>
            <w:r>
              <w:t>What specific safety protocols are being developed or tested to ensure the packaging of rice products does not compromise consumer health?</w:t>
              <w:br/>
              <w:t>Answer type: Long text</w:t>
              <w:br/>
              <w:t>Trigger: Always</w:t>
              <w:br/>
              <w:t>Required: Yes</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1053-0244</w:t>
            </w:r>
          </w:p>
        </w:tc>
        <w:tc>
          <w:tcPr>
            <w:tcW w:type="dxa" w:w="2160"/>
          </w:tcPr>
          <w:p>
            <w:r>
              <w:t>Regulatory Compliance</w:t>
            </w:r>
          </w:p>
        </w:tc>
        <w:tc>
          <w:tcPr>
            <w:tcW w:type="dxa" w:w="2160"/>
          </w:tcPr>
          <w:p>
            <w:r>
              <w:t>What new regulatory requirements are being addressed in the packaging and labeling of rice products, and how are these changes being implemented?</w:t>
              <w:br/>
              <w:t>Answer type: Long text</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1053-0245</w:t>
            </w:r>
          </w:p>
        </w:tc>
        <w:tc>
          <w:tcPr>
            <w:tcW w:type="dxa" w:w="2160"/>
          </w:tcPr>
          <w:p>
            <w:r>
              <w:t>Packaging Materials Evaluation</w:t>
            </w:r>
          </w:p>
        </w:tc>
        <w:tc>
          <w:tcPr>
            <w:tcW w:type="dxa" w:w="2160"/>
          </w:tcPr>
          <w:p>
            <w:r>
              <w:t>Have any new biodegradable or sustainable packaging materials been tested for rice products, and what were the outcomes?</w:t>
              <w:br/>
              <w:t>Answer type: Yes-No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1053-0246</w:t>
            </w:r>
          </w:p>
        </w:tc>
        <w:tc>
          <w:tcPr>
            <w:tcW w:type="dxa" w:w="2160"/>
          </w:tcPr>
          <w:p>
            <w:r>
              <w:t>Labeling Requirements</w:t>
            </w:r>
          </w:p>
        </w:tc>
        <w:tc>
          <w:tcPr>
            <w:tcW w:type="dxa" w:w="2160"/>
          </w:tcPr>
          <w:p>
            <w:r>
              <w:t>Are there any new labeling technologies being evaluated for their effectiveness in communicating product freshness and safety? If yes, please describe.</w:t>
              <w:br/>
              <w:t>Answer type: Yes-No + details</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1053-0247</w:t>
            </w:r>
          </w:p>
        </w:tc>
        <w:tc>
          <w:tcPr>
            <w:tcW w:type="dxa" w:w="2160"/>
          </w:tcPr>
          <w:p>
            <w:r>
              <w:t>Traceability Technology</w:t>
            </w:r>
          </w:p>
        </w:tc>
        <w:tc>
          <w:tcPr>
            <w:tcW w:type="dxa" w:w="2160"/>
          </w:tcPr>
          <w:p>
            <w:r>
              <w:t>What specific software or systems are being developed or improved to enhance the traceability of rice products?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1053-0248</w:t>
            </w:r>
          </w:p>
        </w:tc>
        <w:tc>
          <w:tcPr>
            <w:tcW w:type="dxa" w:w="2160"/>
          </w:tcPr>
          <w:p>
            <w:r>
              <w:t>Shelf-Life Studies</w:t>
            </w:r>
          </w:p>
        </w:tc>
        <w:tc>
          <w:tcPr>
            <w:tcW w:type="dxa" w:w="2160"/>
          </w:tcPr>
          <w:p>
            <w:r>
              <w:t>What environmental conditions are being tested to evaluate their impact on the shelf-life of rice products?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1053-0249</w:t>
            </w:r>
          </w:p>
        </w:tc>
        <w:tc>
          <w:tcPr>
            <w:tcW w:type="dxa" w:w="2160"/>
          </w:tcPr>
          <w:p>
            <w:r>
              <w:t>Consumer Safety</w:t>
            </w:r>
          </w:p>
        </w:tc>
        <w:tc>
          <w:tcPr>
            <w:tcW w:type="dxa" w:w="2160"/>
          </w:tcPr>
          <w:p>
            <w:r>
              <w:t>What specific consumer feedback mechanisms are in place to assess the safety and satisfaction of rice product packaging?</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1053-0250</w:t>
            </w:r>
          </w:p>
        </w:tc>
        <w:tc>
          <w:tcPr>
            <w:tcW w:type="dxa" w:w="2160"/>
          </w:tcPr>
          <w:p>
            <w:r>
              <w:t>Regulatory Compliance</w:t>
            </w:r>
          </w:p>
        </w:tc>
        <w:tc>
          <w:tcPr>
            <w:tcW w:type="dxa" w:w="2160"/>
          </w:tcPr>
          <w:p>
            <w:r>
              <w:t>How is compliance with new packaging regulations being documented and validated within your operations?</w:t>
              <w:br/>
              <w:t>Answer type: Long text + evidence</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1053-0251</w:t>
            </w:r>
          </w:p>
        </w:tc>
        <w:tc>
          <w:tcPr>
            <w:tcW w:type="dxa" w:w="2160"/>
          </w:tcPr>
          <w:p>
            <w:r>
              <w:t>Packaging Materials Evaluation</w:t>
            </w:r>
          </w:p>
        </w:tc>
        <w:tc>
          <w:tcPr>
            <w:tcW w:type="dxa" w:w="2160"/>
          </w:tcPr>
          <w:p>
            <w:r>
              <w:t>What metrics are being used to evaluate the performance of new packaging materials for rice products?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1053-0252</w:t>
            </w:r>
          </w:p>
        </w:tc>
        <w:tc>
          <w:tcPr>
            <w:tcW w:type="dxa" w:w="2160"/>
          </w:tcPr>
          <w:p>
            <w:r>
              <w:t>Traceability Technology</w:t>
            </w:r>
          </w:p>
        </w:tc>
        <w:tc>
          <w:tcPr>
            <w:tcW w:type="dxa" w:w="2160"/>
          </w:tcPr>
          <w:p>
            <w:r>
              <w:t>What challenges have been encountered in implementing traceability systems for rice products, and how are these being addressed?</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LAB-TESTING-ANALYTICAL-METHODS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1053-0253</w:t>
            </w:r>
          </w:p>
        </w:tc>
        <w:tc>
          <w:tcPr>
            <w:tcW w:type="dxa" w:w="2160"/>
          </w:tcPr>
          <w:p>
            <w:r>
              <w:t>Nutritional Analysis</w:t>
            </w:r>
          </w:p>
        </w:tc>
        <w:tc>
          <w:tcPr>
            <w:tcW w:type="dxa" w:w="2160"/>
          </w:tcPr>
          <w:p>
            <w:r>
              <w:t>What specific laboratory methods do you use to analyze the nutritional content of your rice, and how do these methods differ from standard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1053-0254</w:t>
            </w:r>
          </w:p>
        </w:tc>
        <w:tc>
          <w:tcPr>
            <w:tcW w:type="dxa" w:w="2160"/>
          </w:tcPr>
          <w:p>
            <w:r>
              <w:t>Nutritional Analysis</w:t>
            </w:r>
          </w:p>
        </w:tc>
        <w:tc>
          <w:tcPr>
            <w:tcW w:type="dxa" w:w="2160"/>
          </w:tcPr>
          <w:p>
            <w:r>
              <w:t>Can you provide evidence of any experimental modifications made to your nutritional analysis methods in the past year?</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1053-0255</w:t>
            </w:r>
          </w:p>
        </w:tc>
        <w:tc>
          <w:tcPr>
            <w:tcW w:type="dxa" w:w="2160"/>
          </w:tcPr>
          <w:p>
            <w:r>
              <w:t>Contaminant Testing</w:t>
            </w:r>
          </w:p>
        </w:tc>
        <w:tc>
          <w:tcPr>
            <w:tcW w:type="dxa" w:w="2160"/>
          </w:tcPr>
          <w:p>
            <w:r>
              <w:t>What specific contaminants are you testing for in your rice, and what are the laboratory methods used for detection?</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1053-0256</w:t>
            </w:r>
          </w:p>
        </w:tc>
        <w:tc>
          <w:tcPr>
            <w:tcW w:type="dxa" w:w="2160"/>
          </w:tcPr>
          <w:p>
            <w:r>
              <w:t>Contaminant Testing</w:t>
            </w:r>
          </w:p>
        </w:tc>
        <w:tc>
          <w:tcPr>
            <w:tcW w:type="dxa" w:w="2160"/>
          </w:tcPr>
          <w:p>
            <w:r>
              <w:t>How do you ensure that your contaminant testing methods comply with state and federal regulations?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1053-0257</w:t>
            </w:r>
          </w:p>
        </w:tc>
        <w:tc>
          <w:tcPr>
            <w:tcW w:type="dxa" w:w="2160"/>
          </w:tcPr>
          <w:p>
            <w:r>
              <w:t>Chemical Residue Analysis</w:t>
            </w:r>
          </w:p>
        </w:tc>
        <w:tc>
          <w:tcPr>
            <w:tcW w:type="dxa" w:w="2160"/>
          </w:tcPr>
          <w:p>
            <w:r>
              <w:t>What specific chemical residues do you analyze for in your rice, and what analytical techniques are utilized?</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1053-0258</w:t>
            </w:r>
          </w:p>
        </w:tc>
        <w:tc>
          <w:tcPr>
            <w:tcW w:type="dxa" w:w="2160"/>
          </w:tcPr>
          <w:p>
            <w:r>
              <w:t>Chemical Residue Analysis</w:t>
            </w:r>
          </w:p>
        </w:tc>
        <w:tc>
          <w:tcPr>
            <w:tcW w:type="dxa" w:w="2160"/>
          </w:tcPr>
          <w:p>
            <w:r>
              <w:t xml:space="preserve">Have you conducted any experimental studies to improve the sensitivity of your chemical residue analysis? If so, please describe. </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1053-0259</w:t>
            </w:r>
          </w:p>
        </w:tc>
        <w:tc>
          <w:tcPr>
            <w:tcW w:type="dxa" w:w="2160"/>
          </w:tcPr>
          <w:p>
            <w:r>
              <w:t>Microbial Testing</w:t>
            </w:r>
          </w:p>
        </w:tc>
        <w:tc>
          <w:tcPr>
            <w:tcW w:type="dxa" w:w="2160"/>
          </w:tcPr>
          <w:p>
            <w:r>
              <w:t>What microbial tests do you conduct on your rice, and what are the specific methodologies used?</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1053-0260</w:t>
            </w:r>
          </w:p>
        </w:tc>
        <w:tc>
          <w:tcPr>
            <w:tcW w:type="dxa" w:w="2160"/>
          </w:tcPr>
          <w:p>
            <w:r>
              <w:t>Microbial Testing</w:t>
            </w:r>
          </w:p>
        </w:tc>
        <w:tc>
          <w:tcPr>
            <w:tcW w:type="dxa" w:w="2160"/>
          </w:tcPr>
          <w:p>
            <w:r>
              <w:t>How do you validate the effectiveness of your microbial testing protocols?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1053-0261</w:t>
            </w:r>
          </w:p>
        </w:tc>
        <w:tc>
          <w:tcPr>
            <w:tcW w:type="dxa" w:w="2160"/>
          </w:tcPr>
          <w:p>
            <w:r>
              <w:t>Quality Control Protocols</w:t>
            </w:r>
          </w:p>
        </w:tc>
        <w:tc>
          <w:tcPr>
            <w:tcW w:type="dxa" w:w="2160"/>
          </w:tcPr>
          <w:p>
            <w:r>
              <w:t>What quality control protocols do you have in place for laboratory testing of rice, and how are these protocols documented?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1053-0262</w:t>
            </w:r>
          </w:p>
        </w:tc>
        <w:tc>
          <w:tcPr>
            <w:tcW w:type="dxa" w:w="2160"/>
          </w:tcPr>
          <w:p>
            <w:r>
              <w:t>Quality Control Protocols</w:t>
            </w:r>
          </w:p>
        </w:tc>
        <w:tc>
          <w:tcPr>
            <w:tcW w:type="dxa" w:w="2160"/>
          </w:tcPr>
          <w:p>
            <w:r>
              <w:t>Can you describe any recent changes to your quality control protocols and the rationale behind those changes?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1053-0263</w:t>
            </w:r>
          </w:p>
        </w:tc>
        <w:tc>
          <w:tcPr>
            <w:tcW w:type="dxa" w:w="2160"/>
          </w:tcPr>
          <w:p>
            <w:r>
              <w:t>Regulatory Standards</w:t>
            </w:r>
          </w:p>
        </w:tc>
        <w:tc>
          <w:tcPr>
            <w:tcW w:type="dxa" w:w="2160"/>
          </w:tcPr>
          <w:p>
            <w:r>
              <w:t>What regulatory standards do you adhere to for laboratory testing of rice, and how do you ensure compliance?</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1053-0264</w:t>
            </w:r>
          </w:p>
        </w:tc>
        <w:tc>
          <w:tcPr>
            <w:tcW w:type="dxa" w:w="2160"/>
          </w:tcPr>
          <w:p>
            <w:r>
              <w:t>Regulatory Standards</w:t>
            </w:r>
          </w:p>
        </w:tc>
        <w:tc>
          <w:tcPr>
            <w:tcW w:type="dxa" w:w="2160"/>
          </w:tcPr>
          <w:p>
            <w:r>
              <w:t xml:space="preserve">Have you faced any compliance challenges related to regulatory standards in your laboratory testing? If yes, please explain. </w:t>
              <w:br/>
              <w:t>Answer type: Yes-No + details</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1053-0265</w:t>
            </w:r>
          </w:p>
        </w:tc>
        <w:tc>
          <w:tcPr>
            <w:tcW w:type="dxa" w:w="2160"/>
          </w:tcPr>
          <w:p>
            <w:r>
              <w:t>Nutritional Analysis</w:t>
            </w:r>
          </w:p>
        </w:tc>
        <w:tc>
          <w:tcPr>
            <w:tcW w:type="dxa" w:w="2160"/>
          </w:tcPr>
          <w:p>
            <w:r>
              <w:t>How often do you conduct nutritional analysis on your rice products, and what triggers additional testing?</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1053-0266</w:t>
            </w:r>
          </w:p>
        </w:tc>
        <w:tc>
          <w:tcPr>
            <w:tcW w:type="dxa" w:w="2160"/>
          </w:tcPr>
          <w:p>
            <w:r>
              <w:t>Contaminant Testing</w:t>
            </w:r>
          </w:p>
        </w:tc>
        <w:tc>
          <w:tcPr>
            <w:tcW w:type="dxa" w:w="2160"/>
          </w:tcPr>
          <w:p>
            <w:r>
              <w:t>What is the turnaround time for contaminant testing results, and how does this impact your production schedule?</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1053-0267</w:t>
            </w:r>
          </w:p>
        </w:tc>
        <w:tc>
          <w:tcPr>
            <w:tcW w:type="dxa" w:w="2160"/>
          </w:tcPr>
          <w:p>
            <w:r>
              <w:t>Chemical Residue Analysis</w:t>
            </w:r>
          </w:p>
        </w:tc>
        <w:tc>
          <w:tcPr>
            <w:tcW w:type="dxa" w:w="2160"/>
          </w:tcPr>
          <w:p>
            <w:r>
              <w:t>How do you document and track the results of chemical residue analyses performed on your rice?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1053-0268</w:t>
            </w:r>
          </w:p>
        </w:tc>
        <w:tc>
          <w:tcPr>
            <w:tcW w:type="dxa" w:w="2160"/>
          </w:tcPr>
          <w:p>
            <w:r>
              <w:t>Microbial Testing</w:t>
            </w:r>
          </w:p>
        </w:tc>
        <w:tc>
          <w:tcPr>
            <w:tcW w:type="dxa" w:w="2160"/>
          </w:tcPr>
          <w:p>
            <w:r>
              <w:t>What criteria do you use to determine the acceptability of microbial test results for your rice?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1053-0269</w:t>
            </w:r>
          </w:p>
        </w:tc>
        <w:tc>
          <w:tcPr>
            <w:tcW w:type="dxa" w:w="2160"/>
          </w:tcPr>
          <w:p>
            <w:r>
              <w:t>Quality Control Protocols</w:t>
            </w:r>
          </w:p>
        </w:tc>
        <w:tc>
          <w:tcPr>
            <w:tcW w:type="dxa" w:w="2160"/>
          </w:tcPr>
          <w:p>
            <w:r>
              <w:t>How do you train staff on quality control protocols for laboratory testing, and how often is this training updated?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1053-0270</w:t>
            </w:r>
          </w:p>
        </w:tc>
        <w:tc>
          <w:tcPr>
            <w:tcW w:type="dxa" w:w="2160"/>
          </w:tcPr>
          <w:p>
            <w:r>
              <w:t>Regulatory Standards</w:t>
            </w:r>
          </w:p>
        </w:tc>
        <w:tc>
          <w:tcPr>
            <w:tcW w:type="dxa" w:w="2160"/>
          </w:tcPr>
          <w:p>
            <w:r>
              <w:t>What steps do you take to stay updated on changes to regulatory standards affecting laboratory testing of rice?</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1053-0271</w:t>
            </w:r>
          </w:p>
        </w:tc>
        <w:tc>
          <w:tcPr>
            <w:tcW w:type="dxa" w:w="2160"/>
          </w:tcPr>
          <w:p>
            <w:r>
              <w:t>Testing Procedures</w:t>
            </w:r>
          </w:p>
        </w:tc>
        <w:tc>
          <w:tcPr>
            <w:tcW w:type="dxa" w:w="2160"/>
          </w:tcPr>
          <w:p>
            <w:r>
              <w:t>What new analytical methods for testing rice quality were developed or adopted in 2025?</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REGULATORY-COMPLIANCE-FOOD-SAFETY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1053-0272</w:t>
            </w:r>
          </w:p>
        </w:tc>
        <w:tc>
          <w:tcPr>
            <w:tcW w:type="dxa" w:w="2160"/>
          </w:tcPr>
          <w:p>
            <w:r>
              <w:t>FDA Regulations</w:t>
            </w:r>
          </w:p>
        </w:tc>
        <w:tc>
          <w:tcPr>
            <w:tcW w:type="dxa" w:w="2160"/>
          </w:tcPr>
          <w:p>
            <w:r>
              <w:t>What specific FDA regulations do you adhere to regarding pesticide use in rice production, and how do you ensure compliance?</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1053-0273</w:t>
            </w:r>
          </w:p>
        </w:tc>
        <w:tc>
          <w:tcPr>
            <w:tcW w:type="dxa" w:w="2160"/>
          </w:tcPr>
          <w:p>
            <w:r>
              <w:t>USDA Guidelines</w:t>
            </w:r>
          </w:p>
        </w:tc>
        <w:tc>
          <w:tcPr>
            <w:tcW w:type="dxa" w:w="2160"/>
          </w:tcPr>
          <w:p>
            <w:r>
              <w:t>Can you describe the USDA guidelines you follow for organic certification in your rice farming practices?</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1053-0274</w:t>
            </w:r>
          </w:p>
        </w:tc>
        <w:tc>
          <w:tcPr>
            <w:tcW w:type="dxa" w:w="2160"/>
          </w:tcPr>
          <w:p>
            <w:r>
              <w:t>Food Safety Audits</w:t>
            </w:r>
          </w:p>
        </w:tc>
        <w:tc>
          <w:tcPr>
            <w:tcW w:type="dxa" w:w="2160"/>
          </w:tcPr>
          <w:p>
            <w:r>
              <w:t>How often do you conduct food safety audits on your rice production processes, and what standards do these audits assess?</w:t>
              <w:br/>
              <w:t>Answer type: Integer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1053-0275</w:t>
            </w:r>
          </w:p>
        </w:tc>
        <w:tc>
          <w:tcPr>
            <w:tcW w:type="dxa" w:w="2160"/>
          </w:tcPr>
          <w:p>
            <w:r>
              <w:t>Traceability Requirements</w:t>
            </w:r>
          </w:p>
        </w:tc>
        <w:tc>
          <w:tcPr>
            <w:tcW w:type="dxa" w:w="2160"/>
          </w:tcPr>
          <w:p>
            <w:r>
              <w:t>What traceability systems do you have in place to track rice from field to table, and how do you document this process?</w:t>
              <w:br/>
              <w:t>Answer type: Long text + evidence</w:t>
              <w:br/>
              <w:t>Trigger: Always</w:t>
              <w:br/>
              <w:t>Required: No</w:t>
              <w:br/>
              <w:t>Risk: High</w:t>
            </w:r>
          </w:p>
        </w:tc>
        <w:tc>
          <w:tcPr>
            <w:tcW w:type="dxa" w:w="2160"/>
          </w:tcPr>
          <w:p>
            <w:r>
              <w:t>Primary authority: FDA Traceability Rule</w:t>
              <w:br/>
              <w:t>Response: ___________________________</w:t>
              <w:br/>
              <w:t>Evidence: ___________________________</w:t>
              <w:br/>
              <w:t>Reviewer conclusion: ___________________________</w:t>
            </w:r>
          </w:p>
        </w:tc>
      </w:tr>
      <w:tr>
        <w:tc>
          <w:tcPr>
            <w:tcW w:type="dxa" w:w="2160"/>
          </w:tcPr>
          <w:p>
            <w:r>
              <w:t>1053-0276</w:t>
            </w:r>
          </w:p>
        </w:tc>
        <w:tc>
          <w:tcPr>
            <w:tcW w:type="dxa" w:w="2160"/>
          </w:tcPr>
          <w:p>
            <w:r>
              <w:t>Labeling Laws</w:t>
            </w:r>
          </w:p>
        </w:tc>
        <w:tc>
          <w:tcPr>
            <w:tcW w:type="dxa" w:w="2160"/>
          </w:tcPr>
          <w:p>
            <w:r>
              <w:t>What labeling laws do you comply with for your rice products, and how do you ensure that your labels meet these requirements?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1053-0277</w:t>
            </w:r>
          </w:p>
        </w:tc>
        <w:tc>
          <w:tcPr>
            <w:tcW w:type="dxa" w:w="2160"/>
          </w:tcPr>
          <w:p>
            <w:r>
              <w:t>Sustainability Certifications</w:t>
            </w:r>
          </w:p>
        </w:tc>
        <w:tc>
          <w:tcPr>
            <w:tcW w:type="dxa" w:w="2160"/>
          </w:tcPr>
          <w:p>
            <w:r>
              <w:t>What sustainability certifications have you obtained for your rice farming operations, and what processes did you implement to achieve them?</w:t>
              <w:br/>
              <w:t>Answer type: Long text</w:t>
              <w:br/>
              <w:t>Trigger: Always</w:t>
              <w:br/>
              <w:t>Required: No</w:t>
              <w:br/>
              <w:t>Risk: Medium</w:t>
            </w:r>
          </w:p>
        </w:tc>
        <w:tc>
          <w:tcPr>
            <w:tcW w:type="dxa" w:w="2160"/>
          </w:tcPr>
          <w:p>
            <w:r>
              <w:t>Primary authority: Sustainable Agriculture Standards</w:t>
              <w:br/>
              <w:t>Response: ___________________________</w:t>
              <w:br/>
              <w:t>Evidence: ___________________________</w:t>
              <w:br/>
              <w:t>Reviewer conclusion: ___________________________</w:t>
            </w:r>
          </w:p>
        </w:tc>
      </w:tr>
      <w:tr>
        <w:tc>
          <w:tcPr>
            <w:tcW w:type="dxa" w:w="2160"/>
          </w:tcPr>
          <w:p>
            <w:r>
              <w:t>1053-0278</w:t>
            </w:r>
          </w:p>
        </w:tc>
        <w:tc>
          <w:tcPr>
            <w:tcW w:type="dxa" w:w="2160"/>
          </w:tcPr>
          <w:p>
            <w:r>
              <w:t>FDA Regulations</w:t>
            </w:r>
          </w:p>
        </w:tc>
        <w:tc>
          <w:tcPr>
            <w:tcW w:type="dxa" w:w="2160"/>
          </w:tcPr>
          <w:p>
            <w:r>
              <w:t>How do you monitor and manage the levels of contaminants in your rice to comply with FDA standards?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1053-0279</w:t>
            </w:r>
          </w:p>
        </w:tc>
        <w:tc>
          <w:tcPr>
            <w:tcW w:type="dxa" w:w="2160"/>
          </w:tcPr>
          <w:p>
            <w:r>
              <w:t>USDA Guidelines</w:t>
            </w:r>
          </w:p>
        </w:tc>
        <w:tc>
          <w:tcPr>
            <w:tcW w:type="dxa" w:w="2160"/>
          </w:tcPr>
          <w:p>
            <w:r>
              <w:t>What specific USDA guidelines do you implement to ensure the humane treatment of laborers in your rice production?</w:t>
              <w:br/>
              <w:t>Answer type: Long text</w:t>
              <w:br/>
              <w:t>Trigger: Always</w:t>
              <w:br/>
              <w:t>Required: No</w:t>
              <w:br/>
              <w:t>Risk: Medium</w:t>
            </w:r>
          </w:p>
        </w:tc>
        <w:tc>
          <w:tcPr>
            <w:tcW w:type="dxa" w:w="2160"/>
          </w:tcPr>
          <w:p>
            <w:r>
              <w:t>Primary authority: USDA Labor Standards</w:t>
              <w:br/>
              <w:t>Response: ___________________________</w:t>
              <w:br/>
              <w:t>Evidence: ___________________________</w:t>
              <w:br/>
              <w:t>Reviewer conclusion: ___________________________</w:t>
            </w:r>
          </w:p>
        </w:tc>
      </w:tr>
      <w:tr>
        <w:tc>
          <w:tcPr>
            <w:tcW w:type="dxa" w:w="2160"/>
          </w:tcPr>
          <w:p>
            <w:r>
              <w:t>1053-0280</w:t>
            </w:r>
          </w:p>
        </w:tc>
        <w:tc>
          <w:tcPr>
            <w:tcW w:type="dxa" w:w="2160"/>
          </w:tcPr>
          <w:p>
            <w:r>
              <w:t>Food Safety Audits</w:t>
            </w:r>
          </w:p>
        </w:tc>
        <w:tc>
          <w:tcPr>
            <w:tcW w:type="dxa" w:w="2160"/>
          </w:tcPr>
          <w:p>
            <w:r>
              <w:t>What corrective actions have you taken based on findings from your most recent food safety audit?</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1053-0281</w:t>
            </w:r>
          </w:p>
        </w:tc>
        <w:tc>
          <w:tcPr>
            <w:tcW w:type="dxa" w:w="2160"/>
          </w:tcPr>
          <w:p>
            <w:r>
              <w:t>Traceability Requirements</w:t>
            </w:r>
          </w:p>
        </w:tc>
        <w:tc>
          <w:tcPr>
            <w:tcW w:type="dxa" w:w="2160"/>
          </w:tcPr>
          <w:p>
            <w:r>
              <w:t>Can you detail the technology or software used for tracking the traceability of your rice products?</w:t>
              <w:br/>
              <w:t>Answer type: Long text</w:t>
              <w:br/>
              <w:t>Trigger: Always</w:t>
              <w:br/>
              <w:t>Required: No</w:t>
              <w:br/>
              <w:t>Risk: Medium</w:t>
            </w:r>
          </w:p>
        </w:tc>
        <w:tc>
          <w:tcPr>
            <w:tcW w:type="dxa" w:w="2160"/>
          </w:tcPr>
          <w:p>
            <w:r>
              <w:t>Primary authority: FDA Traceability Rule</w:t>
              <w:br/>
              <w:t>Response: ___________________________</w:t>
              <w:br/>
              <w:t>Evidence: ___________________________</w:t>
              <w:br/>
              <w:t>Reviewer conclusion: ___________________________</w:t>
            </w:r>
          </w:p>
        </w:tc>
      </w:tr>
      <w:tr>
        <w:tc>
          <w:tcPr>
            <w:tcW w:type="dxa" w:w="2160"/>
          </w:tcPr>
          <w:p>
            <w:r>
              <w:t>1053-0282</w:t>
            </w:r>
          </w:p>
        </w:tc>
        <w:tc>
          <w:tcPr>
            <w:tcW w:type="dxa" w:w="2160"/>
          </w:tcPr>
          <w:p>
            <w:r>
              <w:t>Labeling Laws</w:t>
            </w:r>
          </w:p>
        </w:tc>
        <w:tc>
          <w:tcPr>
            <w:tcW w:type="dxa" w:w="2160"/>
          </w:tcPr>
          <w:p>
            <w:r>
              <w:t>What procedures do you have in place to ensure that your rice product labels are updated in accordance with changing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1053-0283</w:t>
            </w:r>
          </w:p>
        </w:tc>
        <w:tc>
          <w:tcPr>
            <w:tcW w:type="dxa" w:w="2160"/>
          </w:tcPr>
          <w:p>
            <w:r>
              <w:t>Sustainability Certifications</w:t>
            </w:r>
          </w:p>
        </w:tc>
        <w:tc>
          <w:tcPr>
            <w:tcW w:type="dxa" w:w="2160"/>
          </w:tcPr>
          <w:p>
            <w:r>
              <w:t>How do you measure the impact of your sustainable practices on rice yield and quality?</w:t>
              <w:br/>
              <w:t>Answer type: Long text + evidence</w:t>
              <w:br/>
              <w:t>Trigger: Always</w:t>
              <w:br/>
              <w:t>Required: No</w:t>
              <w:br/>
              <w:t>Risk: Medium</w:t>
            </w:r>
          </w:p>
        </w:tc>
        <w:tc>
          <w:tcPr>
            <w:tcW w:type="dxa" w:w="2160"/>
          </w:tcPr>
          <w:p>
            <w:r>
              <w:t>Primary authority: Sustainable Agriculture Standards</w:t>
              <w:br/>
              <w:t>Response: ___________________________</w:t>
              <w:br/>
              <w:t>Evidence: ___________________________</w:t>
              <w:br/>
              <w:t>Reviewer conclusion: ___________________________</w:t>
            </w:r>
          </w:p>
        </w:tc>
      </w:tr>
      <w:tr>
        <w:tc>
          <w:tcPr>
            <w:tcW w:type="dxa" w:w="2160"/>
          </w:tcPr>
          <w:p>
            <w:r>
              <w:t>1053-0284</w:t>
            </w:r>
          </w:p>
        </w:tc>
        <w:tc>
          <w:tcPr>
            <w:tcW w:type="dxa" w:w="2160"/>
          </w:tcPr>
          <w:p>
            <w:r>
              <w:t>FDA Regulations</w:t>
            </w:r>
          </w:p>
        </w:tc>
        <w:tc>
          <w:tcPr>
            <w:tcW w:type="dxa" w:w="2160"/>
          </w:tcPr>
          <w:p>
            <w:r>
              <w:t>What training do your employees receive regarding compliance with FDA food safety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1053-0285</w:t>
            </w:r>
          </w:p>
        </w:tc>
        <w:tc>
          <w:tcPr>
            <w:tcW w:type="dxa" w:w="2160"/>
          </w:tcPr>
          <w:p>
            <w:r>
              <w:t>USDA Guidelines</w:t>
            </w:r>
          </w:p>
        </w:tc>
        <w:tc>
          <w:tcPr>
            <w:tcW w:type="dxa" w:w="2160"/>
          </w:tcPr>
          <w:p>
            <w:r>
              <w:t>How do you ensure that your rice production methods align with USDA sustainability guidelines?</w:t>
              <w:br/>
              <w:t>Answer type: Long text</w:t>
              <w:br/>
              <w:t>Trigger: Always</w:t>
              <w:br/>
              <w:t>Required: No</w:t>
              <w:br/>
              <w:t>Risk: Medium</w:t>
            </w:r>
          </w:p>
        </w:tc>
        <w:tc>
          <w:tcPr>
            <w:tcW w:type="dxa" w:w="2160"/>
          </w:tcPr>
          <w:p>
            <w:r>
              <w:t>Primary authority: USDA Sustainable Practices</w:t>
              <w:br/>
              <w:t>Response: ___________________________</w:t>
              <w:br/>
              <w:t>Evidence: ___________________________</w:t>
              <w:br/>
              <w:t>Reviewer conclusion: ___________________________</w:t>
            </w:r>
          </w:p>
        </w:tc>
      </w:tr>
      <w:tr>
        <w:tc>
          <w:tcPr>
            <w:tcW w:type="dxa" w:w="2160"/>
          </w:tcPr>
          <w:p>
            <w:r>
              <w:t>1053-0286</w:t>
            </w:r>
          </w:p>
        </w:tc>
        <w:tc>
          <w:tcPr>
            <w:tcW w:type="dxa" w:w="2160"/>
          </w:tcPr>
          <w:p>
            <w:r>
              <w:t>Food Safety Audits</w:t>
            </w:r>
          </w:p>
        </w:tc>
        <w:tc>
          <w:tcPr>
            <w:tcW w:type="dxa" w:w="2160"/>
          </w:tcPr>
          <w:p>
            <w:r>
              <w:t>What specific metrics do you track during food safety audits to evaluate compliance and performance?</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1053-0287</w:t>
            </w:r>
          </w:p>
        </w:tc>
        <w:tc>
          <w:tcPr>
            <w:tcW w:type="dxa" w:w="2160"/>
          </w:tcPr>
          <w:p>
            <w:r>
              <w:t>Traceability Requirements</w:t>
            </w:r>
          </w:p>
        </w:tc>
        <w:tc>
          <w:tcPr>
            <w:tcW w:type="dxa" w:w="2160"/>
          </w:tcPr>
          <w:p>
            <w:r>
              <w:t>Have you experienced any traceability failures in the past year, and what steps did you take to address them?</w:t>
              <w:br/>
              <w:t>Answer type: Yes-No + details</w:t>
              <w:br/>
              <w:t>Trigger: Always</w:t>
              <w:br/>
              <w:t>Required: No</w:t>
              <w:br/>
              <w:t>Risk: High</w:t>
            </w:r>
          </w:p>
        </w:tc>
        <w:tc>
          <w:tcPr>
            <w:tcW w:type="dxa" w:w="2160"/>
          </w:tcPr>
          <w:p>
            <w:r>
              <w:t>Primary authority: FDA Traceability Rule</w:t>
              <w:br/>
              <w:t>Response: ___________________________</w:t>
              <w:br/>
              <w:t>Evidence: ___________________________</w:t>
              <w:br/>
              <w:t>Reviewer conclusion: ___________________________</w:t>
            </w:r>
          </w:p>
        </w:tc>
      </w:tr>
      <w:tr>
        <w:tc>
          <w:tcPr>
            <w:tcW w:type="dxa" w:w="2160"/>
          </w:tcPr>
          <w:p>
            <w:r>
              <w:t>1053-0288</w:t>
            </w:r>
          </w:p>
        </w:tc>
        <w:tc>
          <w:tcPr>
            <w:tcW w:type="dxa" w:w="2160"/>
          </w:tcPr>
          <w:p>
            <w:r>
              <w:t>Compliance Practices</w:t>
            </w:r>
          </w:p>
        </w:tc>
        <w:tc>
          <w:tcPr>
            <w:tcW w:type="dxa" w:w="2160"/>
          </w:tcPr>
          <w:p>
            <w:r>
              <w:t>What new practices were implemented in 2025 to ensure compliance with food safety regulations?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BYPRODUCTS-SUSTAINABILITY-INITIATIVES (12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1053-0289</w:t>
            </w:r>
          </w:p>
        </w:tc>
        <w:tc>
          <w:tcPr>
            <w:tcW w:type="dxa" w:w="2160"/>
          </w:tcPr>
          <w:p>
            <w:r>
              <w:t>Rice Husk Utilization</w:t>
            </w:r>
          </w:p>
        </w:tc>
        <w:tc>
          <w:tcPr>
            <w:tcW w:type="dxa" w:w="2160"/>
          </w:tcPr>
          <w:p>
            <w:r>
              <w:t>What innovative methods have you implemented to utilize rice husks as a byproduct in your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1053-0290</w:t>
            </w:r>
          </w:p>
        </w:tc>
        <w:tc>
          <w:tcPr>
            <w:tcW w:type="dxa" w:w="2160"/>
          </w:tcPr>
          <w:p>
            <w:r>
              <w:t>Bioenergy Production</w:t>
            </w:r>
          </w:p>
        </w:tc>
        <w:tc>
          <w:tcPr>
            <w:tcW w:type="dxa" w:w="2160"/>
          </w:tcPr>
          <w:p>
            <w:r>
              <w:t>Have you conducted any experiments to convert rice husks into bioenergy? If so, please describe the process and any challenges faced.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1053-0291</w:t>
            </w:r>
          </w:p>
        </w:tc>
        <w:tc>
          <w:tcPr>
            <w:tcW w:type="dxa" w:w="2160"/>
          </w:tcPr>
          <w:p>
            <w:r>
              <w:t>Waste Management</w:t>
            </w:r>
          </w:p>
        </w:tc>
        <w:tc>
          <w:tcPr>
            <w:tcW w:type="dxa" w:w="2160"/>
          </w:tcPr>
          <w:p>
            <w:r>
              <w:t>What specific waste management practices do you employ to minimize waste generated from rice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1053-0292</w:t>
            </w:r>
          </w:p>
        </w:tc>
        <w:tc>
          <w:tcPr>
            <w:tcW w:type="dxa" w:w="2160"/>
          </w:tcPr>
          <w:p>
            <w:r>
              <w:t>Sustainable Practices</w:t>
            </w:r>
          </w:p>
        </w:tc>
        <w:tc>
          <w:tcPr>
            <w:tcW w:type="dxa" w:w="2160"/>
          </w:tcPr>
          <w:p>
            <w:r>
              <w:t>Can you detail any sustainable farming practices you have adopted that go beyond standard agricultural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1053-0293</w:t>
            </w:r>
          </w:p>
        </w:tc>
        <w:tc>
          <w:tcPr>
            <w:tcW w:type="dxa" w:w="2160"/>
          </w:tcPr>
          <w:p>
            <w:r>
              <w:t>Carbon Footprint Reduction</w:t>
            </w:r>
          </w:p>
        </w:tc>
        <w:tc>
          <w:tcPr>
            <w:tcW w:type="dxa" w:w="2160"/>
          </w:tcPr>
          <w:p>
            <w:r>
              <w:t>What measures have you taken to assess and reduce the carbon footprint of your rice farming operations?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1053-0294</w:t>
            </w:r>
          </w:p>
        </w:tc>
        <w:tc>
          <w:tcPr>
            <w:tcW w:type="dxa" w:w="2160"/>
          </w:tcPr>
          <w:p>
            <w:r>
              <w:t>Regulatory Incentives</w:t>
            </w:r>
          </w:p>
        </w:tc>
        <w:tc>
          <w:tcPr>
            <w:tcW w:type="dxa" w:w="2160"/>
          </w:tcPr>
          <w:p>
            <w:r>
              <w:t>Are you aware of any regulatory incentives available for utilizing agricultural byproducts? If so, please specify which ones you have pursued.</w:t>
              <w:br/>
              <w:t>Answer type: Multi-select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1053-0295</w:t>
            </w:r>
          </w:p>
        </w:tc>
        <w:tc>
          <w:tcPr>
            <w:tcW w:type="dxa" w:w="2160"/>
          </w:tcPr>
          <w:p>
            <w:r>
              <w:t>Rice Husk Utilization</w:t>
            </w:r>
          </w:p>
        </w:tc>
        <w:tc>
          <w:tcPr>
            <w:tcW w:type="dxa" w:w="2160"/>
          </w:tcPr>
          <w:p>
            <w:r>
              <w:t>How often do you conduct trials to explore new uses for rice husks?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1053-0296</w:t>
            </w:r>
          </w:p>
        </w:tc>
        <w:tc>
          <w:tcPr>
            <w:tcW w:type="dxa" w:w="2160"/>
          </w:tcPr>
          <w:p>
            <w:r>
              <w:t>Bioenergy Production</w:t>
            </w:r>
          </w:p>
        </w:tc>
        <w:tc>
          <w:tcPr>
            <w:tcW w:type="dxa" w:w="2160"/>
          </w:tcPr>
          <w:p>
            <w:r>
              <w:t>What percentage of your total energy needs is currently met through bioenergy produced from rice byproducts?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1053-0297</w:t>
            </w:r>
          </w:p>
        </w:tc>
        <w:tc>
          <w:tcPr>
            <w:tcW w:type="dxa" w:w="2160"/>
          </w:tcPr>
          <w:p>
            <w:r>
              <w:t>Waste Management</w:t>
            </w:r>
          </w:p>
        </w:tc>
        <w:tc>
          <w:tcPr>
            <w:tcW w:type="dxa" w:w="2160"/>
          </w:tcPr>
          <w:p>
            <w:r>
              <w:t>How do you track and report the volume of waste generated from your rice farming operations?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1053-0298</w:t>
            </w:r>
          </w:p>
        </w:tc>
        <w:tc>
          <w:tcPr>
            <w:tcW w:type="dxa" w:w="2160"/>
          </w:tcPr>
          <w:p>
            <w:r>
              <w:t>Sustainable Practices</w:t>
            </w:r>
          </w:p>
        </w:tc>
        <w:tc>
          <w:tcPr>
            <w:tcW w:type="dxa" w:w="2160"/>
          </w:tcPr>
          <w:p>
            <w:r>
              <w:t>What specific metrics do you use to evaluate the effectiveness of your sustainable practices in rice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1053-0299</w:t>
            </w:r>
          </w:p>
        </w:tc>
        <w:tc>
          <w:tcPr>
            <w:tcW w:type="dxa" w:w="2160"/>
          </w:tcPr>
          <w:p>
            <w:r>
              <w:t>Carbon Footprint Reduction</w:t>
            </w:r>
          </w:p>
        </w:tc>
        <w:tc>
          <w:tcPr>
            <w:tcW w:type="dxa" w:w="2160"/>
          </w:tcPr>
          <w:p>
            <w:r>
              <w:t>Have you implemented any carbon offset programs related to your rice farming operations? If yes,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1053-0300</w:t>
            </w:r>
          </w:p>
        </w:tc>
        <w:tc>
          <w:tcPr>
            <w:tcW w:type="dxa" w:w="2160"/>
          </w:tcPr>
          <w:p>
            <w:r>
              <w:t>Regulatory Incentives</w:t>
            </w:r>
          </w:p>
        </w:tc>
        <w:tc>
          <w:tcPr>
            <w:tcW w:type="dxa" w:w="2160"/>
          </w:tcPr>
          <w:p>
            <w:r>
              <w:t>What documentation do you maintain to support claims of sustainability initiatives for tax purposes?</w:t>
              <w:br/>
              <w:t>Answer type: Long text + evidence</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EQUIPMENT-AUTOMATION-TECHNOLOGIES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1053-0301</w:t>
            </w:r>
          </w:p>
        </w:tc>
        <w:tc>
          <w:tcPr>
            <w:tcW w:type="dxa" w:w="2160"/>
          </w:tcPr>
          <w:p>
            <w:r>
              <w:t>Automated Systems</w:t>
            </w:r>
          </w:p>
        </w:tc>
        <w:tc>
          <w:tcPr>
            <w:tcW w:type="dxa" w:w="2160"/>
          </w:tcPr>
          <w:p>
            <w:r>
              <w:t>What specific automated systems have you implemented in your rice farming operations, and what challenges did you face during their deployment?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1053-0302</w:t>
            </w:r>
          </w:p>
        </w:tc>
        <w:tc>
          <w:tcPr>
            <w:tcW w:type="dxa" w:w="2160"/>
          </w:tcPr>
          <w:p>
            <w:r>
              <w:t>Data Integration</w:t>
            </w:r>
          </w:p>
        </w:tc>
        <w:tc>
          <w:tcPr>
            <w:tcW w:type="dxa" w:w="2160"/>
          </w:tcPr>
          <w:p>
            <w:r>
              <w:t>Describe the data integration technologies used to connect your automated systems with existing farm management software. What were the objectives of this integration?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1053-0303</w:t>
            </w:r>
          </w:p>
        </w:tc>
        <w:tc>
          <w:tcPr>
            <w:tcW w:type="dxa" w:w="2160"/>
          </w:tcPr>
          <w:p>
            <w:r>
              <w:t>Sensor Technologies</w:t>
            </w:r>
          </w:p>
        </w:tc>
        <w:tc>
          <w:tcPr>
            <w:tcW w:type="dxa" w:w="2160"/>
          </w:tcPr>
          <w:p>
            <w:r>
              <w:t>What types of sensor technologies have you deployed in your rice farming operations, and how do they contribute to data collection and decision-making?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1053-0304</w:t>
            </w:r>
          </w:p>
        </w:tc>
        <w:tc>
          <w:tcPr>
            <w:tcW w:type="dxa" w:w="2160"/>
          </w:tcPr>
          <w:p>
            <w:r>
              <w:t>Equipment Maintenance</w:t>
            </w:r>
          </w:p>
        </w:tc>
        <w:tc>
          <w:tcPr>
            <w:tcW w:type="dxa" w:w="2160"/>
          </w:tcPr>
          <w:p>
            <w:r>
              <w:t>How do you utilize automated systems for equipment maintenance scheduling, and what impact has this had on operational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1053-0305</w:t>
            </w:r>
          </w:p>
        </w:tc>
        <w:tc>
          <w:tcPr>
            <w:tcW w:type="dxa" w:w="2160"/>
          </w:tcPr>
          <w:p>
            <w:r>
              <w:t>Efficiency Improvements</w:t>
            </w:r>
          </w:p>
        </w:tc>
        <w:tc>
          <w:tcPr>
            <w:tcW w:type="dxa" w:w="2160"/>
          </w:tcPr>
          <w:p>
            <w:r>
              <w:t>Can you quantify any improvements in efficiency attributed to the adoption of automation technologies in your rice processing operations? Please provide specific metrics if available.</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1053-0306</w:t>
            </w:r>
          </w:p>
        </w:tc>
        <w:tc>
          <w:tcPr>
            <w:tcW w:type="dxa" w:w="2160"/>
          </w:tcPr>
          <w:p>
            <w:r>
              <w:t>Cost Reduction</w:t>
            </w:r>
          </w:p>
        </w:tc>
        <w:tc>
          <w:tcPr>
            <w:tcW w:type="dxa" w:w="2160"/>
          </w:tcPr>
          <w:p>
            <w:r>
              <w:t>What specific cost reductions have you experienced as a result of implementing automated technologies? Please provide details on the areas where costs were reduced.</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1053-0307</w:t>
            </w:r>
          </w:p>
        </w:tc>
        <w:tc>
          <w:tcPr>
            <w:tcW w:type="dxa" w:w="2160"/>
          </w:tcPr>
          <w:p>
            <w:r>
              <w:t>Automated Systems</w:t>
            </w:r>
          </w:p>
        </w:tc>
        <w:tc>
          <w:tcPr>
            <w:tcW w:type="dxa" w:w="2160"/>
          </w:tcPr>
          <w:p>
            <w:r>
              <w:t>What specific features of your automated systems have been most beneficial in enhancing productivity in rice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1053-0308</w:t>
            </w:r>
          </w:p>
        </w:tc>
        <w:tc>
          <w:tcPr>
            <w:tcW w:type="dxa" w:w="2160"/>
          </w:tcPr>
          <w:p>
            <w:r>
              <w:t>Data Integration</w:t>
            </w:r>
          </w:p>
        </w:tc>
        <w:tc>
          <w:tcPr>
            <w:tcW w:type="dxa" w:w="2160"/>
          </w:tcPr>
          <w:p>
            <w:r>
              <w:t>Have you encountered any technical limitations in your data integration processes? If so, please describe these limitations and their effects on your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1053-0309</w:t>
            </w:r>
          </w:p>
        </w:tc>
        <w:tc>
          <w:tcPr>
            <w:tcW w:type="dxa" w:w="2160"/>
          </w:tcPr>
          <w:p>
            <w:r>
              <w:t>Sensor Technologies</w:t>
            </w:r>
          </w:p>
        </w:tc>
        <w:tc>
          <w:tcPr>
            <w:tcW w:type="dxa" w:w="2160"/>
          </w:tcPr>
          <w:p>
            <w:r>
              <w:t>What types of environmental or operational data do your sensor technologies collect, and how is this data utilized in your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1053-0310</w:t>
            </w:r>
          </w:p>
        </w:tc>
        <w:tc>
          <w:tcPr>
            <w:tcW w:type="dxa" w:w="2160"/>
          </w:tcPr>
          <w:p>
            <w:r>
              <w:t>Equipment Maintenance</w:t>
            </w:r>
          </w:p>
        </w:tc>
        <w:tc>
          <w:tcPr>
            <w:tcW w:type="dxa" w:w="2160"/>
          </w:tcPr>
          <w:p>
            <w:r>
              <w:t>How has automation changed your approach to preventative maintenance in your rice farming equipment?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1053-0311</w:t>
            </w:r>
          </w:p>
        </w:tc>
        <w:tc>
          <w:tcPr>
            <w:tcW w:type="dxa" w:w="2160"/>
          </w:tcPr>
          <w:p>
            <w:r>
              <w:t>Efficiency Improvements</w:t>
            </w:r>
          </w:p>
        </w:tc>
        <w:tc>
          <w:tcPr>
            <w:tcW w:type="dxa" w:w="2160"/>
          </w:tcPr>
          <w:p>
            <w:r>
              <w:t>What specific processes have been automated in your rice processing operations, and what measurable improvements have you observed?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1053-0312</w:t>
            </w:r>
          </w:p>
        </w:tc>
        <w:tc>
          <w:tcPr>
            <w:tcW w:type="dxa" w:w="2160"/>
          </w:tcPr>
          <w:p>
            <w:r>
              <w:t>Cost Reduction</w:t>
            </w:r>
          </w:p>
        </w:tc>
        <w:tc>
          <w:tcPr>
            <w:tcW w:type="dxa" w:w="2160"/>
          </w:tcPr>
          <w:p>
            <w:r>
              <w:t>Have you documented any specific instances where automation led to a reduction in labor costs? If so,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1053-0313</w:t>
            </w:r>
          </w:p>
        </w:tc>
        <w:tc>
          <w:tcPr>
            <w:tcW w:type="dxa" w:w="2160"/>
          </w:tcPr>
          <w:p>
            <w:r>
              <w:t>Automated Systems</w:t>
            </w:r>
          </w:p>
        </w:tc>
        <w:tc>
          <w:tcPr>
            <w:tcW w:type="dxa" w:w="2160"/>
          </w:tcPr>
          <w:p>
            <w:r>
              <w:t>What types of automated systems are you currently considering for future implementation in your rice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1053-0314</w:t>
            </w:r>
          </w:p>
        </w:tc>
        <w:tc>
          <w:tcPr>
            <w:tcW w:type="dxa" w:w="2160"/>
          </w:tcPr>
          <w:p>
            <w:r>
              <w:t>Data Integration</w:t>
            </w:r>
          </w:p>
        </w:tc>
        <w:tc>
          <w:tcPr>
            <w:tcW w:type="dxa" w:w="2160"/>
          </w:tcPr>
          <w:p>
            <w:r>
              <w:t>How do you ensure the accuracy and reliability of the data collected from your automated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1053-0315</w:t>
            </w:r>
          </w:p>
        </w:tc>
        <w:tc>
          <w:tcPr>
            <w:tcW w:type="dxa" w:w="2160"/>
          </w:tcPr>
          <w:p>
            <w:r>
              <w:t>Sensor Technologies</w:t>
            </w:r>
          </w:p>
        </w:tc>
        <w:tc>
          <w:tcPr>
            <w:tcW w:type="dxa" w:w="2160"/>
          </w:tcPr>
          <w:p>
            <w:r>
              <w:t>What challenges have you faced in integrating sensor data into your existing farm management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1053-0316</w:t>
            </w:r>
          </w:p>
        </w:tc>
        <w:tc>
          <w:tcPr>
            <w:tcW w:type="dxa" w:w="2160"/>
          </w:tcPr>
          <w:p>
            <w:r>
              <w:t>Equipment Maintenance</w:t>
            </w:r>
          </w:p>
        </w:tc>
        <w:tc>
          <w:tcPr>
            <w:tcW w:type="dxa" w:w="2160"/>
          </w:tcPr>
          <w:p>
            <w:r>
              <w:t>How do you track the performance and maintenance needs of automated equipment in your rice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1053-0317</w:t>
            </w:r>
          </w:p>
        </w:tc>
        <w:tc>
          <w:tcPr>
            <w:tcW w:type="dxa" w:w="2160"/>
          </w:tcPr>
          <w:p>
            <w:r>
              <w:t>Efficiency Improvements</w:t>
            </w:r>
          </w:p>
        </w:tc>
        <w:tc>
          <w:tcPr>
            <w:tcW w:type="dxa" w:w="2160"/>
          </w:tcPr>
          <w:p>
            <w:r>
              <w:t>What specific metrics do you use to evaluate the efficiency of your automated processes in rice farming?</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1053-0318</w:t>
            </w:r>
          </w:p>
        </w:tc>
        <w:tc>
          <w:tcPr>
            <w:tcW w:type="dxa" w:w="2160"/>
          </w:tcPr>
          <w:p>
            <w:r>
              <w:t>Cost Reduction</w:t>
            </w:r>
          </w:p>
        </w:tc>
        <w:tc>
          <w:tcPr>
            <w:tcW w:type="dxa" w:w="2160"/>
          </w:tcPr>
          <w:p>
            <w:r>
              <w:t>Can you provide an estimate of the total investment made in automation technologies for your rice farming operations?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1053-0319</w:t>
            </w:r>
          </w:p>
        </w:tc>
        <w:tc>
          <w:tcPr>
            <w:tcW w:type="dxa" w:w="2160"/>
          </w:tcPr>
          <w:p>
            <w:r>
              <w:t>Automated Systems</w:t>
            </w:r>
          </w:p>
        </w:tc>
        <w:tc>
          <w:tcPr>
            <w:tcW w:type="dxa" w:w="2160"/>
          </w:tcPr>
          <w:p>
            <w:r>
              <w:t>What are the key performance indicators (KPIs) you monitor to assess the success of your automated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1053-0320</w:t>
            </w:r>
          </w:p>
        </w:tc>
        <w:tc>
          <w:tcPr>
            <w:tcW w:type="dxa" w:w="2160"/>
          </w:tcPr>
          <w:p>
            <w:r>
              <w:t>Data Integration</w:t>
            </w:r>
          </w:p>
        </w:tc>
        <w:tc>
          <w:tcPr>
            <w:tcW w:type="dxa" w:w="2160"/>
          </w:tcPr>
          <w:p>
            <w:r>
              <w:t>How frequently do you update the software used for data integration in your automated systems, and what triggers these updates?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1053-0321</w:t>
            </w:r>
          </w:p>
        </w:tc>
        <w:tc>
          <w:tcPr>
            <w:tcW w:type="dxa" w:w="2160"/>
          </w:tcPr>
          <w:p>
            <w:r>
              <w:t>Automation Implementation</w:t>
            </w:r>
          </w:p>
        </w:tc>
        <w:tc>
          <w:tcPr>
            <w:tcW w:type="dxa" w:w="2160"/>
          </w:tcPr>
          <w:p>
            <w:r>
              <w:t>What automated equipment was introduced to your rice farming operations in 2025, and what efficiencies did it provide?</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1053-0322</w:t>
            </w:r>
          </w:p>
        </w:tc>
        <w:tc>
          <w:tcPr>
            <w:tcW w:type="dxa" w:w="2160"/>
          </w:tcPr>
          <w:p>
            <w:r>
              <w:t>Technology Upgrades</w:t>
            </w:r>
          </w:p>
        </w:tc>
        <w:tc>
          <w:tcPr>
            <w:tcW w:type="dxa" w:w="2160"/>
          </w:tcPr>
          <w:p>
            <w:r>
              <w:t>Describe any upgrades to your existing equipment that were made in 2025 to enhance automation in rice farming.</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1053-0323</w:t>
            </w:r>
          </w:p>
        </w:tc>
        <w:tc>
          <w:tcPr>
            <w:tcW w:type="dxa" w:w="2160"/>
          </w:tcPr>
          <w:p>
            <w:r>
              <w:t>Research on Technology</w:t>
            </w:r>
          </w:p>
        </w:tc>
        <w:tc>
          <w:tcPr>
            <w:tcW w:type="dxa" w:w="2160"/>
          </w:tcPr>
          <w:p>
            <w:r>
              <w:t>What research activities were conducted in 2025 to evaluate the impact of automation on rice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DATA-SOFTWARE-ANALYTICS-SYSTEMS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1053-0324</w:t>
            </w:r>
          </w:p>
        </w:tc>
        <w:tc>
          <w:tcPr>
            <w:tcW w:type="dxa" w:w="2160"/>
          </w:tcPr>
          <w:p>
            <w:r>
              <w:t>Data Collection Methods</w:t>
            </w:r>
          </w:p>
        </w:tc>
        <w:tc>
          <w:tcPr>
            <w:tcW w:type="dxa" w:w="2160"/>
          </w:tcPr>
          <w:p>
            <w:r>
              <w:t>What specific methods do you use to collect data on rice crop yields, and how do these methods differ from traditional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1053-0325</w:t>
            </w:r>
          </w:p>
        </w:tc>
        <w:tc>
          <w:tcPr>
            <w:tcW w:type="dxa" w:w="2160"/>
          </w:tcPr>
          <w:p>
            <w:r>
              <w:t>Software Applications</w:t>
            </w:r>
          </w:p>
        </w:tc>
        <w:tc>
          <w:tcPr>
            <w:tcW w:type="dxa" w:w="2160"/>
          </w:tcPr>
          <w:p>
            <w:r>
              <w:t>Which software applications are employed for managing rice farm operations, and what unique functionalities do they provide to enhance productivity?</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1053-0326</w:t>
            </w:r>
          </w:p>
        </w:tc>
        <w:tc>
          <w:tcPr>
            <w:tcW w:type="dxa" w:w="2160"/>
          </w:tcPr>
          <w:p>
            <w:r>
              <w:t>Yield Prediction Models</w:t>
            </w:r>
          </w:p>
        </w:tc>
        <w:tc>
          <w:tcPr>
            <w:tcW w:type="dxa" w:w="2160"/>
          </w:tcPr>
          <w:p>
            <w:r>
              <w:t>Can you describe the yield prediction models you utilize, including the data inputs and algorithms used?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1053-0327</w:t>
            </w:r>
          </w:p>
        </w:tc>
        <w:tc>
          <w:tcPr>
            <w:tcW w:type="dxa" w:w="2160"/>
          </w:tcPr>
          <w:p>
            <w:r>
              <w:t>Crop Management Software</w:t>
            </w:r>
          </w:p>
        </w:tc>
        <w:tc>
          <w:tcPr>
            <w:tcW w:type="dxa" w:w="2160"/>
          </w:tcPr>
          <w:p>
            <w:r>
              <w:t>What crop management software do you use, and how does it integrate with your data analytics processes?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1053-0328</w:t>
            </w:r>
          </w:p>
        </w:tc>
        <w:tc>
          <w:tcPr>
            <w:tcW w:type="dxa" w:w="2160"/>
          </w:tcPr>
          <w:p>
            <w:r>
              <w:t>Analytics Tools</w:t>
            </w:r>
          </w:p>
        </w:tc>
        <w:tc>
          <w:tcPr>
            <w:tcW w:type="dxa" w:w="2160"/>
          </w:tcPr>
          <w:p>
            <w:r>
              <w:t>What analytics tools are employed to interpret data collected from your rice operations, and how do they contribute to decision-making?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1053-0329</w:t>
            </w:r>
          </w:p>
        </w:tc>
        <w:tc>
          <w:tcPr>
            <w:tcW w:type="dxa" w:w="2160"/>
          </w:tcPr>
          <w:p>
            <w:r>
              <w:t>Regulatory Reporting</w:t>
            </w:r>
          </w:p>
        </w:tc>
        <w:tc>
          <w:tcPr>
            <w:tcW w:type="dxa" w:w="2160"/>
          </w:tcPr>
          <w:p>
            <w:r>
              <w:t>How do you ensure that your data management systems comply with regulatory reporting requirements for rice farming?</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1053-0330</w:t>
            </w:r>
          </w:p>
        </w:tc>
        <w:tc>
          <w:tcPr>
            <w:tcW w:type="dxa" w:w="2160"/>
          </w:tcPr>
          <w:p>
            <w:r>
              <w:t>Data Collection Methods</w:t>
            </w:r>
          </w:p>
        </w:tc>
        <w:tc>
          <w:tcPr>
            <w:tcW w:type="dxa" w:w="2160"/>
          </w:tcPr>
          <w:p>
            <w:r>
              <w:t>What challenges have you faced in implementing data collection methods,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1053-0331</w:t>
            </w:r>
          </w:p>
        </w:tc>
        <w:tc>
          <w:tcPr>
            <w:tcW w:type="dxa" w:w="2160"/>
          </w:tcPr>
          <w:p>
            <w:r>
              <w:t>Software Applications</w:t>
            </w:r>
          </w:p>
        </w:tc>
        <w:tc>
          <w:tcPr>
            <w:tcW w:type="dxa" w:w="2160"/>
          </w:tcPr>
          <w:p>
            <w:r>
              <w:t>Have you developed any proprietary software for your rice farming operations? If so, please describe its purpose and functionalities.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1053-0332</w:t>
            </w:r>
          </w:p>
        </w:tc>
        <w:tc>
          <w:tcPr>
            <w:tcW w:type="dxa" w:w="2160"/>
          </w:tcPr>
          <w:p>
            <w:r>
              <w:t>Yield Prediction Models</w:t>
            </w:r>
          </w:p>
        </w:tc>
        <w:tc>
          <w:tcPr>
            <w:tcW w:type="dxa" w:w="2160"/>
          </w:tcPr>
          <w:p>
            <w:r>
              <w:t>What specific data points do you track to validate the accuracy of your yield prediction models?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1053-0333</w:t>
            </w:r>
          </w:p>
        </w:tc>
        <w:tc>
          <w:tcPr>
            <w:tcW w:type="dxa" w:w="2160"/>
          </w:tcPr>
          <w:p>
            <w:r>
              <w:t>Crop Management Software</w:t>
            </w:r>
          </w:p>
        </w:tc>
        <w:tc>
          <w:tcPr>
            <w:tcW w:type="dxa" w:w="2160"/>
          </w:tcPr>
          <w:p>
            <w:r>
              <w:t>How frequently do you update your crop management software, and what factors influence these updates?</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1053-0334</w:t>
            </w:r>
          </w:p>
        </w:tc>
        <w:tc>
          <w:tcPr>
            <w:tcW w:type="dxa" w:w="2160"/>
          </w:tcPr>
          <w:p>
            <w:r>
              <w:t>Analytics Tools</w:t>
            </w:r>
          </w:p>
        </w:tc>
        <w:tc>
          <w:tcPr>
            <w:tcW w:type="dxa" w:w="2160"/>
          </w:tcPr>
          <w:p>
            <w:r>
              <w:t>What types of analytics methodologies (e.g., predictive analytics, machine learning) are applied to your data, and how do they enhance operational efficiency?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1053-0335</w:t>
            </w:r>
          </w:p>
        </w:tc>
        <w:tc>
          <w:tcPr>
            <w:tcW w:type="dxa" w:w="2160"/>
          </w:tcPr>
          <w:p>
            <w:r>
              <w:t>Regulatory Reporting</w:t>
            </w:r>
          </w:p>
        </w:tc>
        <w:tc>
          <w:tcPr>
            <w:tcW w:type="dxa" w:w="2160"/>
          </w:tcPr>
          <w:p>
            <w:r>
              <w:t>What specific regulatory reports do you generate from your data management systems, and how do you ensure their accuracy?</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1053-0336</w:t>
            </w:r>
          </w:p>
        </w:tc>
        <w:tc>
          <w:tcPr>
            <w:tcW w:type="dxa" w:w="2160"/>
          </w:tcPr>
          <w:p>
            <w:r>
              <w:t>Data Collection Methods</w:t>
            </w:r>
          </w:p>
        </w:tc>
        <w:tc>
          <w:tcPr>
            <w:tcW w:type="dxa" w:w="2160"/>
          </w:tcPr>
          <w:p>
            <w:r>
              <w:t>Do you utilize any IoT devices for data collection in your rice farming operations? If yes, please describe their functions and data outputs.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1053-0337</w:t>
            </w:r>
          </w:p>
        </w:tc>
        <w:tc>
          <w:tcPr>
            <w:tcW w:type="dxa" w:w="2160"/>
          </w:tcPr>
          <w:p>
            <w:r>
              <w:t>Software Applications</w:t>
            </w:r>
          </w:p>
        </w:tc>
        <w:tc>
          <w:tcPr>
            <w:tcW w:type="dxa" w:w="2160"/>
          </w:tcPr>
          <w:p>
            <w:r>
              <w:t>What criteria do you use to evaluate the effectiveness of the software applications in your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1053-0338</w:t>
            </w:r>
          </w:p>
        </w:tc>
        <w:tc>
          <w:tcPr>
            <w:tcW w:type="dxa" w:w="2160"/>
          </w:tcPr>
          <w:p>
            <w:r>
              <w:t>Yield Prediction Models</w:t>
            </w:r>
          </w:p>
        </w:tc>
        <w:tc>
          <w:tcPr>
            <w:tcW w:type="dxa" w:w="2160"/>
          </w:tcPr>
          <w:p>
            <w:r>
              <w:t>How do you incorporate historical data into your yield prediction models?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1053-0339</w:t>
            </w:r>
          </w:p>
        </w:tc>
        <w:tc>
          <w:tcPr>
            <w:tcW w:type="dxa" w:w="2160"/>
          </w:tcPr>
          <w:p>
            <w:r>
              <w:t>Analytics Tools</w:t>
            </w:r>
          </w:p>
        </w:tc>
        <w:tc>
          <w:tcPr>
            <w:tcW w:type="dxa" w:w="2160"/>
          </w:tcPr>
          <w:p>
            <w:r>
              <w:t>What are the key performance indicators (KPIs) you monitor using your analytics tools, and how do they inform your operational strategies?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1053-0340</w:t>
            </w:r>
          </w:p>
        </w:tc>
        <w:tc>
          <w:tcPr>
            <w:tcW w:type="dxa" w:w="2160"/>
          </w:tcPr>
          <w:p>
            <w:r>
              <w:t>Data Management</w:t>
            </w:r>
          </w:p>
        </w:tc>
        <w:tc>
          <w:tcPr>
            <w:tcW w:type="dxa" w:w="2160"/>
          </w:tcPr>
          <w:p>
            <w:r>
              <w:t>What new data analytics systems were implemented in 2025 to analyze crop performance?</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ENVIRONMENTAL-IMPACT-MITIGATION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1053-0341</w:t>
            </w:r>
          </w:p>
        </w:tc>
        <w:tc>
          <w:tcPr>
            <w:tcW w:type="dxa" w:w="2160"/>
          </w:tcPr>
          <w:p>
            <w:r>
              <w:t>Water Management Practices</w:t>
            </w:r>
          </w:p>
        </w:tc>
        <w:tc>
          <w:tcPr>
            <w:tcW w:type="dxa" w:w="2160"/>
          </w:tcPr>
          <w:p>
            <w:r>
              <w:t>What innovative techniques have you implemented in your water management practices to reduce water usage in rice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1053-0342</w:t>
            </w:r>
          </w:p>
        </w:tc>
        <w:tc>
          <w:tcPr>
            <w:tcW w:type="dxa" w:w="2160"/>
          </w:tcPr>
          <w:p>
            <w:r>
              <w:t>Soil Conservation Techniques</w:t>
            </w:r>
          </w:p>
        </w:tc>
        <w:tc>
          <w:tcPr>
            <w:tcW w:type="dxa" w:w="2160"/>
          </w:tcPr>
          <w:p>
            <w:r>
              <w:t>Describe any experimental practices you have adopted to enhance soil health and prevent erosion in your rice fields. How do you measure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1053-0343</w:t>
            </w:r>
          </w:p>
        </w:tc>
        <w:tc>
          <w:tcPr>
            <w:tcW w:type="dxa" w:w="2160"/>
          </w:tcPr>
          <w:p>
            <w:r>
              <w:t>Biodiversity Preservation</w:t>
            </w:r>
          </w:p>
        </w:tc>
        <w:tc>
          <w:tcPr>
            <w:tcW w:type="dxa" w:w="2160"/>
          </w:tcPr>
          <w:p>
            <w:r>
              <w:t>What specific measures have you taken to promote biodiversity on your rice farm, and how do you assess their impact?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1053-0344</w:t>
            </w:r>
          </w:p>
        </w:tc>
        <w:tc>
          <w:tcPr>
            <w:tcW w:type="dxa" w:w="2160"/>
          </w:tcPr>
          <w:p>
            <w:r>
              <w:t>Carbon Sequestration</w:t>
            </w:r>
          </w:p>
        </w:tc>
        <w:tc>
          <w:tcPr>
            <w:tcW w:type="dxa" w:w="2160"/>
          </w:tcPr>
          <w:p>
            <w:r>
              <w:t>Have you conducted any trials or research on carbon sequestration methods in your rice farming practices? If so, please detail the methods and results.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1053-0345</w:t>
            </w:r>
          </w:p>
        </w:tc>
        <w:tc>
          <w:tcPr>
            <w:tcW w:type="dxa" w:w="2160"/>
          </w:tcPr>
          <w:p>
            <w:r>
              <w:t>Regulatory Compliance</w:t>
            </w:r>
          </w:p>
        </w:tc>
        <w:tc>
          <w:tcPr>
            <w:tcW w:type="dxa" w:w="2160"/>
          </w:tcPr>
          <w:p>
            <w:r>
              <w:t>What steps have you taken to ensure compliance with local and federal regulations regarding environmental impact in rice farming? Please provide specific examples.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1053-0346</w:t>
            </w:r>
          </w:p>
        </w:tc>
        <w:tc>
          <w:tcPr>
            <w:tcW w:type="dxa" w:w="2160"/>
          </w:tcPr>
          <w:p>
            <w:r>
              <w:t>Sustainable Practices</w:t>
            </w:r>
          </w:p>
        </w:tc>
        <w:tc>
          <w:tcPr>
            <w:tcW w:type="dxa" w:w="2160"/>
          </w:tcPr>
          <w:p>
            <w:r>
              <w:t>What sustainable agricultural practices have you integrated into your rice farming operations, and how do you quantify their environmental benefits?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1053-0347</w:t>
            </w:r>
          </w:p>
        </w:tc>
        <w:tc>
          <w:tcPr>
            <w:tcW w:type="dxa" w:w="2160"/>
          </w:tcPr>
          <w:p>
            <w:r>
              <w:t>Water Quality Monitoring</w:t>
            </w:r>
          </w:p>
        </w:tc>
        <w:tc>
          <w:tcPr>
            <w:tcW w:type="dxa" w:w="2160"/>
          </w:tcPr>
          <w:p>
            <w:r>
              <w:t>Do you monitor water quality in your irrigation systems? If yes, please detail the parameters you measure and any changes made based on the results.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1053-0348</w:t>
            </w:r>
          </w:p>
        </w:tc>
        <w:tc>
          <w:tcPr>
            <w:tcW w:type="dxa" w:w="2160"/>
          </w:tcPr>
          <w:p>
            <w:r>
              <w:t>Soil Testing</w:t>
            </w:r>
          </w:p>
        </w:tc>
        <w:tc>
          <w:tcPr>
            <w:tcW w:type="dxa" w:w="2160"/>
          </w:tcPr>
          <w:p>
            <w:r>
              <w:t>How frequently do you conduct soil testing on your rice fields, and what specific tests do you perform to evaluate soil health?</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1053-0349</w:t>
            </w:r>
          </w:p>
        </w:tc>
        <w:tc>
          <w:tcPr>
            <w:tcW w:type="dxa" w:w="2160"/>
          </w:tcPr>
          <w:p>
            <w:r>
              <w:t>Crop Rotation Practices</w:t>
            </w:r>
          </w:p>
        </w:tc>
        <w:tc>
          <w:tcPr>
            <w:tcW w:type="dxa" w:w="2160"/>
          </w:tcPr>
          <w:p>
            <w:r>
              <w:t>What crop rotation strategies have you tested in conjunction with rice farming to improve soil health and reduce pest pressures?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1053-0350</w:t>
            </w:r>
          </w:p>
        </w:tc>
        <w:tc>
          <w:tcPr>
            <w:tcW w:type="dxa" w:w="2160"/>
          </w:tcPr>
          <w:p>
            <w:r>
              <w:t>Use of Cover Crops</w:t>
            </w:r>
          </w:p>
        </w:tc>
        <w:tc>
          <w:tcPr>
            <w:tcW w:type="dxa" w:w="2160"/>
          </w:tcPr>
          <w:p>
            <w:r>
              <w:t>Have you utilized cover crops in your rice farming system? If so, which species have you used, and what benefits have you observed?</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1053-0351</w:t>
            </w:r>
          </w:p>
        </w:tc>
        <w:tc>
          <w:tcPr>
            <w:tcW w:type="dxa" w:w="2160"/>
          </w:tcPr>
          <w:p>
            <w:r>
              <w:t>Pest Management Strategies</w:t>
            </w:r>
          </w:p>
        </w:tc>
        <w:tc>
          <w:tcPr>
            <w:tcW w:type="dxa" w:w="2160"/>
          </w:tcPr>
          <w:p>
            <w:r>
              <w:t>What integrated pest management strategies have you experimented with to minimize chemical usage while maintaining crop yield?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1053-0352</w:t>
            </w:r>
          </w:p>
        </w:tc>
        <w:tc>
          <w:tcPr>
            <w:tcW w:type="dxa" w:w="2160"/>
          </w:tcPr>
          <w:p>
            <w:r>
              <w:t>Water Recycling</w:t>
            </w:r>
          </w:p>
        </w:tc>
        <w:tc>
          <w:tcPr>
            <w:tcW w:type="dxa" w:w="2160"/>
          </w:tcPr>
          <w:p>
            <w:r>
              <w:t>Have you implemented any water recycling systems on your rice farm? If so, please describe the system and its impact on water conservation.</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1053-0353</w:t>
            </w:r>
          </w:p>
        </w:tc>
        <w:tc>
          <w:tcPr>
            <w:tcW w:type="dxa" w:w="2160"/>
          </w:tcPr>
          <w:p>
            <w:r>
              <w:t>Community Engagement</w:t>
            </w:r>
          </w:p>
        </w:tc>
        <w:tc>
          <w:tcPr>
            <w:tcW w:type="dxa" w:w="2160"/>
          </w:tcPr>
          <w:p>
            <w:r>
              <w:t>How do you engage with the local community regarding your environmental practices, and what feedback have you received that influenced your operations?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1053-0354</w:t>
            </w:r>
          </w:p>
        </w:tc>
        <w:tc>
          <w:tcPr>
            <w:tcW w:type="dxa" w:w="2160"/>
          </w:tcPr>
          <w:p>
            <w:r>
              <w:t>Research Collaborations</w:t>
            </w:r>
          </w:p>
        </w:tc>
        <w:tc>
          <w:tcPr>
            <w:tcW w:type="dxa" w:w="2160"/>
          </w:tcPr>
          <w:p>
            <w:r>
              <w:t>Have you collaborated with any research institutions or universities on environmental impact studies related to rice farming?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CROP-RESEARCH-DEVELOPMENT-INNOVATIONS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1053-0355</w:t>
            </w:r>
          </w:p>
        </w:tc>
        <w:tc>
          <w:tcPr>
            <w:tcW w:type="dxa" w:w="2160"/>
          </w:tcPr>
          <w:p>
            <w:r>
              <w:t>Genetic Improvements</w:t>
            </w:r>
          </w:p>
        </w:tc>
        <w:tc>
          <w:tcPr>
            <w:tcW w:type="dxa" w:w="2160"/>
          </w:tcPr>
          <w:p>
            <w:r>
              <w:t>What specific genetic traits are you researching to enhance rice varieties, and how do you measure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1053-0356</w:t>
            </w:r>
          </w:p>
        </w:tc>
        <w:tc>
          <w:tcPr>
            <w:tcW w:type="dxa" w:w="2160"/>
          </w:tcPr>
          <w:p>
            <w:r>
              <w:t>Disease Resistance</w:t>
            </w:r>
          </w:p>
        </w:tc>
        <w:tc>
          <w:tcPr>
            <w:tcW w:type="dxa" w:w="2160"/>
          </w:tcPr>
          <w:p>
            <w:r>
              <w:t>Can you describe any experimental methods you are using to develop disease-resistant rice strains, including any field trials conducted?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1053-0357</w:t>
            </w:r>
          </w:p>
        </w:tc>
        <w:tc>
          <w:tcPr>
            <w:tcW w:type="dxa" w:w="2160"/>
          </w:tcPr>
          <w:p>
            <w:r>
              <w:t>Yield Enhancement</w:t>
            </w:r>
          </w:p>
        </w:tc>
        <w:tc>
          <w:tcPr>
            <w:tcW w:type="dxa" w:w="2160"/>
          </w:tcPr>
          <w:p>
            <w:r>
              <w:t>What innovative techniques or technologies are you implementing to improve rice yield, and what metrics do you use to evaluate success?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1053-0358</w:t>
            </w:r>
          </w:p>
        </w:tc>
        <w:tc>
          <w:tcPr>
            <w:tcW w:type="dxa" w:w="2160"/>
          </w:tcPr>
          <w:p>
            <w:r>
              <w:t>Sustainable Practices</w:t>
            </w:r>
          </w:p>
        </w:tc>
        <w:tc>
          <w:tcPr>
            <w:tcW w:type="dxa" w:w="2160"/>
          </w:tcPr>
          <w:p>
            <w:r>
              <w:t>What specific sustainable agricultural practices are you researching or developing for rice cultivation, and how do you assess their impact on both yield and the environment?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1053-0359</w:t>
            </w:r>
          </w:p>
        </w:tc>
        <w:tc>
          <w:tcPr>
            <w:tcW w:type="dxa" w:w="2160"/>
          </w:tcPr>
          <w:p>
            <w:r>
              <w:t>Collaborative Research</w:t>
            </w:r>
          </w:p>
        </w:tc>
        <w:tc>
          <w:tcPr>
            <w:tcW w:type="dxa" w:w="2160"/>
          </w:tcPr>
          <w:p>
            <w:r>
              <w:t>Are you collaborating with any universities or research institutions on rice innovation projects? If yes, please detail the nature of these collaborations and their objectives.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1053-0360</w:t>
            </w:r>
          </w:p>
        </w:tc>
        <w:tc>
          <w:tcPr>
            <w:tcW w:type="dxa" w:w="2160"/>
          </w:tcPr>
          <w:p>
            <w:r>
              <w:t>Field Trials</w:t>
            </w:r>
          </w:p>
        </w:tc>
        <w:tc>
          <w:tcPr>
            <w:tcW w:type="dxa" w:w="2160"/>
          </w:tcPr>
          <w:p>
            <w:r>
              <w:t>How many field trials related to rice cultivation innovations have you conducted in the past year, and what were the primary objectives of these trials?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1053-0361</w:t>
            </w:r>
          </w:p>
        </w:tc>
        <w:tc>
          <w:tcPr>
            <w:tcW w:type="dxa" w:w="2160"/>
          </w:tcPr>
          <w:p>
            <w:r>
              <w:t>Genetic Improvements</w:t>
            </w:r>
          </w:p>
        </w:tc>
        <w:tc>
          <w:tcPr>
            <w:tcW w:type="dxa" w:w="2160"/>
          </w:tcPr>
          <w:p>
            <w:r>
              <w:t>What specific challenges have you encountered in developing genetically improved rice varieties, and how have you addressed these challenges?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1053-0362</w:t>
            </w:r>
          </w:p>
        </w:tc>
        <w:tc>
          <w:tcPr>
            <w:tcW w:type="dxa" w:w="2160"/>
          </w:tcPr>
          <w:p>
            <w:r>
              <w:t>Disease Resistance</w:t>
            </w:r>
          </w:p>
        </w:tc>
        <w:tc>
          <w:tcPr>
            <w:tcW w:type="dxa" w:w="2160"/>
          </w:tcPr>
          <w:p>
            <w:r>
              <w:t>Have you developed any proprietary methods for enhancing disease resistance in rice? If so, please describe these methods and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1053-0363</w:t>
            </w:r>
          </w:p>
        </w:tc>
        <w:tc>
          <w:tcPr>
            <w:tcW w:type="dxa" w:w="2160"/>
          </w:tcPr>
          <w:p>
            <w:r>
              <w:t>Yield Enhancement</w:t>
            </w:r>
          </w:p>
        </w:tc>
        <w:tc>
          <w:tcPr>
            <w:tcW w:type="dxa" w:w="2160"/>
          </w:tcPr>
          <w:p>
            <w:r>
              <w:t>What innovative irrigation or fertilization techniques have you tested to enhance rice yield, and what results have you observed?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1053-0364</w:t>
            </w:r>
          </w:p>
        </w:tc>
        <w:tc>
          <w:tcPr>
            <w:tcW w:type="dxa" w:w="2160"/>
          </w:tcPr>
          <w:p>
            <w:r>
              <w:t>Sustainable Practices</w:t>
            </w:r>
          </w:p>
        </w:tc>
        <w:tc>
          <w:tcPr>
            <w:tcW w:type="dxa" w:w="2160"/>
          </w:tcPr>
          <w:p>
            <w:r>
              <w:t>What research have you conducted on the impact of cover cropping or crop rotation on rice production sustainability?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1053-0365</w:t>
            </w:r>
          </w:p>
        </w:tc>
        <w:tc>
          <w:tcPr>
            <w:tcW w:type="dxa" w:w="2160"/>
          </w:tcPr>
          <w:p>
            <w:r>
              <w:t>Collaborative Research</w:t>
            </w:r>
          </w:p>
        </w:tc>
        <w:tc>
          <w:tcPr>
            <w:tcW w:type="dxa" w:w="2160"/>
          </w:tcPr>
          <w:p>
            <w:r>
              <w:t>What funding sources have you utilized for collaborative research projects in rice innovation, and what are the expected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1053-0366</w:t>
            </w:r>
          </w:p>
        </w:tc>
        <w:tc>
          <w:tcPr>
            <w:tcW w:type="dxa" w:w="2160"/>
          </w:tcPr>
          <w:p>
            <w:r>
              <w:t>Field Trials</w:t>
            </w:r>
          </w:p>
        </w:tc>
        <w:tc>
          <w:tcPr>
            <w:tcW w:type="dxa" w:w="2160"/>
          </w:tcPr>
          <w:p>
            <w:r>
              <w:t>What specific methodologies do you employ to collect and analyze data from your rice field trials?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1053-0367</w:t>
            </w:r>
          </w:p>
        </w:tc>
        <w:tc>
          <w:tcPr>
            <w:tcW w:type="dxa" w:w="2160"/>
          </w:tcPr>
          <w:p>
            <w:r>
              <w:t>Genetic Improvements</w:t>
            </w:r>
          </w:p>
        </w:tc>
        <w:tc>
          <w:tcPr>
            <w:tcW w:type="dxa" w:w="2160"/>
          </w:tcPr>
          <w:p>
            <w:r>
              <w:t>Have you faced any regulatory hurdles in the development of genetically modified rice? If so, please detail these hurdles and your response strategies.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1053-0368</w:t>
            </w:r>
          </w:p>
        </w:tc>
        <w:tc>
          <w:tcPr>
            <w:tcW w:type="dxa" w:w="2160"/>
          </w:tcPr>
          <w:p>
            <w:r>
              <w:t>Disease Resistance</w:t>
            </w:r>
          </w:p>
        </w:tc>
        <w:tc>
          <w:tcPr>
            <w:tcW w:type="dxa" w:w="2160"/>
          </w:tcPr>
          <w:p>
            <w:r>
              <w:t>What specific diseases are you targeting in your research on rice disease resistance, and what experimental designs are you using?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1053-0369</w:t>
            </w:r>
          </w:p>
        </w:tc>
        <w:tc>
          <w:tcPr>
            <w:tcW w:type="dxa" w:w="2160"/>
          </w:tcPr>
          <w:p>
            <w:r>
              <w:t>Yield Enhancement</w:t>
            </w:r>
          </w:p>
        </w:tc>
        <w:tc>
          <w:tcPr>
            <w:tcW w:type="dxa" w:w="2160"/>
          </w:tcPr>
          <w:p>
            <w:r>
              <w:t>What role does technology (e.g., precision agriculture) play in your yield enhancement strategies for rice, and what results have you achieved?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1053-0370</w:t>
            </w:r>
          </w:p>
        </w:tc>
        <w:tc>
          <w:tcPr>
            <w:tcW w:type="dxa" w:w="2160"/>
          </w:tcPr>
          <w:p>
            <w:r>
              <w:t>Sustainable Practices</w:t>
            </w:r>
          </w:p>
        </w:tc>
        <w:tc>
          <w:tcPr>
            <w:tcW w:type="dxa" w:w="2160"/>
          </w:tcPr>
          <w:p>
            <w:r>
              <w:t>What are the key performance indicators (KPIs) you track to measure the sustainability of your rice farming practices?</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1053-0371</w:t>
            </w:r>
          </w:p>
        </w:tc>
        <w:tc>
          <w:tcPr>
            <w:tcW w:type="dxa" w:w="2160"/>
          </w:tcPr>
          <w:p>
            <w:r>
              <w:t>Collaborative Research</w:t>
            </w:r>
          </w:p>
        </w:tc>
        <w:tc>
          <w:tcPr>
            <w:tcW w:type="dxa" w:w="2160"/>
          </w:tcPr>
          <w:p>
            <w:r>
              <w:t>Have you published any findings from your collaborative research projects? If yes, please provide details about the publications and their significance.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1053-0372</w:t>
            </w:r>
          </w:p>
        </w:tc>
        <w:tc>
          <w:tcPr>
            <w:tcW w:type="dxa" w:w="2160"/>
          </w:tcPr>
          <w:p>
            <w:r>
              <w:t>Field Trials</w:t>
            </w:r>
          </w:p>
        </w:tc>
        <w:tc>
          <w:tcPr>
            <w:tcW w:type="dxa" w:w="2160"/>
          </w:tcPr>
          <w:p>
            <w:r>
              <w:t>What is the average duration of your field trials related to rice innovations, and how do you determine their success?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1053-0373</w:t>
            </w:r>
          </w:p>
        </w:tc>
        <w:tc>
          <w:tcPr>
            <w:tcW w:type="dxa" w:w="2160"/>
          </w:tcPr>
          <w:p>
            <w:r>
              <w:t>Genetic Improvements</w:t>
            </w:r>
          </w:p>
        </w:tc>
        <w:tc>
          <w:tcPr>
            <w:tcW w:type="dxa" w:w="2160"/>
          </w:tcPr>
          <w:p>
            <w:r>
              <w:t>What genetic markers or technologies are you utilizing in your research to identify desirable traits in rice?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1053-0374</w:t>
            </w:r>
          </w:p>
        </w:tc>
        <w:tc>
          <w:tcPr>
            <w:tcW w:type="dxa" w:w="2160"/>
          </w:tcPr>
          <w:p>
            <w:r>
              <w:t>Research Initiatives</w:t>
            </w:r>
          </w:p>
        </w:tc>
        <w:tc>
          <w:tcPr>
            <w:tcW w:type="dxa" w:w="2160"/>
          </w:tcPr>
          <w:p>
            <w:r>
              <w:t>What new crop varieties were researched or developed in 2025 to improve yield or disease resistance?</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1053-0375</w:t>
            </w:r>
          </w:p>
        </w:tc>
        <w:tc>
          <w:tcPr>
            <w:tcW w:type="dxa" w:w="2160"/>
          </w:tcPr>
          <w:p>
            <w:r>
              <w:t>Experimental Practices</w:t>
            </w:r>
          </w:p>
        </w:tc>
        <w:tc>
          <w:tcPr>
            <w:tcW w:type="dxa" w:w="2160"/>
          </w:tcPr>
          <w:p>
            <w:r>
              <w:t>What experimental agricultural practices were tested in 2025 to enhance rice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1053-0376</w:t>
            </w:r>
          </w:p>
        </w:tc>
        <w:tc>
          <w:tcPr>
            <w:tcW w:type="dxa" w:w="2160"/>
          </w:tcPr>
          <w:p>
            <w:r>
              <w:t>Innovation Outcomes</w:t>
            </w:r>
          </w:p>
        </w:tc>
        <w:tc>
          <w:tcPr>
            <w:tcW w:type="dxa" w:w="2160"/>
          </w:tcPr>
          <w:p>
            <w:r>
              <w:t>What were the outcomes of your R&amp;D efforts in 2025 related to crop research and development?</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1053-0377</w:t>
            </w:r>
          </w:p>
        </w:tc>
        <w:tc>
          <w:tcPr>
            <w:tcW w:type="dxa" w:w="2160"/>
          </w:tcPr>
          <w:p>
            <w:r>
              <w:t>Sustainability Research</w:t>
            </w:r>
          </w:p>
        </w:tc>
        <w:tc>
          <w:tcPr>
            <w:tcW w:type="dxa" w:w="2160"/>
          </w:tcPr>
          <w:p>
            <w:r>
              <w:t>What sustainability-focused research initiatives were undertaken in 2025 to improve rice farming practices?</w:t>
              <w:br/>
              <w:t>Answer type: text</w:t>
              <w:br/>
              <w:t>Trigger: None</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MARKET-ANALYSIS-STRATEGIES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1053-0378</w:t>
            </w:r>
          </w:p>
        </w:tc>
        <w:tc>
          <w:tcPr>
            <w:tcW w:type="dxa" w:w="2160"/>
          </w:tcPr>
          <w:p>
            <w:r>
              <w:t>Market Trends</w:t>
            </w:r>
          </w:p>
        </w:tc>
        <w:tc>
          <w:tcPr>
            <w:tcW w:type="dxa" w:w="2160"/>
          </w:tcPr>
          <w:p>
            <w:r>
              <w:t>What specific market trends have you identified in the rice industry for the 2025 tax year, and how do these trends influence your production decisions?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1053-0379</w:t>
            </w:r>
          </w:p>
        </w:tc>
        <w:tc>
          <w:tcPr>
            <w:tcW w:type="dxa" w:w="2160"/>
          </w:tcPr>
          <w:p>
            <w:r>
              <w:t>Consumer Preferences</w:t>
            </w:r>
          </w:p>
        </w:tc>
        <w:tc>
          <w:tcPr>
            <w:tcW w:type="dxa" w:w="2160"/>
          </w:tcPr>
          <w:p>
            <w:r>
              <w:t>What consumer preferences have you observed regarding rice products, and how have these influenced your product development or marketing strategies?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1053-0380</w:t>
            </w:r>
          </w:p>
        </w:tc>
        <w:tc>
          <w:tcPr>
            <w:tcW w:type="dxa" w:w="2160"/>
          </w:tcPr>
          <w:p>
            <w:r>
              <w:t>Competitive Analysis</w:t>
            </w:r>
          </w:p>
        </w:tc>
        <w:tc>
          <w:tcPr>
            <w:tcW w:type="dxa" w:w="2160"/>
          </w:tcPr>
          <w:p>
            <w:r>
              <w:t>Who are your main competitors in the rice market, and what strategies do they employ that you consider innovative or effective?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1053-0381</w:t>
            </w:r>
          </w:p>
        </w:tc>
        <w:tc>
          <w:tcPr>
            <w:tcW w:type="dxa" w:w="2160"/>
          </w:tcPr>
          <w:p>
            <w:r>
              <w:t>Export Opportunities</w:t>
            </w:r>
          </w:p>
        </w:tc>
        <w:tc>
          <w:tcPr>
            <w:tcW w:type="dxa" w:w="2160"/>
          </w:tcPr>
          <w:p>
            <w:r>
              <w:t>What specific export opportunities have you explored for your rice products in the 2025 tax year, and what challenges have you faced in this area?</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1053-0382</w:t>
            </w:r>
          </w:p>
        </w:tc>
        <w:tc>
          <w:tcPr>
            <w:tcW w:type="dxa" w:w="2160"/>
          </w:tcPr>
          <w:p>
            <w:r>
              <w:t>Branding Strategies</w:t>
            </w:r>
          </w:p>
        </w:tc>
        <w:tc>
          <w:tcPr>
            <w:tcW w:type="dxa" w:w="2160"/>
          </w:tcPr>
          <w:p>
            <w:r>
              <w:t>What branding strategies have you implemented to differentiate your rice products in the market, and what results have you seen from these strategies?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1053-0383</w:t>
            </w:r>
          </w:p>
        </w:tc>
        <w:tc>
          <w:tcPr>
            <w:tcW w:type="dxa" w:w="2160"/>
          </w:tcPr>
          <w:p>
            <w:r>
              <w:t>Sustainability Marketing</w:t>
            </w:r>
          </w:p>
        </w:tc>
        <w:tc>
          <w:tcPr>
            <w:tcW w:type="dxa" w:w="2160"/>
          </w:tcPr>
          <w:p>
            <w:r>
              <w:t>How do you incorporate sustainability into your marketing strategies for rice products, and what consumer feedback have you received regarding these initiatives?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1053-0384</w:t>
            </w:r>
          </w:p>
        </w:tc>
        <w:tc>
          <w:tcPr>
            <w:tcW w:type="dxa" w:w="2160"/>
          </w:tcPr>
          <w:p>
            <w:r>
              <w:t>Market Trends</w:t>
            </w:r>
          </w:p>
        </w:tc>
        <w:tc>
          <w:tcPr>
            <w:tcW w:type="dxa" w:w="2160"/>
          </w:tcPr>
          <w:p>
            <w:r>
              <w:t>Have you utilized any market research tools or techniques to analyze trends in the rice market? If so, please specify which ones and the insights gained.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1053-0385</w:t>
            </w:r>
          </w:p>
        </w:tc>
        <w:tc>
          <w:tcPr>
            <w:tcW w:type="dxa" w:w="2160"/>
          </w:tcPr>
          <w:p>
            <w:r>
              <w:t>Consumer Preferences</w:t>
            </w:r>
          </w:p>
        </w:tc>
        <w:tc>
          <w:tcPr>
            <w:tcW w:type="dxa" w:w="2160"/>
          </w:tcPr>
          <w:p>
            <w:r>
              <w:t>What demographic factors do you consider when analyzing consumer preferences for rice products, and how do these factors shape your marketing approach?</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1053-0386</w:t>
            </w:r>
          </w:p>
        </w:tc>
        <w:tc>
          <w:tcPr>
            <w:tcW w:type="dxa" w:w="2160"/>
          </w:tcPr>
          <w:p>
            <w:r>
              <w:t>Competitive Analysis</w:t>
            </w:r>
          </w:p>
        </w:tc>
        <w:tc>
          <w:tcPr>
            <w:tcW w:type="dxa" w:w="2160"/>
          </w:tcPr>
          <w:p>
            <w:r>
              <w:t>What metrics do you use to evaluate your competitive position in the rice market, and how do these metrics inform your strategic decisions?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1053-0387</w:t>
            </w:r>
          </w:p>
        </w:tc>
        <w:tc>
          <w:tcPr>
            <w:tcW w:type="dxa" w:w="2160"/>
          </w:tcPr>
          <w:p>
            <w:r>
              <w:t>Export Opportunities</w:t>
            </w:r>
          </w:p>
        </w:tc>
        <w:tc>
          <w:tcPr>
            <w:tcW w:type="dxa" w:w="2160"/>
          </w:tcPr>
          <w:p>
            <w:r>
              <w:t>What regulatory considerations have you encountered when pursuing export opportunities for your rice products, and how have you addressed these?</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1053-0388</w:t>
            </w:r>
          </w:p>
        </w:tc>
        <w:tc>
          <w:tcPr>
            <w:tcW w:type="dxa" w:w="2160"/>
          </w:tcPr>
          <w:p>
            <w:r>
              <w:t>Branding Strategies</w:t>
            </w:r>
          </w:p>
        </w:tc>
        <w:tc>
          <w:tcPr>
            <w:tcW w:type="dxa" w:w="2160"/>
          </w:tcPr>
          <w:p>
            <w:r>
              <w:t>What specific branding elements (e.g., logo, packaging) have you developed for your rice products, and how do they reflect your brand's values and mission?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1053-0389</w:t>
            </w:r>
          </w:p>
        </w:tc>
        <w:tc>
          <w:tcPr>
            <w:tcW w:type="dxa" w:w="2160"/>
          </w:tcPr>
          <w:p>
            <w:r>
              <w:t>Sustainability Marketing</w:t>
            </w:r>
          </w:p>
        </w:tc>
        <w:tc>
          <w:tcPr>
            <w:tcW w:type="dxa" w:w="2160"/>
          </w:tcPr>
          <w:p>
            <w:r>
              <w:t>What sustainability certifications or labels have you pursued for your rice products, and how have they impacted your market positioning?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1053-0390</w:t>
            </w:r>
          </w:p>
        </w:tc>
        <w:tc>
          <w:tcPr>
            <w:tcW w:type="dxa" w:w="2160"/>
          </w:tcPr>
          <w:p>
            <w:r>
              <w:t>Market Trends</w:t>
            </w:r>
          </w:p>
        </w:tc>
        <w:tc>
          <w:tcPr>
            <w:tcW w:type="dxa" w:w="2160"/>
          </w:tcPr>
          <w:p>
            <w:r>
              <w:t>How do you forecast future market trends for rice products, and what methodologies do you employ in this forecasting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1053-0391</w:t>
            </w:r>
          </w:p>
        </w:tc>
        <w:tc>
          <w:tcPr>
            <w:tcW w:type="dxa" w:w="2160"/>
          </w:tcPr>
          <w:p>
            <w:r>
              <w:t>Consumer Preferences</w:t>
            </w:r>
          </w:p>
        </w:tc>
        <w:tc>
          <w:tcPr>
            <w:tcW w:type="dxa" w:w="2160"/>
          </w:tcPr>
          <w:p>
            <w:r>
              <w:t>What specific feedback mechanisms do you have in place to gauge consumer preferences for your rice products, and how often do you utilize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COST-ANALYSIS-IMPROVEMENT-INITIATIVES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1053-0392</w:t>
            </w:r>
          </w:p>
        </w:tc>
        <w:tc>
          <w:tcPr>
            <w:tcW w:type="dxa" w:w="2160"/>
          </w:tcPr>
          <w:p>
            <w:r>
              <w:t>Cost Reduction Strategies</w:t>
            </w:r>
          </w:p>
        </w:tc>
        <w:tc>
          <w:tcPr>
            <w:tcW w:type="dxa" w:w="2160"/>
          </w:tcPr>
          <w:p>
            <w:r>
              <w:t>What specific cost reduction strategies have you implemented in your rice production processes over the past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1053-0393</w:t>
            </w:r>
          </w:p>
        </w:tc>
        <w:tc>
          <w:tcPr>
            <w:tcW w:type="dxa" w:w="2160"/>
          </w:tcPr>
          <w:p>
            <w:r>
              <w:t>Efficiency Improvements</w:t>
            </w:r>
          </w:p>
        </w:tc>
        <w:tc>
          <w:tcPr>
            <w:tcW w:type="dxa" w:w="2160"/>
          </w:tcPr>
          <w:p>
            <w:r>
              <w:t>Can you describe any efficiency improvements made in the planting or harvesting stages of rice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1053-0394</w:t>
            </w:r>
          </w:p>
        </w:tc>
        <w:tc>
          <w:tcPr>
            <w:tcW w:type="dxa" w:w="2160"/>
          </w:tcPr>
          <w:p>
            <w:r>
              <w:t>Financial Modeling</w:t>
            </w:r>
          </w:p>
        </w:tc>
        <w:tc>
          <w:tcPr>
            <w:tcW w:type="dxa" w:w="2160"/>
          </w:tcPr>
          <w:p>
            <w:r>
              <w:t>What financial modeling techniques do you use to project costs and revenues associated with different rice varieties?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1053-0395</w:t>
            </w:r>
          </w:p>
        </w:tc>
        <w:tc>
          <w:tcPr>
            <w:tcW w:type="dxa" w:w="2160"/>
          </w:tcPr>
          <w:p>
            <w:r>
              <w:t>Investment in Technology</w:t>
            </w:r>
          </w:p>
        </w:tc>
        <w:tc>
          <w:tcPr>
            <w:tcW w:type="dxa" w:w="2160"/>
          </w:tcPr>
          <w:p>
            <w:r>
              <w:t>What new technologies have you invested in recently to enhance rice production, and what were the expected vs. actual cost savings?</w:t>
              <w:br/>
              <w:t>Answer type: Long text + evidence</w:t>
              <w:br/>
              <w:t>Trigger: Always</w:t>
              <w:br/>
              <w:t>Required: No</w:t>
              <w:br/>
              <w:t>Risk: High</w:t>
            </w:r>
          </w:p>
        </w:tc>
        <w:tc>
          <w:tcPr>
            <w:tcW w:type="dxa" w:w="2160"/>
          </w:tcPr>
          <w:p>
            <w:r>
              <w:t>Primary authority: IRC Section 41(d) / Form 6765 Part II</w:t>
              <w:br/>
              <w:t>Response: ___________________________</w:t>
              <w:br/>
              <w:t>Evidence: ___________________________</w:t>
              <w:br/>
              <w:t>Reviewer conclusion: ___________________________</w:t>
            </w:r>
          </w:p>
        </w:tc>
      </w:tr>
      <w:tr>
        <w:tc>
          <w:tcPr>
            <w:tcW w:type="dxa" w:w="2160"/>
          </w:tcPr>
          <w:p>
            <w:r>
              <w:t>1053-0396</w:t>
            </w:r>
          </w:p>
        </w:tc>
        <w:tc>
          <w:tcPr>
            <w:tcW w:type="dxa" w:w="2160"/>
          </w:tcPr>
          <w:p>
            <w:r>
              <w:t>Regulatory Incentives</w:t>
            </w:r>
          </w:p>
        </w:tc>
        <w:tc>
          <w:tcPr>
            <w:tcW w:type="dxa" w:w="2160"/>
          </w:tcPr>
          <w:p>
            <w:r>
              <w:t>Have you taken advantage of any regulatory incentives for sustainable practices in rice farming? If so, please specify.</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1053-0397</w:t>
            </w:r>
          </w:p>
        </w:tc>
        <w:tc>
          <w:tcPr>
            <w:tcW w:type="dxa" w:w="2160"/>
          </w:tcPr>
          <w:p>
            <w:r>
              <w:t>Sustainability Practices</w:t>
            </w:r>
          </w:p>
        </w:tc>
        <w:tc>
          <w:tcPr>
            <w:tcW w:type="dxa" w:w="2160"/>
          </w:tcPr>
          <w:p>
            <w:r>
              <w:t>What sustainability practices have you integrated into your rice farming operations, and what are their cost implications?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1053-0398</w:t>
            </w:r>
          </w:p>
        </w:tc>
        <w:tc>
          <w:tcPr>
            <w:tcW w:type="dxa" w:w="2160"/>
          </w:tcPr>
          <w:p>
            <w:r>
              <w:t>Cost Reduction Strategies</w:t>
            </w:r>
          </w:p>
        </w:tc>
        <w:tc>
          <w:tcPr>
            <w:tcW w:type="dxa" w:w="2160"/>
          </w:tcPr>
          <w:p>
            <w:r>
              <w:t>What percentage of your total production costs is attributed to labor, and how have you sought to optimize this cost?</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1053-0399</w:t>
            </w:r>
          </w:p>
        </w:tc>
        <w:tc>
          <w:tcPr>
            <w:tcW w:type="dxa" w:w="2160"/>
          </w:tcPr>
          <w:p>
            <w:r>
              <w:t>Efficiency Improvements</w:t>
            </w:r>
          </w:p>
        </w:tc>
        <w:tc>
          <w:tcPr>
            <w:tcW w:type="dxa" w:w="2160"/>
          </w:tcPr>
          <w:p>
            <w:r>
              <w:t>How have you measured the impact of any efficiency improvements on your overall yield per acre?</w:t>
              <w:br/>
              <w:t>Answer type: Calculation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1053-0400</w:t>
            </w:r>
          </w:p>
        </w:tc>
        <w:tc>
          <w:tcPr>
            <w:tcW w:type="dxa" w:w="2160"/>
          </w:tcPr>
          <w:p>
            <w:r>
              <w:t>Financial Modeling</w:t>
            </w:r>
          </w:p>
        </w:tc>
        <w:tc>
          <w:tcPr>
            <w:tcW w:type="dxa" w:w="2160"/>
          </w:tcPr>
          <w:p>
            <w:r>
              <w:t>What key assumptions do you include in your financial models for forecasting rice prices and input costs?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1053-0401</w:t>
            </w:r>
          </w:p>
        </w:tc>
        <w:tc>
          <w:tcPr>
            <w:tcW w:type="dxa" w:w="2160"/>
          </w:tcPr>
          <w:p>
            <w:r>
              <w:t>Investment in Technology</w:t>
            </w:r>
          </w:p>
        </w:tc>
        <w:tc>
          <w:tcPr>
            <w:tcW w:type="dxa" w:w="2160"/>
          </w:tcPr>
          <w:p>
            <w:r>
              <w:t>What is the total investment made in precision agriculture technologies over the last year, and what return on investment do you anticipate?</w:t>
              <w:br/>
              <w:t>Answer type: Currency</w:t>
              <w:br/>
              <w:t>Trigger: Always</w:t>
              <w:br/>
              <w:t>Required: No</w:t>
              <w:br/>
              <w:t>Risk: High</w:t>
            </w:r>
          </w:p>
        </w:tc>
        <w:tc>
          <w:tcPr>
            <w:tcW w:type="dxa" w:w="2160"/>
          </w:tcPr>
          <w:p>
            <w:r>
              <w:t>Primary authority: IRC Section 41(d) / Form 6765 Part II</w:t>
              <w:br/>
              <w:t>Response: ___________________________</w:t>
              <w:br/>
              <w:t>Evidence: ___________________________</w:t>
              <w:br/>
              <w:t>Reviewer conclusion: ___________________________</w:t>
            </w:r>
          </w:p>
        </w:tc>
      </w:tr>
      <w:tr>
        <w:tc>
          <w:tcPr>
            <w:tcW w:type="dxa" w:w="2160"/>
          </w:tcPr>
          <w:p>
            <w:r>
              <w:t>1053-0402</w:t>
            </w:r>
          </w:p>
        </w:tc>
        <w:tc>
          <w:tcPr>
            <w:tcW w:type="dxa" w:w="2160"/>
          </w:tcPr>
          <w:p>
            <w:r>
              <w:t>Regulatory Incentives</w:t>
            </w:r>
          </w:p>
        </w:tc>
        <w:tc>
          <w:tcPr>
            <w:tcW w:type="dxa" w:w="2160"/>
          </w:tcPr>
          <w:p>
            <w:r>
              <w:t>What specific regulatory incentives have you applied for in relation to your rice farming operations, and what was your success rate?</w:t>
              <w:br/>
              <w:t>Answer type: Long text + evidence</w:t>
              <w:br/>
              <w:t>Trigger: Yes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1053-0403</w:t>
            </w:r>
          </w:p>
        </w:tc>
        <w:tc>
          <w:tcPr>
            <w:tcW w:type="dxa" w:w="2160"/>
          </w:tcPr>
          <w:p>
            <w:r>
              <w:t>Sustainability Practices</w:t>
            </w:r>
          </w:p>
        </w:tc>
        <w:tc>
          <w:tcPr>
            <w:tcW w:type="dxa" w:w="2160"/>
          </w:tcPr>
          <w:p>
            <w:r>
              <w:t>Can you provide examples of how sustainability practices have led to measurable cost savings in your operations?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1053-0404</w:t>
            </w:r>
          </w:p>
        </w:tc>
        <w:tc>
          <w:tcPr>
            <w:tcW w:type="dxa" w:w="2160"/>
          </w:tcPr>
          <w:p>
            <w:r>
              <w:t>Cost Reduction Strategies</w:t>
            </w:r>
          </w:p>
        </w:tc>
        <w:tc>
          <w:tcPr>
            <w:tcW w:type="dxa" w:w="2160"/>
          </w:tcPr>
          <w:p>
            <w:r>
              <w:t>What specific metrics do you use to evaluate the effectiveness of your cost reduction strategies in rice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1053-0405</w:t>
            </w:r>
          </w:p>
        </w:tc>
        <w:tc>
          <w:tcPr>
            <w:tcW w:type="dxa" w:w="2160"/>
          </w:tcPr>
          <w:p>
            <w:r>
              <w:t>Efficiency Improvements</w:t>
            </w:r>
          </w:p>
        </w:tc>
        <w:tc>
          <w:tcPr>
            <w:tcW w:type="dxa" w:w="2160"/>
          </w:tcPr>
          <w:p>
            <w:r>
              <w:t>How do you track the improvements in operational efficiency after implementing new farming techniques or technologies?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TRAINING-EDUCATION-STAFF-DEVELOPMENT (12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1053-0406</w:t>
            </w:r>
          </w:p>
        </w:tc>
        <w:tc>
          <w:tcPr>
            <w:tcW w:type="dxa" w:w="2160"/>
          </w:tcPr>
          <w:p>
            <w:r>
              <w:t>Employee Training Programs</w:t>
            </w:r>
          </w:p>
        </w:tc>
        <w:tc>
          <w:tcPr>
            <w:tcW w:type="dxa" w:w="2160"/>
          </w:tcPr>
          <w:p>
            <w:r>
              <w:t>Describe the specific training programs implemented for staff to enhance their skills in rice cultivation techniques. What experimental methods were introduced?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1053-0407</w:t>
            </w:r>
          </w:p>
        </w:tc>
        <w:tc>
          <w:tcPr>
            <w:tcW w:type="dxa" w:w="2160"/>
          </w:tcPr>
          <w:p>
            <w:r>
              <w:t>Safety Protocols</w:t>
            </w:r>
          </w:p>
        </w:tc>
        <w:tc>
          <w:tcPr>
            <w:tcW w:type="dxa" w:w="2160"/>
          </w:tcPr>
          <w:p>
            <w:r>
              <w:t>What safety training protocols have been established for employees handling pesticides and fertilizers on the rice farm? Provide details on any new safety measures introduced in the past year.</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1053-0408</w:t>
            </w:r>
          </w:p>
        </w:tc>
        <w:tc>
          <w:tcPr>
            <w:tcW w:type="dxa" w:w="2160"/>
          </w:tcPr>
          <w:p>
            <w:r>
              <w:t>Sustainability Education</w:t>
            </w:r>
          </w:p>
        </w:tc>
        <w:tc>
          <w:tcPr>
            <w:tcW w:type="dxa" w:w="2160"/>
          </w:tcPr>
          <w:p>
            <w:r>
              <w:t>Outline the sustainability education initiatives provided to staff regarding water conservation and soil health. How do these initiatives incorporate experimentation with new techniques?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1053-0409</w:t>
            </w:r>
          </w:p>
        </w:tc>
        <w:tc>
          <w:tcPr>
            <w:tcW w:type="dxa" w:w="2160"/>
          </w:tcPr>
          <w:p>
            <w:r>
              <w:t>Technology Adoption</w:t>
            </w:r>
          </w:p>
        </w:tc>
        <w:tc>
          <w:tcPr>
            <w:tcW w:type="dxa" w:w="2160"/>
          </w:tcPr>
          <w:p>
            <w:r>
              <w:t>What training has been provided to staff on the use of precision agriculture technology in rice farming? Include any experimental technologies that were trialed.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1053-0410</w:t>
            </w:r>
          </w:p>
        </w:tc>
        <w:tc>
          <w:tcPr>
            <w:tcW w:type="dxa" w:w="2160"/>
          </w:tcPr>
          <w:p>
            <w:r>
              <w:t>Regulatory Compliance</w:t>
            </w:r>
          </w:p>
        </w:tc>
        <w:tc>
          <w:tcPr>
            <w:tcW w:type="dxa" w:w="2160"/>
          </w:tcPr>
          <w:p>
            <w:r>
              <w:t>What educational programs are in place to ensure staff understand and comply with local agricultural regulations? Have there been any recent changes that required new training?</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1053-0411</w:t>
            </w:r>
          </w:p>
        </w:tc>
        <w:tc>
          <w:tcPr>
            <w:tcW w:type="dxa" w:w="2160"/>
          </w:tcPr>
          <w:p>
            <w:r>
              <w:t>Best Practices</w:t>
            </w:r>
          </w:p>
        </w:tc>
        <w:tc>
          <w:tcPr>
            <w:tcW w:type="dxa" w:w="2160"/>
          </w:tcPr>
          <w:p>
            <w:r>
              <w:t>How are best practices for rice farming communicated to staff? Describe any recent training sessions that focused on innovative farming practices and their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1053-0412</w:t>
            </w:r>
          </w:p>
        </w:tc>
        <w:tc>
          <w:tcPr>
            <w:tcW w:type="dxa" w:w="2160"/>
          </w:tcPr>
          <w:p>
            <w:r>
              <w:t>Employee Training Programs</w:t>
            </w:r>
          </w:p>
        </w:tc>
        <w:tc>
          <w:tcPr>
            <w:tcW w:type="dxa" w:w="2160"/>
          </w:tcPr>
          <w:p>
            <w:r>
              <w:t>What metrics are used to evaluate the effectiveness of training programs for rice farm employees? Include any experimental assessments conducted to refine these metrics.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1053-0413</w:t>
            </w:r>
          </w:p>
        </w:tc>
        <w:tc>
          <w:tcPr>
            <w:tcW w:type="dxa" w:w="2160"/>
          </w:tcPr>
          <w:p>
            <w:r>
              <w:t>Safety Protocols</w:t>
            </w:r>
          </w:p>
        </w:tc>
        <w:tc>
          <w:tcPr>
            <w:tcW w:type="dxa" w:w="2160"/>
          </w:tcPr>
          <w:p>
            <w:r>
              <w:t>Have there been any incidents related to safety training on the farm in the last year? If yes, describe the incident and how training was adjusted in response.</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1053-0414</w:t>
            </w:r>
          </w:p>
        </w:tc>
        <w:tc>
          <w:tcPr>
            <w:tcW w:type="dxa" w:w="2160"/>
          </w:tcPr>
          <w:p>
            <w:r>
              <w:t>Sustainability Education</w:t>
            </w:r>
          </w:p>
        </w:tc>
        <w:tc>
          <w:tcPr>
            <w:tcW w:type="dxa" w:w="2160"/>
          </w:tcPr>
          <w:p>
            <w:r>
              <w:t>What specific sustainability practices have been adopted as a result of staff training? Provide examples of any experimental practices that were implemented.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1053-0415</w:t>
            </w:r>
          </w:p>
        </w:tc>
        <w:tc>
          <w:tcPr>
            <w:tcW w:type="dxa" w:w="2160"/>
          </w:tcPr>
          <w:p>
            <w:r>
              <w:t>Technology Adoption</w:t>
            </w:r>
          </w:p>
        </w:tc>
        <w:tc>
          <w:tcPr>
            <w:tcW w:type="dxa" w:w="2160"/>
          </w:tcPr>
          <w:p>
            <w:r>
              <w:t>What challenges have staff faced in adopting new technologies in rice farming, and what training was provided to address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1053-0416</w:t>
            </w:r>
          </w:p>
        </w:tc>
        <w:tc>
          <w:tcPr>
            <w:tcW w:type="dxa" w:w="2160"/>
          </w:tcPr>
          <w:p>
            <w:r>
              <w:t>Regulatory Compliance</w:t>
            </w:r>
          </w:p>
        </w:tc>
        <w:tc>
          <w:tcPr>
            <w:tcW w:type="dxa" w:w="2160"/>
          </w:tcPr>
          <w:p>
            <w:r>
              <w:t>How often are training sessions on regulatory compliance conducted, and what changes have been made to the curriculum based on recent regulatory updates?</w:t>
              <w:br/>
              <w:t>Answer type: Integer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1053-0417</w:t>
            </w:r>
          </w:p>
        </w:tc>
        <w:tc>
          <w:tcPr>
            <w:tcW w:type="dxa" w:w="2160"/>
          </w:tcPr>
          <w:p>
            <w:r>
              <w:t>Best Practices</w:t>
            </w:r>
          </w:p>
        </w:tc>
        <w:tc>
          <w:tcPr>
            <w:tcW w:type="dxa" w:w="2160"/>
          </w:tcPr>
          <w:p>
            <w:r>
              <w:t>What innovative techniques have been introduced in training sessions that differ from traditional rice farming practices? Describe any experimental outcomes observed.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SUPPLY-CHAIN-MANAGEMENT-OPTIMIZATION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1053-0418</w:t>
            </w:r>
          </w:p>
        </w:tc>
        <w:tc>
          <w:tcPr>
            <w:tcW w:type="dxa" w:w="2160"/>
          </w:tcPr>
          <w:p>
            <w:r>
              <w:t>Supplier Relationships</w:t>
            </w:r>
          </w:p>
        </w:tc>
        <w:tc>
          <w:tcPr>
            <w:tcW w:type="dxa" w:w="2160"/>
          </w:tcPr>
          <w:p>
            <w:r>
              <w:t>What criteria do you use to select suppliers for your rice production, and how do you evaluate their performance over time?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1053-0419</w:t>
            </w:r>
          </w:p>
        </w:tc>
        <w:tc>
          <w:tcPr>
            <w:tcW w:type="dxa" w:w="2160"/>
          </w:tcPr>
          <w:p>
            <w:r>
              <w:t>Logistics Management</w:t>
            </w:r>
          </w:p>
        </w:tc>
        <w:tc>
          <w:tcPr>
            <w:tcW w:type="dxa" w:w="2160"/>
          </w:tcPr>
          <w:p>
            <w:r>
              <w:t>Describe any innovative logistics strategies you have implemented to reduce transportation costs for your rice products. Please provide specific examples and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1053-0420</w:t>
            </w:r>
          </w:p>
        </w:tc>
        <w:tc>
          <w:tcPr>
            <w:tcW w:type="dxa" w:w="2160"/>
          </w:tcPr>
          <w:p>
            <w:r>
              <w:t>Inventory Control</w:t>
            </w:r>
          </w:p>
        </w:tc>
        <w:tc>
          <w:tcPr>
            <w:tcW w:type="dxa" w:w="2160"/>
          </w:tcPr>
          <w:p>
            <w:r>
              <w:t>What methods do you employ for inventory tracking and management of rice stock, and how do these methods contribute to minimizing waste?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1053-0421</w:t>
            </w:r>
          </w:p>
        </w:tc>
        <w:tc>
          <w:tcPr>
            <w:tcW w:type="dxa" w:w="2160"/>
          </w:tcPr>
          <w:p>
            <w:r>
              <w:t>Sustainability Practices</w:t>
            </w:r>
          </w:p>
        </w:tc>
        <w:tc>
          <w:tcPr>
            <w:tcW w:type="dxa" w:w="2160"/>
          </w:tcPr>
          <w:p>
            <w:r>
              <w:t>Can you detail any experimental practices you've adopted to enhance sustainability in your supply chain, such as eco-friendly packaging or resource-efficient transportation?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1053-0422</w:t>
            </w:r>
          </w:p>
        </w:tc>
        <w:tc>
          <w:tcPr>
            <w:tcW w:type="dxa" w:w="2160"/>
          </w:tcPr>
          <w:p>
            <w:r>
              <w:t>Cost Efficiency</w:t>
            </w:r>
          </w:p>
        </w:tc>
        <w:tc>
          <w:tcPr>
            <w:tcW w:type="dxa" w:w="2160"/>
          </w:tcPr>
          <w:p>
            <w:r>
              <w:t>What specific cost-saving measures have you implemented in your supply chain operations for rice production, and what were the measurable impacts?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1053-0423</w:t>
            </w:r>
          </w:p>
        </w:tc>
        <w:tc>
          <w:tcPr>
            <w:tcW w:type="dxa" w:w="2160"/>
          </w:tcPr>
          <w:p>
            <w:r>
              <w:t>Regulatory Compliance</w:t>
            </w:r>
          </w:p>
        </w:tc>
        <w:tc>
          <w:tcPr>
            <w:tcW w:type="dxa" w:w="2160"/>
          </w:tcPr>
          <w:p>
            <w:r>
              <w:t>How do you ensure that your supply chain practices comply with state and federal agricultural regulations, and what challenges have you faced in this area?</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1053-0424</w:t>
            </w:r>
          </w:p>
        </w:tc>
        <w:tc>
          <w:tcPr>
            <w:tcW w:type="dxa" w:w="2160"/>
          </w:tcPr>
          <w:p>
            <w:r>
              <w:t>Supplier Relationships</w:t>
            </w:r>
          </w:p>
        </w:tc>
        <w:tc>
          <w:tcPr>
            <w:tcW w:type="dxa" w:w="2160"/>
          </w:tcPr>
          <w:p>
            <w:r>
              <w:t>What types of contracts do you use with your suppliers, and how do these contracts influence your supply chain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1053-0425</w:t>
            </w:r>
          </w:p>
        </w:tc>
        <w:tc>
          <w:tcPr>
            <w:tcW w:type="dxa" w:w="2160"/>
          </w:tcPr>
          <w:p>
            <w:r>
              <w:t>Logistics Management</w:t>
            </w:r>
          </w:p>
        </w:tc>
        <w:tc>
          <w:tcPr>
            <w:tcW w:type="dxa" w:w="2160"/>
          </w:tcPr>
          <w:p>
            <w:r>
              <w:t>What technology solutions have you integrated into your logistics management, and how have they improved your operational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1053-0426</w:t>
            </w:r>
          </w:p>
        </w:tc>
        <w:tc>
          <w:tcPr>
            <w:tcW w:type="dxa" w:w="2160"/>
          </w:tcPr>
          <w:p>
            <w:r>
              <w:t>Inventory Control</w:t>
            </w:r>
          </w:p>
        </w:tc>
        <w:tc>
          <w:tcPr>
            <w:tcW w:type="dxa" w:w="2160"/>
          </w:tcPr>
          <w:p>
            <w:r>
              <w:t>How often do you conduct inventory audits, and what processes do you follow to address discrepancies?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1053-0427</w:t>
            </w:r>
          </w:p>
        </w:tc>
        <w:tc>
          <w:tcPr>
            <w:tcW w:type="dxa" w:w="2160"/>
          </w:tcPr>
          <w:p>
            <w:r>
              <w:t>Sustainability Practices</w:t>
            </w:r>
          </w:p>
        </w:tc>
        <w:tc>
          <w:tcPr>
            <w:tcW w:type="dxa" w:w="2160"/>
          </w:tcPr>
          <w:p>
            <w:r>
              <w:t>What metrics do you use to assess the sustainability of your supply chain, and how do you track improvements over time?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1053-0428</w:t>
            </w:r>
          </w:p>
        </w:tc>
        <w:tc>
          <w:tcPr>
            <w:tcW w:type="dxa" w:w="2160"/>
          </w:tcPr>
          <w:p>
            <w:r>
              <w:t>Cost Efficiency</w:t>
            </w:r>
          </w:p>
        </w:tc>
        <w:tc>
          <w:tcPr>
            <w:tcW w:type="dxa" w:w="2160"/>
          </w:tcPr>
          <w:p>
            <w:r>
              <w:t>What percentage of your overall budget is allocated to supply chain optimization, and how do you measure the return on this investment?</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1053-0429</w:t>
            </w:r>
          </w:p>
        </w:tc>
        <w:tc>
          <w:tcPr>
            <w:tcW w:type="dxa" w:w="2160"/>
          </w:tcPr>
          <w:p>
            <w:r>
              <w:t>Regulatory Compliance</w:t>
            </w:r>
          </w:p>
        </w:tc>
        <w:tc>
          <w:tcPr>
            <w:tcW w:type="dxa" w:w="2160"/>
          </w:tcPr>
          <w:p>
            <w:r>
              <w:t>Have you faced any regulatory audits related to your supply chain management, and what were the outcomes?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1053-0430</w:t>
            </w:r>
          </w:p>
        </w:tc>
        <w:tc>
          <w:tcPr>
            <w:tcW w:type="dxa" w:w="2160"/>
          </w:tcPr>
          <w:p>
            <w:r>
              <w:t>Supplier Relationships</w:t>
            </w:r>
          </w:p>
        </w:tc>
        <w:tc>
          <w:tcPr>
            <w:tcW w:type="dxa" w:w="2160"/>
          </w:tcPr>
          <w:p>
            <w:r>
              <w:t>How do you handle disputes with suppliers, and what processes are in place to resolve them effectively?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1053-0431</w:t>
            </w:r>
          </w:p>
        </w:tc>
        <w:tc>
          <w:tcPr>
            <w:tcW w:type="dxa" w:w="2160"/>
          </w:tcPr>
          <w:p>
            <w:r>
              <w:t>Logistics Management</w:t>
            </w:r>
          </w:p>
        </w:tc>
        <w:tc>
          <w:tcPr>
            <w:tcW w:type="dxa" w:w="2160"/>
          </w:tcPr>
          <w:p>
            <w:r>
              <w:t>What innovative approaches have you explored to enhance last-mile delivery for your rice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1053-0432</w:t>
            </w:r>
          </w:p>
        </w:tc>
        <w:tc>
          <w:tcPr>
            <w:tcW w:type="dxa" w:w="2160"/>
          </w:tcPr>
          <w:p>
            <w:r>
              <w:t>Inventory Control</w:t>
            </w:r>
          </w:p>
        </w:tc>
        <w:tc>
          <w:tcPr>
            <w:tcW w:type="dxa" w:w="2160"/>
          </w:tcPr>
          <w:p>
            <w:r>
              <w:t>What technology do you use for demand forecasting, and how accurate have these forecasts been in your rice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1053-0433</w:t>
            </w:r>
          </w:p>
        </w:tc>
        <w:tc>
          <w:tcPr>
            <w:tcW w:type="dxa" w:w="2160"/>
          </w:tcPr>
          <w:p>
            <w:r>
              <w:t>Sustainability Practices</w:t>
            </w:r>
          </w:p>
        </w:tc>
        <w:tc>
          <w:tcPr>
            <w:tcW w:type="dxa" w:w="2160"/>
          </w:tcPr>
          <w:p>
            <w:r>
              <w:t>What specific challenges have you encountered while implementing sustainable practices in your supply chain,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AGRICULTURAL-TECHNOLOGY-ADOPTION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1053-0434</w:t>
            </w:r>
          </w:p>
        </w:tc>
        <w:tc>
          <w:tcPr>
            <w:tcW w:type="dxa" w:w="2160"/>
          </w:tcPr>
          <w:p>
            <w:r>
              <w:t>Precision Farming</w:t>
            </w:r>
          </w:p>
        </w:tc>
        <w:tc>
          <w:tcPr>
            <w:tcW w:type="dxa" w:w="2160"/>
          </w:tcPr>
          <w:p>
            <w:r>
              <w:t>What specific precision farming technologies have you implemented in your rice farming operations, and what challenges did you encounter during their adoption?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1053-0435</w:t>
            </w:r>
          </w:p>
        </w:tc>
        <w:tc>
          <w:tcPr>
            <w:tcW w:type="dxa" w:w="2160"/>
          </w:tcPr>
          <w:p>
            <w:r>
              <w:t>Data-Driven Decisions</w:t>
            </w:r>
          </w:p>
        </w:tc>
        <w:tc>
          <w:tcPr>
            <w:tcW w:type="dxa" w:w="2160"/>
          </w:tcPr>
          <w:p>
            <w:r>
              <w:t>Can you describe a recent decision in your rice farming practices that was significantly influenced by data analytics? Please provide details on the data sources used.</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1053-0436</w:t>
            </w:r>
          </w:p>
        </w:tc>
        <w:tc>
          <w:tcPr>
            <w:tcW w:type="dxa" w:w="2160"/>
          </w:tcPr>
          <w:p>
            <w:r>
              <w:t>Automation Tools</w:t>
            </w:r>
          </w:p>
        </w:tc>
        <w:tc>
          <w:tcPr>
            <w:tcW w:type="dxa" w:w="2160"/>
          </w:tcPr>
          <w:p>
            <w:r>
              <w:t>Which automation tools have you integrated into your rice farming operations, and how have they altered your production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1053-0437</w:t>
            </w:r>
          </w:p>
        </w:tc>
        <w:tc>
          <w:tcPr>
            <w:tcW w:type="dxa" w:w="2160"/>
          </w:tcPr>
          <w:p>
            <w:r>
              <w:t>Technology Integration</w:t>
            </w:r>
          </w:p>
        </w:tc>
        <w:tc>
          <w:tcPr>
            <w:tcW w:type="dxa" w:w="2160"/>
          </w:tcPr>
          <w:p>
            <w:r>
              <w:t>Describe the process you followed to integrate new technologies into your existing farming practices. What were the key factors that influenced this integration?</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1053-0438</w:t>
            </w:r>
          </w:p>
        </w:tc>
        <w:tc>
          <w:tcPr>
            <w:tcW w:type="dxa" w:w="2160"/>
          </w:tcPr>
          <w:p>
            <w:r>
              <w:t>Sustainability Practices</w:t>
            </w:r>
          </w:p>
        </w:tc>
        <w:tc>
          <w:tcPr>
            <w:tcW w:type="dxa" w:w="2160"/>
          </w:tcPr>
          <w:p>
            <w:r>
              <w:t>What sustainable farming practices have you adopted in conjunction with new technologies, and how do you measure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1053-0439</w:t>
            </w:r>
          </w:p>
        </w:tc>
        <w:tc>
          <w:tcPr>
            <w:tcW w:type="dxa" w:w="2160"/>
          </w:tcPr>
          <w:p>
            <w:r>
              <w:t>Regulatory Compliance</w:t>
            </w:r>
          </w:p>
        </w:tc>
        <w:tc>
          <w:tcPr>
            <w:tcW w:type="dxa" w:w="2160"/>
          </w:tcPr>
          <w:p>
            <w:r>
              <w:t>Have you faced any regulatory challenges when implementing new agricultural technologies? If so, please provide examples and how you addressed them.</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1053-0440</w:t>
            </w:r>
          </w:p>
        </w:tc>
        <w:tc>
          <w:tcPr>
            <w:tcW w:type="dxa" w:w="2160"/>
          </w:tcPr>
          <w:p>
            <w:r>
              <w:t>Precision Farming</w:t>
            </w:r>
          </w:p>
        </w:tc>
        <w:tc>
          <w:tcPr>
            <w:tcW w:type="dxa" w:w="2160"/>
          </w:tcPr>
          <w:p>
            <w:r>
              <w:t>What specific metrics do you use to evaluate the success of precision farming technologies in your rice production?</w:t>
              <w:br/>
              <w:t>Answer type: Multi-select</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1053-0441</w:t>
            </w:r>
          </w:p>
        </w:tc>
        <w:tc>
          <w:tcPr>
            <w:tcW w:type="dxa" w:w="2160"/>
          </w:tcPr>
          <w:p>
            <w:r>
              <w:t>Data-Driven Decisions</w:t>
            </w:r>
          </w:p>
        </w:tc>
        <w:tc>
          <w:tcPr>
            <w:tcW w:type="dxa" w:w="2160"/>
          </w:tcPr>
          <w:p>
            <w:r>
              <w:t>How frequently do you analyze data to inform your rice farming decisions, and what tools do you use for this analysis?</w:t>
              <w:br/>
              <w:t>Answer type: Single 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1053-0442</w:t>
            </w:r>
          </w:p>
        </w:tc>
        <w:tc>
          <w:tcPr>
            <w:tcW w:type="dxa" w:w="2160"/>
          </w:tcPr>
          <w:p>
            <w:r>
              <w:t>Automation Tools</w:t>
            </w:r>
          </w:p>
        </w:tc>
        <w:tc>
          <w:tcPr>
            <w:tcW w:type="dxa" w:w="2160"/>
          </w:tcPr>
          <w:p>
            <w:r>
              <w:t>What percentage of your farming operations have been automated in the last year, and what specific tasks have been automated?</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1053-0443</w:t>
            </w:r>
          </w:p>
        </w:tc>
        <w:tc>
          <w:tcPr>
            <w:tcW w:type="dxa" w:w="2160"/>
          </w:tcPr>
          <w:p>
            <w:r>
              <w:t>Technology Integration</w:t>
            </w:r>
          </w:p>
        </w:tc>
        <w:tc>
          <w:tcPr>
            <w:tcW w:type="dxa" w:w="2160"/>
          </w:tcPr>
          <w:p>
            <w:r>
              <w:t>What was the timeline for implementing new technologies in your rice farming operations, from initial research to full adoption?</w:t>
              <w:br/>
              <w:t>Answer type: Date range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1053-0444</w:t>
            </w:r>
          </w:p>
        </w:tc>
        <w:tc>
          <w:tcPr>
            <w:tcW w:type="dxa" w:w="2160"/>
          </w:tcPr>
          <w:p>
            <w:r>
              <w:t>Sustainability Practices</w:t>
            </w:r>
          </w:p>
        </w:tc>
        <w:tc>
          <w:tcPr>
            <w:tcW w:type="dxa" w:w="2160"/>
          </w:tcPr>
          <w:p>
            <w:r>
              <w:t>Can you detail any specific experiments or trials conducted to assess the impact of sustainable practices on rice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1053-0445</w:t>
            </w:r>
          </w:p>
        </w:tc>
        <w:tc>
          <w:tcPr>
            <w:tcW w:type="dxa" w:w="2160"/>
          </w:tcPr>
          <w:p>
            <w:r>
              <w:t>Regulatory Compliance</w:t>
            </w:r>
          </w:p>
        </w:tc>
        <w:tc>
          <w:tcPr>
            <w:tcW w:type="dxa" w:w="2160"/>
          </w:tcPr>
          <w:p>
            <w:r>
              <w:t>What documentation do you maintain to demonstrate compliance with regulatory requirements related to the new technologies you have adopted?</w:t>
              <w:br/>
              <w:t>Answer type: Repeating table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1053-0446</w:t>
            </w:r>
          </w:p>
        </w:tc>
        <w:tc>
          <w:tcPr>
            <w:tcW w:type="dxa" w:w="2160"/>
          </w:tcPr>
          <w:p>
            <w:r>
              <w:t>Precision Farming</w:t>
            </w:r>
          </w:p>
        </w:tc>
        <w:tc>
          <w:tcPr>
            <w:tcW w:type="dxa" w:w="2160"/>
          </w:tcPr>
          <w:p>
            <w:r>
              <w:t>What specific challenges have you faced in collecting or interpreting data from precision farming technologies?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1053-0447</w:t>
            </w:r>
          </w:p>
        </w:tc>
        <w:tc>
          <w:tcPr>
            <w:tcW w:type="dxa" w:w="2160"/>
          </w:tcPr>
          <w:p>
            <w:r>
              <w:t>Data-Driven Decisions</w:t>
            </w:r>
          </w:p>
        </w:tc>
        <w:tc>
          <w:tcPr>
            <w:tcW w:type="dxa" w:w="2160"/>
          </w:tcPr>
          <w:p>
            <w:r>
              <w:t>How do you ensure the accuracy and reliability of the data used in your decision-making processes?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SOIL-HEALTH-IMPROVEMENT-TECHNIQUES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1053-0448</w:t>
            </w:r>
          </w:p>
        </w:tc>
        <w:tc>
          <w:tcPr>
            <w:tcW w:type="dxa" w:w="2160"/>
          </w:tcPr>
          <w:p>
            <w:r>
              <w:t>Soil Testing</w:t>
            </w:r>
          </w:p>
        </w:tc>
        <w:tc>
          <w:tcPr>
            <w:tcW w:type="dxa" w:w="2160"/>
          </w:tcPr>
          <w:p>
            <w:r>
              <w:t>What specific soil tests have you conducted to assess nutrient levels and microbial activity in your rice fields during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1053-0449</w:t>
            </w:r>
          </w:p>
        </w:tc>
        <w:tc>
          <w:tcPr>
            <w:tcW w:type="dxa" w:w="2160"/>
          </w:tcPr>
          <w:p>
            <w:r>
              <w:t>Organic Amendments</w:t>
            </w:r>
          </w:p>
        </w:tc>
        <w:tc>
          <w:tcPr>
            <w:tcW w:type="dxa" w:w="2160"/>
          </w:tcPr>
          <w:p>
            <w:r>
              <w:t>What organic amendments have you applied to your rice fields, and how did you determine their effectiveness in improving soil health?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1053-0450</w:t>
            </w:r>
          </w:p>
        </w:tc>
        <w:tc>
          <w:tcPr>
            <w:tcW w:type="dxa" w:w="2160"/>
          </w:tcPr>
          <w:p>
            <w:r>
              <w:t>Crop Rotation</w:t>
            </w:r>
          </w:p>
        </w:tc>
        <w:tc>
          <w:tcPr>
            <w:tcW w:type="dxa" w:w="2160"/>
          </w:tcPr>
          <w:p>
            <w:r>
              <w:t>What crop rotation practices have you implemented in your rice farming operations, and what specific outcomes have you observed in soil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1053-0451</w:t>
            </w:r>
          </w:p>
        </w:tc>
        <w:tc>
          <w:tcPr>
            <w:tcW w:type="dxa" w:w="2160"/>
          </w:tcPr>
          <w:p>
            <w:r>
              <w:t>Cover Crops</w:t>
            </w:r>
          </w:p>
        </w:tc>
        <w:tc>
          <w:tcPr>
            <w:tcW w:type="dxa" w:w="2160"/>
          </w:tcPr>
          <w:p>
            <w:r>
              <w:t>Which cover crops have you utilized in your rice farming system, and what data do you have on their impact on soil structure and fertility?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1053-0452</w:t>
            </w:r>
          </w:p>
        </w:tc>
        <w:tc>
          <w:tcPr>
            <w:tcW w:type="dxa" w:w="2160"/>
          </w:tcPr>
          <w:p>
            <w:r>
              <w:t>Microbial Activity</w:t>
            </w:r>
          </w:p>
        </w:tc>
        <w:tc>
          <w:tcPr>
            <w:tcW w:type="dxa" w:w="2160"/>
          </w:tcPr>
          <w:p>
            <w:r>
              <w:t>How have you measured changes in microbial activity in your rice fields, and what specific methodologies did you employ?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1053-0453</w:t>
            </w:r>
          </w:p>
        </w:tc>
        <w:tc>
          <w:tcPr>
            <w:tcW w:type="dxa" w:w="2160"/>
          </w:tcPr>
          <w:p>
            <w:r>
              <w:t>Sustainability Practices</w:t>
            </w:r>
          </w:p>
        </w:tc>
        <w:tc>
          <w:tcPr>
            <w:tcW w:type="dxa" w:w="2160"/>
          </w:tcPr>
          <w:p>
            <w:r>
              <w:t>What sustainability practices have you adopted in your rice farming operations, and how do you assess their impact on soil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1053-0454</w:t>
            </w:r>
          </w:p>
        </w:tc>
        <w:tc>
          <w:tcPr>
            <w:tcW w:type="dxa" w:w="2160"/>
          </w:tcPr>
          <w:p>
            <w:r>
              <w:t>Soil Testing Frequency</w:t>
            </w:r>
          </w:p>
        </w:tc>
        <w:tc>
          <w:tcPr>
            <w:tcW w:type="dxa" w:w="2160"/>
          </w:tcPr>
          <w:p>
            <w:r>
              <w:t>How often do you conduct soil tests in your rice fields, and what factors influence this frequency?</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1053-0455</w:t>
            </w:r>
          </w:p>
        </w:tc>
        <w:tc>
          <w:tcPr>
            <w:tcW w:type="dxa" w:w="2160"/>
          </w:tcPr>
          <w:p>
            <w:r>
              <w:t>Organic Amendment Sources</w:t>
            </w:r>
          </w:p>
        </w:tc>
        <w:tc>
          <w:tcPr>
            <w:tcW w:type="dxa" w:w="2160"/>
          </w:tcPr>
          <w:p>
            <w:r>
              <w:t>What sources of organic amendments do you utilize, and how do you evaluate their quality and suitability for rice cultivation?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1053-0456</w:t>
            </w:r>
          </w:p>
        </w:tc>
        <w:tc>
          <w:tcPr>
            <w:tcW w:type="dxa" w:w="2160"/>
          </w:tcPr>
          <w:p>
            <w:r>
              <w:t>Crop Rotation Planning</w:t>
            </w:r>
          </w:p>
        </w:tc>
        <w:tc>
          <w:tcPr>
            <w:tcW w:type="dxa" w:w="2160"/>
          </w:tcPr>
          <w:p>
            <w:r>
              <w:t>Describe the planning process for your crop rotation schedule, including any research or trials conducted to optimize soil health. What were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1053-0457</w:t>
            </w:r>
          </w:p>
        </w:tc>
        <w:tc>
          <w:tcPr>
            <w:tcW w:type="dxa" w:w="2160"/>
          </w:tcPr>
          <w:p>
            <w:r>
              <w:t>Cover Crop Benefits</w:t>
            </w:r>
          </w:p>
        </w:tc>
        <w:tc>
          <w:tcPr>
            <w:tcW w:type="dxa" w:w="2160"/>
          </w:tcPr>
          <w:p>
            <w:r>
              <w:t>What specific benefits have you observed from using cover crops in your rice farming, and how do you measure these benefits?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1053-0458</w:t>
            </w:r>
          </w:p>
        </w:tc>
        <w:tc>
          <w:tcPr>
            <w:tcW w:type="dxa" w:w="2160"/>
          </w:tcPr>
          <w:p>
            <w:r>
              <w:t>Microbial Activity Measurement</w:t>
            </w:r>
          </w:p>
        </w:tc>
        <w:tc>
          <w:tcPr>
            <w:tcW w:type="dxa" w:w="2160"/>
          </w:tcPr>
          <w:p>
            <w:r>
              <w:t>What specific indicators do you use to measure microbial activity in your soil, and how frequently do you monitor these indicators?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1053-0459</w:t>
            </w:r>
          </w:p>
        </w:tc>
        <w:tc>
          <w:tcPr>
            <w:tcW w:type="dxa" w:w="2160"/>
          </w:tcPr>
          <w:p>
            <w:r>
              <w:t>Sustainability Metrics</w:t>
            </w:r>
          </w:p>
        </w:tc>
        <w:tc>
          <w:tcPr>
            <w:tcW w:type="dxa" w:w="2160"/>
          </w:tcPr>
          <w:p>
            <w:r>
              <w:t>What metrics do you use to evaluate the sustainability of your soil health practices in rice farming, and how do you collect this data?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1053-0460</w:t>
            </w:r>
          </w:p>
        </w:tc>
        <w:tc>
          <w:tcPr>
            <w:tcW w:type="dxa" w:w="2160"/>
          </w:tcPr>
          <w:p>
            <w:r>
              <w:t>Soil Health Improvement Goals</w:t>
            </w:r>
          </w:p>
        </w:tc>
        <w:tc>
          <w:tcPr>
            <w:tcW w:type="dxa" w:w="2160"/>
          </w:tcPr>
          <w:p>
            <w:r>
              <w:t>What specific goals have you set for improving soil health in your rice fields, and what strategies are you implementing to achieve these goals?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1053-0461</w:t>
            </w:r>
          </w:p>
        </w:tc>
        <w:tc>
          <w:tcPr>
            <w:tcW w:type="dxa" w:w="2160"/>
          </w:tcPr>
          <w:p>
            <w:r>
              <w:t>Organic Amendment Application Methods</w:t>
            </w:r>
          </w:p>
        </w:tc>
        <w:tc>
          <w:tcPr>
            <w:tcW w:type="dxa" w:w="2160"/>
          </w:tcPr>
          <w:p>
            <w:r>
              <w:t>What methods do you use to apply organic amendments to your rice fields, and how do you assess their effectiveness post-application?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1053-0462</w:t>
            </w:r>
          </w:p>
        </w:tc>
        <w:tc>
          <w:tcPr>
            <w:tcW w:type="dxa" w:w="2160"/>
          </w:tcPr>
          <w:p>
            <w:r>
              <w:t>Crop Rotation Effectiveness</w:t>
            </w:r>
          </w:p>
        </w:tc>
        <w:tc>
          <w:tcPr>
            <w:tcW w:type="dxa" w:w="2160"/>
          </w:tcPr>
          <w:p>
            <w:r>
              <w:t>What evidence do you have regarding the effectiveness of your crop rotation practices on soil health, including any trials or studies conducted?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1053-0463</w:t>
            </w:r>
          </w:p>
        </w:tc>
        <w:tc>
          <w:tcPr>
            <w:tcW w:type="dxa" w:w="2160"/>
          </w:tcPr>
          <w:p>
            <w:r>
              <w:t>Cover Crop Selection Criteria</w:t>
            </w:r>
          </w:p>
        </w:tc>
        <w:tc>
          <w:tcPr>
            <w:tcW w:type="dxa" w:w="2160"/>
          </w:tcPr>
          <w:p>
            <w:r>
              <w:t>What criteria do you use to select cover crops for your rice farming system, and how do you evaluate their performance?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1053-0464</w:t>
            </w:r>
          </w:p>
        </w:tc>
        <w:tc>
          <w:tcPr>
            <w:tcW w:type="dxa" w:w="2160"/>
          </w:tcPr>
          <w:p>
            <w:r>
              <w:t>Soil Management</w:t>
            </w:r>
          </w:p>
        </w:tc>
        <w:tc>
          <w:tcPr>
            <w:tcW w:type="dxa" w:w="2160"/>
          </w:tcPr>
          <w:p>
            <w:r>
              <w:t>What new techniques were implemented in 2025 to improve soil health on your rice farm?</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WATER-QUALITY-MANAGEMENT-INITIATIVES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1053-0465</w:t>
            </w:r>
          </w:p>
        </w:tc>
        <w:tc>
          <w:tcPr>
            <w:tcW w:type="dxa" w:w="2160"/>
          </w:tcPr>
          <w:p>
            <w:r>
              <w:t>Water Testing</w:t>
            </w:r>
          </w:p>
        </w:tc>
        <w:tc>
          <w:tcPr>
            <w:tcW w:type="dxa" w:w="2160"/>
          </w:tcPr>
          <w:p>
            <w:r>
              <w:t>What specific water quality parameters do you regularly test for in your rice farming operations, and how often are these tests conducted?</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1053-0466</w:t>
            </w:r>
          </w:p>
        </w:tc>
        <w:tc>
          <w:tcPr>
            <w:tcW w:type="dxa" w:w="2160"/>
          </w:tcPr>
          <w:p>
            <w:r>
              <w:t>Pollution Prevention</w:t>
            </w:r>
          </w:p>
        </w:tc>
        <w:tc>
          <w:tcPr>
            <w:tcW w:type="dxa" w:w="2160"/>
          </w:tcPr>
          <w:p>
            <w:r>
              <w:t>Can you describe any innovative practices you have implemented to prevent water pollution on your rice farm?</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1053-0467</w:t>
            </w:r>
          </w:p>
        </w:tc>
        <w:tc>
          <w:tcPr>
            <w:tcW w:type="dxa" w:w="2160"/>
          </w:tcPr>
          <w:p>
            <w:r>
              <w:t>Conservation Practices</w:t>
            </w:r>
          </w:p>
        </w:tc>
        <w:tc>
          <w:tcPr>
            <w:tcW w:type="dxa" w:w="2160"/>
          </w:tcPr>
          <w:p>
            <w:r>
              <w:t>What specific conservation practices have you adopted to improve water quality in your rice fields?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1053-0468</w:t>
            </w:r>
          </w:p>
        </w:tc>
        <w:tc>
          <w:tcPr>
            <w:tcW w:type="dxa" w:w="2160"/>
          </w:tcPr>
          <w:p>
            <w:r>
              <w:t>Regulatory Compliance</w:t>
            </w:r>
          </w:p>
        </w:tc>
        <w:tc>
          <w:tcPr>
            <w:tcW w:type="dxa" w:w="2160"/>
          </w:tcPr>
          <w:p>
            <w:r>
              <w:t>What local, state, or federal regulations regarding water quality do you actively comply with, and how do you ensure adherence?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1053-0469</w:t>
            </w:r>
          </w:p>
        </w:tc>
        <w:tc>
          <w:tcPr>
            <w:tcW w:type="dxa" w:w="2160"/>
          </w:tcPr>
          <w:p>
            <w:r>
              <w:t>Sustainability Initiatives</w:t>
            </w:r>
          </w:p>
        </w:tc>
        <w:tc>
          <w:tcPr>
            <w:tcW w:type="dxa" w:w="2160"/>
          </w:tcPr>
          <w:p>
            <w:r>
              <w:t>Have you implemented any sustainability initiatives aimed at improving water quality? If so, please detail these initiatives.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1053-0470</w:t>
            </w:r>
          </w:p>
        </w:tc>
        <w:tc>
          <w:tcPr>
            <w:tcW w:type="dxa" w:w="2160"/>
          </w:tcPr>
          <w:p>
            <w:r>
              <w:t>Irrigation Efficiency</w:t>
            </w:r>
          </w:p>
        </w:tc>
        <w:tc>
          <w:tcPr>
            <w:tcW w:type="dxa" w:w="2160"/>
          </w:tcPr>
          <w:p>
            <w:r>
              <w:t>What methods or technologies have you adopted to enhance irrigation efficiency on your rice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1053-0471</w:t>
            </w:r>
          </w:p>
        </w:tc>
        <w:tc>
          <w:tcPr>
            <w:tcW w:type="dxa" w:w="2160"/>
          </w:tcPr>
          <w:p>
            <w:r>
              <w:t>Water Testing</w:t>
            </w:r>
          </w:p>
        </w:tc>
        <w:tc>
          <w:tcPr>
            <w:tcW w:type="dxa" w:w="2160"/>
          </w:tcPr>
          <w:p>
            <w:r>
              <w:t>Do you utilize any specific technologies or equipment for water testing? If yes,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1053-0472</w:t>
            </w:r>
          </w:p>
        </w:tc>
        <w:tc>
          <w:tcPr>
            <w:tcW w:type="dxa" w:w="2160"/>
          </w:tcPr>
          <w:p>
            <w:r>
              <w:t>Pollution Prevention</w:t>
            </w:r>
          </w:p>
        </w:tc>
        <w:tc>
          <w:tcPr>
            <w:tcW w:type="dxa" w:w="2160"/>
          </w:tcPr>
          <w:p>
            <w:r>
              <w:t>Can you provide examples of any pollution incidents that have occurred on your farm, and how you addressed them?</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1053-0473</w:t>
            </w:r>
          </w:p>
        </w:tc>
        <w:tc>
          <w:tcPr>
            <w:tcW w:type="dxa" w:w="2160"/>
          </w:tcPr>
          <w:p>
            <w:r>
              <w:t>Conservation Practices</w:t>
            </w:r>
          </w:p>
        </w:tc>
        <w:tc>
          <w:tcPr>
            <w:tcW w:type="dxa" w:w="2160"/>
          </w:tcPr>
          <w:p>
            <w:r>
              <w:t>What specific training or resources do you provide to your staff regarding water conservation practices?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1053-0474</w:t>
            </w:r>
          </w:p>
        </w:tc>
        <w:tc>
          <w:tcPr>
            <w:tcW w:type="dxa" w:w="2160"/>
          </w:tcPr>
          <w:p>
            <w:r>
              <w:t>Regulatory Compliance</w:t>
            </w:r>
          </w:p>
        </w:tc>
        <w:tc>
          <w:tcPr>
            <w:tcW w:type="dxa" w:w="2160"/>
          </w:tcPr>
          <w:p>
            <w:r>
              <w:t>How do you document compliance with water quality regulations? Please provide examples of records maintained.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1053-0475</w:t>
            </w:r>
          </w:p>
        </w:tc>
        <w:tc>
          <w:tcPr>
            <w:tcW w:type="dxa" w:w="2160"/>
          </w:tcPr>
          <w:p>
            <w:r>
              <w:t>Sustainability Initiatives</w:t>
            </w:r>
          </w:p>
        </w:tc>
        <w:tc>
          <w:tcPr>
            <w:tcW w:type="dxa" w:w="2160"/>
          </w:tcPr>
          <w:p>
            <w:r>
              <w:t>What metrics do you use to evaluate the success of your sustainability initiatives related to water quality?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1053-0476</w:t>
            </w:r>
          </w:p>
        </w:tc>
        <w:tc>
          <w:tcPr>
            <w:tcW w:type="dxa" w:w="2160"/>
          </w:tcPr>
          <w:p>
            <w:r>
              <w:t>Irrigation Efficiency</w:t>
            </w:r>
          </w:p>
        </w:tc>
        <w:tc>
          <w:tcPr>
            <w:tcW w:type="dxa" w:w="2160"/>
          </w:tcPr>
          <w:p>
            <w:r>
              <w:t>What is the percentage of water savings achieved through your irrigation efficiency practices compared to previous years?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1053-0477</w:t>
            </w:r>
          </w:p>
        </w:tc>
        <w:tc>
          <w:tcPr>
            <w:tcW w:type="dxa" w:w="2160"/>
          </w:tcPr>
          <w:p>
            <w:r>
              <w:t>Water Testing</w:t>
            </w:r>
          </w:p>
        </w:tc>
        <w:tc>
          <w:tcPr>
            <w:tcW w:type="dxa" w:w="2160"/>
          </w:tcPr>
          <w:p>
            <w:r>
              <w:t>What external laboratories or agencies do you collaborate with for water quality testing, if any?</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1053-0478</w:t>
            </w:r>
          </w:p>
        </w:tc>
        <w:tc>
          <w:tcPr>
            <w:tcW w:type="dxa" w:w="2160"/>
          </w:tcPr>
          <w:p>
            <w:r>
              <w:t>Pollution Prevention</w:t>
            </w:r>
          </w:p>
        </w:tc>
        <w:tc>
          <w:tcPr>
            <w:tcW w:type="dxa" w:w="2160"/>
          </w:tcPr>
          <w:p>
            <w:r>
              <w:t>What specific actions do you take to mitigate runoff from your rice fields that may affect water quality?</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1053 (Rice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