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1055 -- Oat farms</w:t>
      </w:r>
    </w:p>
    <w:p>
      <w:pPr>
        <w:jc w:val="center"/>
      </w:pPr>
      <w:r>
        <w:t>Business ID: 1055</w:t>
        <w:br/>
        <w:t>Business Type: Oat farms</w:t>
        <w:br/>
        <w:t>Tax Year Design Basis: 2025</w:t>
        <w:br/>
        <w:t>Federal + California</w:t>
        <w:br/>
        <w:t>Question Range: 1055-0001 through 1055-0461</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26</w:t>
            </w:r>
          </w:p>
        </w:tc>
        <w:tc>
          <w:tcPr>
            <w:tcW w:type="dxa" w:w="2880"/>
          </w:tcPr>
          <w:p>
            <w:r>
              <w:t>Assessing the quality and handling of raw oat inputs.</w:t>
            </w:r>
          </w:p>
        </w:tc>
      </w:tr>
      <w:tr>
        <w:tc>
          <w:tcPr>
            <w:tcW w:type="dxa" w:w="2880"/>
          </w:tcPr>
          <w:p>
            <w:r>
              <w:t>CULTIVATION-PRACTICES-AGRONOMY</w:t>
            </w:r>
          </w:p>
        </w:tc>
        <w:tc>
          <w:tcPr>
            <w:tcW w:type="dxa" w:w="2880"/>
          </w:tcPr>
          <w:p>
            <w:r>
              <w:t>31</w:t>
            </w:r>
          </w:p>
        </w:tc>
        <w:tc>
          <w:tcPr>
            <w:tcW w:type="dxa" w:w="2880"/>
          </w:tcPr>
          <w:p>
            <w:r>
              <w:t>Exploring agronomic practices and innovations in oat cultivation.</w:t>
            </w:r>
          </w:p>
        </w:tc>
      </w:tr>
      <w:tr>
        <w:tc>
          <w:tcPr>
            <w:tcW w:type="dxa" w:w="2880"/>
          </w:tcPr>
          <w:p>
            <w:r>
              <w:t>HARVESTING-TECHNIQUES-EQUIPMENT</w:t>
            </w:r>
          </w:p>
        </w:tc>
        <w:tc>
          <w:tcPr>
            <w:tcW w:type="dxa" w:w="2880"/>
          </w:tcPr>
          <w:p>
            <w:r>
              <w:t>26</w:t>
            </w:r>
          </w:p>
        </w:tc>
        <w:tc>
          <w:tcPr>
            <w:tcW w:type="dxa" w:w="2880"/>
          </w:tcPr>
          <w:p>
            <w:r>
              <w:t>Understanding the harvesting methods and equipment used for oats.</w:t>
            </w:r>
          </w:p>
        </w:tc>
      </w:tr>
      <w:tr>
        <w:tc>
          <w:tcPr>
            <w:tcW w:type="dxa" w:w="2880"/>
          </w:tcPr>
          <w:p>
            <w:r>
              <w:t>PROCESSING-METHODS-OAT-TRANSFORMATION</w:t>
            </w:r>
          </w:p>
        </w:tc>
        <w:tc>
          <w:tcPr>
            <w:tcW w:type="dxa" w:w="2880"/>
          </w:tcPr>
          <w:p>
            <w:r>
              <w:t>28</w:t>
            </w:r>
          </w:p>
        </w:tc>
        <w:tc>
          <w:tcPr>
            <w:tcW w:type="dxa" w:w="2880"/>
          </w:tcPr>
          <w:p>
            <w:r>
              <w:t>Examining the processing techniques that transform raw oats into finished products.</w:t>
            </w:r>
          </w:p>
        </w:tc>
      </w:tr>
      <w:tr>
        <w:tc>
          <w:tcPr>
            <w:tcW w:type="dxa" w:w="2880"/>
          </w:tcPr>
          <w:p>
            <w:r>
              <w:t>QUALITY-LAB-TESTING-PROCEDURES</w:t>
            </w:r>
          </w:p>
        </w:tc>
        <w:tc>
          <w:tcPr>
            <w:tcW w:type="dxa" w:w="2880"/>
          </w:tcPr>
          <w:p>
            <w:r>
              <w:t>28</w:t>
            </w:r>
          </w:p>
        </w:tc>
        <w:tc>
          <w:tcPr>
            <w:tcW w:type="dxa" w:w="2880"/>
          </w:tcPr>
          <w:p>
            <w:r>
              <w:t>Evaluating quality control measures and lab testing protocols for oats.</w:t>
            </w:r>
          </w:p>
        </w:tc>
      </w:tr>
      <w:tr>
        <w:tc>
          <w:tcPr>
            <w:tcW w:type="dxa" w:w="2880"/>
          </w:tcPr>
          <w:p>
            <w:r>
              <w:t>PACKAGING-TRACEABILITY-SYSTEMS</w:t>
            </w:r>
          </w:p>
        </w:tc>
        <w:tc>
          <w:tcPr>
            <w:tcW w:type="dxa" w:w="2880"/>
          </w:tcPr>
          <w:p>
            <w:r>
              <w:t>26</w:t>
            </w:r>
          </w:p>
        </w:tc>
        <w:tc>
          <w:tcPr>
            <w:tcW w:type="dxa" w:w="2880"/>
          </w:tcPr>
          <w:p>
            <w:r>
              <w:t>Investigating packaging methods and traceability systems for oat products.</w:t>
            </w:r>
          </w:p>
        </w:tc>
      </w:tr>
      <w:tr>
        <w:tc>
          <w:tcPr>
            <w:tcW w:type="dxa" w:w="2880"/>
          </w:tcPr>
          <w:p>
            <w:r>
              <w:t>REGULATORY-COMPLIANCE-LABELING</w:t>
            </w:r>
          </w:p>
        </w:tc>
        <w:tc>
          <w:tcPr>
            <w:tcW w:type="dxa" w:w="2880"/>
          </w:tcPr>
          <w:p>
            <w:r>
              <w:t>26</w:t>
            </w:r>
          </w:p>
        </w:tc>
        <w:tc>
          <w:tcPr>
            <w:tcW w:type="dxa" w:w="2880"/>
          </w:tcPr>
          <w:p>
            <w:r>
              <w:t>Understanding the regulatory landscape and labeling requirements for oat products.</w:t>
            </w:r>
          </w:p>
        </w:tc>
      </w:tr>
      <w:tr>
        <w:tc>
          <w:tcPr>
            <w:tcW w:type="dxa" w:w="2880"/>
          </w:tcPr>
          <w:p>
            <w:r>
              <w:t>UTILITIES-ENVIRONMENTAL-IMPACT</w:t>
            </w:r>
          </w:p>
        </w:tc>
        <w:tc>
          <w:tcPr>
            <w:tcW w:type="dxa" w:w="2880"/>
          </w:tcPr>
          <w:p>
            <w:r>
              <w:t>26</w:t>
            </w:r>
          </w:p>
        </w:tc>
        <w:tc>
          <w:tcPr>
            <w:tcW w:type="dxa" w:w="2880"/>
          </w:tcPr>
          <w:p>
            <w:r>
              <w:t>Assessing the utilities used and environmental impact of oat farming and processing.</w:t>
            </w:r>
          </w:p>
        </w:tc>
      </w:tr>
      <w:tr>
        <w:tc>
          <w:tcPr>
            <w:tcW w:type="dxa" w:w="2880"/>
          </w:tcPr>
          <w:p>
            <w:r>
              <w:t>BYPRODUCTS-SUSTAINABILITY-INITIATIVES</w:t>
            </w:r>
          </w:p>
        </w:tc>
        <w:tc>
          <w:tcPr>
            <w:tcW w:type="dxa" w:w="2880"/>
          </w:tcPr>
          <w:p>
            <w:r>
              <w:t>26</w:t>
            </w:r>
          </w:p>
        </w:tc>
        <w:tc>
          <w:tcPr>
            <w:tcW w:type="dxa" w:w="2880"/>
          </w:tcPr>
          <w:p>
            <w:r>
              <w:t>Exploring byproducts of oat processing and sustainability initiatives.</w:t>
            </w:r>
          </w:p>
        </w:tc>
      </w:tr>
      <w:tr>
        <w:tc>
          <w:tcPr>
            <w:tcW w:type="dxa" w:w="2880"/>
          </w:tcPr>
          <w:p>
            <w:r>
              <w:t>EQUIPMENT-AUTOMATION-TECHNOLOGIES</w:t>
            </w:r>
          </w:p>
        </w:tc>
        <w:tc>
          <w:tcPr>
            <w:tcW w:type="dxa" w:w="2880"/>
          </w:tcPr>
          <w:p>
            <w:r>
              <w:t>28</w:t>
            </w:r>
          </w:p>
        </w:tc>
        <w:tc>
          <w:tcPr>
            <w:tcW w:type="dxa" w:w="2880"/>
          </w:tcPr>
          <w:p>
            <w:r>
              <w:t>Investigating the role of equipment and automation in oat processing.</w:t>
            </w:r>
          </w:p>
        </w:tc>
      </w:tr>
      <w:tr>
        <w:tc>
          <w:tcPr>
            <w:tcW w:type="dxa" w:w="2880"/>
          </w:tcPr>
          <w:p>
            <w:r>
              <w:t>DATA-SOFTWARE-INFORMATION-MANAGEMENT</w:t>
            </w:r>
          </w:p>
        </w:tc>
        <w:tc>
          <w:tcPr>
            <w:tcW w:type="dxa" w:w="2880"/>
          </w:tcPr>
          <w:p>
            <w:r>
              <w:t>28</w:t>
            </w:r>
          </w:p>
        </w:tc>
        <w:tc>
          <w:tcPr>
            <w:tcW w:type="dxa" w:w="2880"/>
          </w:tcPr>
          <w:p>
            <w:r>
              <w:t>Evaluating data management systems and software used in oat farming and processing.</w:t>
            </w:r>
          </w:p>
        </w:tc>
      </w:tr>
      <w:tr>
        <w:tc>
          <w:tcPr>
            <w:tcW w:type="dxa" w:w="2880"/>
          </w:tcPr>
          <w:p>
            <w:r>
              <w:t>RESEARCH-DEVELOPMENT-INNOVATION-STRATEGIES</w:t>
            </w:r>
          </w:p>
        </w:tc>
        <w:tc>
          <w:tcPr>
            <w:tcW w:type="dxa" w:w="2880"/>
          </w:tcPr>
          <w:p>
            <w:r>
              <w:t>26</w:t>
            </w:r>
          </w:p>
        </w:tc>
        <w:tc>
          <w:tcPr>
            <w:tcW w:type="dxa" w:w="2880"/>
          </w:tcPr>
          <w:p>
            <w:r>
              <w:t>Exploring R&amp;D initiatives aimed at improving oat farming and processing.</w:t>
            </w:r>
          </w:p>
        </w:tc>
      </w:tr>
    </w:tbl>
    <w:p>
      <w:r>
        <w:t>Total questions in this pack: 461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1055-0001</w:t>
            </w:r>
          </w:p>
        </w:tc>
        <w:tc>
          <w:tcPr>
            <w:tcW w:type="dxa" w:w="2160"/>
          </w:tcPr>
          <w:p>
            <w:r>
              <w:t>Entity Structure</w:t>
            </w:r>
          </w:p>
        </w:tc>
        <w:tc>
          <w:tcPr>
            <w:tcW w:type="dxa" w:w="2160"/>
          </w:tcPr>
          <w:p>
            <w:r>
              <w:t>What is the legal structure of your oat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1055-0002</w:t>
            </w:r>
          </w:p>
        </w:tc>
        <w:tc>
          <w:tcPr>
            <w:tcW w:type="dxa" w:w="2160"/>
          </w:tcPr>
          <w:p>
            <w:r>
              <w:t>Ownership</w:t>
            </w:r>
          </w:p>
        </w:tc>
        <w:tc>
          <w:tcPr>
            <w:tcW w:type="dxa" w:w="2160"/>
          </w:tcPr>
          <w:p>
            <w:r>
              <w:t>Who are the principal owners of the business, and what percentage of ownership does each hold?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1055-0003</w:t>
            </w:r>
          </w:p>
        </w:tc>
        <w:tc>
          <w:tcPr>
            <w:tcW w:type="dxa" w:w="2160"/>
          </w:tcPr>
          <w:p>
            <w:r>
              <w:t>Locations</w:t>
            </w:r>
          </w:p>
        </w:tc>
        <w:tc>
          <w:tcPr>
            <w:tcW w:type="dxa" w:w="2160"/>
          </w:tcPr>
          <w:p>
            <w:r>
              <w:t>List all locations where oat farming operations are conducted, including addresses and any relevant operational details.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1055-0004</w:t>
            </w:r>
          </w:p>
        </w:tc>
        <w:tc>
          <w:tcPr>
            <w:tcW w:type="dxa" w:w="2160"/>
          </w:tcPr>
          <w:p>
            <w:r>
              <w:t>Products</w:t>
            </w:r>
          </w:p>
        </w:tc>
        <w:tc>
          <w:tcPr>
            <w:tcW w:type="dxa" w:w="2160"/>
          </w:tcPr>
          <w:p>
            <w:r>
              <w:t>What specific oat products does your business produce (e.g., whole oats, oat flour, oat milk)?</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1055-0005</w:t>
            </w:r>
          </w:p>
        </w:tc>
        <w:tc>
          <w:tcPr>
            <w:tcW w:type="dxa" w:w="2160"/>
          </w:tcPr>
          <w:p>
            <w:r>
              <w:t>Revenue</w:t>
            </w:r>
          </w:p>
        </w:tc>
        <w:tc>
          <w:tcPr>
            <w:tcW w:type="dxa" w:w="2160"/>
          </w:tcPr>
          <w:p>
            <w:r>
              <w:t>What was the total revenue generated from oat products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1055-0006</w:t>
            </w:r>
          </w:p>
        </w:tc>
        <w:tc>
          <w:tcPr>
            <w:tcW w:type="dxa" w:w="2160"/>
          </w:tcPr>
          <w:p>
            <w:r>
              <w:t>Personnel</w:t>
            </w:r>
          </w:p>
        </w:tc>
        <w:tc>
          <w:tcPr>
            <w:tcW w:type="dxa" w:w="2160"/>
          </w:tcPr>
          <w:p>
            <w:r>
              <w:t>How many employees are directly involved in the oat farming operations, and what are their roles?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1055-0007</w:t>
            </w:r>
          </w:p>
        </w:tc>
        <w:tc>
          <w:tcPr>
            <w:tcW w:type="dxa" w:w="2160"/>
          </w:tcPr>
          <w:p>
            <w:r>
              <w:t>Records</w:t>
            </w:r>
          </w:p>
        </w:tc>
        <w:tc>
          <w:tcPr>
            <w:tcW w:type="dxa" w:w="2160"/>
          </w:tcPr>
          <w:p>
            <w:r>
              <w:t>What type of records do you maintain related to oat production (e.g., planting schedules, yield data, production costs)?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1055-0008</w:t>
            </w:r>
          </w:p>
        </w:tc>
        <w:tc>
          <w:tcPr>
            <w:tcW w:type="dxa" w:w="2160"/>
          </w:tcPr>
          <w:p>
            <w:r>
              <w:t>Lead Facts</w:t>
            </w:r>
          </w:p>
        </w:tc>
        <w:tc>
          <w:tcPr>
            <w:tcW w:type="dxa" w:w="2160"/>
          </w:tcPr>
          <w:p>
            <w:r>
              <w:t>What are the key challenges faced in the oat farming process that require experimentation or innovation?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1055-0009</w:t>
            </w:r>
          </w:p>
        </w:tc>
        <w:tc>
          <w:tcPr>
            <w:tcW w:type="dxa" w:w="2160"/>
          </w:tcPr>
          <w:p>
            <w:r>
              <w:t>Entity Structure</w:t>
            </w:r>
          </w:p>
        </w:tc>
        <w:tc>
          <w:tcPr>
            <w:tcW w:type="dxa" w:w="2160"/>
          </w:tcPr>
          <w:p>
            <w:r>
              <w:t>Is your oat farming business part of a larger agricultural group or cooperative?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1055-0010</w:t>
            </w:r>
          </w:p>
        </w:tc>
        <w:tc>
          <w:tcPr>
            <w:tcW w:type="dxa" w:w="2160"/>
          </w:tcPr>
          <w:p>
            <w:r>
              <w:t>Ownership</w:t>
            </w:r>
          </w:p>
        </w:tc>
        <w:tc>
          <w:tcPr>
            <w:tcW w:type="dxa" w:w="2160"/>
          </w:tcPr>
          <w:p>
            <w:r>
              <w:t>Have there been any changes in ownership structure in the last three years?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1055-0011</w:t>
            </w:r>
          </w:p>
        </w:tc>
        <w:tc>
          <w:tcPr>
            <w:tcW w:type="dxa" w:w="2160"/>
          </w:tcPr>
          <w:p>
            <w:r>
              <w:t>Locations</w:t>
            </w:r>
          </w:p>
        </w:tc>
        <w:tc>
          <w:tcPr>
            <w:tcW w:type="dxa" w:w="2160"/>
          </w:tcPr>
          <w:p>
            <w:r>
              <w:t>Do you operate any farms outside of your primary location? If yes, please list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1055-0012</w:t>
            </w:r>
          </w:p>
        </w:tc>
        <w:tc>
          <w:tcPr>
            <w:tcW w:type="dxa" w:w="2160"/>
          </w:tcPr>
          <w:p>
            <w:r>
              <w:t>Products</w:t>
            </w:r>
          </w:p>
        </w:tc>
        <w:tc>
          <w:tcPr>
            <w:tcW w:type="dxa" w:w="2160"/>
          </w:tcPr>
          <w:p>
            <w:r>
              <w:t>What percentage of your oat products are sold directly to consumers versus through distributors?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1055-0013</w:t>
            </w:r>
          </w:p>
        </w:tc>
        <w:tc>
          <w:tcPr>
            <w:tcW w:type="dxa" w:w="2160"/>
          </w:tcPr>
          <w:p>
            <w:r>
              <w:t>Revenue</w:t>
            </w:r>
          </w:p>
        </w:tc>
        <w:tc>
          <w:tcPr>
            <w:tcW w:type="dxa" w:w="2160"/>
          </w:tcPr>
          <w:p>
            <w:r>
              <w:t>What was the percentage increase or decrease in revenue from oat products compared to the previous tax year?</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1055-0014</w:t>
            </w:r>
          </w:p>
        </w:tc>
        <w:tc>
          <w:tcPr>
            <w:tcW w:type="dxa" w:w="2160"/>
          </w:tcPr>
          <w:p>
            <w:r>
              <w:t>Personnel</w:t>
            </w:r>
          </w:p>
        </w:tc>
        <w:tc>
          <w:tcPr>
            <w:tcW w:type="dxa" w:w="2160"/>
          </w:tcPr>
          <w:p>
            <w:r>
              <w:t>What is the total number of hours worked by employees on R&amp;D activities related to oat farming in 2025?</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1055-0015</w:t>
            </w:r>
          </w:p>
        </w:tc>
        <w:tc>
          <w:tcPr>
            <w:tcW w:type="dxa" w:w="2160"/>
          </w:tcPr>
          <w:p>
            <w:r>
              <w:t>Records</w:t>
            </w:r>
          </w:p>
        </w:tc>
        <w:tc>
          <w:tcPr>
            <w:tcW w:type="dxa" w:w="2160"/>
          </w:tcPr>
          <w:p>
            <w:r>
              <w:t>What specific documentation do you have that supports R&amp;D activities undertaken in the oat farming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1055-0016</w:t>
            </w:r>
          </w:p>
        </w:tc>
        <w:tc>
          <w:tcPr>
            <w:tcW w:type="dxa" w:w="2160"/>
          </w:tcPr>
          <w:p>
            <w:r>
              <w:t>Lead Facts</w:t>
            </w:r>
          </w:p>
        </w:tc>
        <w:tc>
          <w:tcPr>
            <w:tcW w:type="dxa" w:w="2160"/>
          </w:tcPr>
          <w:p>
            <w:r>
              <w:t>What specific technologies or methodologies have you implemented in your oat farming practices that are considered experimental?</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1055-0017</w:t>
            </w:r>
          </w:p>
        </w:tc>
        <w:tc>
          <w:tcPr>
            <w:tcW w:type="dxa" w:w="2160"/>
          </w:tcPr>
          <w:p>
            <w:r>
              <w:t>Entity Structure</w:t>
            </w:r>
          </w:p>
        </w:tc>
        <w:tc>
          <w:tcPr>
            <w:tcW w:type="dxa" w:w="2160"/>
          </w:tcPr>
          <w:p>
            <w:r>
              <w:t>Is your business registered for any specific agricultural certifications (e.g., organic, non-GMO)?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1055-0018</w:t>
            </w:r>
          </w:p>
        </w:tc>
        <w:tc>
          <w:tcPr>
            <w:tcW w:type="dxa" w:w="2160"/>
          </w:tcPr>
          <w:p>
            <w:r>
              <w:t>Ownership</w:t>
            </w:r>
          </w:p>
        </w:tc>
        <w:tc>
          <w:tcPr>
            <w:tcW w:type="dxa" w:w="2160"/>
          </w:tcPr>
          <w:p>
            <w:r>
              <w:t>Are there any minority stakeholders or partners in your oat farming business?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1055-0019</w:t>
            </w:r>
          </w:p>
        </w:tc>
        <w:tc>
          <w:tcPr>
            <w:tcW w:type="dxa" w:w="2160"/>
          </w:tcPr>
          <w:p>
            <w:r>
              <w:t>Locations</w:t>
            </w:r>
          </w:p>
        </w:tc>
        <w:tc>
          <w:tcPr>
            <w:tcW w:type="dxa" w:w="2160"/>
          </w:tcPr>
          <w:p>
            <w:r>
              <w:t>What is the primary method of cultivation used in your oat farming operations (e.g., conventional, organic, hydroponic)?</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1055-0020</w:t>
            </w:r>
          </w:p>
        </w:tc>
        <w:tc>
          <w:tcPr>
            <w:tcW w:type="dxa" w:w="2160"/>
          </w:tcPr>
          <w:p>
            <w:r>
              <w:t>Products</w:t>
            </w:r>
          </w:p>
        </w:tc>
        <w:tc>
          <w:tcPr>
            <w:tcW w:type="dxa" w:w="2160"/>
          </w:tcPr>
          <w:p>
            <w:r>
              <w:t>What innovations or improvements have you made to your oat products in the past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1055-0021</w:t>
            </w:r>
          </w:p>
        </w:tc>
        <w:tc>
          <w:tcPr>
            <w:tcW w:type="dxa" w:w="2160"/>
          </w:tcPr>
          <w:p>
            <w:r>
              <w:t>Operational Process</w:t>
            </w:r>
          </w:p>
        </w:tc>
        <w:tc>
          <w:tcPr>
            <w:tcW w:type="dxa" w:w="2160"/>
          </w:tcPr>
          <w:p>
            <w:r>
              <w:t>What specific criteria do you use to select oat seed varieties for planting?</w:t>
              <w:br/>
              <w:t>Answer type: text</w:t>
              <w:br/>
              <w:t>Trigger: none</w:t>
              <w:br/>
              <w:t>Required: Yes</w:t>
              <w:br/>
              <w:t>Risk: Medium</w:t>
            </w:r>
          </w:p>
        </w:tc>
        <w:tc>
          <w:tcPr>
            <w:tcW w:type="dxa" w:w="2160"/>
          </w:tcPr>
          <w:p>
            <w:r>
              <w:t>Primary authority: Agricultural Standards</w:t>
              <w:br/>
              <w:t>Response: ___________________________</w:t>
              <w:br/>
              <w:t>Evidence: ___________________________</w:t>
              <w:br/>
              <w:t>Reviewer conclusion: ___________________________</w:t>
            </w:r>
          </w:p>
        </w:tc>
      </w:tr>
      <w:tr>
        <w:tc>
          <w:tcPr>
            <w:tcW w:type="dxa" w:w="2160"/>
          </w:tcPr>
          <w:p>
            <w:r>
              <w:t>1055-0022</w:t>
            </w:r>
          </w:p>
        </w:tc>
        <w:tc>
          <w:tcPr>
            <w:tcW w:type="dxa" w:w="2160"/>
          </w:tcPr>
          <w:p>
            <w:r>
              <w:t>Operational Process</w:t>
            </w:r>
          </w:p>
        </w:tc>
        <w:tc>
          <w:tcPr>
            <w:tcW w:type="dxa" w:w="2160"/>
          </w:tcPr>
          <w:p>
            <w:r>
              <w:t>Can you describe the process for documenting the sourcing of your oat seeds?</w:t>
              <w:br/>
              <w:t>Answer type: text</w:t>
              <w:br/>
              <w:t>Trigger: none</w:t>
              <w:br/>
              <w:t>Required: Yes</w:t>
              <w:br/>
              <w:t>Risk: Medium</w:t>
            </w:r>
          </w:p>
        </w:tc>
        <w:tc>
          <w:tcPr>
            <w:tcW w:type="dxa" w:w="2160"/>
          </w:tcPr>
          <w:p>
            <w:r>
              <w:t>Primary authority: Agricultural Standards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1055-0023</w:t>
            </w:r>
          </w:p>
        </w:tc>
        <w:tc>
          <w:tcPr>
            <w:tcW w:type="dxa" w:w="2160"/>
          </w:tcPr>
          <w:p>
            <w:r>
              <w:t>Return Status</w:t>
            </w:r>
          </w:p>
        </w:tc>
        <w:tc>
          <w:tcPr>
            <w:tcW w:type="dxa" w:w="2160"/>
          </w:tcPr>
          <w:p>
            <w:r>
              <w:t>What is the current status of your R&amp;D tax credit claim for the tax year 2025?</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1055-0024</w:t>
            </w:r>
          </w:p>
        </w:tc>
        <w:tc>
          <w:tcPr>
            <w:tcW w:type="dxa" w:w="2160"/>
          </w:tcPr>
          <w:p>
            <w:r>
              <w:t>Prior Credits</w:t>
            </w:r>
          </w:p>
        </w:tc>
        <w:tc>
          <w:tcPr>
            <w:tcW w:type="dxa" w:w="2160"/>
          </w:tcPr>
          <w:p>
            <w:r>
              <w:t>Have you previously claimed R&amp;D tax credits in any of the past three tax years? If yes, please specify the years and the amounts claimed.</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1055-0025</w:t>
            </w:r>
          </w:p>
        </w:tc>
        <w:tc>
          <w:tcPr>
            <w:tcW w:type="dxa" w:w="2160"/>
          </w:tcPr>
          <w:p>
            <w:r>
              <w:t>Aggregation</w:t>
            </w:r>
          </w:p>
        </w:tc>
        <w:tc>
          <w:tcPr>
            <w:tcW w:type="dxa" w:w="2160"/>
          </w:tcPr>
          <w:p>
            <w:r>
              <w:t>How do you plan to aggregate your R&amp;D expenses for the tax year 2025? Please describe the method and any relevant projects involved.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1055-0026</w:t>
            </w:r>
          </w:p>
        </w:tc>
        <w:tc>
          <w:tcPr>
            <w:tcW w:type="dxa" w:w="2160"/>
          </w:tcPr>
          <w:p>
            <w:r>
              <w:t>Elections</w:t>
            </w:r>
          </w:p>
        </w:tc>
        <w:tc>
          <w:tcPr>
            <w:tcW w:type="dxa" w:w="2160"/>
          </w:tcPr>
          <w:p>
            <w:r>
              <w:t>Have you made any elections regarding the treatment of your R&amp;D expenses under Section 174 for the 2025 tax year? If so, please provide details.</w:t>
              <w:br/>
              <w:t>Answer type: Yes-No + details</w:t>
              <w:br/>
              <w:t>Trigger: Always</w:t>
              <w:br/>
              <w:t>Required: No</w:t>
              <w:br/>
              <w:t>Risk: Medium</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1055-0027</w:t>
            </w:r>
          </w:p>
        </w:tc>
        <w:tc>
          <w:tcPr>
            <w:tcW w:type="dxa" w:w="2160"/>
          </w:tcPr>
          <w:p>
            <w:r>
              <w:t>Amended Returns</w:t>
            </w:r>
          </w:p>
        </w:tc>
        <w:tc>
          <w:tcPr>
            <w:tcW w:type="dxa" w:w="2160"/>
          </w:tcPr>
          <w:p>
            <w:r>
              <w:t>Have you filed any amended returns related to R&amp;D tax credits for the tax year 2025 or any prior years? If yes, please specify the reasons for the amendments.</w:t>
              <w:br/>
              <w:t>Answer type: Yes-No + details</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1055-0028</w:t>
            </w:r>
          </w:p>
        </w:tc>
        <w:tc>
          <w:tcPr>
            <w:tcW w:type="dxa" w:w="2160"/>
          </w:tcPr>
          <w:p>
            <w:r>
              <w:t>Section 174 Compliance</w:t>
            </w:r>
          </w:p>
        </w:tc>
        <w:tc>
          <w:tcPr>
            <w:tcW w:type="dxa" w:w="2160"/>
          </w:tcPr>
          <w:p>
            <w:r>
              <w:t>What specific R&amp;D activities have you classified as Section 174 expenses for the tax year 2025? Please detail the nature of these activities.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1055-0029</w:t>
            </w:r>
          </w:p>
        </w:tc>
        <w:tc>
          <w:tcPr>
            <w:tcW w:type="dxa" w:w="2160"/>
          </w:tcPr>
          <w:p>
            <w:r>
              <w:t>Return Status</w:t>
            </w:r>
          </w:p>
        </w:tc>
        <w:tc>
          <w:tcPr>
            <w:tcW w:type="dxa" w:w="2160"/>
          </w:tcPr>
          <w:p>
            <w:r>
              <w:t>What is the expected timeline for the processing of your R&amp;D tax credit claim for 2025?</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1055-0030</w:t>
            </w:r>
          </w:p>
        </w:tc>
        <w:tc>
          <w:tcPr>
            <w:tcW w:type="dxa" w:w="2160"/>
          </w:tcPr>
          <w:p>
            <w:r>
              <w:t>State-Specific Credits</w:t>
            </w:r>
          </w:p>
        </w:tc>
        <w:tc>
          <w:tcPr>
            <w:tcW w:type="dxa" w:w="2160"/>
          </w:tcPr>
          <w:p>
            <w:r>
              <w:t>Have you claimed any California-specific R&amp;D credits, such as those on FTB 3523, for the tax year 2025? Please provide details.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1055-0031</w:t>
            </w:r>
          </w:p>
        </w:tc>
        <w:tc>
          <w:tcPr>
            <w:tcW w:type="dxa" w:w="2160"/>
          </w:tcPr>
          <w:p>
            <w:r>
              <w:t>Prior Credits</w:t>
            </w:r>
          </w:p>
        </w:tc>
        <w:tc>
          <w:tcPr>
            <w:tcW w:type="dxa" w:w="2160"/>
          </w:tcPr>
          <w:p>
            <w:r>
              <w:t>What documentation do you have to support your prior R&amp;D tax credit claims, and how will you ensure it is consistent with your 2025 claim?</w:t>
              <w:br/>
              <w:t>Answer type: Long text + evidence</w:t>
              <w:br/>
              <w:t>Trigger: Always</w:t>
              <w:br/>
              <w:t>Required: No</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1055-0032</w:t>
            </w:r>
          </w:p>
        </w:tc>
        <w:tc>
          <w:tcPr>
            <w:tcW w:type="dxa" w:w="2160"/>
          </w:tcPr>
          <w:p>
            <w:r>
              <w:t>Aggregation</w:t>
            </w:r>
          </w:p>
        </w:tc>
        <w:tc>
          <w:tcPr>
            <w:tcW w:type="dxa" w:w="2160"/>
          </w:tcPr>
          <w:p>
            <w:r>
              <w:t>How do you intend to allocate shared costs among different R&amp;D projects for the 2025 tax year?</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1055-0033</w:t>
            </w:r>
          </w:p>
        </w:tc>
        <w:tc>
          <w:tcPr>
            <w:tcW w:type="dxa" w:w="2160"/>
          </w:tcPr>
          <w:p>
            <w:r>
              <w:t>Elections</w:t>
            </w:r>
          </w:p>
        </w:tc>
        <w:tc>
          <w:tcPr>
            <w:tcW w:type="dxa" w:w="2160"/>
          </w:tcPr>
          <w:p>
            <w:r>
              <w:t>Have you made any changes to your accounting methods that could affect your R&amp;D tax credit calculations for 2025? If yes, please explain.</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1055-0034</w:t>
            </w:r>
          </w:p>
        </w:tc>
        <w:tc>
          <w:tcPr>
            <w:tcW w:type="dxa" w:w="2160"/>
          </w:tcPr>
          <w:p>
            <w:r>
              <w:t>Return Status</w:t>
            </w:r>
          </w:p>
        </w:tc>
        <w:tc>
          <w:tcPr>
            <w:tcW w:type="dxa" w:w="2160"/>
          </w:tcPr>
          <w:p>
            <w:r>
              <w:t>What steps have you taken to ensure compliance with IRS guidelines for R&amp;D tax credits in your filing for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1055-0035</w:t>
            </w:r>
          </w:p>
        </w:tc>
        <w:tc>
          <w:tcPr>
            <w:tcW w:type="dxa" w:w="2160"/>
          </w:tcPr>
          <w:p>
            <w:r>
              <w:t>Section 174 Compliance</w:t>
            </w:r>
          </w:p>
        </w:tc>
        <w:tc>
          <w:tcPr>
            <w:tcW w:type="dxa" w:w="2160"/>
          </w:tcPr>
          <w:p>
            <w:r>
              <w:t>What measures are you implementing to track and document R&amp;D expenses in compliance with Section 174 for the 2025 tax year?</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1055-0036</w:t>
            </w:r>
          </w:p>
        </w:tc>
        <w:tc>
          <w:tcPr>
            <w:tcW w:type="dxa" w:w="2160"/>
          </w:tcPr>
          <w:p>
            <w:r>
              <w:t>Amended Returns</w:t>
            </w:r>
          </w:p>
        </w:tc>
        <w:tc>
          <w:tcPr>
            <w:tcW w:type="dxa" w:w="2160"/>
          </w:tcPr>
          <w:p>
            <w:r>
              <w:t>If you have previously amended returns, what specific changes were made to your R&amp;D claims, and how will these affect your 2025 claim?</w:t>
              <w:br/>
              <w:t>Answer type: Long text + evidence</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1055-0037</w:t>
            </w:r>
          </w:p>
        </w:tc>
        <w:tc>
          <w:tcPr>
            <w:tcW w:type="dxa" w:w="2160"/>
          </w:tcPr>
          <w:p>
            <w:r>
              <w:t>Project Inventory</w:t>
            </w:r>
          </w:p>
        </w:tc>
        <w:tc>
          <w:tcPr>
            <w:tcW w:type="dxa" w:w="2160"/>
          </w:tcPr>
          <w:p>
            <w:r>
              <w:t>What specific projects related to oat cultivation did you initiate in 2025 that involved experimental methodologies or untested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1055-0038</w:t>
            </w:r>
          </w:p>
        </w:tc>
        <w:tc>
          <w:tcPr>
            <w:tcW w:type="dxa" w:w="2160"/>
          </w:tcPr>
          <w:p>
            <w:r>
              <w:t>Uncertainty</w:t>
            </w:r>
          </w:p>
        </w:tc>
        <w:tc>
          <w:tcPr>
            <w:tcW w:type="dxa" w:w="2160"/>
          </w:tcPr>
          <w:p>
            <w:r>
              <w:t>Can you describe any uncertainties you faced during the development of new oat varieties or farming techniques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1055-0039</w:t>
            </w:r>
          </w:p>
        </w:tc>
        <w:tc>
          <w:tcPr>
            <w:tcW w:type="dxa" w:w="2160"/>
          </w:tcPr>
          <w:p>
            <w:r>
              <w:t>Alternatives</w:t>
            </w:r>
          </w:p>
        </w:tc>
        <w:tc>
          <w:tcPr>
            <w:tcW w:type="dxa" w:w="2160"/>
          </w:tcPr>
          <w:p>
            <w:r>
              <w:t>What alternative methods did you consider for improving oat yield or quality in 2025,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1055-0040</w:t>
            </w:r>
          </w:p>
        </w:tc>
        <w:tc>
          <w:tcPr>
            <w:tcW w:type="dxa" w:w="2160"/>
          </w:tcPr>
          <w:p>
            <w:r>
              <w:t>Experiments</w:t>
            </w:r>
          </w:p>
        </w:tc>
        <w:tc>
          <w:tcPr>
            <w:tcW w:type="dxa" w:w="2160"/>
          </w:tcPr>
          <w:p>
            <w:r>
              <w:t>What specific experiments did you conduct in 2025 to test new soil amendments or pest control methods for oat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1055-0041</w:t>
            </w:r>
          </w:p>
        </w:tc>
        <w:tc>
          <w:tcPr>
            <w:tcW w:type="dxa" w:w="2160"/>
          </w:tcPr>
          <w:p>
            <w:r>
              <w:t>Measurements</w:t>
            </w:r>
          </w:p>
        </w:tc>
        <w:tc>
          <w:tcPr>
            <w:tcW w:type="dxa" w:w="2160"/>
          </w:tcPr>
          <w:p>
            <w:r>
              <w:t>What metrics did you use to evaluate the success of your oat farming experiments in 2025, and how were these metrics determined?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1055-0042</w:t>
            </w:r>
          </w:p>
        </w:tc>
        <w:tc>
          <w:tcPr>
            <w:tcW w:type="dxa" w:w="2160"/>
          </w:tcPr>
          <w:p>
            <w:r>
              <w:t>Costs</w:t>
            </w:r>
          </w:p>
        </w:tc>
        <w:tc>
          <w:tcPr>
            <w:tcW w:type="dxa" w:w="2160"/>
          </w:tcPr>
          <w:p>
            <w:r>
              <w:t>What were the total costs associated with your R&amp;D projects related to oat farming in 2025, broken down by category (e.g., labor, materials, equipment)?</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1055-0043</w:t>
            </w:r>
          </w:p>
        </w:tc>
        <w:tc>
          <w:tcPr>
            <w:tcW w:type="dxa" w:w="2160"/>
          </w:tcPr>
          <w:p>
            <w:r>
              <w:t>Evidence</w:t>
            </w:r>
          </w:p>
        </w:tc>
        <w:tc>
          <w:tcPr>
            <w:tcW w:type="dxa" w:w="2160"/>
          </w:tcPr>
          <w:p>
            <w:r>
              <w:t>What documentation do you have to support the R&amp;D activities conducted for oat farming in 2025? Please specify types of records (e.g., lab results, project reports).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1055-0044</w:t>
            </w:r>
          </w:p>
        </w:tc>
        <w:tc>
          <w:tcPr>
            <w:tcW w:type="dxa" w:w="2160"/>
          </w:tcPr>
          <w:p>
            <w:r>
              <w:t>Project Inventory</w:t>
            </w:r>
          </w:p>
        </w:tc>
        <w:tc>
          <w:tcPr>
            <w:tcW w:type="dxa" w:w="2160"/>
          </w:tcPr>
          <w:p>
            <w:r>
              <w:t>List all the R&amp;D projects related to oat farming that were active in 2025, including their objectives and outcomes.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1055-0045</w:t>
            </w:r>
          </w:p>
        </w:tc>
        <w:tc>
          <w:tcPr>
            <w:tcW w:type="dxa" w:w="2160"/>
          </w:tcPr>
          <w:p>
            <w:r>
              <w:t>Uncertainty</w:t>
            </w:r>
          </w:p>
        </w:tc>
        <w:tc>
          <w:tcPr>
            <w:tcW w:type="dxa" w:w="2160"/>
          </w:tcPr>
          <w:p>
            <w:r>
              <w:t>What specific challenges did you encounter in 2025 that led to adjustments in your R&amp;D approach for oat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1055-0046</w:t>
            </w:r>
          </w:p>
        </w:tc>
        <w:tc>
          <w:tcPr>
            <w:tcW w:type="dxa" w:w="2160"/>
          </w:tcPr>
          <w:p>
            <w:r>
              <w:t>Alternatives</w:t>
            </w:r>
          </w:p>
        </w:tc>
        <w:tc>
          <w:tcPr>
            <w:tcW w:type="dxa" w:w="2160"/>
          </w:tcPr>
          <w:p>
            <w:r>
              <w:t>What alternative crops or farming techniques were considered in 2025, and what were the reasons for not selecting these alternatives?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1055-0047</w:t>
            </w:r>
          </w:p>
        </w:tc>
        <w:tc>
          <w:tcPr>
            <w:tcW w:type="dxa" w:w="2160"/>
          </w:tcPr>
          <w:p>
            <w:r>
              <w:t>Experiments</w:t>
            </w:r>
          </w:p>
        </w:tc>
        <w:tc>
          <w:tcPr>
            <w:tcW w:type="dxa" w:w="2160"/>
          </w:tcPr>
          <w:p>
            <w:r>
              <w:t>Describe any experimental trials conducted in 2025 to assess the impact of climate variables on oat growth. What were the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1055-0048</w:t>
            </w:r>
          </w:p>
        </w:tc>
        <w:tc>
          <w:tcPr>
            <w:tcW w:type="dxa" w:w="2160"/>
          </w:tcPr>
          <w:p>
            <w:r>
              <w:t>Measurements</w:t>
            </w:r>
          </w:p>
        </w:tc>
        <w:tc>
          <w:tcPr>
            <w:tcW w:type="dxa" w:w="2160"/>
          </w:tcPr>
          <w:p>
            <w:r>
              <w:t>How did you measure the effectiveness of new pest control methods implemented in your oat farming projects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1055-0049</w:t>
            </w:r>
          </w:p>
        </w:tc>
        <w:tc>
          <w:tcPr>
            <w:tcW w:type="dxa" w:w="2160"/>
          </w:tcPr>
          <w:p>
            <w:r>
              <w:t>Costs</w:t>
            </w:r>
          </w:p>
        </w:tc>
        <w:tc>
          <w:tcPr>
            <w:tcW w:type="dxa" w:w="2160"/>
          </w:tcPr>
          <w:p>
            <w:r>
              <w:t>What percentage of your total operational budget in 2025 was allocated to R&amp;D activities for oat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1055-0050</w:t>
            </w:r>
          </w:p>
        </w:tc>
        <w:tc>
          <w:tcPr>
            <w:tcW w:type="dxa" w:w="2160"/>
          </w:tcPr>
          <w:p>
            <w:r>
              <w:t>Evidence</w:t>
            </w:r>
          </w:p>
        </w:tc>
        <w:tc>
          <w:tcPr>
            <w:tcW w:type="dxa" w:w="2160"/>
          </w:tcPr>
          <w:p>
            <w:r>
              <w:t>What external research or expert consultations did you engage in to support your R&amp;D efforts in oat farming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1055-0051</w:t>
            </w:r>
          </w:p>
        </w:tc>
        <w:tc>
          <w:tcPr>
            <w:tcW w:type="dxa" w:w="2160"/>
          </w:tcPr>
          <w:p>
            <w:r>
              <w:t>Project Inventory</w:t>
            </w:r>
          </w:p>
        </w:tc>
        <w:tc>
          <w:tcPr>
            <w:tcW w:type="dxa" w:w="2160"/>
          </w:tcPr>
          <w:p>
            <w:r>
              <w:t>Were there any collaborations with universities or research institutions on oat-related R&amp;D projects in 2025? If so, please detail these collaborations.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1055-0052</w:t>
            </w:r>
          </w:p>
        </w:tc>
        <w:tc>
          <w:tcPr>
            <w:tcW w:type="dxa" w:w="2160"/>
          </w:tcPr>
          <w:p>
            <w:r>
              <w:t>Uncertainty</w:t>
            </w:r>
          </w:p>
        </w:tc>
        <w:tc>
          <w:tcPr>
            <w:tcW w:type="dxa" w:w="2160"/>
          </w:tcPr>
          <w:p>
            <w:r>
              <w:t>What unforeseen issues arose during your 2025 R&amp;D projects for oat farming that impacted your planned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1055-0053</w:t>
            </w:r>
          </w:p>
        </w:tc>
        <w:tc>
          <w:tcPr>
            <w:tcW w:type="dxa" w:w="2160"/>
          </w:tcPr>
          <w:p>
            <w:r>
              <w:t>Alternatives</w:t>
            </w:r>
          </w:p>
        </w:tc>
        <w:tc>
          <w:tcPr>
            <w:tcW w:type="dxa" w:w="2160"/>
          </w:tcPr>
          <w:p>
            <w:r>
              <w:t>Did you explore any technological advancements (e.g., precision agriculture) for oat farming in 2025? What were the outcomes of this exploration?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1055-0054</w:t>
            </w:r>
          </w:p>
        </w:tc>
        <w:tc>
          <w:tcPr>
            <w:tcW w:type="dxa" w:w="2160"/>
          </w:tcPr>
          <w:p>
            <w:r>
              <w:t>Experiments</w:t>
            </w:r>
          </w:p>
        </w:tc>
        <w:tc>
          <w:tcPr>
            <w:tcW w:type="dxa" w:w="2160"/>
          </w:tcPr>
          <w:p>
            <w:r>
              <w:t>What specific experimental designs did you utilize for testing new oat varieties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1055-0055</w:t>
            </w:r>
          </w:p>
        </w:tc>
        <w:tc>
          <w:tcPr>
            <w:tcW w:type="dxa" w:w="2160"/>
          </w:tcPr>
          <w:p>
            <w:r>
              <w:t>Measurements</w:t>
            </w:r>
          </w:p>
        </w:tc>
        <w:tc>
          <w:tcPr>
            <w:tcW w:type="dxa" w:w="2160"/>
          </w:tcPr>
          <w:p>
            <w:r>
              <w:t>How did you quantify the impact of different irrigation techniques on oat yield in your 2025 R&amp;D projects?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1055-0056</w:t>
            </w:r>
          </w:p>
        </w:tc>
        <w:tc>
          <w:tcPr>
            <w:tcW w:type="dxa" w:w="2160"/>
          </w:tcPr>
          <w:p>
            <w:r>
              <w:t>Costs</w:t>
            </w:r>
          </w:p>
        </w:tc>
        <w:tc>
          <w:tcPr>
            <w:tcW w:type="dxa" w:w="2160"/>
          </w:tcPr>
          <w:p>
            <w:r>
              <w:t>What were the direct labor costs associated with your R&amp;D activities in oat farming during 2025?</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1055-0057</w:t>
            </w:r>
          </w:p>
        </w:tc>
        <w:tc>
          <w:tcPr>
            <w:tcW w:type="dxa" w:w="2160"/>
          </w:tcPr>
          <w:p>
            <w:r>
              <w:t>Technological Nature</w:t>
            </w:r>
          </w:p>
        </w:tc>
        <w:tc>
          <w:tcPr>
            <w:tcW w:type="dxa" w:w="2160"/>
          </w:tcPr>
          <w:p>
            <w:r>
              <w:t>What specific technological advancements or improvements were you attempting to achieve in your oat farming practices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1055-0058</w:t>
            </w:r>
          </w:p>
        </w:tc>
        <w:tc>
          <w:tcPr>
            <w:tcW w:type="dxa" w:w="2160"/>
          </w:tcPr>
          <w:p>
            <w:r>
              <w:t>Uncertainty</w:t>
            </w:r>
          </w:p>
        </w:tc>
        <w:tc>
          <w:tcPr>
            <w:tcW w:type="dxa" w:w="2160"/>
          </w:tcPr>
          <w:p>
            <w:r>
              <w:t>Can you describe any challenges or uncertainties you faced in the development of new oat varieties or farming techniques that required experimentation?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1055-0059</w:t>
            </w:r>
          </w:p>
        </w:tc>
        <w:tc>
          <w:tcPr>
            <w:tcW w:type="dxa" w:w="2160"/>
          </w:tcPr>
          <w:p>
            <w:r>
              <w:t>Permitted Purpose</w:t>
            </w:r>
          </w:p>
        </w:tc>
        <w:tc>
          <w:tcPr>
            <w:tcW w:type="dxa" w:w="2160"/>
          </w:tcPr>
          <w:p>
            <w:r>
              <w:t>For each new farming technique or oat variety developed, what was the intended purpose (e.g., increased yield, pest resistance, etc.) and how does it align with your business goals?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1055-0060</w:t>
            </w:r>
          </w:p>
        </w:tc>
        <w:tc>
          <w:tcPr>
            <w:tcW w:type="dxa" w:w="2160"/>
          </w:tcPr>
          <w:p>
            <w:r>
              <w:t>Business Component</w:t>
            </w:r>
          </w:p>
        </w:tc>
        <w:tc>
          <w:tcPr>
            <w:tcW w:type="dxa" w:w="2160"/>
          </w:tcPr>
          <w:p>
            <w:r>
              <w:t>List the specific business components (e.g., new oat varieties, farming methods) that were developed or improved through your R&amp;D efforts during 2025. Please include any related documentation or evidence of the development process.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1055-0061</w:t>
            </w:r>
          </w:p>
        </w:tc>
        <w:tc>
          <w:tcPr>
            <w:tcW w:type="dxa" w:w="2160"/>
          </w:tcPr>
          <w:p>
            <w:r>
              <w:t>Experimentation</w:t>
            </w:r>
          </w:p>
        </w:tc>
        <w:tc>
          <w:tcPr>
            <w:tcW w:type="dxa" w:w="2160"/>
          </w:tcPr>
          <w:p>
            <w:r>
              <w:t>What systematic processes did you implement to test the effectiveness of the new farming techniques or oat varieties, and how did you document the results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1055-0062</w:t>
            </w:r>
          </w:p>
        </w:tc>
        <w:tc>
          <w:tcPr>
            <w:tcW w:type="dxa" w:w="2160"/>
          </w:tcPr>
          <w:p>
            <w:r>
              <w:t>Commercial Production</w:t>
            </w:r>
          </w:p>
        </w:tc>
        <w:tc>
          <w:tcPr>
            <w:tcW w:type="dxa" w:w="2160"/>
          </w:tcPr>
          <w:p>
            <w:r>
              <w:t>During the tax year, did your oat farming operations include any activities that were solely focused on commercial production rather than experimentation or innovation?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1055-0063</w:t>
            </w:r>
          </w:p>
        </w:tc>
        <w:tc>
          <w:tcPr>
            <w:tcW w:type="dxa" w:w="2160"/>
          </w:tcPr>
          <w:p>
            <w:r>
              <w:t>Adaptation</w:t>
            </w:r>
          </w:p>
        </w:tc>
        <w:tc>
          <w:tcPr>
            <w:tcW w:type="dxa" w:w="2160"/>
          </w:tcPr>
          <w:p>
            <w:r>
              <w:t>Did you adapt existing oat cultivation techniques or technologies to improve yield or efficiency during the tax year? If so, please describe the adaptations made and their intended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1055-0064</w:t>
            </w:r>
          </w:p>
        </w:tc>
        <w:tc>
          <w:tcPr>
            <w:tcW w:type="dxa" w:w="2160"/>
          </w:tcPr>
          <w:p>
            <w:r>
              <w:t>Duplication</w:t>
            </w:r>
          </w:p>
        </w:tc>
        <w:tc>
          <w:tcPr>
            <w:tcW w:type="dxa" w:w="2160"/>
          </w:tcPr>
          <w:p>
            <w:r>
              <w:t>Were any of your research activities focused on duplicating existing oat farming methods without introducing new knowledge or technology?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1055-0065</w:t>
            </w:r>
          </w:p>
        </w:tc>
        <w:tc>
          <w:tcPr>
            <w:tcW w:type="dxa" w:w="2160"/>
          </w:tcPr>
          <w:p>
            <w:r>
              <w:t>Routine Testing</w:t>
            </w:r>
          </w:p>
        </w:tc>
        <w:tc>
          <w:tcPr>
            <w:tcW w:type="dxa" w:w="2160"/>
          </w:tcPr>
          <w:p>
            <w:r>
              <w:t>Did your operations involve routine testing of oat crops for quality assurance or compliance purposes without any experimental component? If yes, please detail these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1055-0066</w:t>
            </w:r>
          </w:p>
        </w:tc>
        <w:tc>
          <w:tcPr>
            <w:tcW w:type="dxa" w:w="2160"/>
          </w:tcPr>
          <w:p>
            <w:r>
              <w:t>Foreign/Funded Research</w:t>
            </w:r>
          </w:p>
        </w:tc>
        <w:tc>
          <w:tcPr>
            <w:tcW w:type="dxa" w:w="2160"/>
          </w:tcPr>
          <w:p>
            <w:r>
              <w:t>Did you engage in any foreign-funded research or projects that do not qualify under IRC Section 41? If so, please describe these projects and their funding sources.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1055-0067</w:t>
            </w:r>
          </w:p>
        </w:tc>
        <w:tc>
          <w:tcPr>
            <w:tcW w:type="dxa" w:w="2160"/>
          </w:tcPr>
          <w:p>
            <w:r>
              <w:t>Unsupported Estimates</w:t>
            </w:r>
          </w:p>
        </w:tc>
        <w:tc>
          <w:tcPr>
            <w:tcW w:type="dxa" w:w="2160"/>
          </w:tcPr>
          <w:p>
            <w:r>
              <w:t>Did you use any estimates in your R&amp;D claims that were not supported by documentation or experimental data? If so, please explain the estimates and their basis.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1055-0068</w:t>
            </w:r>
          </w:p>
        </w:tc>
        <w:tc>
          <w:tcPr>
            <w:tcW w:type="dxa" w:w="2160"/>
          </w:tcPr>
          <w:p>
            <w:r>
              <w:t>Commercial Production</w:t>
            </w:r>
          </w:p>
        </w:tc>
        <w:tc>
          <w:tcPr>
            <w:tcW w:type="dxa" w:w="2160"/>
          </w:tcPr>
          <w:p>
            <w:r>
              <w:t>Were any of your activities classified as commercial production of oats, such as planting, harvesting, or processing, that do not involve R&amp;D? Please provide specifics.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1055-0069</w:t>
            </w:r>
          </w:p>
        </w:tc>
        <w:tc>
          <w:tcPr>
            <w:tcW w:type="dxa" w:w="2160"/>
          </w:tcPr>
          <w:p>
            <w:r>
              <w:t>Duplication</w:t>
            </w:r>
          </w:p>
        </w:tc>
        <w:tc>
          <w:tcPr>
            <w:tcW w:type="dxa" w:w="2160"/>
          </w:tcPr>
          <w:p>
            <w:r>
              <w:t>Did you replicate any existing oat varieties or farming practices without conducting any experimental trials? If yes, please describe these activities.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1055-0070</w:t>
            </w:r>
          </w:p>
        </w:tc>
        <w:tc>
          <w:tcPr>
            <w:tcW w:type="dxa" w:w="2160"/>
          </w:tcPr>
          <w:p>
            <w:r>
              <w:t>Routine Testing</w:t>
            </w:r>
          </w:p>
        </w:tc>
        <w:tc>
          <w:tcPr>
            <w:tcW w:type="dxa" w:w="2160"/>
          </w:tcPr>
          <w:p>
            <w:r>
              <w:t>Did you conduct any routine agronomic tests on oats that were not experimental in nature? If so, please detail these tests and their purposes.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1055-0071</w:t>
            </w:r>
          </w:p>
        </w:tc>
        <w:tc>
          <w:tcPr>
            <w:tcW w:type="dxa" w:w="2160"/>
          </w:tcPr>
          <w:p>
            <w:r>
              <w:t>Employee Roles</w:t>
            </w:r>
          </w:p>
        </w:tc>
        <w:tc>
          <w:tcPr>
            <w:tcW w:type="dxa" w:w="2160"/>
          </w:tcPr>
          <w:p>
            <w:r>
              <w:t>What specific roles did your employees play in the development of new oat varieties or farming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1055-0072</w:t>
            </w:r>
          </w:p>
        </w:tc>
        <w:tc>
          <w:tcPr>
            <w:tcW w:type="dxa" w:w="2160"/>
          </w:tcPr>
          <w:p>
            <w:r>
              <w:t>Employee Time Allocation</w:t>
            </w:r>
          </w:p>
        </w:tc>
        <w:tc>
          <w:tcPr>
            <w:tcW w:type="dxa" w:w="2160"/>
          </w:tcPr>
          <w:p>
            <w:r>
              <w:t>How many hours did each employee dedicated to R&amp;D activities related to oat farming in 2025? Please provide a breakdown by employee.</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1055-0073</w:t>
            </w:r>
          </w:p>
        </w:tc>
        <w:tc>
          <w:tcPr>
            <w:tcW w:type="dxa" w:w="2160"/>
          </w:tcPr>
          <w:p>
            <w:r>
              <w:t>Wage Calculation</w:t>
            </w:r>
          </w:p>
        </w:tc>
        <w:tc>
          <w:tcPr>
            <w:tcW w:type="dxa" w:w="2160"/>
          </w:tcPr>
          <w:p>
            <w:r>
              <w:t>What was the total amount of wages paid to employees engaged in qualified R&amp;D activities for the tax year 2025?</w:t>
              <w:br/>
              <w:t>Answer type: Currency</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1055-0074</w:t>
            </w:r>
          </w:p>
        </w:tc>
        <w:tc>
          <w:tcPr>
            <w:tcW w:type="dxa" w:w="2160"/>
          </w:tcPr>
          <w:p>
            <w:r>
              <w:t>Employee Qualifications</w:t>
            </w:r>
          </w:p>
        </w:tc>
        <w:tc>
          <w:tcPr>
            <w:tcW w:type="dxa" w:w="2160"/>
          </w:tcPr>
          <w:p>
            <w:r>
              <w:t>Did any employees involved in R&amp;D hold specialized degrees or certifications relevant to agricultural science or biotechnology? If yes,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1055-0075</w:t>
            </w:r>
          </w:p>
        </w:tc>
        <w:tc>
          <w:tcPr>
            <w:tcW w:type="dxa" w:w="2160"/>
          </w:tcPr>
          <w:p>
            <w:r>
              <w:t>Project Documentation</w:t>
            </w:r>
          </w:p>
        </w:tc>
        <w:tc>
          <w:tcPr>
            <w:tcW w:type="dxa" w:w="2160"/>
          </w:tcPr>
          <w:p>
            <w:r>
              <w:t>Can you provide documentation that supports the allocation of employee wages to specific R&amp;D projects in oat farming for 2025?</w:t>
              <w:br/>
              <w:t>Answer type: Yes-No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1055-0076</w:t>
            </w:r>
          </w:p>
        </w:tc>
        <w:tc>
          <w:tcPr>
            <w:tcW w:type="dxa" w:w="2160"/>
          </w:tcPr>
          <w:p>
            <w:r>
              <w:t>R&amp;D Project Description</w:t>
            </w:r>
          </w:p>
        </w:tc>
        <w:tc>
          <w:tcPr>
            <w:tcW w:type="dxa" w:w="2160"/>
          </w:tcPr>
          <w:p>
            <w:r>
              <w:t>What specific R&amp;D projects did employees engage in that aimed to improve oat yield or pest resistance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1055-0077</w:t>
            </w:r>
          </w:p>
        </w:tc>
        <w:tc>
          <w:tcPr>
            <w:tcW w:type="dxa" w:w="2160"/>
          </w:tcPr>
          <w:p>
            <w:r>
              <w:t>Employee Training</w:t>
            </w:r>
          </w:p>
        </w:tc>
        <w:tc>
          <w:tcPr>
            <w:tcW w:type="dxa" w:w="2160"/>
          </w:tcPr>
          <w:p>
            <w:r>
              <w:t>Were any employees trained specifically for their roles in R&amp;D activities related to oat farming in 2025? If so, please describe the training provided.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1055-0078</w:t>
            </w:r>
          </w:p>
        </w:tc>
        <w:tc>
          <w:tcPr>
            <w:tcW w:type="dxa" w:w="2160"/>
          </w:tcPr>
          <w:p>
            <w:r>
              <w:t>Time Tracking</w:t>
            </w:r>
          </w:p>
        </w:tc>
        <w:tc>
          <w:tcPr>
            <w:tcW w:type="dxa" w:w="2160"/>
          </w:tcPr>
          <w:p>
            <w:r>
              <w:t>How did you track and allocate employee time spent on R&amp;D versus routine farming operations in 2025?</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1055-0079</w:t>
            </w:r>
          </w:p>
        </w:tc>
        <w:tc>
          <w:tcPr>
            <w:tcW w:type="dxa" w:w="2160"/>
          </w:tcPr>
          <w:p>
            <w:r>
              <w:t>Compensation Structure</w:t>
            </w:r>
          </w:p>
        </w:tc>
        <w:tc>
          <w:tcPr>
            <w:tcW w:type="dxa" w:w="2160"/>
          </w:tcPr>
          <w:p>
            <w:r>
              <w:t>What percentage of total employee compensation was allocated to R&amp;D activities in 2025?</w:t>
              <w:br/>
              <w:t>Answer type: Percentage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1055-0080</w:t>
            </w:r>
          </w:p>
        </w:tc>
        <w:tc>
          <w:tcPr>
            <w:tcW w:type="dxa" w:w="2160"/>
          </w:tcPr>
          <w:p>
            <w:r>
              <w:t>Employee Contributions</w:t>
            </w:r>
          </w:p>
        </w:tc>
        <w:tc>
          <w:tcPr>
            <w:tcW w:type="dxa" w:w="2160"/>
          </w:tcPr>
          <w:p>
            <w:r>
              <w:t>What innovative techniques or methodologies did your employees propose or implement in the R&amp;D process for oat farming during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1055-0081</w:t>
            </w:r>
          </w:p>
        </w:tc>
        <w:tc>
          <w:tcPr>
            <w:tcW w:type="dxa" w:w="2160"/>
          </w:tcPr>
          <w:p>
            <w:r>
              <w:t>Experimental Inputs</w:t>
            </w:r>
          </w:p>
        </w:tc>
        <w:tc>
          <w:tcPr>
            <w:tcW w:type="dxa" w:w="2160"/>
          </w:tcPr>
          <w:p>
            <w:r>
              <w:t>What specific experimental supplies did you utilize in the development of new oat varieties during the tax year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1055-0082</w:t>
            </w:r>
          </w:p>
        </w:tc>
        <w:tc>
          <w:tcPr>
            <w:tcW w:type="dxa" w:w="2160"/>
          </w:tcPr>
          <w:p>
            <w:r>
              <w:t>Exclusions</w:t>
            </w:r>
          </w:p>
        </w:tc>
        <w:tc>
          <w:tcPr>
            <w:tcW w:type="dxa" w:w="2160"/>
          </w:tcPr>
          <w:p>
            <w:r>
              <w:t>Did you purchase any supplies that were used solely for non-experimental purposes (e.g., routine farming operations) during 2025? If yes, please specify these supplies.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1055-0083</w:t>
            </w:r>
          </w:p>
        </w:tc>
        <w:tc>
          <w:tcPr>
            <w:tcW w:type="dxa" w:w="2160"/>
          </w:tcPr>
          <w:p>
            <w:r>
              <w:t>Cost Allocation</w:t>
            </w:r>
          </w:p>
        </w:tc>
        <w:tc>
          <w:tcPr>
            <w:tcW w:type="dxa" w:w="2160"/>
          </w:tcPr>
          <w:p>
            <w:r>
              <w:t>How did you allocate costs for supplies used in experimental activities versus those used in standard farming operations in 2025? Please provide a breakdown of these allocations.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1055-0084</w:t>
            </w:r>
          </w:p>
        </w:tc>
        <w:tc>
          <w:tcPr>
            <w:tcW w:type="dxa" w:w="2160"/>
          </w:tcPr>
          <w:p>
            <w:r>
              <w:t>Documentation</w:t>
            </w:r>
          </w:p>
        </w:tc>
        <w:tc>
          <w:tcPr>
            <w:tcW w:type="dxa" w:w="2160"/>
          </w:tcPr>
          <w:p>
            <w:r>
              <w:t>What documentation do you have to support the classification of supplies as experimental for the 2025 tax year? Please list and describe these documents.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1055-0085</w:t>
            </w:r>
          </w:p>
        </w:tc>
        <w:tc>
          <w:tcPr>
            <w:tcW w:type="dxa" w:w="2160"/>
          </w:tcPr>
          <w:p>
            <w:r>
              <w:t>Experimental Design</w:t>
            </w:r>
          </w:p>
        </w:tc>
        <w:tc>
          <w:tcPr>
            <w:tcW w:type="dxa" w:w="2160"/>
          </w:tcPr>
          <w:p>
            <w:r>
              <w:t>Can you describe any changes made to your supply procurement process specifically for experimental purposes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1055-0086</w:t>
            </w:r>
          </w:p>
        </w:tc>
        <w:tc>
          <w:tcPr>
            <w:tcW w:type="dxa" w:w="2160"/>
          </w:tcPr>
          <w:p>
            <w:r>
              <w:t>Contractor Services</w:t>
            </w:r>
          </w:p>
        </w:tc>
        <w:tc>
          <w:tcPr>
            <w:tcW w:type="dxa" w:w="2160"/>
          </w:tcPr>
          <w:p>
            <w:r>
              <w:t>What specific contractor services were engaged for the development or improvement of your oat farming processes during the tax year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1055-0087</w:t>
            </w:r>
          </w:p>
        </w:tc>
        <w:tc>
          <w:tcPr>
            <w:tcW w:type="dxa" w:w="2160"/>
          </w:tcPr>
          <w:p>
            <w:r>
              <w:t>U.S. Location</w:t>
            </w:r>
          </w:p>
        </w:tc>
        <w:tc>
          <w:tcPr>
            <w:tcW w:type="dxa" w:w="2160"/>
          </w:tcPr>
          <w:p>
            <w:r>
              <w:t>Can you provide the physical location(s) within the U.S. where the contracted services took place?</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1055-0088</w:t>
            </w:r>
          </w:p>
        </w:tc>
        <w:tc>
          <w:tcPr>
            <w:tcW w:type="dxa" w:w="2160"/>
          </w:tcPr>
          <w:p>
            <w:r>
              <w:t>Rights</w:t>
            </w:r>
          </w:p>
        </w:tc>
        <w:tc>
          <w:tcPr>
            <w:tcW w:type="dxa" w:w="2160"/>
          </w:tcPr>
          <w:p>
            <w:r>
              <w:t>What rights did your business retain regarding the results or products developed by the contractors?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1055-0089</w:t>
            </w:r>
          </w:p>
        </w:tc>
        <w:tc>
          <w:tcPr>
            <w:tcW w:type="dxa" w:w="2160"/>
          </w:tcPr>
          <w:p>
            <w:r>
              <w:t>Economic Risk</w:t>
            </w:r>
          </w:p>
        </w:tc>
        <w:tc>
          <w:tcPr>
            <w:tcW w:type="dxa" w:w="2160"/>
          </w:tcPr>
          <w:p>
            <w:r>
              <w:t>What economic risks did your business assume in relation to the contracted services for R&amp;D activities?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1055-0090</w:t>
            </w:r>
          </w:p>
        </w:tc>
        <w:tc>
          <w:tcPr>
            <w:tcW w:type="dxa" w:w="2160"/>
          </w:tcPr>
          <w:p>
            <w:r>
              <w:t>Eligible Amount</w:t>
            </w:r>
          </w:p>
        </w:tc>
        <w:tc>
          <w:tcPr>
            <w:tcW w:type="dxa" w:w="2160"/>
          </w:tcPr>
          <w:p>
            <w:r>
              <w:t>What was the total amount paid to contractors for R&amp;D activities in 2025? Please provide a breakdown of costs if available.</w:t>
              <w:br/>
              <w:t>Answer type: Currency</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1055-0091</w:t>
            </w:r>
          </w:p>
        </w:tc>
        <w:tc>
          <w:tcPr>
            <w:tcW w:type="dxa" w:w="2160"/>
          </w:tcPr>
          <w:p>
            <w:r>
              <w:t>Contractor Engagement</w:t>
            </w:r>
          </w:p>
        </w:tc>
        <w:tc>
          <w:tcPr>
            <w:tcW w:type="dxa" w:w="2160"/>
          </w:tcPr>
          <w:p>
            <w:r>
              <w:t>Were any contractors engaged under a fixed-price contract, and if so, what percentage of the total contractor costs does this represent?</w:t>
              <w:br/>
              <w:t>Answer type: Percentage</w:t>
              <w:br/>
              <w:t>Trigger: If contractors were engaged</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1055-0092</w:t>
            </w:r>
          </w:p>
        </w:tc>
        <w:tc>
          <w:tcPr>
            <w:tcW w:type="dxa" w:w="2160"/>
          </w:tcPr>
          <w:p>
            <w:r>
              <w:t>Documentation</w:t>
            </w:r>
          </w:p>
        </w:tc>
        <w:tc>
          <w:tcPr>
            <w:tcW w:type="dxa" w:w="2160"/>
          </w:tcPr>
          <w:p>
            <w:r>
              <w:t>What documentation do you have to support the R&amp;D activities performed by contractors, such as contracts, invoices, or project reports?</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1055-0093</w:t>
            </w:r>
          </w:p>
        </w:tc>
        <w:tc>
          <w:tcPr>
            <w:tcW w:type="dxa" w:w="2160"/>
          </w:tcPr>
          <w:p>
            <w:r>
              <w:t>Cloud Services Utilization</w:t>
            </w:r>
          </w:p>
        </w:tc>
        <w:tc>
          <w:tcPr>
            <w:tcW w:type="dxa" w:w="2160"/>
          </w:tcPr>
          <w:p>
            <w:r>
              <w:t>During the tax year 2025, did your oat farm engage third-party cloud services for any research or experimental development activities? If yes, please specify the services used and the nature of the R&amp;D activities supported by these services.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1055-0094</w:t>
            </w:r>
          </w:p>
        </w:tc>
        <w:tc>
          <w:tcPr>
            <w:tcW w:type="dxa" w:w="2160"/>
          </w:tcPr>
          <w:p>
            <w:r>
              <w:t>Cost Allocation</w:t>
            </w:r>
          </w:p>
        </w:tc>
        <w:tc>
          <w:tcPr>
            <w:tcW w:type="dxa" w:w="2160"/>
          </w:tcPr>
          <w:p>
            <w:r>
              <w:t>For the third-party cloud services utilized in your R&amp;D activities during 2025, please provide a breakdown of the costs incurred, including any subscription fees, data storage costs, and computational resources, specifically allocated for R&amp;D purposes.</w:t>
              <w:br/>
              <w:t>Answer type: Currency</w:t>
              <w:br/>
              <w:t>Trigger: If the previous question is answered 'Yes'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1055-0095</w:t>
            </w:r>
          </w:p>
        </w:tc>
        <w:tc>
          <w:tcPr>
            <w:tcW w:type="dxa" w:w="2160"/>
          </w:tcPr>
          <w:p>
            <w:r>
              <w:t>Project Documentation</w:t>
            </w:r>
          </w:p>
        </w:tc>
        <w:tc>
          <w:tcPr>
            <w:tcW w:type="dxa" w:w="2160"/>
          </w:tcPr>
          <w:p>
            <w:r>
              <w:t>Can you provide detailed project descriptions for each R&amp;D initiative undertaken in 2025, including objectives, hypotheses, and methodologies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1055-0096</w:t>
            </w:r>
          </w:p>
        </w:tc>
        <w:tc>
          <w:tcPr>
            <w:tcW w:type="dxa" w:w="2160"/>
          </w:tcPr>
          <w:p>
            <w:r>
              <w:t>Cost Allocation</w:t>
            </w:r>
          </w:p>
        </w:tc>
        <w:tc>
          <w:tcPr>
            <w:tcW w:type="dxa" w:w="2160"/>
          </w:tcPr>
          <w:p>
            <w:r>
              <w:t>What specific costs were incurred for each R&amp;D project, including labor, materials, and overhead? Please provide documentation for these expenses.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1055-0097</w:t>
            </w:r>
          </w:p>
        </w:tc>
        <w:tc>
          <w:tcPr>
            <w:tcW w:type="dxa" w:w="2160"/>
          </w:tcPr>
          <w:p>
            <w:r>
              <w:t>Experimental Outcomes</w:t>
            </w:r>
          </w:p>
        </w:tc>
        <w:tc>
          <w:tcPr>
            <w:tcW w:type="dxa" w:w="2160"/>
          </w:tcPr>
          <w:p>
            <w:r>
              <w:t>For each R&amp;D project, what were the experimental results and how did they influence subsequent decisions or iterations?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1055-0098</w:t>
            </w:r>
          </w:p>
        </w:tc>
        <w:tc>
          <w:tcPr>
            <w:tcW w:type="dxa" w:w="2160"/>
          </w:tcPr>
          <w:p>
            <w:r>
              <w:t>Technical Challenges</w:t>
            </w:r>
          </w:p>
        </w:tc>
        <w:tc>
          <w:tcPr>
            <w:tcW w:type="dxa" w:w="2160"/>
          </w:tcPr>
          <w:p>
            <w:r>
              <w:t>What specific technical challenges did you encounter during the R&amp;D process, and how did you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1055-0099</w:t>
            </w:r>
          </w:p>
        </w:tc>
        <w:tc>
          <w:tcPr>
            <w:tcW w:type="dxa" w:w="2160"/>
          </w:tcPr>
          <w:p>
            <w:r>
              <w:t>Project Timeline</w:t>
            </w:r>
          </w:p>
        </w:tc>
        <w:tc>
          <w:tcPr>
            <w:tcW w:type="dxa" w:w="2160"/>
          </w:tcPr>
          <w:p>
            <w:r>
              <w:t>Can you provide a timeline for each R&amp;D project, including start and end dates, and key milestones achieved throughout the process?</w:t>
              <w:br/>
              <w:t>Answer type: Date range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1055-0100</w:t>
            </w:r>
          </w:p>
        </w:tc>
        <w:tc>
          <w:tcPr>
            <w:tcW w:type="dxa" w:w="2160"/>
          </w:tcPr>
          <w:p>
            <w:r>
              <w:t>Team Involvement</w:t>
            </w:r>
          </w:p>
        </w:tc>
        <w:tc>
          <w:tcPr>
            <w:tcW w:type="dxa" w:w="2160"/>
          </w:tcPr>
          <w:p>
            <w:r>
              <w:t>Who were the key team members involved in each R&amp;D project, and what were their specific roles and contributions?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1055-0101</w:t>
            </w:r>
          </w:p>
        </w:tc>
        <w:tc>
          <w:tcPr>
            <w:tcW w:type="dxa" w:w="2160"/>
          </w:tcPr>
          <w:p>
            <w:r>
              <w:t>Documentation Practices</w:t>
            </w:r>
          </w:p>
        </w:tc>
        <w:tc>
          <w:tcPr>
            <w:tcW w:type="dxa" w:w="2160"/>
          </w:tcPr>
          <w:p>
            <w:r>
              <w:t>What processes do you have in place to ensure that project documentation is maintained contemporaneously with R&amp;D activities?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1055-0102</w:t>
            </w:r>
          </w:p>
        </w:tc>
        <w:tc>
          <w:tcPr>
            <w:tcW w:type="dxa" w:w="2160"/>
          </w:tcPr>
          <w:p>
            <w:r>
              <w:t>Regulatory Compliance</w:t>
            </w:r>
          </w:p>
        </w:tc>
        <w:tc>
          <w:tcPr>
            <w:tcW w:type="dxa" w:w="2160"/>
          </w:tcPr>
          <w:p>
            <w:r>
              <w:t>Were any of the R&amp;D projects subject to regulatory approval, and if so, what documentation do you have to support this?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1055-0103</w:t>
            </w:r>
          </w:p>
        </w:tc>
        <w:tc>
          <w:tcPr>
            <w:tcW w:type="dxa" w:w="2160"/>
          </w:tcPr>
          <w:p>
            <w:r>
              <w:t>Collaboration Records</w:t>
            </w:r>
          </w:p>
        </w:tc>
        <w:tc>
          <w:tcPr>
            <w:tcW w:type="dxa" w:w="2160"/>
          </w:tcPr>
          <w:p>
            <w:r>
              <w:t>Did you collaborate with any external entities (e.g., universities, research institutions) on your R&amp;D projects? If yes, please provide details and related agreements.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1055-0104</w:t>
            </w:r>
          </w:p>
        </w:tc>
        <w:tc>
          <w:tcPr>
            <w:tcW w:type="dxa" w:w="2160"/>
          </w:tcPr>
          <w:p>
            <w:r>
              <w:t>Innovation Description</w:t>
            </w:r>
          </w:p>
        </w:tc>
        <w:tc>
          <w:tcPr>
            <w:tcW w:type="dxa" w:w="2160"/>
          </w:tcPr>
          <w:p>
            <w:r>
              <w:t>How do you define the innovative aspects of your R&amp;D projects, and what evidence do you have to support this characterization?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1055-0105</w:t>
            </w:r>
          </w:p>
        </w:tc>
        <w:tc>
          <w:tcPr>
            <w:tcW w:type="dxa" w:w="2160"/>
          </w:tcPr>
          <w:p>
            <w:r>
              <w:t>Qualified Research Activities (QRA)</w:t>
            </w:r>
          </w:p>
        </w:tc>
        <w:tc>
          <w:tcPr>
            <w:tcW w:type="dxa" w:w="2160"/>
          </w:tcPr>
          <w:p>
            <w:r>
              <w:t>Can you describe a specific project where you developed new oat varieties or improved existing ones? What experimental methods did you employ?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1055-0106</w:t>
            </w:r>
          </w:p>
        </w:tc>
        <w:tc>
          <w:tcPr>
            <w:tcW w:type="dxa" w:w="2160"/>
          </w:tcPr>
          <w:p>
            <w:r>
              <w:t>Qualified Research Expenses (QRE)</w:t>
            </w:r>
          </w:p>
        </w:tc>
        <w:tc>
          <w:tcPr>
            <w:tcW w:type="dxa" w:w="2160"/>
          </w:tcPr>
          <w:p>
            <w:r>
              <w:t>What percentage of your total labor costs in 2025 was directly attributable to R&amp;D activities related to oat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1055-0107</w:t>
            </w:r>
          </w:p>
        </w:tc>
        <w:tc>
          <w:tcPr>
            <w:tcW w:type="dxa" w:w="2160"/>
          </w:tcPr>
          <w:p>
            <w:r>
              <w:t>Supplies and Materials</w:t>
            </w:r>
          </w:p>
        </w:tc>
        <w:tc>
          <w:tcPr>
            <w:tcW w:type="dxa" w:w="2160"/>
          </w:tcPr>
          <w:p>
            <w:r>
              <w:t>List the materials and supplies used in your R&amp;D projects for oat farming in 2025. How did these materials contribute to your experimentation?</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1055-0108</w:t>
            </w:r>
          </w:p>
        </w:tc>
        <w:tc>
          <w:tcPr>
            <w:tcW w:type="dxa" w:w="2160"/>
          </w:tcPr>
          <w:p>
            <w:r>
              <w:t>Contract Research</w:t>
            </w:r>
          </w:p>
        </w:tc>
        <w:tc>
          <w:tcPr>
            <w:tcW w:type="dxa" w:w="2160"/>
          </w:tcPr>
          <w:p>
            <w:r>
              <w:t>Did you engage any third-party contractors for R&amp;D activities in 2025? If yes, please provide details of the contracts and the nature of the research performed.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1055-0109</w:t>
            </w:r>
          </w:p>
        </w:tc>
        <w:tc>
          <w:tcPr>
            <w:tcW w:type="dxa" w:w="2160"/>
          </w:tcPr>
          <w:p>
            <w:r>
              <w:t>Documentation and Evidence</w:t>
            </w:r>
          </w:p>
        </w:tc>
        <w:tc>
          <w:tcPr>
            <w:tcW w:type="dxa" w:w="2160"/>
          </w:tcPr>
          <w:p>
            <w:r>
              <w:t>What documentation do you maintain to support your R&amp;D claims for 2025? Please specify the types of records (e.g., lab notebooks, design documents).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1055-0110</w:t>
            </w:r>
          </w:p>
        </w:tc>
        <w:tc>
          <w:tcPr>
            <w:tcW w:type="dxa" w:w="2160"/>
          </w:tcPr>
          <w:p>
            <w:r>
              <w:t>Experimentation Process</w:t>
            </w:r>
          </w:p>
        </w:tc>
        <w:tc>
          <w:tcPr>
            <w:tcW w:type="dxa" w:w="2160"/>
          </w:tcPr>
          <w:p>
            <w:r>
              <w:t>Describe a failed experiment related to oat farming in 2025. What were the hypotheses, and what did you learn from the outcome?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1055-0111</w:t>
            </w:r>
          </w:p>
        </w:tc>
        <w:tc>
          <w:tcPr>
            <w:tcW w:type="dxa" w:w="2160"/>
          </w:tcPr>
          <w:p>
            <w:r>
              <w:t>Time Tracking</w:t>
            </w:r>
          </w:p>
        </w:tc>
        <w:tc>
          <w:tcPr>
            <w:tcW w:type="dxa" w:w="2160"/>
          </w:tcPr>
          <w:p>
            <w:r>
              <w:t>How do you track the time spent by employees on R&amp;D activities versus routine farming operations? Please provide examples of your tracking methods.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1055-0112</w:t>
            </w:r>
          </w:p>
        </w:tc>
        <w:tc>
          <w:tcPr>
            <w:tcW w:type="dxa" w:w="2160"/>
          </w:tcPr>
          <w:p>
            <w:r>
              <w:t>Innovation and Improvement</w:t>
            </w:r>
          </w:p>
        </w:tc>
        <w:tc>
          <w:tcPr>
            <w:tcW w:type="dxa" w:w="2160"/>
          </w:tcPr>
          <w:p>
            <w:r>
              <w:t>What innovative techniques or technologies did you implement in your oat farming operations in 2025 that qualify as R&amp;D?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1055-0113</w:t>
            </w:r>
          </w:p>
        </w:tc>
        <w:tc>
          <w:tcPr>
            <w:tcW w:type="dxa" w:w="2160"/>
          </w:tcPr>
          <w:p>
            <w:r>
              <w:t>Financial Impact</w:t>
            </w:r>
          </w:p>
        </w:tc>
        <w:tc>
          <w:tcPr>
            <w:tcW w:type="dxa" w:w="2160"/>
          </w:tcPr>
          <w:p>
            <w:r>
              <w:t>What was the estimated financial impact of your R&amp;D activities on your overall business performance in 2025? Please quantify any cost savings or revenue increases.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1055-0114</w:t>
            </w:r>
          </w:p>
        </w:tc>
        <w:tc>
          <w:tcPr>
            <w:tcW w:type="dxa" w:w="2160"/>
          </w:tcPr>
          <w:p>
            <w:r>
              <w:t>Regulatory Compliance</w:t>
            </w:r>
          </w:p>
        </w:tc>
        <w:tc>
          <w:tcPr>
            <w:tcW w:type="dxa" w:w="2160"/>
          </w:tcPr>
          <w:p>
            <w:r>
              <w:t>Were there any regulatory hurdles or compliance issues encountered during your R&amp;D activities in 2025? How did these affect your research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1055-0115</w:t>
            </w:r>
          </w:p>
        </w:tc>
        <w:tc>
          <w:tcPr>
            <w:tcW w:type="dxa" w:w="2160"/>
          </w:tcPr>
          <w:p>
            <w:r>
              <w:t>Project Outcomes</w:t>
            </w:r>
          </w:p>
        </w:tc>
        <w:tc>
          <w:tcPr>
            <w:tcW w:type="dxa" w:w="2160"/>
          </w:tcPr>
          <w:p>
            <w:r>
              <w:t>What were the measurable outcomes of your R&amp;D projects in 2025? Please include any new products or processes developed as a result.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1055-0116</w:t>
            </w:r>
          </w:p>
        </w:tc>
        <w:tc>
          <w:tcPr>
            <w:tcW w:type="dxa" w:w="2160"/>
          </w:tcPr>
          <w:p>
            <w:r>
              <w:t>Qualified Research Expenses (QRE)</w:t>
            </w:r>
          </w:p>
        </w:tc>
        <w:tc>
          <w:tcPr>
            <w:tcW w:type="dxa" w:w="2160"/>
          </w:tcPr>
          <w:p>
            <w:r>
              <w:t>What specific activities related to oat cultivation did you undertake that involved developing new or improved agricultural practices or technologies during the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1055-0117</w:t>
            </w:r>
          </w:p>
        </w:tc>
        <w:tc>
          <w:tcPr>
            <w:tcW w:type="dxa" w:w="2160"/>
          </w:tcPr>
          <w:p>
            <w:r>
              <w:t>Qualified Research Expenses (QRE)</w:t>
            </w:r>
          </w:p>
        </w:tc>
        <w:tc>
          <w:tcPr>
            <w:tcW w:type="dxa" w:w="2160"/>
          </w:tcPr>
          <w:p>
            <w:r>
              <w:t>Can you detail any experimental trials conducted on oat varieties that aimed to enhance yield or disease resistance? Please include dates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1055-0118</w:t>
            </w:r>
          </w:p>
        </w:tc>
        <w:tc>
          <w:tcPr>
            <w:tcW w:type="dxa" w:w="2160"/>
          </w:tcPr>
          <w:p>
            <w:r>
              <w:t>Wages and Salaries</w:t>
            </w:r>
          </w:p>
        </w:tc>
        <w:tc>
          <w:tcPr>
            <w:tcW w:type="dxa" w:w="2160"/>
          </w:tcPr>
          <w:p>
            <w:r>
              <w:t>What portion of the wages paid to employees involved in R&amp;D activities specifically related to oat farming can you allocate to qualified research expenses?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1055-0119</w:t>
            </w:r>
          </w:p>
        </w:tc>
        <w:tc>
          <w:tcPr>
            <w:tcW w:type="dxa" w:w="2160"/>
          </w:tcPr>
          <w:p>
            <w:r>
              <w:t>Supplies and Materials</w:t>
            </w:r>
          </w:p>
        </w:tc>
        <w:tc>
          <w:tcPr>
            <w:tcW w:type="dxa" w:w="2160"/>
          </w:tcPr>
          <w:p>
            <w:r>
              <w:t>What supplies or materials were consumed in the R&amp;D process for oat farming, and what was their total cost?</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1055-0120</w:t>
            </w:r>
          </w:p>
        </w:tc>
        <w:tc>
          <w:tcPr>
            <w:tcW w:type="dxa" w:w="2160"/>
          </w:tcPr>
          <w:p>
            <w:r>
              <w:t>Contract Research</w:t>
            </w:r>
          </w:p>
        </w:tc>
        <w:tc>
          <w:tcPr>
            <w:tcW w:type="dxa" w:w="2160"/>
          </w:tcPr>
          <w:p>
            <w:r>
              <w:t>Did you engage any third-party contractors for research related to oat farming? If so, please specify the nature of the work and the total amount paid.</w:t>
              <w:br/>
              <w:t>Answer type: Currency</w:t>
              <w:br/>
              <w:t>Trigger: Yes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1055-0121</w:t>
            </w:r>
          </w:p>
        </w:tc>
        <w:tc>
          <w:tcPr>
            <w:tcW w:type="dxa" w:w="2160"/>
          </w:tcPr>
          <w:p>
            <w:r>
              <w:t>Documentation</w:t>
            </w:r>
          </w:p>
        </w:tc>
        <w:tc>
          <w:tcPr>
            <w:tcW w:type="dxa" w:w="2160"/>
          </w:tcPr>
          <w:p>
            <w:r>
              <w:t>What documentation do you have to support the R&amp;D activities related to oat farming, such as lab results, project plans, or experimental designs?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1055-0122</w:t>
            </w:r>
          </w:p>
        </w:tc>
        <w:tc>
          <w:tcPr>
            <w:tcW w:type="dxa" w:w="2160"/>
          </w:tcPr>
          <w:p>
            <w:r>
              <w:t>Innovation and Improvement</w:t>
            </w:r>
          </w:p>
        </w:tc>
        <w:tc>
          <w:tcPr>
            <w:tcW w:type="dxa" w:w="2160"/>
          </w:tcPr>
          <w:p>
            <w:r>
              <w:t>Describe any innovative techniques or processes you developed in your oat farming operations that differ from standard practices. How did you test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1055-0123</w:t>
            </w:r>
          </w:p>
        </w:tc>
        <w:tc>
          <w:tcPr>
            <w:tcW w:type="dxa" w:w="2160"/>
          </w:tcPr>
          <w:p>
            <w:r>
              <w:t>Time Allocation</w:t>
            </w:r>
          </w:p>
        </w:tc>
        <w:tc>
          <w:tcPr>
            <w:tcW w:type="dxa" w:w="2160"/>
          </w:tcPr>
          <w:p>
            <w:r>
              <w:t>How many hours did your employees spend on R&amp;D activities related to oat farming during the tax year?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1055-0124</w:t>
            </w:r>
          </w:p>
        </w:tc>
        <w:tc>
          <w:tcPr>
            <w:tcW w:type="dxa" w:w="2160"/>
          </w:tcPr>
          <w:p>
            <w:r>
              <w:t>Research Location</w:t>
            </w:r>
          </w:p>
        </w:tc>
        <w:tc>
          <w:tcPr>
            <w:tcW w:type="dxa" w:w="2160"/>
          </w:tcPr>
          <w:p>
            <w:r>
              <w:t>Where did the R&amp;D activities related to oat farming take place? Please specify if it was on-site at the farm, in a lab, or elsewhere.</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1055-0125</w:t>
            </w:r>
          </w:p>
        </w:tc>
        <w:tc>
          <w:tcPr>
            <w:tcW w:type="dxa" w:w="2160"/>
          </w:tcPr>
          <w:p>
            <w:r>
              <w:t>Credit Calculation</w:t>
            </w:r>
          </w:p>
        </w:tc>
        <w:tc>
          <w:tcPr>
            <w:tcW w:type="dxa" w:w="2160"/>
          </w:tcPr>
          <w:p>
            <w:r>
              <w:t>What is your estimated total R&amp;D tax credit for the tax year based on the qualified research expenses identified? Please provide a calculation breakdown.</w:t>
              <w:br/>
              <w:t>Answer type: Calculation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1055-0126</w:t>
            </w:r>
          </w:p>
        </w:tc>
        <w:tc>
          <w:tcPr>
            <w:tcW w:type="dxa" w:w="2160"/>
          </w:tcPr>
          <w:p>
            <w:r>
              <w:t>Regulatory Compliance</w:t>
            </w:r>
          </w:p>
        </w:tc>
        <w:tc>
          <w:tcPr>
            <w:tcW w:type="dxa" w:w="2160"/>
          </w:tcPr>
          <w:p>
            <w:r>
              <w:t>Have you maintained compliance with all relevant agricultural regulations while conducting R&amp;D activities for oat farming? Please provide details.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1055-0127</w:t>
            </w:r>
          </w:p>
        </w:tc>
        <w:tc>
          <w:tcPr>
            <w:tcW w:type="dxa" w:w="2160"/>
          </w:tcPr>
          <w:p>
            <w:r>
              <w:t>Final conclusions</w:t>
            </w:r>
          </w:p>
        </w:tc>
        <w:tc>
          <w:tcPr>
            <w:tcW w:type="dxa" w:w="2160"/>
          </w:tcPr>
          <w:p>
            <w:r>
              <w:t>What specific advancements or improvements in oat cultivation techniques did your team attempt during the tax year 2025, and what were the outcomes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1055-0128</w:t>
            </w:r>
          </w:p>
        </w:tc>
        <w:tc>
          <w:tcPr>
            <w:tcW w:type="dxa" w:w="2160"/>
          </w:tcPr>
          <w:p>
            <w:r>
              <w:t>Open issues</w:t>
            </w:r>
          </w:p>
        </w:tc>
        <w:tc>
          <w:tcPr>
            <w:tcW w:type="dxa" w:w="2160"/>
          </w:tcPr>
          <w:p>
            <w:r>
              <w:t>Were there any unresolved technical challenges encountered in the oat farming process that required iterative experimentation to address? Please describe these challenges.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1055-0129</w:t>
            </w:r>
          </w:p>
        </w:tc>
        <w:tc>
          <w:tcPr>
            <w:tcW w:type="dxa" w:w="2160"/>
          </w:tcPr>
          <w:p>
            <w:r>
              <w:t>Certification</w:t>
            </w:r>
          </w:p>
        </w:tc>
        <w:tc>
          <w:tcPr>
            <w:tcW w:type="dxa" w:w="2160"/>
          </w:tcPr>
          <w:p>
            <w:r>
              <w:t>Can you provide documentation that certifies the R&amp;D activities conducted in 2025, including project descriptions, timelines, and personnel involved?</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1055-0130</w:t>
            </w:r>
          </w:p>
        </w:tc>
        <w:tc>
          <w:tcPr>
            <w:tcW w:type="dxa" w:w="2160"/>
          </w:tcPr>
          <w:p>
            <w:r>
              <w:t>Next-year controls</w:t>
            </w:r>
          </w:p>
        </w:tc>
        <w:tc>
          <w:tcPr>
            <w:tcW w:type="dxa" w:w="2160"/>
          </w:tcPr>
          <w:p>
            <w:r>
              <w:t>What specific controls or processes have you implemented to ensure that R&amp;D activities for oat farming are properly documented and tracked for the upcoming tax year?</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1055-0131</w:t>
            </w:r>
          </w:p>
        </w:tc>
        <w:tc>
          <w:tcPr>
            <w:tcW w:type="dxa" w:w="2160"/>
          </w:tcPr>
          <w:p>
            <w:r>
              <w:t>Final conclusions</w:t>
            </w:r>
          </w:p>
        </w:tc>
        <w:tc>
          <w:tcPr>
            <w:tcW w:type="dxa" w:w="2160"/>
          </w:tcPr>
          <w:p>
            <w:r>
              <w:t>What percentage of your total operational budget was allocated to R&amp;D activities in oat farming for the tax year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1055-0132</w:t>
            </w:r>
          </w:p>
        </w:tc>
        <w:tc>
          <w:tcPr>
            <w:tcW w:type="dxa" w:w="2160"/>
          </w:tcPr>
          <w:p>
            <w:r>
              <w:t>Open issues</w:t>
            </w:r>
          </w:p>
        </w:tc>
        <w:tc>
          <w:tcPr>
            <w:tcW w:type="dxa" w:w="2160"/>
          </w:tcPr>
          <w:p>
            <w:r>
              <w:t>Were there any instances where R&amp;D activities were mistakenly classified as routine farming practices? If so,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1055-0133</w:t>
            </w:r>
          </w:p>
        </w:tc>
        <w:tc>
          <w:tcPr>
            <w:tcW w:type="dxa" w:w="2160"/>
          </w:tcPr>
          <w:p>
            <w:r>
              <w:t>Certification</w:t>
            </w:r>
          </w:p>
        </w:tc>
        <w:tc>
          <w:tcPr>
            <w:tcW w:type="dxa" w:w="2160"/>
          </w:tcPr>
          <w:p>
            <w:r>
              <w:t>Have you retained all necessary records and documentation to support your R&amp;D claims, including lab results, project notes, and correspondence with agricultural experts?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1055-0134</w:t>
            </w:r>
          </w:p>
        </w:tc>
        <w:tc>
          <w:tcPr>
            <w:tcW w:type="dxa" w:w="2160"/>
          </w:tcPr>
          <w:p>
            <w:r>
              <w:t>Next-year controls</w:t>
            </w:r>
          </w:p>
        </w:tc>
        <w:tc>
          <w:tcPr>
            <w:tcW w:type="dxa" w:w="2160"/>
          </w:tcPr>
          <w:p>
            <w:r>
              <w:t>What measures will you take to enhance the identification and documentation of R&amp;D activities in oat farming for the next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1055-0135</w:t>
            </w:r>
          </w:p>
        </w:tc>
        <w:tc>
          <w:tcPr>
            <w:tcW w:type="dxa" w:w="2160"/>
          </w:tcPr>
          <w:p>
            <w:r>
              <w:t>Final conclusions</w:t>
            </w:r>
          </w:p>
        </w:tc>
        <w:tc>
          <w:tcPr>
            <w:tcW w:type="dxa" w:w="2160"/>
          </w:tcPr>
          <w:p>
            <w:r>
              <w:t>What specific metrics or KPIs will you use to evaluate the success of your R&amp;D initiatives in oat farming moving forward?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1055-0136</w:t>
            </w:r>
          </w:p>
        </w:tc>
        <w:tc>
          <w:tcPr>
            <w:tcW w:type="dxa" w:w="2160"/>
          </w:tcPr>
          <w:p>
            <w:r>
              <w:t>Open issues</w:t>
            </w:r>
          </w:p>
        </w:tc>
        <w:tc>
          <w:tcPr>
            <w:tcW w:type="dxa" w:w="2160"/>
          </w:tcPr>
          <w:p>
            <w:r>
              <w:t>Are there any pending regulatory or compliance issues related to your R&amp;D activities in oat farming that could impact your tax credits? Please specify.</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RECEIVING-INPUTS-QUALITY-CONTROL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1055-0137</w:t>
            </w:r>
          </w:p>
        </w:tc>
        <w:tc>
          <w:tcPr>
            <w:tcW w:type="dxa" w:w="2160"/>
          </w:tcPr>
          <w:p>
            <w:r>
              <w:t>Input Sourcing</w:t>
            </w:r>
          </w:p>
        </w:tc>
        <w:tc>
          <w:tcPr>
            <w:tcW w:type="dxa" w:w="2160"/>
          </w:tcPr>
          <w:p>
            <w:r>
              <w:t>What specific criteria do you use to select suppliers for your raw oat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1055-0138</w:t>
            </w:r>
          </w:p>
        </w:tc>
        <w:tc>
          <w:tcPr>
            <w:tcW w:type="dxa" w:w="2160"/>
          </w:tcPr>
          <w:p>
            <w:r>
              <w:t>Supplier Certifications</w:t>
            </w:r>
          </w:p>
        </w:tc>
        <w:tc>
          <w:tcPr>
            <w:tcW w:type="dxa" w:w="2160"/>
          </w:tcPr>
          <w:p>
            <w:r>
              <w:t>Can you provide documentation of any certifications your suppliers hold that ensure the quality of their oats?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1055-0139</w:t>
            </w:r>
          </w:p>
        </w:tc>
        <w:tc>
          <w:tcPr>
            <w:tcW w:type="dxa" w:w="2160"/>
          </w:tcPr>
          <w:p>
            <w:r>
              <w:t>Quality Assessment</w:t>
            </w:r>
          </w:p>
        </w:tc>
        <w:tc>
          <w:tcPr>
            <w:tcW w:type="dxa" w:w="2160"/>
          </w:tcPr>
          <w:p>
            <w:r>
              <w:t>What methods do you employ to assess the quality of incoming oat shipments?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1055-0140</w:t>
            </w:r>
          </w:p>
        </w:tc>
        <w:tc>
          <w:tcPr>
            <w:tcW w:type="dxa" w:w="2160"/>
          </w:tcPr>
          <w:p>
            <w:r>
              <w:t>Moisture Content</w:t>
            </w:r>
          </w:p>
        </w:tc>
        <w:tc>
          <w:tcPr>
            <w:tcW w:type="dxa" w:w="2160"/>
          </w:tcPr>
          <w:p>
            <w:r>
              <w:t>What is the acceptable moisture content range for the oats you receive, and how is it measured?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1055-0141</w:t>
            </w:r>
          </w:p>
        </w:tc>
        <w:tc>
          <w:tcPr>
            <w:tcW w:type="dxa" w:w="2160"/>
          </w:tcPr>
          <w:p>
            <w:r>
              <w:t>Contaminant Testing</w:t>
            </w:r>
          </w:p>
        </w:tc>
        <w:tc>
          <w:tcPr>
            <w:tcW w:type="dxa" w:w="2160"/>
          </w:tcPr>
          <w:p>
            <w:r>
              <w:t>What specific contaminants do you test for in your raw oat inputs, and what testing methods do you use?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1055-0142</w:t>
            </w:r>
          </w:p>
        </w:tc>
        <w:tc>
          <w:tcPr>
            <w:tcW w:type="dxa" w:w="2160"/>
          </w:tcPr>
          <w:p>
            <w:r>
              <w:t>Storage Conditions</w:t>
            </w:r>
          </w:p>
        </w:tc>
        <w:tc>
          <w:tcPr>
            <w:tcW w:type="dxa" w:w="2160"/>
          </w:tcPr>
          <w:p>
            <w:r>
              <w:t>Describe the storage conditions for incoming oats, including temperature and humidity controls. How do you monitor these conditions?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1055-0143</w:t>
            </w:r>
          </w:p>
        </w:tc>
        <w:tc>
          <w:tcPr>
            <w:tcW w:type="dxa" w:w="2160"/>
          </w:tcPr>
          <w:p>
            <w:r>
              <w:t>Logistics</w:t>
            </w:r>
          </w:p>
        </w:tc>
        <w:tc>
          <w:tcPr>
            <w:tcW w:type="dxa" w:w="2160"/>
          </w:tcPr>
          <w:p>
            <w:r>
              <w:t>What logistics processes are in place to ensure timely and safe delivery of raw oats to your facility?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1055-0144</w:t>
            </w:r>
          </w:p>
        </w:tc>
        <w:tc>
          <w:tcPr>
            <w:tcW w:type="dxa" w:w="2160"/>
          </w:tcPr>
          <w:p>
            <w:r>
              <w:t>Traceability</w:t>
            </w:r>
          </w:p>
        </w:tc>
        <w:tc>
          <w:tcPr>
            <w:tcW w:type="dxa" w:w="2160"/>
          </w:tcPr>
          <w:p>
            <w:r>
              <w:t>How do you maintain traceability of raw oat inputs from supplier to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1055-0145</w:t>
            </w:r>
          </w:p>
        </w:tc>
        <w:tc>
          <w:tcPr>
            <w:tcW w:type="dxa" w:w="2160"/>
          </w:tcPr>
          <w:p>
            <w:r>
              <w:t>Input Sourcing</w:t>
            </w:r>
          </w:p>
        </w:tc>
        <w:tc>
          <w:tcPr>
            <w:tcW w:type="dxa" w:w="2160"/>
          </w:tcPr>
          <w:p>
            <w:r>
              <w:t>Do you have a preferred supplier list, and how often is it reviewed?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1055-0146</w:t>
            </w:r>
          </w:p>
        </w:tc>
        <w:tc>
          <w:tcPr>
            <w:tcW w:type="dxa" w:w="2160"/>
          </w:tcPr>
          <w:p>
            <w:r>
              <w:t>Quality Assessment</w:t>
            </w:r>
          </w:p>
        </w:tc>
        <w:tc>
          <w:tcPr>
            <w:tcW w:type="dxa" w:w="2160"/>
          </w:tcPr>
          <w:p>
            <w:r>
              <w:t>What specific quality metrics do you track for incoming oat shipments, and how often are they evaluated?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1055-0147</w:t>
            </w:r>
          </w:p>
        </w:tc>
        <w:tc>
          <w:tcPr>
            <w:tcW w:type="dxa" w:w="2160"/>
          </w:tcPr>
          <w:p>
            <w:r>
              <w:t>Moisture Content</w:t>
            </w:r>
          </w:p>
        </w:tc>
        <w:tc>
          <w:tcPr>
            <w:tcW w:type="dxa" w:w="2160"/>
          </w:tcPr>
          <w:p>
            <w:r>
              <w:t>How frequently do you conduct moisture content tests on incoming oats?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1055-0148</w:t>
            </w:r>
          </w:p>
        </w:tc>
        <w:tc>
          <w:tcPr>
            <w:tcW w:type="dxa" w:w="2160"/>
          </w:tcPr>
          <w:p>
            <w:r>
              <w:t>Contaminant Testing</w:t>
            </w:r>
          </w:p>
        </w:tc>
        <w:tc>
          <w:tcPr>
            <w:tcW w:type="dxa" w:w="2160"/>
          </w:tcPr>
          <w:p>
            <w:r>
              <w:t>What is the protocol for handling oats that fail contaminant testing?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1055-0149</w:t>
            </w:r>
          </w:p>
        </w:tc>
        <w:tc>
          <w:tcPr>
            <w:tcW w:type="dxa" w:w="2160"/>
          </w:tcPr>
          <w:p>
            <w:r>
              <w:t>Storage Conditions</w:t>
            </w:r>
          </w:p>
        </w:tc>
        <w:tc>
          <w:tcPr>
            <w:tcW w:type="dxa" w:w="2160"/>
          </w:tcPr>
          <w:p>
            <w:r>
              <w:t>What measures do you take to prevent contamination during the storage of raw oats?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1055-0150</w:t>
            </w:r>
          </w:p>
        </w:tc>
        <w:tc>
          <w:tcPr>
            <w:tcW w:type="dxa" w:w="2160"/>
          </w:tcPr>
          <w:p>
            <w:r>
              <w:t>Logistics</w:t>
            </w:r>
          </w:p>
        </w:tc>
        <w:tc>
          <w:tcPr>
            <w:tcW w:type="dxa" w:w="2160"/>
          </w:tcPr>
          <w:p>
            <w:r>
              <w:t>What transportation methods do you use for raw oat inputs, and how do they impact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1055-0151</w:t>
            </w:r>
          </w:p>
        </w:tc>
        <w:tc>
          <w:tcPr>
            <w:tcW w:type="dxa" w:w="2160"/>
          </w:tcPr>
          <w:p>
            <w:r>
              <w:t>Traceability</w:t>
            </w:r>
          </w:p>
        </w:tc>
        <w:tc>
          <w:tcPr>
            <w:tcW w:type="dxa" w:w="2160"/>
          </w:tcPr>
          <w:p>
            <w:r>
              <w:t>How do you document the origin of each batch of oats received?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1055-0152</w:t>
            </w:r>
          </w:p>
        </w:tc>
        <w:tc>
          <w:tcPr>
            <w:tcW w:type="dxa" w:w="2160"/>
          </w:tcPr>
          <w:p>
            <w:r>
              <w:t>Input Sourcing</w:t>
            </w:r>
          </w:p>
        </w:tc>
        <w:tc>
          <w:tcPr>
            <w:tcW w:type="dxa" w:w="2160"/>
          </w:tcPr>
          <w:p>
            <w:r>
              <w:t xml:space="preserve">Have you ever switched suppliers due to quality issues? If so, please describe the circumstances. </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1055-0153</w:t>
            </w:r>
          </w:p>
        </w:tc>
        <w:tc>
          <w:tcPr>
            <w:tcW w:type="dxa" w:w="2160"/>
          </w:tcPr>
          <w:p>
            <w:r>
              <w:t>Quality Assessment</w:t>
            </w:r>
          </w:p>
        </w:tc>
        <w:tc>
          <w:tcPr>
            <w:tcW w:type="dxa" w:w="2160"/>
          </w:tcPr>
          <w:p>
            <w:r>
              <w:t>Do you have a quality control team responsible for assessing incoming oats? If yes, what qualifications do they have?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1055-0154</w:t>
            </w:r>
          </w:p>
        </w:tc>
        <w:tc>
          <w:tcPr>
            <w:tcW w:type="dxa" w:w="2160"/>
          </w:tcPr>
          <w:p>
            <w:r>
              <w:t>Moisture Content</w:t>
            </w:r>
          </w:p>
        </w:tc>
        <w:tc>
          <w:tcPr>
            <w:tcW w:type="dxa" w:w="2160"/>
          </w:tcPr>
          <w:p>
            <w:r>
              <w:t>What actions do you take if the moisture content exceeds your acceptable range?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1055-0155</w:t>
            </w:r>
          </w:p>
        </w:tc>
        <w:tc>
          <w:tcPr>
            <w:tcW w:type="dxa" w:w="2160"/>
          </w:tcPr>
          <w:p>
            <w:r>
              <w:t>Contaminant Testing</w:t>
            </w:r>
          </w:p>
        </w:tc>
        <w:tc>
          <w:tcPr>
            <w:tcW w:type="dxa" w:w="2160"/>
          </w:tcPr>
          <w:p>
            <w:r>
              <w:t>How do you ensure that contaminant testing is compliant with industry standards?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1055-0156</w:t>
            </w:r>
          </w:p>
        </w:tc>
        <w:tc>
          <w:tcPr>
            <w:tcW w:type="dxa" w:w="2160"/>
          </w:tcPr>
          <w:p>
            <w:r>
              <w:t>Storage Conditions</w:t>
            </w:r>
          </w:p>
        </w:tc>
        <w:tc>
          <w:tcPr>
            <w:tcW w:type="dxa" w:w="2160"/>
          </w:tcPr>
          <w:p>
            <w:r>
              <w:t>What is the maximum duration that raw oats can be stored before quality is compromised?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1055-0157</w:t>
            </w:r>
          </w:p>
        </w:tc>
        <w:tc>
          <w:tcPr>
            <w:tcW w:type="dxa" w:w="2160"/>
          </w:tcPr>
          <w:p>
            <w:r>
              <w:t>Logistics</w:t>
            </w:r>
          </w:p>
        </w:tc>
        <w:tc>
          <w:tcPr>
            <w:tcW w:type="dxa" w:w="2160"/>
          </w:tcPr>
          <w:p>
            <w:r>
              <w:t>How do you manage logistics to minimize damage to oats during transport?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1055-0158</w:t>
            </w:r>
          </w:p>
        </w:tc>
        <w:tc>
          <w:tcPr>
            <w:tcW w:type="dxa" w:w="2160"/>
          </w:tcPr>
          <w:p>
            <w:r>
              <w:t>Traceability</w:t>
            </w:r>
          </w:p>
        </w:tc>
        <w:tc>
          <w:tcPr>
            <w:tcW w:type="dxa" w:w="2160"/>
          </w:tcPr>
          <w:p>
            <w:r>
              <w:t>What software or systems do you use to track the traceability of raw oat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1055-0159</w:t>
            </w:r>
          </w:p>
        </w:tc>
        <w:tc>
          <w:tcPr>
            <w:tcW w:type="dxa" w:w="2160"/>
          </w:tcPr>
          <w:p>
            <w:r>
              <w:t>Input Sourcing</w:t>
            </w:r>
          </w:p>
        </w:tc>
        <w:tc>
          <w:tcPr>
            <w:tcW w:type="dxa" w:w="2160"/>
          </w:tcPr>
          <w:p>
            <w:r>
              <w:t>What percentage of your raw oat inputs come from local versus non-local suppliers?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1055-0160</w:t>
            </w:r>
          </w:p>
        </w:tc>
        <w:tc>
          <w:tcPr>
            <w:tcW w:type="dxa" w:w="2160"/>
          </w:tcPr>
          <w:p>
            <w:r>
              <w:t>Quality Assurance</w:t>
            </w:r>
          </w:p>
        </w:tc>
        <w:tc>
          <w:tcPr>
            <w:tcW w:type="dxa" w:w="2160"/>
          </w:tcPr>
          <w:p>
            <w:r>
              <w:t>What quality control measures are implemented upon receiving oat seeds and other inputs?</w:t>
              <w:br/>
              <w:t>Answer type: text</w:t>
              <w:br/>
              <w:t>Trigger: none</w:t>
              <w:br/>
              <w:t>Required: Yes</w:t>
              <w:br/>
              <w:t>Risk: High</w:t>
            </w:r>
          </w:p>
        </w:tc>
        <w:tc>
          <w:tcPr>
            <w:tcW w:type="dxa" w:w="2160"/>
          </w:tcPr>
          <w:p>
            <w:r>
              <w:t>Primary authority: Quality Control Standards</w:t>
              <w:br/>
              <w:t>Response: ___________________________</w:t>
              <w:br/>
              <w:t>Evidence: ___________________________</w:t>
              <w:br/>
              <w:t>Reviewer conclusion: ___________________________</w:t>
            </w:r>
          </w:p>
        </w:tc>
      </w:tr>
      <w:tr>
        <w:tc>
          <w:tcPr>
            <w:tcW w:type="dxa" w:w="2160"/>
          </w:tcPr>
          <w:p>
            <w:r>
              <w:t>1055-0161</w:t>
            </w:r>
          </w:p>
        </w:tc>
        <w:tc>
          <w:tcPr>
            <w:tcW w:type="dxa" w:w="2160"/>
          </w:tcPr>
          <w:p>
            <w:r>
              <w:t>Operational Process</w:t>
            </w:r>
          </w:p>
        </w:tc>
        <w:tc>
          <w:tcPr>
            <w:tcW w:type="dxa" w:w="2160"/>
          </w:tcPr>
          <w:p>
            <w:r>
              <w:t>How do you track and manage the inventory of received inputs?</w:t>
              <w:br/>
              <w:t>Answer type: text</w:t>
              <w:br/>
              <w:t>Trigger: none</w:t>
              <w:br/>
              <w:t>Required: Yes</w:t>
              <w:br/>
              <w:t>Risk: Medium</w:t>
            </w:r>
          </w:p>
        </w:tc>
        <w:tc>
          <w:tcPr>
            <w:tcW w:type="dxa" w:w="2160"/>
          </w:tcPr>
          <w:p>
            <w:r>
              <w:t>Primary authority: Inventory Management Guidelines</w:t>
              <w:br/>
              <w:t>Response: ___________________________</w:t>
              <w:br/>
              <w:t>Evidence: ___________________________</w:t>
              <w:br/>
              <w:t>Reviewer conclusion: ___________________________</w:t>
            </w:r>
          </w:p>
        </w:tc>
      </w:tr>
      <w:tr>
        <w:tc>
          <w:tcPr>
            <w:tcW w:type="dxa" w:w="2160"/>
          </w:tcPr>
          <w:p>
            <w:r>
              <w:t>1055-0162</w:t>
            </w:r>
          </w:p>
        </w:tc>
        <w:tc>
          <w:tcPr>
            <w:tcW w:type="dxa" w:w="2160"/>
          </w:tcPr>
          <w:p>
            <w:r>
              <w:t>Regulatory Compliance</w:t>
            </w:r>
          </w:p>
        </w:tc>
        <w:tc>
          <w:tcPr>
            <w:tcW w:type="dxa" w:w="2160"/>
          </w:tcPr>
          <w:p>
            <w:r>
              <w:t>What documentation do you maintain to comply with agricultural input regulations?</w:t>
              <w:br/>
              <w:t>Answer type: text</w:t>
              <w:br/>
              <w:t>Trigger: none</w:t>
              <w:br/>
              <w:t>Required: Yes</w:t>
              <w:br/>
              <w:t>Risk: High</w:t>
            </w:r>
          </w:p>
        </w:tc>
        <w:tc>
          <w:tcPr>
            <w:tcW w:type="dxa" w:w="2160"/>
          </w:tcPr>
          <w:p>
            <w:r>
              <w:t>Primary authority: Regulatory Compliance Agencies</w:t>
              <w:br/>
              <w:t>Response: ___________________________</w:t>
              <w:br/>
              <w:t>Evidence: ___________________________</w:t>
              <w:br/>
              <w:t>Reviewer conclusion: ___________________________</w:t>
            </w:r>
          </w:p>
        </w:tc>
      </w:tr>
    </w:tbl>
    <w:p/>
    <w:p>
      <w:pPr>
        <w:pStyle w:val="Heading2"/>
      </w:pPr>
      <w:r>
        <w:t>CULTIVATION-PRACTICES-AGRONOMY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1055-0163</w:t>
            </w:r>
          </w:p>
        </w:tc>
        <w:tc>
          <w:tcPr>
            <w:tcW w:type="dxa" w:w="2160"/>
          </w:tcPr>
          <w:p>
            <w:r>
              <w:t>Crop Rotation</w:t>
            </w:r>
          </w:p>
        </w:tc>
        <w:tc>
          <w:tcPr>
            <w:tcW w:type="dxa" w:w="2160"/>
          </w:tcPr>
          <w:p>
            <w:r>
              <w:t>Describe the specific crop rotation practices you implemented in 2025 for your oat fields. What were the crops used and how did they impact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1055-0164</w:t>
            </w:r>
          </w:p>
        </w:tc>
        <w:tc>
          <w:tcPr>
            <w:tcW w:type="dxa" w:w="2160"/>
          </w:tcPr>
          <w:p>
            <w:r>
              <w:t>Soil Health</w:t>
            </w:r>
          </w:p>
        </w:tc>
        <w:tc>
          <w:tcPr>
            <w:tcW w:type="dxa" w:w="2160"/>
          </w:tcPr>
          <w:p>
            <w:r>
              <w:t>What innovative soil health assessments did you conduct in 2025, and what were the results that influenced your cultivation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1055-0165</w:t>
            </w:r>
          </w:p>
        </w:tc>
        <w:tc>
          <w:tcPr>
            <w:tcW w:type="dxa" w:w="2160"/>
          </w:tcPr>
          <w:p>
            <w:r>
              <w:t>Pest Management</w:t>
            </w:r>
          </w:p>
        </w:tc>
        <w:tc>
          <w:tcPr>
            <w:tcW w:type="dxa" w:w="2160"/>
          </w:tcPr>
          <w:p>
            <w:r>
              <w:t>What new pest management techniques did you trial in 2025, and what data did you collect to evaluate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1055-0166</w:t>
            </w:r>
          </w:p>
        </w:tc>
        <w:tc>
          <w:tcPr>
            <w:tcW w:type="dxa" w:w="2160"/>
          </w:tcPr>
          <w:p>
            <w:r>
              <w:t>Fertilization Techniques</w:t>
            </w:r>
          </w:p>
        </w:tc>
        <w:tc>
          <w:tcPr>
            <w:tcW w:type="dxa" w:w="2160"/>
          </w:tcPr>
          <w:p>
            <w:r>
              <w:t>What novel fertilization techniques were employed in 2025, and how did you measure their impact on oat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1055-0167</w:t>
            </w:r>
          </w:p>
        </w:tc>
        <w:tc>
          <w:tcPr>
            <w:tcW w:type="dxa" w:w="2160"/>
          </w:tcPr>
          <w:p>
            <w:r>
              <w:t>Irrigation Methods</w:t>
            </w:r>
          </w:p>
        </w:tc>
        <w:tc>
          <w:tcPr>
            <w:tcW w:type="dxa" w:w="2160"/>
          </w:tcPr>
          <w:p>
            <w:r>
              <w:t>What experimental irrigation methods did you implement in 2025, and how did they differ from previous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1055-0168</w:t>
            </w:r>
          </w:p>
        </w:tc>
        <w:tc>
          <w:tcPr>
            <w:tcW w:type="dxa" w:w="2160"/>
          </w:tcPr>
          <w:p>
            <w:r>
              <w:t>Sustainability Practices</w:t>
            </w:r>
          </w:p>
        </w:tc>
        <w:tc>
          <w:tcPr>
            <w:tcW w:type="dxa" w:w="2160"/>
          </w:tcPr>
          <w:p>
            <w:r>
              <w:t>Discuss any sustainability practices you adopted in 2025 that were new to your operation. How did you assess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1055-0169</w:t>
            </w:r>
          </w:p>
        </w:tc>
        <w:tc>
          <w:tcPr>
            <w:tcW w:type="dxa" w:w="2160"/>
          </w:tcPr>
          <w:p>
            <w:r>
              <w:t>Seed Selection</w:t>
            </w:r>
          </w:p>
        </w:tc>
        <w:tc>
          <w:tcPr>
            <w:tcW w:type="dxa" w:w="2160"/>
          </w:tcPr>
          <w:p>
            <w:r>
              <w:t>What criteria did you use for seed selection in 2025, and what specific varieties did you choose? How did this influence your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1055-0170</w:t>
            </w:r>
          </w:p>
        </w:tc>
        <w:tc>
          <w:tcPr>
            <w:tcW w:type="dxa" w:w="2160"/>
          </w:tcPr>
          <w:p>
            <w:r>
              <w:t>Yield Optimization</w:t>
            </w:r>
          </w:p>
        </w:tc>
        <w:tc>
          <w:tcPr>
            <w:tcW w:type="dxa" w:w="2160"/>
          </w:tcPr>
          <w:p>
            <w:r>
              <w:t>What innovative practices did you implement in 2025 aimed at yield optimization, and what were the measurable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1055-0171</w:t>
            </w:r>
          </w:p>
        </w:tc>
        <w:tc>
          <w:tcPr>
            <w:tcW w:type="dxa" w:w="2160"/>
          </w:tcPr>
          <w:p>
            <w:r>
              <w:t>Crop Rotation</w:t>
            </w:r>
          </w:p>
        </w:tc>
        <w:tc>
          <w:tcPr>
            <w:tcW w:type="dxa" w:w="2160"/>
          </w:tcPr>
          <w:p>
            <w:r>
              <w:t>How did your crop rotation strategy in 2025 address specific pest or disease issues previously encountered?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1055-0172</w:t>
            </w:r>
          </w:p>
        </w:tc>
        <w:tc>
          <w:tcPr>
            <w:tcW w:type="dxa" w:w="2160"/>
          </w:tcPr>
          <w:p>
            <w:r>
              <w:t>Soil Health</w:t>
            </w:r>
          </w:p>
        </w:tc>
        <w:tc>
          <w:tcPr>
            <w:tcW w:type="dxa" w:w="2160"/>
          </w:tcPr>
          <w:p>
            <w:r>
              <w:t>What specific soil amendments were tested in 2025, and how did you monitor their impact on soil properties?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1055-0173</w:t>
            </w:r>
          </w:p>
        </w:tc>
        <w:tc>
          <w:tcPr>
            <w:tcW w:type="dxa" w:w="2160"/>
          </w:tcPr>
          <w:p>
            <w:r>
              <w:t>Pest Management</w:t>
            </w:r>
          </w:p>
        </w:tc>
        <w:tc>
          <w:tcPr>
            <w:tcW w:type="dxa" w:w="2160"/>
          </w:tcPr>
          <w:p>
            <w:r>
              <w:t>What new technologies or tools did you integrate into your pest management strategies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1055-0174</w:t>
            </w:r>
          </w:p>
        </w:tc>
        <w:tc>
          <w:tcPr>
            <w:tcW w:type="dxa" w:w="2160"/>
          </w:tcPr>
          <w:p>
            <w:r>
              <w:t>Fertilization Techniques</w:t>
            </w:r>
          </w:p>
        </w:tc>
        <w:tc>
          <w:tcPr>
            <w:tcW w:type="dxa" w:w="2160"/>
          </w:tcPr>
          <w:p>
            <w:r>
              <w:t>What specific metrics did you use to evaluate the effectiveness of your fertilization techniques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1055-0175</w:t>
            </w:r>
          </w:p>
        </w:tc>
        <w:tc>
          <w:tcPr>
            <w:tcW w:type="dxa" w:w="2160"/>
          </w:tcPr>
          <w:p>
            <w:r>
              <w:t>Irrigation Methods</w:t>
            </w:r>
          </w:p>
        </w:tc>
        <w:tc>
          <w:tcPr>
            <w:tcW w:type="dxa" w:w="2160"/>
          </w:tcPr>
          <w:p>
            <w:r>
              <w:t>What challenges did you face with your irrigation methods in 2025,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1055-0176</w:t>
            </w:r>
          </w:p>
        </w:tc>
        <w:tc>
          <w:tcPr>
            <w:tcW w:type="dxa" w:w="2160"/>
          </w:tcPr>
          <w:p>
            <w:r>
              <w:t>Sustainability Practices</w:t>
            </w:r>
          </w:p>
        </w:tc>
        <w:tc>
          <w:tcPr>
            <w:tcW w:type="dxa" w:w="2160"/>
          </w:tcPr>
          <w:p>
            <w:r>
              <w:t>What specific sustainability certifications or standards did you pursue in 2025,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1055-0177</w:t>
            </w:r>
          </w:p>
        </w:tc>
        <w:tc>
          <w:tcPr>
            <w:tcW w:type="dxa" w:w="2160"/>
          </w:tcPr>
          <w:p>
            <w:r>
              <w:t>Seed Selection</w:t>
            </w:r>
          </w:p>
        </w:tc>
        <w:tc>
          <w:tcPr>
            <w:tcW w:type="dxa" w:w="2160"/>
          </w:tcPr>
          <w:p>
            <w:r>
              <w:t>How did your seed selection process in 2025 incorporate data from previous years'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1055-0178</w:t>
            </w:r>
          </w:p>
        </w:tc>
        <w:tc>
          <w:tcPr>
            <w:tcW w:type="dxa" w:w="2160"/>
          </w:tcPr>
          <w:p>
            <w:r>
              <w:t>Yield Optimization</w:t>
            </w:r>
          </w:p>
        </w:tc>
        <w:tc>
          <w:tcPr>
            <w:tcW w:type="dxa" w:w="2160"/>
          </w:tcPr>
          <w:p>
            <w:r>
              <w:t>What specific yield optimization technologies or methodologies were tested in 2025,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1055-0179</w:t>
            </w:r>
          </w:p>
        </w:tc>
        <w:tc>
          <w:tcPr>
            <w:tcW w:type="dxa" w:w="2160"/>
          </w:tcPr>
          <w:p>
            <w:r>
              <w:t>Crop Rotation</w:t>
            </w:r>
          </w:p>
        </w:tc>
        <w:tc>
          <w:tcPr>
            <w:tcW w:type="dxa" w:w="2160"/>
          </w:tcPr>
          <w:p>
            <w:r>
              <w:t>What data did you collect to analyze the impact of crop rotation on oat yield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1055-0180</w:t>
            </w:r>
          </w:p>
        </w:tc>
        <w:tc>
          <w:tcPr>
            <w:tcW w:type="dxa" w:w="2160"/>
          </w:tcPr>
          <w:p>
            <w:r>
              <w:t>Soil Health</w:t>
            </w:r>
          </w:p>
        </w:tc>
        <w:tc>
          <w:tcPr>
            <w:tcW w:type="dxa" w:w="2160"/>
          </w:tcPr>
          <w:p>
            <w:r>
              <w:t>What innovative soil testing methods did you employ in 2025, and how did they inform your agronomic decisions?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1055-0181</w:t>
            </w:r>
          </w:p>
        </w:tc>
        <w:tc>
          <w:tcPr>
            <w:tcW w:type="dxa" w:w="2160"/>
          </w:tcPr>
          <w:p>
            <w:r>
              <w:t>Pest Management</w:t>
            </w:r>
          </w:p>
        </w:tc>
        <w:tc>
          <w:tcPr>
            <w:tcW w:type="dxa" w:w="2160"/>
          </w:tcPr>
          <w:p>
            <w:r>
              <w:t>What were the most significant pest challenges you faced in 2025, and how did your management strategies evolve in response?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1055-0182</w:t>
            </w:r>
          </w:p>
        </w:tc>
        <w:tc>
          <w:tcPr>
            <w:tcW w:type="dxa" w:w="2160"/>
          </w:tcPr>
          <w:p>
            <w:r>
              <w:t>Fertilization Techniques</w:t>
            </w:r>
          </w:p>
        </w:tc>
        <w:tc>
          <w:tcPr>
            <w:tcW w:type="dxa" w:w="2160"/>
          </w:tcPr>
          <w:p>
            <w:r>
              <w:t>What specific research or trials informed your fertilization practices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1055-0183</w:t>
            </w:r>
          </w:p>
        </w:tc>
        <w:tc>
          <w:tcPr>
            <w:tcW w:type="dxa" w:w="2160"/>
          </w:tcPr>
          <w:p>
            <w:r>
              <w:t>Irrigation Methods</w:t>
            </w:r>
          </w:p>
        </w:tc>
        <w:tc>
          <w:tcPr>
            <w:tcW w:type="dxa" w:w="2160"/>
          </w:tcPr>
          <w:p>
            <w:r>
              <w:t>How did you evaluate the water efficiency of your irrigation methods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1055-0184</w:t>
            </w:r>
          </w:p>
        </w:tc>
        <w:tc>
          <w:tcPr>
            <w:tcW w:type="dxa" w:w="2160"/>
          </w:tcPr>
          <w:p>
            <w:r>
              <w:t>Sustainability Practices</w:t>
            </w:r>
          </w:p>
        </w:tc>
        <w:tc>
          <w:tcPr>
            <w:tcW w:type="dxa" w:w="2160"/>
          </w:tcPr>
          <w:p>
            <w:r>
              <w:t>What specific metrics did you use to assess the sustainability of your farming practices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1055-0185</w:t>
            </w:r>
          </w:p>
        </w:tc>
        <w:tc>
          <w:tcPr>
            <w:tcW w:type="dxa" w:w="2160"/>
          </w:tcPr>
          <w:p>
            <w:r>
              <w:t>Seed Selection</w:t>
            </w:r>
          </w:p>
        </w:tc>
        <w:tc>
          <w:tcPr>
            <w:tcW w:type="dxa" w:w="2160"/>
          </w:tcPr>
          <w:p>
            <w:r>
              <w:t>What role did genetic research play in your seed selection process for oats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1055-0186</w:t>
            </w:r>
          </w:p>
        </w:tc>
        <w:tc>
          <w:tcPr>
            <w:tcW w:type="dxa" w:w="2160"/>
          </w:tcPr>
          <w:p>
            <w:r>
              <w:t>Yield Optimization</w:t>
            </w:r>
          </w:p>
        </w:tc>
        <w:tc>
          <w:tcPr>
            <w:tcW w:type="dxa" w:w="2160"/>
          </w:tcPr>
          <w:p>
            <w:r>
              <w:t>What innovative harvesting techniques did you explore in 2025 to maximize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1055-0187</w:t>
            </w:r>
          </w:p>
        </w:tc>
        <w:tc>
          <w:tcPr>
            <w:tcW w:type="dxa" w:w="2160"/>
          </w:tcPr>
          <w:p>
            <w:r>
              <w:t>Agronomic Practices</w:t>
            </w:r>
          </w:p>
        </w:tc>
        <w:tc>
          <w:tcPr>
            <w:tcW w:type="dxa" w:w="2160"/>
          </w:tcPr>
          <w:p>
            <w:r>
              <w:t>What innovative cultivation techniques have you implemented to enhance oat yield?</w:t>
              <w:br/>
              <w:t>Answer type: text</w:t>
              <w:br/>
              <w:t>Trigger: none</w:t>
              <w:br/>
              <w:t>Required: Yes</w:t>
              <w:br/>
              <w:t>Risk: High</w:t>
            </w:r>
          </w:p>
        </w:tc>
        <w:tc>
          <w:tcPr>
            <w:tcW w:type="dxa" w:w="2160"/>
          </w:tcPr>
          <w:p>
            <w:r>
              <w:t>Primary authority: Agricultural Research</w:t>
              <w:br/>
              <w:t>Response: ___________________________</w:t>
              <w:br/>
              <w:t>Evidence: ___________________________</w:t>
              <w:br/>
              <w:t>Reviewer conclusion: ___________________________</w:t>
            </w:r>
          </w:p>
        </w:tc>
      </w:tr>
      <w:tr>
        <w:tc>
          <w:tcPr>
            <w:tcW w:type="dxa" w:w="2160"/>
          </w:tcPr>
          <w:p>
            <w:r>
              <w:t>1055-0188</w:t>
            </w:r>
          </w:p>
        </w:tc>
        <w:tc>
          <w:tcPr>
            <w:tcW w:type="dxa" w:w="2160"/>
          </w:tcPr>
          <w:p>
            <w:r>
              <w:t>Soil Management</w:t>
            </w:r>
          </w:p>
        </w:tc>
        <w:tc>
          <w:tcPr>
            <w:tcW w:type="dxa" w:w="2160"/>
          </w:tcPr>
          <w:p>
            <w:r>
              <w:t>How do you assess and improve soil health in your oat fields?</w:t>
              <w:br/>
              <w:t>Answer type: text</w:t>
              <w:br/>
              <w:t>Trigger: none</w:t>
              <w:br/>
              <w:t>Required: Yes</w:t>
              <w:br/>
              <w:t>Risk: Medium</w:t>
            </w:r>
          </w:p>
        </w:tc>
        <w:tc>
          <w:tcPr>
            <w:tcW w:type="dxa" w:w="2160"/>
          </w:tcPr>
          <w:p>
            <w:r>
              <w:t>Primary authority: Soil Conservation Service</w:t>
              <w:br/>
              <w:t>Response: ___________________________</w:t>
              <w:br/>
              <w:t>Evidence: ___________________________</w:t>
              <w:br/>
              <w:t>Reviewer conclusion: ___________________________</w:t>
            </w:r>
          </w:p>
        </w:tc>
      </w:tr>
      <w:tr>
        <w:tc>
          <w:tcPr>
            <w:tcW w:type="dxa" w:w="2160"/>
          </w:tcPr>
          <w:p>
            <w:r>
              <w:t>1055-0189</w:t>
            </w:r>
          </w:p>
        </w:tc>
        <w:tc>
          <w:tcPr>
            <w:tcW w:type="dxa" w:w="2160"/>
          </w:tcPr>
          <w:p>
            <w:r>
              <w:t>Pest Management</w:t>
            </w:r>
          </w:p>
        </w:tc>
        <w:tc>
          <w:tcPr>
            <w:tcW w:type="dxa" w:w="2160"/>
          </w:tcPr>
          <w:p>
            <w:r>
              <w:t>What integrated pest management strategies do you employ during the cultivation of oats?</w:t>
              <w:br/>
              <w:t>Answer type: text</w:t>
              <w:br/>
              <w:t>Trigger: none</w:t>
              <w:br/>
              <w:t>Required: Yes</w:t>
              <w:br/>
              <w:t>Risk: High</w:t>
            </w:r>
          </w:p>
        </w:tc>
        <w:tc>
          <w:tcPr>
            <w:tcW w:type="dxa" w:w="2160"/>
          </w:tcPr>
          <w:p>
            <w:r>
              <w:t>Primary authority: Pest Management Guidelines</w:t>
              <w:br/>
              <w:t>Response: ___________________________</w:t>
              <w:br/>
              <w:t>Evidence: ___________________________</w:t>
              <w:br/>
              <w:t>Reviewer conclusion: ___________________________</w:t>
            </w:r>
          </w:p>
        </w:tc>
      </w:tr>
      <w:tr>
        <w:tc>
          <w:tcPr>
            <w:tcW w:type="dxa" w:w="2160"/>
          </w:tcPr>
          <w:p>
            <w:r>
              <w:t>1055-0190</w:t>
            </w:r>
          </w:p>
        </w:tc>
        <w:tc>
          <w:tcPr>
            <w:tcW w:type="dxa" w:w="2160"/>
          </w:tcPr>
          <w:p>
            <w:r>
              <w:t>Water Management</w:t>
            </w:r>
          </w:p>
        </w:tc>
        <w:tc>
          <w:tcPr>
            <w:tcW w:type="dxa" w:w="2160"/>
          </w:tcPr>
          <w:p>
            <w:r>
              <w:t>How do you manage irrigation to optimize water usage for oat cultivation?</w:t>
              <w:br/>
              <w:t>Answer type: text</w:t>
              <w:br/>
              <w:t>Trigger: none</w:t>
              <w:br/>
              <w:t>Required: Yes</w:t>
              <w:br/>
              <w:t>Risk: Medium</w:t>
            </w:r>
          </w:p>
        </w:tc>
        <w:tc>
          <w:tcPr>
            <w:tcW w:type="dxa" w:w="2160"/>
          </w:tcPr>
          <w:p>
            <w:r>
              <w:t>Primary authority: Water Resource Management</w:t>
              <w:br/>
              <w:t>Response: ___________________________</w:t>
              <w:br/>
              <w:t>Evidence: ___________________________</w:t>
              <w:br/>
              <w:t>Reviewer conclusion: ___________________________</w:t>
            </w:r>
          </w:p>
        </w:tc>
      </w:tr>
      <w:tr>
        <w:tc>
          <w:tcPr>
            <w:tcW w:type="dxa" w:w="2160"/>
          </w:tcPr>
          <w:p>
            <w:r>
              <w:t>1055-0191</w:t>
            </w:r>
          </w:p>
        </w:tc>
        <w:tc>
          <w:tcPr>
            <w:tcW w:type="dxa" w:w="2160"/>
          </w:tcPr>
          <w:p>
            <w:r>
              <w:t>Crop Rotation</w:t>
            </w:r>
          </w:p>
        </w:tc>
        <w:tc>
          <w:tcPr>
            <w:tcW w:type="dxa" w:w="2160"/>
          </w:tcPr>
          <w:p>
            <w:r>
              <w:t>What crop rotation practices do you follow to maintain soil fertility and reduce disease?</w:t>
              <w:br/>
              <w:t>Answer type: text</w:t>
              <w:br/>
              <w:t>Trigger: none</w:t>
              <w:br/>
              <w:t>Required: Yes</w:t>
              <w:br/>
              <w:t>Risk: Medium</w:t>
            </w:r>
          </w:p>
        </w:tc>
        <w:tc>
          <w:tcPr>
            <w:tcW w:type="dxa" w:w="2160"/>
          </w:tcPr>
          <w:p>
            <w:r>
              <w:t>Primary authority: Agricultural Extension Services</w:t>
              <w:br/>
              <w:t>Response: ___________________________</w:t>
              <w:br/>
              <w:t>Evidence: ___________________________</w:t>
              <w:br/>
              <w:t>Reviewer conclusion: ___________________________</w:t>
            </w:r>
          </w:p>
        </w:tc>
      </w:tr>
      <w:tr>
        <w:tc>
          <w:tcPr>
            <w:tcW w:type="dxa" w:w="2160"/>
          </w:tcPr>
          <w:p>
            <w:r>
              <w:t>1055-0192</w:t>
            </w:r>
          </w:p>
        </w:tc>
        <w:tc>
          <w:tcPr>
            <w:tcW w:type="dxa" w:w="2160"/>
          </w:tcPr>
          <w:p>
            <w:r>
              <w:t>Sustainability Practices</w:t>
            </w:r>
          </w:p>
        </w:tc>
        <w:tc>
          <w:tcPr>
            <w:tcW w:type="dxa" w:w="2160"/>
          </w:tcPr>
          <w:p>
            <w:r>
              <w:t>What sustainable practices have you adopted in your oat cultivation process?</w:t>
              <w:br/>
              <w:t>Answer type: text</w:t>
              <w:br/>
              <w:t>Trigger: none</w:t>
              <w:br/>
              <w:t>Required: Yes</w:t>
              <w:br/>
              <w:t>Risk: Medium</w:t>
            </w:r>
          </w:p>
        </w:tc>
        <w:tc>
          <w:tcPr>
            <w:tcW w:type="dxa" w:w="2160"/>
          </w:tcPr>
          <w:p>
            <w:r>
              <w:t>Primary authority: Sustainability Standards</w:t>
              <w:br/>
              <w:t>Response: ___________________________</w:t>
              <w:br/>
              <w:t>Evidence: ___________________________</w:t>
              <w:br/>
              <w:t>Reviewer conclusion: ___________________________</w:t>
            </w:r>
          </w:p>
        </w:tc>
      </w:tr>
      <w:tr>
        <w:tc>
          <w:tcPr>
            <w:tcW w:type="dxa" w:w="2160"/>
          </w:tcPr>
          <w:p>
            <w:r>
              <w:t>1055-0193</w:t>
            </w:r>
          </w:p>
        </w:tc>
        <w:tc>
          <w:tcPr>
            <w:tcW w:type="dxa" w:w="2160"/>
          </w:tcPr>
          <w:p>
            <w:r>
              <w:t>Innovation</w:t>
            </w:r>
          </w:p>
        </w:tc>
        <w:tc>
          <w:tcPr>
            <w:tcW w:type="dxa" w:w="2160"/>
          </w:tcPr>
          <w:p>
            <w:r>
              <w:t>How do you incorporate technology in your cultivation practices to enhance productivity?</w:t>
              <w:br/>
              <w:t>Answer type: text</w:t>
              <w:br/>
              <w:t>Trigger: none</w:t>
              <w:br/>
              <w:t>Required: Yes</w:t>
              <w:br/>
              <w:t>Risk: High</w:t>
            </w:r>
          </w:p>
        </w:tc>
        <w:tc>
          <w:tcPr>
            <w:tcW w:type="dxa" w:w="2160"/>
          </w:tcPr>
          <w:p>
            <w:r>
              <w:t>Primary authority: Agricultural Technology Research</w:t>
              <w:br/>
              <w:t>Response: ___________________________</w:t>
              <w:br/>
              <w:t>Evidence: ___________________________</w:t>
              <w:br/>
              <w:t>Reviewer conclusion: ___________________________</w:t>
            </w:r>
          </w:p>
        </w:tc>
      </w:tr>
    </w:tbl>
    <w:p/>
    <w:p>
      <w:pPr>
        <w:pStyle w:val="Heading2"/>
      </w:pPr>
      <w:r>
        <w:t>HARVESTING-TECHNIQUES-EQUIPMENT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1055-0194</w:t>
            </w:r>
          </w:p>
        </w:tc>
        <w:tc>
          <w:tcPr>
            <w:tcW w:type="dxa" w:w="2160"/>
          </w:tcPr>
          <w:p>
            <w:r>
              <w:t>Harvesting Machinery</w:t>
            </w:r>
          </w:p>
        </w:tc>
        <w:tc>
          <w:tcPr>
            <w:tcW w:type="dxa" w:w="2160"/>
          </w:tcPr>
          <w:p>
            <w:r>
              <w:t>What specific types of harvesting machinery were utilized for oat harvesting in the 2025 tax year? Please list the models and their respective features.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1055-0195</w:t>
            </w:r>
          </w:p>
        </w:tc>
        <w:tc>
          <w:tcPr>
            <w:tcW w:type="dxa" w:w="2160"/>
          </w:tcPr>
          <w:p>
            <w:r>
              <w:t>Harvesting Machinery</w:t>
            </w:r>
          </w:p>
        </w:tc>
        <w:tc>
          <w:tcPr>
            <w:tcW w:type="dxa" w:w="2160"/>
          </w:tcPr>
          <w:p>
            <w:r>
              <w:t>How did you determine the suitability of the harvesting machinery for the oat crop in 2025? Please describe any tests or evaluations conducted.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1055-0196</w:t>
            </w:r>
          </w:p>
        </w:tc>
        <w:tc>
          <w:tcPr>
            <w:tcW w:type="dxa" w:w="2160"/>
          </w:tcPr>
          <w:p>
            <w:r>
              <w:t>Timing and Methods</w:t>
            </w:r>
          </w:p>
        </w:tc>
        <w:tc>
          <w:tcPr>
            <w:tcW w:type="dxa" w:w="2160"/>
          </w:tcPr>
          <w:p>
            <w:r>
              <w:t>What was the optimal timing for harvesting oats in 2025, and how did you determine this timing?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1055-0197</w:t>
            </w:r>
          </w:p>
        </w:tc>
        <w:tc>
          <w:tcPr>
            <w:tcW w:type="dxa" w:w="2160"/>
          </w:tcPr>
          <w:p>
            <w:r>
              <w:t>Timing and Methods</w:t>
            </w:r>
          </w:p>
        </w:tc>
        <w:tc>
          <w:tcPr>
            <w:tcW w:type="dxa" w:w="2160"/>
          </w:tcPr>
          <w:p>
            <w:r>
              <w:t>What specific methods were employed to monitor the moisture content of the oats prior to harvesting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1055-0198</w:t>
            </w:r>
          </w:p>
        </w:tc>
        <w:tc>
          <w:tcPr>
            <w:tcW w:type="dxa" w:w="2160"/>
          </w:tcPr>
          <w:p>
            <w:r>
              <w:t>Post-Harvest Handling</w:t>
            </w:r>
          </w:p>
        </w:tc>
        <w:tc>
          <w:tcPr>
            <w:tcW w:type="dxa" w:w="2160"/>
          </w:tcPr>
          <w:p>
            <w:r>
              <w:t>Describe the post-harvest handling processes implemented for oats in 2025. What innovations or changes were made compared to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1055-0199</w:t>
            </w:r>
          </w:p>
        </w:tc>
        <w:tc>
          <w:tcPr>
            <w:tcW w:type="dxa" w:w="2160"/>
          </w:tcPr>
          <w:p>
            <w:r>
              <w:t>Field Drying</w:t>
            </w:r>
          </w:p>
        </w:tc>
        <w:tc>
          <w:tcPr>
            <w:tcW w:type="dxa" w:w="2160"/>
          </w:tcPr>
          <w:p>
            <w:r>
              <w:t>What techniques were used for field drying oats after harvesting in 2025? How were these techniques evaluated for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1055-0200</w:t>
            </w:r>
          </w:p>
        </w:tc>
        <w:tc>
          <w:tcPr>
            <w:tcW w:type="dxa" w:w="2160"/>
          </w:tcPr>
          <w:p>
            <w:r>
              <w:t>Equipment Calibration</w:t>
            </w:r>
          </w:p>
        </w:tc>
        <w:tc>
          <w:tcPr>
            <w:tcW w:type="dxa" w:w="2160"/>
          </w:tcPr>
          <w:p>
            <w:r>
              <w:t>What calibration procedures were followed for harvesting equipment in 2025 to ensure optimal performance? Please provide details.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1055-0201</w:t>
            </w:r>
          </w:p>
        </w:tc>
        <w:tc>
          <w:tcPr>
            <w:tcW w:type="dxa" w:w="2160"/>
          </w:tcPr>
          <w:p>
            <w:r>
              <w:t>Labor Efficiency</w:t>
            </w:r>
          </w:p>
        </w:tc>
        <w:tc>
          <w:tcPr>
            <w:tcW w:type="dxa" w:w="2160"/>
          </w:tcPr>
          <w:p>
            <w:r>
              <w:t>How did you assess labor efficiency during the oat harvesting process in 2025? What metrics were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1055-0202</w:t>
            </w:r>
          </w:p>
        </w:tc>
        <w:tc>
          <w:tcPr>
            <w:tcW w:type="dxa" w:w="2160"/>
          </w:tcPr>
          <w:p>
            <w:r>
              <w:t>Labor Efficiency</w:t>
            </w:r>
          </w:p>
        </w:tc>
        <w:tc>
          <w:tcPr>
            <w:tcW w:type="dxa" w:w="2160"/>
          </w:tcPr>
          <w:p>
            <w:r>
              <w:t>What training or protocols were implemented to enhance labor efficiency during the harvesting of oats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1055-0203</w:t>
            </w:r>
          </w:p>
        </w:tc>
        <w:tc>
          <w:tcPr>
            <w:tcW w:type="dxa" w:w="2160"/>
          </w:tcPr>
          <w:p>
            <w:r>
              <w:t>Safety Protocols</w:t>
            </w:r>
          </w:p>
        </w:tc>
        <w:tc>
          <w:tcPr>
            <w:tcW w:type="dxa" w:w="2160"/>
          </w:tcPr>
          <w:p>
            <w:r>
              <w:t>What specific safety protocols were established for the oat harvesting process in 2025? How were they communicated to the team?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1055-0204</w:t>
            </w:r>
          </w:p>
        </w:tc>
        <w:tc>
          <w:tcPr>
            <w:tcW w:type="dxa" w:w="2160"/>
          </w:tcPr>
          <w:p>
            <w:r>
              <w:t>Safety Protocols</w:t>
            </w:r>
          </w:p>
        </w:tc>
        <w:tc>
          <w:tcPr>
            <w:tcW w:type="dxa" w:w="2160"/>
          </w:tcPr>
          <w:p>
            <w:r>
              <w:t>Describe any incidents or near-misses related to safety during the 2025 oat harvest. What corrective actions were taken?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1055-0205</w:t>
            </w:r>
          </w:p>
        </w:tc>
        <w:tc>
          <w:tcPr>
            <w:tcW w:type="dxa" w:w="2160"/>
          </w:tcPr>
          <w:p>
            <w:r>
              <w:t>Harvest Logistics</w:t>
            </w:r>
          </w:p>
        </w:tc>
        <w:tc>
          <w:tcPr>
            <w:tcW w:type="dxa" w:w="2160"/>
          </w:tcPr>
          <w:p>
            <w:r>
              <w:t>What logistical challenges did you face during the oat harvest in 2025, and how were they addressed?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1055-0206</w:t>
            </w:r>
          </w:p>
        </w:tc>
        <w:tc>
          <w:tcPr>
            <w:tcW w:type="dxa" w:w="2160"/>
          </w:tcPr>
          <w:p>
            <w:r>
              <w:t>Harvest Logistics</w:t>
            </w:r>
          </w:p>
        </w:tc>
        <w:tc>
          <w:tcPr>
            <w:tcW w:type="dxa" w:w="2160"/>
          </w:tcPr>
          <w:p>
            <w:r>
              <w:t>How was the transportation of harvested oats managed in 2025? Please provide details on routing, timing, and any innovations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1055-0207</w:t>
            </w:r>
          </w:p>
        </w:tc>
        <w:tc>
          <w:tcPr>
            <w:tcW w:type="dxa" w:w="2160"/>
          </w:tcPr>
          <w:p>
            <w:r>
              <w:t>Harvesting Machinery</w:t>
            </w:r>
          </w:p>
        </w:tc>
        <w:tc>
          <w:tcPr>
            <w:tcW w:type="dxa" w:w="2160"/>
          </w:tcPr>
          <w:p>
            <w:r>
              <w:t>What modifications or customizations were made to the harvesting machinery in 2025 to improve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1055-0208</w:t>
            </w:r>
          </w:p>
        </w:tc>
        <w:tc>
          <w:tcPr>
            <w:tcW w:type="dxa" w:w="2160"/>
          </w:tcPr>
          <w:p>
            <w:r>
              <w:t>Timing and Methods</w:t>
            </w:r>
          </w:p>
        </w:tc>
        <w:tc>
          <w:tcPr>
            <w:tcW w:type="dxa" w:w="2160"/>
          </w:tcPr>
          <w:p>
            <w:r>
              <w:t>What criteria were used to decide when to initiate the oat harvest in 2025? Were any experimental methods applied?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1055-0209</w:t>
            </w:r>
          </w:p>
        </w:tc>
        <w:tc>
          <w:tcPr>
            <w:tcW w:type="dxa" w:w="2160"/>
          </w:tcPr>
          <w:p>
            <w:r>
              <w:t>Post-Harvest Handling</w:t>
            </w:r>
          </w:p>
        </w:tc>
        <w:tc>
          <w:tcPr>
            <w:tcW w:type="dxa" w:w="2160"/>
          </w:tcPr>
          <w:p>
            <w:r>
              <w:t>What quality control measures were implemented during the post-harvest handling of oats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1055-0210</w:t>
            </w:r>
          </w:p>
        </w:tc>
        <w:tc>
          <w:tcPr>
            <w:tcW w:type="dxa" w:w="2160"/>
          </w:tcPr>
          <w:p>
            <w:r>
              <w:t>Field Drying</w:t>
            </w:r>
          </w:p>
        </w:tc>
        <w:tc>
          <w:tcPr>
            <w:tcW w:type="dxa" w:w="2160"/>
          </w:tcPr>
          <w:p>
            <w:r>
              <w:t>What environmental factors were monitored during the field drying of oats in 2025, and how did they impact the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1055-0211</w:t>
            </w:r>
          </w:p>
        </w:tc>
        <w:tc>
          <w:tcPr>
            <w:tcW w:type="dxa" w:w="2160"/>
          </w:tcPr>
          <w:p>
            <w:r>
              <w:t>Equipment Calibration</w:t>
            </w:r>
          </w:p>
        </w:tc>
        <w:tc>
          <w:tcPr>
            <w:tcW w:type="dxa" w:w="2160"/>
          </w:tcPr>
          <w:p>
            <w:r>
              <w:t>How often was harvesting equipment calibrated in 2025, and what records were maintained to document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1055-0212</w:t>
            </w:r>
          </w:p>
        </w:tc>
        <w:tc>
          <w:tcPr>
            <w:tcW w:type="dxa" w:w="2160"/>
          </w:tcPr>
          <w:p>
            <w:r>
              <w:t>Labor Efficiency</w:t>
            </w:r>
          </w:p>
        </w:tc>
        <w:tc>
          <w:tcPr>
            <w:tcW w:type="dxa" w:w="2160"/>
          </w:tcPr>
          <w:p>
            <w:r>
              <w:t>What specific tools or technologies were used to track labor efficiency during the oat harvest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1055-0213</w:t>
            </w:r>
          </w:p>
        </w:tc>
        <w:tc>
          <w:tcPr>
            <w:tcW w:type="dxa" w:w="2160"/>
          </w:tcPr>
          <w:p>
            <w:r>
              <w:t>Safety Protocols</w:t>
            </w:r>
          </w:p>
        </w:tc>
        <w:tc>
          <w:tcPr>
            <w:tcW w:type="dxa" w:w="2160"/>
          </w:tcPr>
          <w:p>
            <w:r>
              <w:t>What role did safety training play in the harvesting process for oats in 2025? How was its effectiveness measured?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1055-0214</w:t>
            </w:r>
          </w:p>
        </w:tc>
        <w:tc>
          <w:tcPr>
            <w:tcW w:type="dxa" w:w="2160"/>
          </w:tcPr>
          <w:p>
            <w:r>
              <w:t>Harvest Logistics</w:t>
            </w:r>
          </w:p>
        </w:tc>
        <w:tc>
          <w:tcPr>
            <w:tcW w:type="dxa" w:w="2160"/>
          </w:tcPr>
          <w:p>
            <w:r>
              <w:t>How did you coordinate with suppliers and transporters during the oat harvest in 2025? What challenges were encountered?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1055-0215</w:t>
            </w:r>
          </w:p>
        </w:tc>
        <w:tc>
          <w:tcPr>
            <w:tcW w:type="dxa" w:w="2160"/>
          </w:tcPr>
          <w:p>
            <w:r>
              <w:t>Harvesting Machinery</w:t>
            </w:r>
          </w:p>
        </w:tc>
        <w:tc>
          <w:tcPr>
            <w:tcW w:type="dxa" w:w="2160"/>
          </w:tcPr>
          <w:p>
            <w:r>
              <w:t>What criteria were used to select harvesting machinery for oats in 2025? Were any new technologies considered?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1055-0216</w:t>
            </w:r>
          </w:p>
        </w:tc>
        <w:tc>
          <w:tcPr>
            <w:tcW w:type="dxa" w:w="2160"/>
          </w:tcPr>
          <w:p>
            <w:r>
              <w:t>Harvesting Methods</w:t>
            </w:r>
          </w:p>
        </w:tc>
        <w:tc>
          <w:tcPr>
            <w:tcW w:type="dxa" w:w="2160"/>
          </w:tcPr>
          <w:p>
            <w:r>
              <w:t>What specific methods do you use for harvesting oats to minimize loss?</w:t>
              <w:br/>
              <w:t>Answer type: text</w:t>
              <w:br/>
              <w:t>Trigger: none</w:t>
              <w:br/>
              <w:t>Required: Yes</w:t>
              <w:br/>
              <w:t>Risk: High</w:t>
            </w:r>
          </w:p>
        </w:tc>
        <w:tc>
          <w:tcPr>
            <w:tcW w:type="dxa" w:w="2160"/>
          </w:tcPr>
          <w:p>
            <w:r>
              <w:t>Primary authority: Harvesting Standards</w:t>
              <w:br/>
              <w:t>Response: ___________________________</w:t>
              <w:br/>
              <w:t>Evidence: ___________________________</w:t>
              <w:br/>
              <w:t>Reviewer conclusion: ___________________________</w:t>
            </w:r>
          </w:p>
        </w:tc>
      </w:tr>
      <w:tr>
        <w:tc>
          <w:tcPr>
            <w:tcW w:type="dxa" w:w="2160"/>
          </w:tcPr>
          <w:p>
            <w:r>
              <w:t>1055-0217</w:t>
            </w:r>
          </w:p>
        </w:tc>
        <w:tc>
          <w:tcPr>
            <w:tcW w:type="dxa" w:w="2160"/>
          </w:tcPr>
          <w:p>
            <w:r>
              <w:t>Equipment Maintenance</w:t>
            </w:r>
          </w:p>
        </w:tc>
        <w:tc>
          <w:tcPr>
            <w:tcW w:type="dxa" w:w="2160"/>
          </w:tcPr>
          <w:p>
            <w:r>
              <w:t>How do you ensure that your harvesting equipment is properly maintained and calibrated?</w:t>
              <w:br/>
              <w:t>Answer type: text</w:t>
              <w:br/>
              <w:t>Trigger: none</w:t>
              <w:br/>
              <w:t>Required: Yes</w:t>
              <w:br/>
              <w:t>Risk: Medium</w:t>
            </w:r>
          </w:p>
        </w:tc>
        <w:tc>
          <w:tcPr>
            <w:tcW w:type="dxa" w:w="2160"/>
          </w:tcPr>
          <w:p>
            <w:r>
              <w:t>Primary authority: Equipment Safety Regulations</w:t>
              <w:br/>
              <w:t>Response: ___________________________</w:t>
              <w:br/>
              <w:t>Evidence: ___________________________</w:t>
              <w:br/>
              <w:t>Reviewer conclusion: ___________________________</w:t>
            </w:r>
          </w:p>
        </w:tc>
      </w:tr>
      <w:tr>
        <w:tc>
          <w:tcPr>
            <w:tcW w:type="dxa" w:w="2160"/>
          </w:tcPr>
          <w:p>
            <w:r>
              <w:t>1055-0218</w:t>
            </w:r>
          </w:p>
        </w:tc>
        <w:tc>
          <w:tcPr>
            <w:tcW w:type="dxa" w:w="2160"/>
          </w:tcPr>
          <w:p>
            <w:r>
              <w:t>Labor Management</w:t>
            </w:r>
          </w:p>
        </w:tc>
        <w:tc>
          <w:tcPr>
            <w:tcW w:type="dxa" w:w="2160"/>
          </w:tcPr>
          <w:p>
            <w:r>
              <w:t>How do you train your labor force on safe and efficient harvesting techniques?</w:t>
              <w:br/>
              <w:t>Answer type: text</w:t>
              <w:br/>
              <w:t>Trigger: none</w:t>
              <w:br/>
              <w:t>Required: Yes</w:t>
              <w:br/>
              <w:t>Risk: Medium</w:t>
            </w:r>
          </w:p>
        </w:tc>
        <w:tc>
          <w:tcPr>
            <w:tcW w:type="dxa" w:w="2160"/>
          </w:tcPr>
          <w:p>
            <w:r>
              <w:t>Primary authority: Labor Safety Guidelines</w:t>
              <w:br/>
              <w:t>Response: ___________________________</w:t>
              <w:br/>
              <w:t>Evidence: ___________________________</w:t>
              <w:br/>
              <w:t>Reviewer conclusion: ___________________________</w:t>
            </w:r>
          </w:p>
        </w:tc>
      </w:tr>
      <w:tr>
        <w:tc>
          <w:tcPr>
            <w:tcW w:type="dxa" w:w="2160"/>
          </w:tcPr>
          <w:p>
            <w:r>
              <w:t>1055-0219</w:t>
            </w:r>
          </w:p>
        </w:tc>
        <w:tc>
          <w:tcPr>
            <w:tcW w:type="dxa" w:w="2160"/>
          </w:tcPr>
          <w:p>
            <w:r>
              <w:t>Post-Harvest Handling</w:t>
            </w:r>
          </w:p>
        </w:tc>
        <w:tc>
          <w:tcPr>
            <w:tcW w:type="dxa" w:w="2160"/>
          </w:tcPr>
          <w:p>
            <w:r>
              <w:t>What procedures do you follow for post-harvest handling of oats to maintain quality?</w:t>
              <w:br/>
              <w:t>Answer type: text</w:t>
              <w:br/>
              <w:t>Trigger: none</w:t>
              <w:br/>
              <w:t>Required: Yes</w:t>
              <w:br/>
              <w:t>Risk: High</w:t>
            </w:r>
          </w:p>
        </w:tc>
        <w:tc>
          <w:tcPr>
            <w:tcW w:type="dxa" w:w="2160"/>
          </w:tcPr>
          <w:p>
            <w:r>
              <w:t>Primary authority: Post-Harvest Standards</w:t>
              <w:br/>
              <w:t>Response: ___________________________</w:t>
              <w:br/>
              <w:t>Evidence: ___________________________</w:t>
              <w:br/>
              <w:t>Reviewer conclusion: ___________________________</w:t>
            </w:r>
          </w:p>
        </w:tc>
      </w:tr>
    </w:tbl>
    <w:p/>
    <w:p>
      <w:pPr>
        <w:pStyle w:val="Heading2"/>
      </w:pPr>
      <w:r>
        <w:t>PROCESSING-METHODS-OAT-TRANSFORMATION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1055-0220</w:t>
            </w:r>
          </w:p>
        </w:tc>
        <w:tc>
          <w:tcPr>
            <w:tcW w:type="dxa" w:w="2160"/>
          </w:tcPr>
          <w:p>
            <w:r>
              <w:t>Milling Processes</w:t>
            </w:r>
          </w:p>
        </w:tc>
        <w:tc>
          <w:tcPr>
            <w:tcW w:type="dxa" w:w="2160"/>
          </w:tcPr>
          <w:p>
            <w:r>
              <w:t>Describe the specific milling processes used to transform raw oats into flour. What experimental methods were implemented to optimize these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1055-0221</w:t>
            </w:r>
          </w:p>
        </w:tc>
        <w:tc>
          <w:tcPr>
            <w:tcW w:type="dxa" w:w="2160"/>
          </w:tcPr>
          <w:p>
            <w:r>
              <w:t>Flaking</w:t>
            </w:r>
          </w:p>
        </w:tc>
        <w:tc>
          <w:tcPr>
            <w:tcW w:type="dxa" w:w="2160"/>
          </w:tcPr>
          <w:p>
            <w:r>
              <w:t>What techniques are employed in the flaking process of oats? Please provide details on any innovative methods tested to improve flake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1055-0222</w:t>
            </w:r>
          </w:p>
        </w:tc>
        <w:tc>
          <w:tcPr>
            <w:tcW w:type="dxa" w:w="2160"/>
          </w:tcPr>
          <w:p>
            <w:r>
              <w:t>Toasting</w:t>
            </w:r>
          </w:p>
        </w:tc>
        <w:tc>
          <w:tcPr>
            <w:tcW w:type="dxa" w:w="2160"/>
          </w:tcPr>
          <w:p>
            <w:r>
              <w:t>Explain the toasting process for oats. Were there any trials conducted to determine the optimal temperature and duration for toasting?</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1055-0223</w:t>
            </w:r>
          </w:p>
        </w:tc>
        <w:tc>
          <w:tcPr>
            <w:tcW w:type="dxa" w:w="2160"/>
          </w:tcPr>
          <w:p>
            <w:r>
              <w:t>Steam Treatment</w:t>
            </w:r>
          </w:p>
        </w:tc>
        <w:tc>
          <w:tcPr>
            <w:tcW w:type="dxa" w:w="2160"/>
          </w:tcPr>
          <w:p>
            <w:r>
              <w:t>What steam treatment methods are utilized in processing oats? Describe any experimental approaches taken to assess their impact on product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1055-0224</w:t>
            </w:r>
          </w:p>
        </w:tc>
        <w:tc>
          <w:tcPr>
            <w:tcW w:type="dxa" w:w="2160"/>
          </w:tcPr>
          <w:p>
            <w:r>
              <w:t>Quality Control</w:t>
            </w:r>
          </w:p>
        </w:tc>
        <w:tc>
          <w:tcPr>
            <w:tcW w:type="dxa" w:w="2160"/>
          </w:tcPr>
          <w:p>
            <w:r>
              <w:t>Detail the quality control measures in place during the oat processing stages. How do these measures incorporate experimental data to refine processes?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1055-0225</w:t>
            </w:r>
          </w:p>
        </w:tc>
        <w:tc>
          <w:tcPr>
            <w:tcW w:type="dxa" w:w="2160"/>
          </w:tcPr>
          <w:p>
            <w:r>
              <w:t>Equipment Used</w:t>
            </w:r>
          </w:p>
        </w:tc>
        <w:tc>
          <w:tcPr>
            <w:tcW w:type="dxa" w:w="2160"/>
          </w:tcPr>
          <w:p>
            <w:r>
              <w:t>List the equipment used in the oat processing line. Were any modifications or experimental setups tested to enhance efficiency?</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1055-0226</w:t>
            </w:r>
          </w:p>
        </w:tc>
        <w:tc>
          <w:tcPr>
            <w:tcW w:type="dxa" w:w="2160"/>
          </w:tcPr>
          <w:p>
            <w:r>
              <w:t>Process Optimization</w:t>
            </w:r>
          </w:p>
        </w:tc>
        <w:tc>
          <w:tcPr>
            <w:tcW w:type="dxa" w:w="2160"/>
          </w:tcPr>
          <w:p>
            <w:r>
              <w:t>What specific process optimization techniques have been implemented in oat processing? Provide examples of any trials conducted to assess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1055-0227</w:t>
            </w:r>
          </w:p>
        </w:tc>
        <w:tc>
          <w:tcPr>
            <w:tcW w:type="dxa" w:w="2160"/>
          </w:tcPr>
          <w:p>
            <w:r>
              <w:t>Energy Efficiency</w:t>
            </w:r>
          </w:p>
        </w:tc>
        <w:tc>
          <w:tcPr>
            <w:tcW w:type="dxa" w:w="2160"/>
          </w:tcPr>
          <w:p>
            <w:r>
              <w:t>Describe any initiatives taken to improve energy efficiency in the oat processing facility. Were there experimental results that guided these initiatives?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1055-0228</w:t>
            </w:r>
          </w:p>
        </w:tc>
        <w:tc>
          <w:tcPr>
            <w:tcW w:type="dxa" w:w="2160"/>
          </w:tcPr>
          <w:p>
            <w:r>
              <w:t>Milling Processes</w:t>
            </w:r>
          </w:p>
        </w:tc>
        <w:tc>
          <w:tcPr>
            <w:tcW w:type="dxa" w:w="2160"/>
          </w:tcPr>
          <w:p>
            <w:r>
              <w:t>What specific challenges have been encountered during the milling of oats, and what experimental solutions were tested?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1055-0229</w:t>
            </w:r>
          </w:p>
        </w:tc>
        <w:tc>
          <w:tcPr>
            <w:tcW w:type="dxa" w:w="2160"/>
          </w:tcPr>
          <w:p>
            <w:r>
              <w:t>Flaking</w:t>
            </w:r>
          </w:p>
        </w:tc>
        <w:tc>
          <w:tcPr>
            <w:tcW w:type="dxa" w:w="2160"/>
          </w:tcPr>
          <w:p>
            <w:r>
              <w:t>How do you evaluate the consistency of flaked oats? Describe any experimental methods used to enhance consistency.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1055-0230</w:t>
            </w:r>
          </w:p>
        </w:tc>
        <w:tc>
          <w:tcPr>
            <w:tcW w:type="dxa" w:w="2160"/>
          </w:tcPr>
          <w:p>
            <w:r>
              <w:t>Toasting</w:t>
            </w:r>
          </w:p>
        </w:tc>
        <w:tc>
          <w:tcPr>
            <w:tcW w:type="dxa" w:w="2160"/>
          </w:tcPr>
          <w:p>
            <w:r>
              <w:t>What parameters are monitored during the toasting process? Have any experimental adjustments been made based on these parameters?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1055-0231</w:t>
            </w:r>
          </w:p>
        </w:tc>
        <w:tc>
          <w:tcPr>
            <w:tcW w:type="dxa" w:w="2160"/>
          </w:tcPr>
          <w:p>
            <w:r>
              <w:t>Steam Treatment</w:t>
            </w:r>
          </w:p>
        </w:tc>
        <w:tc>
          <w:tcPr>
            <w:tcW w:type="dxa" w:w="2160"/>
          </w:tcPr>
          <w:p>
            <w:r>
              <w:t>Can you provide details on the steam treatment duration and pressure used? Were any experimental variations tested?</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1055-0232</w:t>
            </w:r>
          </w:p>
        </w:tc>
        <w:tc>
          <w:tcPr>
            <w:tcW w:type="dxa" w:w="2160"/>
          </w:tcPr>
          <w:p>
            <w:r>
              <w:t>Quality Control</w:t>
            </w:r>
          </w:p>
        </w:tc>
        <w:tc>
          <w:tcPr>
            <w:tcW w:type="dxa" w:w="2160"/>
          </w:tcPr>
          <w:p>
            <w:r>
              <w:t>What metrics are used to assess the quality of processed oats? Describe any experimental approaches taken to refine these metrics.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1055-0233</w:t>
            </w:r>
          </w:p>
        </w:tc>
        <w:tc>
          <w:tcPr>
            <w:tcW w:type="dxa" w:w="2160"/>
          </w:tcPr>
          <w:p>
            <w:r>
              <w:t>Equipment Used</w:t>
            </w:r>
          </w:p>
        </w:tc>
        <w:tc>
          <w:tcPr>
            <w:tcW w:type="dxa" w:w="2160"/>
          </w:tcPr>
          <w:p>
            <w:r>
              <w:t>What specific technologies are employed in the oat processing equipment? Have any experimental technologies been piloted?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1055-0234</w:t>
            </w:r>
          </w:p>
        </w:tc>
        <w:tc>
          <w:tcPr>
            <w:tcW w:type="dxa" w:w="2160"/>
          </w:tcPr>
          <w:p>
            <w:r>
              <w:t>Process Optimization</w:t>
            </w:r>
          </w:p>
        </w:tc>
        <w:tc>
          <w:tcPr>
            <w:tcW w:type="dxa" w:w="2160"/>
          </w:tcPr>
          <w:p>
            <w:r>
              <w:t>What specific metrics do you use to measure process optimization in oat processing? Describe any experimental findings that influenced these metrics.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1055-0235</w:t>
            </w:r>
          </w:p>
        </w:tc>
        <w:tc>
          <w:tcPr>
            <w:tcW w:type="dxa" w:w="2160"/>
          </w:tcPr>
          <w:p>
            <w:r>
              <w:t>Energy Efficiency</w:t>
            </w:r>
          </w:p>
        </w:tc>
        <w:tc>
          <w:tcPr>
            <w:tcW w:type="dxa" w:w="2160"/>
          </w:tcPr>
          <w:p>
            <w:r>
              <w:t>What energy consumption data do you track during oat processing? Have any experimental methods been used to analyze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1055-0236</w:t>
            </w:r>
          </w:p>
        </w:tc>
        <w:tc>
          <w:tcPr>
            <w:tcW w:type="dxa" w:w="2160"/>
          </w:tcPr>
          <w:p>
            <w:r>
              <w:t>Milling Processes</w:t>
            </w:r>
          </w:p>
        </w:tc>
        <w:tc>
          <w:tcPr>
            <w:tcW w:type="dxa" w:w="2160"/>
          </w:tcPr>
          <w:p>
            <w:r>
              <w:t>How do you ensure that the milling process meets industry standards? Describe any experimental validations performed.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1055-0237</w:t>
            </w:r>
          </w:p>
        </w:tc>
        <w:tc>
          <w:tcPr>
            <w:tcW w:type="dxa" w:w="2160"/>
          </w:tcPr>
          <w:p>
            <w:r>
              <w:t>Flaking</w:t>
            </w:r>
          </w:p>
        </w:tc>
        <w:tc>
          <w:tcPr>
            <w:tcW w:type="dxa" w:w="2160"/>
          </w:tcPr>
          <w:p>
            <w:r>
              <w:t>What are the key performance indicators (KPIs) for the flaking process? Have any experimental methods been used to enhance these KPIs?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1055-0238</w:t>
            </w:r>
          </w:p>
        </w:tc>
        <w:tc>
          <w:tcPr>
            <w:tcW w:type="dxa" w:w="2160"/>
          </w:tcPr>
          <w:p>
            <w:r>
              <w:t>Toasting</w:t>
            </w:r>
          </w:p>
        </w:tc>
        <w:tc>
          <w:tcPr>
            <w:tcW w:type="dxa" w:w="2160"/>
          </w:tcPr>
          <w:p>
            <w:r>
              <w:t>What safety protocols are in place during the toasting process? Have any experimental safety measures been implemented?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1055-0239</w:t>
            </w:r>
          </w:p>
        </w:tc>
        <w:tc>
          <w:tcPr>
            <w:tcW w:type="dxa" w:w="2160"/>
          </w:tcPr>
          <w:p>
            <w:r>
              <w:t>Steam Treatment</w:t>
            </w:r>
          </w:p>
        </w:tc>
        <w:tc>
          <w:tcPr>
            <w:tcW w:type="dxa" w:w="2160"/>
          </w:tcPr>
          <w:p>
            <w:r>
              <w:t>What specific outcomes are measured after steam treatment of oats? Describe any experimental adjustments made based on these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1055-0240</w:t>
            </w:r>
          </w:p>
        </w:tc>
        <w:tc>
          <w:tcPr>
            <w:tcW w:type="dxa" w:w="2160"/>
          </w:tcPr>
          <w:p>
            <w:r>
              <w:t>Quality Control</w:t>
            </w:r>
          </w:p>
        </w:tc>
        <w:tc>
          <w:tcPr>
            <w:tcW w:type="dxa" w:w="2160"/>
          </w:tcPr>
          <w:p>
            <w:r>
              <w:t>How do you document quality control findings during the oat processing? Are there any experimental documentation methods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1055-0241</w:t>
            </w:r>
          </w:p>
        </w:tc>
        <w:tc>
          <w:tcPr>
            <w:tcW w:type="dxa" w:w="2160"/>
          </w:tcPr>
          <w:p>
            <w:r>
              <w:t>Equipment Used</w:t>
            </w:r>
          </w:p>
        </w:tc>
        <w:tc>
          <w:tcPr>
            <w:tcW w:type="dxa" w:w="2160"/>
          </w:tcPr>
          <w:p>
            <w:r>
              <w:t>What maintenance protocols are followed for processing equipment? Have any experimental maintenance approaches been tested?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1055-0242</w:t>
            </w:r>
          </w:p>
        </w:tc>
        <w:tc>
          <w:tcPr>
            <w:tcW w:type="dxa" w:w="2160"/>
          </w:tcPr>
          <w:p>
            <w:r>
              <w:t>Process Optimization</w:t>
            </w:r>
          </w:p>
        </w:tc>
        <w:tc>
          <w:tcPr>
            <w:tcW w:type="dxa" w:w="2160"/>
          </w:tcPr>
          <w:p>
            <w:r>
              <w:t>What role does employee feedback play in process optimization? Describe any experimental feedback mechanisms established.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1055-0243</w:t>
            </w:r>
          </w:p>
        </w:tc>
        <w:tc>
          <w:tcPr>
            <w:tcW w:type="dxa" w:w="2160"/>
          </w:tcPr>
          <w:p>
            <w:r>
              <w:t>Energy Efficiency</w:t>
            </w:r>
          </w:p>
        </w:tc>
        <w:tc>
          <w:tcPr>
            <w:tcW w:type="dxa" w:w="2160"/>
          </w:tcPr>
          <w:p>
            <w:r>
              <w:t>What specific energy-saving technologies have been implemented in oat processing? Were any experimental assessments conducted to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1055-0244</w:t>
            </w:r>
          </w:p>
        </w:tc>
        <w:tc>
          <w:tcPr>
            <w:tcW w:type="dxa" w:w="2160"/>
          </w:tcPr>
          <w:p>
            <w:r>
              <w:t>Processing Techniques</w:t>
            </w:r>
          </w:p>
        </w:tc>
        <w:tc>
          <w:tcPr>
            <w:tcW w:type="dxa" w:w="2160"/>
          </w:tcPr>
          <w:p>
            <w:r>
              <w:t>What innovative processing methods do you use to transform raw oats into finished products?</w:t>
              <w:br/>
              <w:t>Answer type: text</w:t>
              <w:br/>
              <w:t>Trigger: none</w:t>
              <w:br/>
              <w:t>Required: Yes</w:t>
              <w:br/>
              <w:t>Risk: High</w:t>
            </w:r>
          </w:p>
        </w:tc>
        <w:tc>
          <w:tcPr>
            <w:tcW w:type="dxa" w:w="2160"/>
          </w:tcPr>
          <w:p>
            <w:r>
              <w:t>Primary authority: Food Processing Standards</w:t>
              <w:br/>
              <w:t>Response: ___________________________</w:t>
              <w:br/>
              <w:t>Evidence: ___________________________</w:t>
              <w:br/>
              <w:t>Reviewer conclusion: ___________________________</w:t>
            </w:r>
          </w:p>
        </w:tc>
      </w:tr>
      <w:tr>
        <w:tc>
          <w:tcPr>
            <w:tcW w:type="dxa" w:w="2160"/>
          </w:tcPr>
          <w:p>
            <w:r>
              <w:t>1055-0245</w:t>
            </w:r>
          </w:p>
        </w:tc>
        <w:tc>
          <w:tcPr>
            <w:tcW w:type="dxa" w:w="2160"/>
          </w:tcPr>
          <w:p>
            <w:r>
              <w:t>Quality Control</w:t>
            </w:r>
          </w:p>
        </w:tc>
        <w:tc>
          <w:tcPr>
            <w:tcW w:type="dxa" w:w="2160"/>
          </w:tcPr>
          <w:p>
            <w:r>
              <w:t>How do you ensure quality control during the oat processing phase?</w:t>
              <w:br/>
              <w:t>Answer type: text</w:t>
              <w:br/>
              <w:t>Trigger: none</w:t>
              <w:br/>
              <w:t>Required: Yes</w:t>
              <w:br/>
              <w:t>Risk: High</w:t>
            </w:r>
          </w:p>
        </w:tc>
        <w:tc>
          <w:tcPr>
            <w:tcW w:type="dxa" w:w="2160"/>
          </w:tcPr>
          <w:p>
            <w:r>
              <w:t>Primary authority: Quality Assurance Standards</w:t>
              <w:br/>
              <w:t>Response: ___________________________</w:t>
              <w:br/>
              <w:t>Evidence: ___________________________</w:t>
              <w:br/>
              <w:t>Reviewer conclusion: ___________________________</w:t>
            </w:r>
          </w:p>
        </w:tc>
      </w:tr>
      <w:tr>
        <w:tc>
          <w:tcPr>
            <w:tcW w:type="dxa" w:w="2160"/>
          </w:tcPr>
          <w:p>
            <w:r>
              <w:t>1055-0246</w:t>
            </w:r>
          </w:p>
        </w:tc>
        <w:tc>
          <w:tcPr>
            <w:tcW w:type="dxa" w:w="2160"/>
          </w:tcPr>
          <w:p>
            <w:r>
              <w:t>Equipment Utilization</w:t>
            </w:r>
          </w:p>
        </w:tc>
        <w:tc>
          <w:tcPr>
            <w:tcW w:type="dxa" w:w="2160"/>
          </w:tcPr>
          <w:p>
            <w:r>
              <w:t>What types of equipment do you use in the processing of oats and how are they selected?</w:t>
              <w:br/>
              <w:t>Answer type: text</w:t>
              <w:br/>
              <w:t>Trigger: none</w:t>
              <w:br/>
              <w:t>Required: Yes</w:t>
              <w:br/>
              <w:t>Risk: Medium</w:t>
            </w:r>
          </w:p>
        </w:tc>
        <w:tc>
          <w:tcPr>
            <w:tcW w:type="dxa" w:w="2160"/>
          </w:tcPr>
          <w:p>
            <w:r>
              <w:t>Primary authority: Equipment Standards</w:t>
              <w:br/>
              <w:t>Response: ___________________________</w:t>
              <w:br/>
              <w:t>Evidence: ___________________________</w:t>
              <w:br/>
              <w:t>Reviewer conclusion: ___________________________</w:t>
            </w:r>
          </w:p>
        </w:tc>
      </w:tr>
      <w:tr>
        <w:tc>
          <w:tcPr>
            <w:tcW w:type="dxa" w:w="2160"/>
          </w:tcPr>
          <w:p>
            <w:r>
              <w:t>1055-0247</w:t>
            </w:r>
          </w:p>
        </w:tc>
        <w:tc>
          <w:tcPr>
            <w:tcW w:type="dxa" w:w="2160"/>
          </w:tcPr>
          <w:p>
            <w:r>
              <w:t>Safety Procedures</w:t>
            </w:r>
          </w:p>
        </w:tc>
        <w:tc>
          <w:tcPr>
            <w:tcW w:type="dxa" w:w="2160"/>
          </w:tcPr>
          <w:p>
            <w:r>
              <w:t>What safety procedures are in place to protect workers during the oat processing?</w:t>
              <w:br/>
              <w:t>Answer type: text</w:t>
              <w:br/>
              <w:t>Trigger: none</w:t>
              <w:br/>
              <w:t>Required: Yes</w:t>
              <w:br/>
              <w:t>Risk: High</w:t>
            </w:r>
          </w:p>
        </w:tc>
        <w:tc>
          <w:tcPr>
            <w:tcW w:type="dxa" w:w="2160"/>
          </w:tcPr>
          <w:p>
            <w:r>
              <w:t>Primary authority: Occupational Safety Regulations</w:t>
              <w:br/>
              <w:t>Response: ___________________________</w:t>
              <w:br/>
              <w:t>Evidence: ___________________________</w:t>
              <w:br/>
              <w:t>Reviewer conclusion: ___________________________</w:t>
            </w:r>
          </w:p>
        </w:tc>
      </w:tr>
    </w:tbl>
    <w:p/>
    <w:p>
      <w:pPr>
        <w:pStyle w:val="Heading2"/>
      </w:pPr>
      <w:r>
        <w:t>QUALITY-LAB-TESTING-PROCEDURES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1055-0248</w:t>
            </w:r>
          </w:p>
        </w:tc>
        <w:tc>
          <w:tcPr>
            <w:tcW w:type="dxa" w:w="2160"/>
          </w:tcPr>
          <w:p>
            <w:r>
              <w:t>Nutritional Analysis</w:t>
            </w:r>
          </w:p>
        </w:tc>
        <w:tc>
          <w:tcPr>
            <w:tcW w:type="dxa" w:w="2160"/>
          </w:tcPr>
          <w:p>
            <w:r>
              <w:t>What specific nutritional parameters do you analyze for your oats, and how do you determine their significance in your quality control process?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1055-0249</w:t>
            </w:r>
          </w:p>
        </w:tc>
        <w:tc>
          <w:tcPr>
            <w:tcW w:type="dxa" w:w="2160"/>
          </w:tcPr>
          <w:p>
            <w:r>
              <w:t>Microbial Testing</w:t>
            </w:r>
          </w:p>
        </w:tc>
        <w:tc>
          <w:tcPr>
            <w:tcW w:type="dxa" w:w="2160"/>
          </w:tcPr>
          <w:p>
            <w:r>
              <w:t>What microbial tests are performed on your oats, and how frequently are these tests conducted?</w:t>
              <w:br/>
              <w:t>Answer type: Integer + details</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1055-0250</w:t>
            </w:r>
          </w:p>
        </w:tc>
        <w:tc>
          <w:tcPr>
            <w:tcW w:type="dxa" w:w="2160"/>
          </w:tcPr>
          <w:p>
            <w:r>
              <w:t>Chemical Residue Analysis</w:t>
            </w:r>
          </w:p>
        </w:tc>
        <w:tc>
          <w:tcPr>
            <w:tcW w:type="dxa" w:w="2160"/>
          </w:tcPr>
          <w:p>
            <w:r>
              <w:t>Which specific chemical residues are tested for in your oats, and what thresholds do you use to determine compliance?</w:t>
              <w:br/>
              <w:t>Answer type: Long text</w:t>
              <w:br/>
              <w:t>Trigger: Always</w:t>
              <w:br/>
              <w:t>Required: Yes</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1055-0251</w:t>
            </w:r>
          </w:p>
        </w:tc>
        <w:tc>
          <w:tcPr>
            <w:tcW w:type="dxa" w:w="2160"/>
          </w:tcPr>
          <w:p>
            <w:r>
              <w:t>Physical Properties</w:t>
            </w:r>
          </w:p>
        </w:tc>
        <w:tc>
          <w:tcPr>
            <w:tcW w:type="dxa" w:w="2160"/>
          </w:tcPr>
          <w:p>
            <w:r>
              <w:t>What physical properties of oats do you measure (e.g., moisture content, grain size), and how do these measurements impact your product quality?</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1055-0252</w:t>
            </w:r>
          </w:p>
        </w:tc>
        <w:tc>
          <w:tcPr>
            <w:tcW w:type="dxa" w:w="2160"/>
          </w:tcPr>
          <w:p>
            <w:r>
              <w:t>Quality Assurance</w:t>
            </w:r>
          </w:p>
        </w:tc>
        <w:tc>
          <w:tcPr>
            <w:tcW w:type="dxa" w:w="2160"/>
          </w:tcPr>
          <w:p>
            <w:r>
              <w:t>Describe your quality assurance protocols for lab testing of oats. How do you ensure consistency and accuracy in your testing procedures?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1055-0253</w:t>
            </w:r>
          </w:p>
        </w:tc>
        <w:tc>
          <w:tcPr>
            <w:tcW w:type="dxa" w:w="2160"/>
          </w:tcPr>
          <w:p>
            <w:r>
              <w:t>Standard Operating Procedures</w:t>
            </w:r>
          </w:p>
        </w:tc>
        <w:tc>
          <w:tcPr>
            <w:tcW w:type="dxa" w:w="2160"/>
          </w:tcPr>
          <w:p>
            <w:r>
              <w:t>What standard operating procedures (SOPs) do you have in place for lab testing of oats, and how often are they reviewed and updated?</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1055-0254</w:t>
            </w:r>
          </w:p>
        </w:tc>
        <w:tc>
          <w:tcPr>
            <w:tcW w:type="dxa" w:w="2160"/>
          </w:tcPr>
          <w:p>
            <w:r>
              <w:t>Certifications</w:t>
            </w:r>
          </w:p>
        </w:tc>
        <w:tc>
          <w:tcPr>
            <w:tcW w:type="dxa" w:w="2160"/>
          </w:tcPr>
          <w:p>
            <w:r>
              <w:t>What certifications do your lab testing processes hold (e.g., ISO, GMP), and how do these certifications impact your testing protocols?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1055-0255</w:t>
            </w:r>
          </w:p>
        </w:tc>
        <w:tc>
          <w:tcPr>
            <w:tcW w:type="dxa" w:w="2160"/>
          </w:tcPr>
          <w:p>
            <w:r>
              <w:t>Traceability</w:t>
            </w:r>
          </w:p>
        </w:tc>
        <w:tc>
          <w:tcPr>
            <w:tcW w:type="dxa" w:w="2160"/>
          </w:tcPr>
          <w:p>
            <w:r>
              <w:t>How do you ensure traceability of oats through your testing process, from farm to lab?</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1055-0256</w:t>
            </w:r>
          </w:p>
        </w:tc>
        <w:tc>
          <w:tcPr>
            <w:tcW w:type="dxa" w:w="2160"/>
          </w:tcPr>
          <w:p>
            <w:r>
              <w:t>Nutritional Analysis</w:t>
            </w:r>
          </w:p>
        </w:tc>
        <w:tc>
          <w:tcPr>
            <w:tcW w:type="dxa" w:w="2160"/>
          </w:tcPr>
          <w:p>
            <w:r>
              <w:t>How do you validate the methods used for nutritional analysis of your oats?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1055-0257</w:t>
            </w:r>
          </w:p>
        </w:tc>
        <w:tc>
          <w:tcPr>
            <w:tcW w:type="dxa" w:w="2160"/>
          </w:tcPr>
          <w:p>
            <w:r>
              <w:t>Microbial Testing</w:t>
            </w:r>
          </w:p>
        </w:tc>
        <w:tc>
          <w:tcPr>
            <w:tcW w:type="dxa" w:w="2160"/>
          </w:tcPr>
          <w:p>
            <w:r>
              <w:t>What specific microbial strains are of concern for your oat products, and how do you address potential contamination?</w:t>
              <w:br/>
              <w:t>Answer type: Long text</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1055-0258</w:t>
            </w:r>
          </w:p>
        </w:tc>
        <w:tc>
          <w:tcPr>
            <w:tcW w:type="dxa" w:w="2160"/>
          </w:tcPr>
          <w:p>
            <w:r>
              <w:t>Chemical Residue Analysis</w:t>
            </w:r>
          </w:p>
        </w:tc>
        <w:tc>
          <w:tcPr>
            <w:tcW w:type="dxa" w:w="2160"/>
          </w:tcPr>
          <w:p>
            <w:r>
              <w:t>What laboratory techniques do you use for chemical residue analysis, and how do you ensure they are up to date with regulatory standards?</w:t>
              <w:br/>
              <w:t>Answer type: Long text</w:t>
              <w:br/>
              <w:t>Trigger: Always</w:t>
              <w:br/>
              <w:t>Required: Yes</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1055-0259</w:t>
            </w:r>
          </w:p>
        </w:tc>
        <w:tc>
          <w:tcPr>
            <w:tcW w:type="dxa" w:w="2160"/>
          </w:tcPr>
          <w:p>
            <w:r>
              <w:t>Physical Properties</w:t>
            </w:r>
          </w:p>
        </w:tc>
        <w:tc>
          <w:tcPr>
            <w:tcW w:type="dxa" w:w="2160"/>
          </w:tcPr>
          <w:p>
            <w:r>
              <w:t>How do you document and analyze the physical properties of oats during the testing phase?</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1055-0260</w:t>
            </w:r>
          </w:p>
        </w:tc>
        <w:tc>
          <w:tcPr>
            <w:tcW w:type="dxa" w:w="2160"/>
          </w:tcPr>
          <w:p>
            <w:r>
              <w:t>Quality Assurance</w:t>
            </w:r>
          </w:p>
        </w:tc>
        <w:tc>
          <w:tcPr>
            <w:tcW w:type="dxa" w:w="2160"/>
          </w:tcPr>
          <w:p>
            <w:r>
              <w:t>What role does employee training play in your quality assurance process for lab testing of oats?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1055-0261</w:t>
            </w:r>
          </w:p>
        </w:tc>
        <w:tc>
          <w:tcPr>
            <w:tcW w:type="dxa" w:w="2160"/>
          </w:tcPr>
          <w:p>
            <w:r>
              <w:t>Standard Operating Procedures</w:t>
            </w:r>
          </w:p>
        </w:tc>
        <w:tc>
          <w:tcPr>
            <w:tcW w:type="dxa" w:w="2160"/>
          </w:tcPr>
          <w:p>
            <w:r>
              <w:t>Can you provide examples of how deviations from standard operating procedures are managed and documented?</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1055-0262</w:t>
            </w:r>
          </w:p>
        </w:tc>
        <w:tc>
          <w:tcPr>
            <w:tcW w:type="dxa" w:w="2160"/>
          </w:tcPr>
          <w:p>
            <w:r>
              <w:t>Certifications</w:t>
            </w:r>
          </w:p>
        </w:tc>
        <w:tc>
          <w:tcPr>
            <w:tcW w:type="dxa" w:w="2160"/>
          </w:tcPr>
          <w:p>
            <w:r>
              <w:t>How do you maintain compliance with certification requirements during the lab testing of oats?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1055-0263</w:t>
            </w:r>
          </w:p>
        </w:tc>
        <w:tc>
          <w:tcPr>
            <w:tcW w:type="dxa" w:w="2160"/>
          </w:tcPr>
          <w:p>
            <w:r>
              <w:t>Traceability</w:t>
            </w:r>
          </w:p>
        </w:tc>
        <w:tc>
          <w:tcPr>
            <w:tcW w:type="dxa" w:w="2160"/>
          </w:tcPr>
          <w:p>
            <w:r>
              <w:t>What systems do you have in place to track the results of lab tests back to the specific batches of oats tested?</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1055-0264</w:t>
            </w:r>
          </w:p>
        </w:tc>
        <w:tc>
          <w:tcPr>
            <w:tcW w:type="dxa" w:w="2160"/>
          </w:tcPr>
          <w:p>
            <w:r>
              <w:t>Nutritional Analysis</w:t>
            </w:r>
          </w:p>
        </w:tc>
        <w:tc>
          <w:tcPr>
            <w:tcW w:type="dxa" w:w="2160"/>
          </w:tcPr>
          <w:p>
            <w:r>
              <w:t>How often do you conduct nutritional analysis on your oats, and what triggers additional testing?</w:t>
              <w:br/>
              <w:t>Answer type: Integer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1055-0265</w:t>
            </w:r>
          </w:p>
        </w:tc>
        <w:tc>
          <w:tcPr>
            <w:tcW w:type="dxa" w:w="2160"/>
          </w:tcPr>
          <w:p>
            <w:r>
              <w:t>Microbial Testing</w:t>
            </w:r>
          </w:p>
        </w:tc>
        <w:tc>
          <w:tcPr>
            <w:tcW w:type="dxa" w:w="2160"/>
          </w:tcPr>
          <w:p>
            <w:r>
              <w:t>What actions do you take if microbial testing results exceed acceptable limits?</w:t>
              <w:br/>
              <w:t>Answer type: Long text</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1055-0266</w:t>
            </w:r>
          </w:p>
        </w:tc>
        <w:tc>
          <w:tcPr>
            <w:tcW w:type="dxa" w:w="2160"/>
          </w:tcPr>
          <w:p>
            <w:r>
              <w:t>Chemical Residue Analysis</w:t>
            </w:r>
          </w:p>
        </w:tc>
        <w:tc>
          <w:tcPr>
            <w:tcW w:type="dxa" w:w="2160"/>
          </w:tcPr>
          <w:p>
            <w:r>
              <w:t>How do you ensure that your chemical residue analysis methods are scientifically valid and reliable?</w:t>
              <w:br/>
              <w:t>Answer type: Long text</w:t>
              <w:br/>
              <w:t>Trigger: Always</w:t>
              <w:br/>
              <w:t>Required: Yes</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1055-0267</w:t>
            </w:r>
          </w:p>
        </w:tc>
        <w:tc>
          <w:tcPr>
            <w:tcW w:type="dxa" w:w="2160"/>
          </w:tcPr>
          <w:p>
            <w:r>
              <w:t>Physical Properties</w:t>
            </w:r>
          </w:p>
        </w:tc>
        <w:tc>
          <w:tcPr>
            <w:tcW w:type="dxa" w:w="2160"/>
          </w:tcPr>
          <w:p>
            <w:r>
              <w:t>What specific equipment do you use to measure the physical properties of oats, and how is this equipment calibrated?</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1055-0268</w:t>
            </w:r>
          </w:p>
        </w:tc>
        <w:tc>
          <w:tcPr>
            <w:tcW w:type="dxa" w:w="2160"/>
          </w:tcPr>
          <w:p>
            <w:r>
              <w:t>Quality Assurance</w:t>
            </w:r>
          </w:p>
        </w:tc>
        <w:tc>
          <w:tcPr>
            <w:tcW w:type="dxa" w:w="2160"/>
          </w:tcPr>
          <w:p>
            <w:r>
              <w:t>How do you assess the effectiveness of your quality assurance program in the context of lab testing for oats?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1055-0269</w:t>
            </w:r>
          </w:p>
        </w:tc>
        <w:tc>
          <w:tcPr>
            <w:tcW w:type="dxa" w:w="2160"/>
          </w:tcPr>
          <w:p>
            <w:r>
              <w:t>Standard Operating Procedures</w:t>
            </w:r>
          </w:p>
        </w:tc>
        <w:tc>
          <w:tcPr>
            <w:tcW w:type="dxa" w:w="2160"/>
          </w:tcPr>
          <w:p>
            <w:r>
              <w:t>What is the process for developing and revising standard operating procedures for lab testing of oats?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1055-0270</w:t>
            </w:r>
          </w:p>
        </w:tc>
        <w:tc>
          <w:tcPr>
            <w:tcW w:type="dxa" w:w="2160"/>
          </w:tcPr>
          <w:p>
            <w:r>
              <w:t>Certifications</w:t>
            </w:r>
          </w:p>
        </w:tc>
        <w:tc>
          <w:tcPr>
            <w:tcW w:type="dxa" w:w="2160"/>
          </w:tcPr>
          <w:p>
            <w:r>
              <w:t>What challenges have you faced in maintaining certifications related to lab testing, and how have you addressed them?</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1055-0271</w:t>
            </w:r>
          </w:p>
        </w:tc>
        <w:tc>
          <w:tcPr>
            <w:tcW w:type="dxa" w:w="2160"/>
          </w:tcPr>
          <w:p>
            <w:r>
              <w:t>Traceability</w:t>
            </w:r>
          </w:p>
        </w:tc>
        <w:tc>
          <w:tcPr>
            <w:tcW w:type="dxa" w:w="2160"/>
          </w:tcPr>
          <w:p>
            <w:r>
              <w:t>How do you document the traceability of oats through the entire testing process, and what records are maintained?</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1055-0272</w:t>
            </w:r>
          </w:p>
        </w:tc>
        <w:tc>
          <w:tcPr>
            <w:tcW w:type="dxa" w:w="2160"/>
          </w:tcPr>
          <w:p>
            <w:r>
              <w:t>Testing Protocols</w:t>
            </w:r>
          </w:p>
        </w:tc>
        <w:tc>
          <w:tcPr>
            <w:tcW w:type="dxa" w:w="2160"/>
          </w:tcPr>
          <w:p>
            <w:r>
              <w:t>What laboratory tests do you conduct to assess the quality of your oats?</w:t>
              <w:br/>
              <w:t>Answer type: text</w:t>
              <w:br/>
              <w:t>Trigger: none</w:t>
              <w:br/>
              <w:t>Required: Yes</w:t>
              <w:br/>
              <w:t>Risk: High</w:t>
            </w:r>
          </w:p>
        </w:tc>
        <w:tc>
          <w:tcPr>
            <w:tcW w:type="dxa" w:w="2160"/>
          </w:tcPr>
          <w:p>
            <w:r>
              <w:t>Primary authority: Laboratory Standards</w:t>
              <w:br/>
              <w:t>Response: ___________________________</w:t>
              <w:br/>
              <w:t>Evidence: ___________________________</w:t>
              <w:br/>
              <w:t>Reviewer conclusion: ___________________________</w:t>
            </w:r>
          </w:p>
        </w:tc>
      </w:tr>
      <w:tr>
        <w:tc>
          <w:tcPr>
            <w:tcW w:type="dxa" w:w="2160"/>
          </w:tcPr>
          <w:p>
            <w:r>
              <w:t>1055-0273</w:t>
            </w:r>
          </w:p>
        </w:tc>
        <w:tc>
          <w:tcPr>
            <w:tcW w:type="dxa" w:w="2160"/>
          </w:tcPr>
          <w:p>
            <w:r>
              <w:t>Compliance Standards</w:t>
            </w:r>
          </w:p>
        </w:tc>
        <w:tc>
          <w:tcPr>
            <w:tcW w:type="dxa" w:w="2160"/>
          </w:tcPr>
          <w:p>
            <w:r>
              <w:t>How do you ensure compliance with industry standards for lab testing of oats?</w:t>
              <w:br/>
              <w:t>Answer type: text</w:t>
              <w:br/>
              <w:t>Trigger: none</w:t>
              <w:br/>
              <w:t>Required: Yes</w:t>
              <w:br/>
              <w:t>Risk: Medium</w:t>
            </w:r>
          </w:p>
        </w:tc>
        <w:tc>
          <w:tcPr>
            <w:tcW w:type="dxa" w:w="2160"/>
          </w:tcPr>
          <w:p>
            <w:r>
              <w:t>Primary authority: Regulatory Compliance Agencies</w:t>
              <w:br/>
              <w:t>Response: ___________________________</w:t>
              <w:br/>
              <w:t>Evidence: ___________________________</w:t>
              <w:br/>
              <w:t>Reviewer conclusion: ___________________________</w:t>
            </w:r>
          </w:p>
        </w:tc>
      </w:tr>
      <w:tr>
        <w:tc>
          <w:tcPr>
            <w:tcW w:type="dxa" w:w="2160"/>
          </w:tcPr>
          <w:p>
            <w:r>
              <w:t>1055-0274</w:t>
            </w:r>
          </w:p>
        </w:tc>
        <w:tc>
          <w:tcPr>
            <w:tcW w:type="dxa" w:w="2160"/>
          </w:tcPr>
          <w:p>
            <w:r>
              <w:t>Data Management</w:t>
            </w:r>
          </w:p>
        </w:tc>
        <w:tc>
          <w:tcPr>
            <w:tcW w:type="dxa" w:w="2160"/>
          </w:tcPr>
          <w:p>
            <w:r>
              <w:t>How do you manage and document the results of your quality tests?</w:t>
              <w:br/>
              <w:t>Answer type: text</w:t>
              <w:br/>
              <w:t>Trigger: none</w:t>
              <w:br/>
              <w:t>Required: Yes</w:t>
              <w:br/>
              <w:t>Risk: Medium</w:t>
            </w:r>
          </w:p>
        </w:tc>
        <w:tc>
          <w:tcPr>
            <w:tcW w:type="dxa" w:w="2160"/>
          </w:tcPr>
          <w:p>
            <w:r>
              <w:t>Primary authority: Data Management Standards</w:t>
              <w:br/>
              <w:t>Response: ___________________________</w:t>
              <w:br/>
              <w:t>Evidence: ___________________________</w:t>
              <w:br/>
              <w:t>Reviewer conclusion: ___________________________</w:t>
            </w:r>
          </w:p>
        </w:tc>
      </w:tr>
      <w:tr>
        <w:tc>
          <w:tcPr>
            <w:tcW w:type="dxa" w:w="2160"/>
          </w:tcPr>
          <w:p>
            <w:r>
              <w:t>1055-0275</w:t>
            </w:r>
          </w:p>
        </w:tc>
        <w:tc>
          <w:tcPr>
            <w:tcW w:type="dxa" w:w="2160"/>
          </w:tcPr>
          <w:p>
            <w:r>
              <w:t>Equipment Calibration</w:t>
            </w:r>
          </w:p>
        </w:tc>
        <w:tc>
          <w:tcPr>
            <w:tcW w:type="dxa" w:w="2160"/>
          </w:tcPr>
          <w:p>
            <w:r>
              <w:t>What procedures are in place for calibrating testing equipment used in quality control?</w:t>
              <w:br/>
              <w:t>Answer type: text</w:t>
              <w:br/>
              <w:t>Trigger: none</w:t>
              <w:br/>
              <w:t>Required: Yes</w:t>
              <w:br/>
              <w:t>Risk: High</w:t>
            </w:r>
          </w:p>
        </w:tc>
        <w:tc>
          <w:tcPr>
            <w:tcW w:type="dxa" w:w="2160"/>
          </w:tcPr>
          <w:p>
            <w:r>
              <w:t>Primary authority: Calibration Standards</w:t>
              <w:br/>
              <w:t>Response: ___________________________</w:t>
              <w:br/>
              <w:t>Evidence: ___________________________</w:t>
              <w:br/>
              <w:t>Reviewer conclusion: ___________________________</w:t>
            </w:r>
          </w:p>
        </w:tc>
      </w:tr>
    </w:tbl>
    <w:p/>
    <w:p>
      <w:pPr>
        <w:pStyle w:val="Heading2"/>
      </w:pPr>
      <w:r>
        <w:t>PACKAGING-TRACEABILITY-SYSTEMS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1055-0276</w:t>
            </w:r>
          </w:p>
        </w:tc>
        <w:tc>
          <w:tcPr>
            <w:tcW w:type="dxa" w:w="2160"/>
          </w:tcPr>
          <w:p>
            <w:r>
              <w:t>Packaging Materials</w:t>
            </w:r>
          </w:p>
        </w:tc>
        <w:tc>
          <w:tcPr>
            <w:tcW w:type="dxa" w:w="2160"/>
          </w:tcPr>
          <w:p>
            <w:r>
              <w:t>What specific materials are being tested for their effectiveness in packaging oat products, and how do they compare to current industry standards?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1055-0277</w:t>
            </w:r>
          </w:p>
        </w:tc>
        <w:tc>
          <w:tcPr>
            <w:tcW w:type="dxa" w:w="2160"/>
          </w:tcPr>
          <w:p>
            <w:r>
              <w:t>Labeling Requirements</w:t>
            </w:r>
          </w:p>
        </w:tc>
        <w:tc>
          <w:tcPr>
            <w:tcW w:type="dxa" w:w="2160"/>
          </w:tcPr>
          <w:p>
            <w:r>
              <w:t>What innovative labeling techniques or technologies are being explored to enhance consumer information on oat product packaging?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1055-0278</w:t>
            </w:r>
          </w:p>
        </w:tc>
        <w:tc>
          <w:tcPr>
            <w:tcW w:type="dxa" w:w="2160"/>
          </w:tcPr>
          <w:p>
            <w:r>
              <w:t>Traceability Systems</w:t>
            </w:r>
          </w:p>
        </w:tc>
        <w:tc>
          <w:tcPr>
            <w:tcW w:type="dxa" w:w="2160"/>
          </w:tcPr>
          <w:p>
            <w:r>
              <w:t>Describe the experimental methods used to develop a traceability system for your oat products. What challenges did you encounter?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1055-0279</w:t>
            </w:r>
          </w:p>
        </w:tc>
        <w:tc>
          <w:tcPr>
            <w:tcW w:type="dxa" w:w="2160"/>
          </w:tcPr>
          <w:p>
            <w:r>
              <w:t>Shelf Life Testing</w:t>
            </w:r>
          </w:p>
        </w:tc>
        <w:tc>
          <w:tcPr>
            <w:tcW w:type="dxa" w:w="2160"/>
          </w:tcPr>
          <w:p>
            <w:r>
              <w:t>What specific shelf life tests have been conducted on your oat products,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1055-0280</w:t>
            </w:r>
          </w:p>
        </w:tc>
        <w:tc>
          <w:tcPr>
            <w:tcW w:type="dxa" w:w="2160"/>
          </w:tcPr>
          <w:p>
            <w:r>
              <w:t>Consumer Information</w:t>
            </w:r>
          </w:p>
        </w:tc>
        <w:tc>
          <w:tcPr>
            <w:tcW w:type="dxa" w:w="2160"/>
          </w:tcPr>
          <w:p>
            <w:r>
              <w:t>How are you experimenting with consumer feedback to improve packaging design and information delivery for oat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1055-0281</w:t>
            </w:r>
          </w:p>
        </w:tc>
        <w:tc>
          <w:tcPr>
            <w:tcW w:type="dxa" w:w="2160"/>
          </w:tcPr>
          <w:p>
            <w:r>
              <w:t>Regulatory Compliance</w:t>
            </w:r>
          </w:p>
        </w:tc>
        <w:tc>
          <w:tcPr>
            <w:tcW w:type="dxa" w:w="2160"/>
          </w:tcPr>
          <w:p>
            <w:r>
              <w:t>What new regulatory requirements for packaging are you currently researching or developing solutions for?</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1055-0282</w:t>
            </w:r>
          </w:p>
        </w:tc>
        <w:tc>
          <w:tcPr>
            <w:tcW w:type="dxa" w:w="2160"/>
          </w:tcPr>
          <w:p>
            <w:r>
              <w:t>Sustainability in Packaging</w:t>
            </w:r>
          </w:p>
        </w:tc>
        <w:tc>
          <w:tcPr>
            <w:tcW w:type="dxa" w:w="2160"/>
          </w:tcPr>
          <w:p>
            <w:r>
              <w:t>What innovative sustainable packaging materials are being tested for your oat products, and what criteria are you using to evaluate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1055-0283</w:t>
            </w:r>
          </w:p>
        </w:tc>
        <w:tc>
          <w:tcPr>
            <w:tcW w:type="dxa" w:w="2160"/>
          </w:tcPr>
          <w:p>
            <w:r>
              <w:t>Automation in Packaging</w:t>
            </w:r>
          </w:p>
        </w:tc>
        <w:tc>
          <w:tcPr>
            <w:tcW w:type="dxa" w:w="2160"/>
          </w:tcPr>
          <w:p>
            <w:r>
              <w:t>What automation technologies are being explored to enhance the efficiency of packaging processes for oat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1055-0284</w:t>
            </w:r>
          </w:p>
        </w:tc>
        <w:tc>
          <w:tcPr>
            <w:tcW w:type="dxa" w:w="2160"/>
          </w:tcPr>
          <w:p>
            <w:r>
              <w:t>Packaging Materials</w:t>
            </w:r>
          </w:p>
        </w:tc>
        <w:tc>
          <w:tcPr>
            <w:tcW w:type="dxa" w:w="2160"/>
          </w:tcPr>
          <w:p>
            <w:r>
              <w:t>How does your research on packaging materials address the specific needs of oat product preservation?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1055-0285</w:t>
            </w:r>
          </w:p>
        </w:tc>
        <w:tc>
          <w:tcPr>
            <w:tcW w:type="dxa" w:w="2160"/>
          </w:tcPr>
          <w:p>
            <w:r>
              <w:t>Labeling Requirements</w:t>
            </w:r>
          </w:p>
        </w:tc>
        <w:tc>
          <w:tcPr>
            <w:tcW w:type="dxa" w:w="2160"/>
          </w:tcPr>
          <w:p>
            <w:r>
              <w:t>What experimental methods are you using to ensure compliance with labeling regulations for oat products?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1055-0286</w:t>
            </w:r>
          </w:p>
        </w:tc>
        <w:tc>
          <w:tcPr>
            <w:tcW w:type="dxa" w:w="2160"/>
          </w:tcPr>
          <w:p>
            <w:r>
              <w:t>Traceability Systems</w:t>
            </w:r>
          </w:p>
        </w:tc>
        <w:tc>
          <w:tcPr>
            <w:tcW w:type="dxa" w:w="2160"/>
          </w:tcPr>
          <w:p>
            <w:r>
              <w:t>What technological innovations are being tested to improve traceability of oat products from farm to consumer?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1055-0287</w:t>
            </w:r>
          </w:p>
        </w:tc>
        <w:tc>
          <w:tcPr>
            <w:tcW w:type="dxa" w:w="2160"/>
          </w:tcPr>
          <w:p>
            <w:r>
              <w:t>Shelf Life Testing</w:t>
            </w:r>
          </w:p>
        </w:tc>
        <w:tc>
          <w:tcPr>
            <w:tcW w:type="dxa" w:w="2160"/>
          </w:tcPr>
          <w:p>
            <w:r>
              <w:t>What specific conditions are being tested to determine the shelf life of your oat products, and how do they impact packaging design?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1055-0288</w:t>
            </w:r>
          </w:p>
        </w:tc>
        <w:tc>
          <w:tcPr>
            <w:tcW w:type="dxa" w:w="2160"/>
          </w:tcPr>
          <w:p>
            <w:r>
              <w:t>Consumer Information</w:t>
            </w:r>
          </w:p>
        </w:tc>
        <w:tc>
          <w:tcPr>
            <w:tcW w:type="dxa" w:w="2160"/>
          </w:tcPr>
          <w:p>
            <w:r>
              <w:t>What methods are you employing to gather consumer insights on packaging preferences for oat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1055-0289</w:t>
            </w:r>
          </w:p>
        </w:tc>
        <w:tc>
          <w:tcPr>
            <w:tcW w:type="dxa" w:w="2160"/>
          </w:tcPr>
          <w:p>
            <w:r>
              <w:t>Regulatory Compliance</w:t>
            </w:r>
          </w:p>
        </w:tc>
        <w:tc>
          <w:tcPr>
            <w:tcW w:type="dxa" w:w="2160"/>
          </w:tcPr>
          <w:p>
            <w:r>
              <w:t>How are you ensuring that your packaging methods comply with both state and federal regulations for oat products?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1055-0290</w:t>
            </w:r>
          </w:p>
        </w:tc>
        <w:tc>
          <w:tcPr>
            <w:tcW w:type="dxa" w:w="2160"/>
          </w:tcPr>
          <w:p>
            <w:r>
              <w:t>Sustainability in Packaging</w:t>
            </w:r>
          </w:p>
        </w:tc>
        <w:tc>
          <w:tcPr>
            <w:tcW w:type="dxa" w:w="2160"/>
          </w:tcPr>
          <w:p>
            <w:r>
              <w:t>What metrics are you using to evaluate the sustainability of your packaging solutions for oat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1055-0291</w:t>
            </w:r>
          </w:p>
        </w:tc>
        <w:tc>
          <w:tcPr>
            <w:tcW w:type="dxa" w:w="2160"/>
          </w:tcPr>
          <w:p>
            <w:r>
              <w:t>Automation in Packaging</w:t>
            </w:r>
          </w:p>
        </w:tc>
        <w:tc>
          <w:tcPr>
            <w:tcW w:type="dxa" w:w="2160"/>
          </w:tcPr>
          <w:p>
            <w:r>
              <w:t>What specific automation processes are being tested to improve packaging efficiency for oat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1055-0292</w:t>
            </w:r>
          </w:p>
        </w:tc>
        <w:tc>
          <w:tcPr>
            <w:tcW w:type="dxa" w:w="2160"/>
          </w:tcPr>
          <w:p>
            <w:r>
              <w:t>Packaging Materials</w:t>
            </w:r>
          </w:p>
        </w:tc>
        <w:tc>
          <w:tcPr>
            <w:tcW w:type="dxa" w:w="2160"/>
          </w:tcPr>
          <w:p>
            <w:r>
              <w:t>What challenges have you faced in sourcing new packaging materials for oat products, and how are you addressing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1055-0293</w:t>
            </w:r>
          </w:p>
        </w:tc>
        <w:tc>
          <w:tcPr>
            <w:tcW w:type="dxa" w:w="2160"/>
          </w:tcPr>
          <w:p>
            <w:r>
              <w:t>Labeling Requirements</w:t>
            </w:r>
          </w:p>
        </w:tc>
        <w:tc>
          <w:tcPr>
            <w:tcW w:type="dxa" w:w="2160"/>
          </w:tcPr>
          <w:p>
            <w:r>
              <w:t>How are you testing the effectiveness of your labeling in conveying important information to consumers of oat products?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1055-0294</w:t>
            </w:r>
          </w:p>
        </w:tc>
        <w:tc>
          <w:tcPr>
            <w:tcW w:type="dxa" w:w="2160"/>
          </w:tcPr>
          <w:p>
            <w:r>
              <w:t>Traceability Systems</w:t>
            </w:r>
          </w:p>
        </w:tc>
        <w:tc>
          <w:tcPr>
            <w:tcW w:type="dxa" w:w="2160"/>
          </w:tcPr>
          <w:p>
            <w:r>
              <w:t>What specific traceability technologies are being piloted in your operations for oat products, and what are the expected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1055-0295</w:t>
            </w:r>
          </w:p>
        </w:tc>
        <w:tc>
          <w:tcPr>
            <w:tcW w:type="dxa" w:w="2160"/>
          </w:tcPr>
          <w:p>
            <w:r>
              <w:t>Shelf Life Testing</w:t>
            </w:r>
          </w:p>
        </w:tc>
        <w:tc>
          <w:tcPr>
            <w:tcW w:type="dxa" w:w="2160"/>
          </w:tcPr>
          <w:p>
            <w:r>
              <w:t>What innovative methods are you using to assess the shelf life of oat products, and how do they influence packaging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1055-0296</w:t>
            </w:r>
          </w:p>
        </w:tc>
        <w:tc>
          <w:tcPr>
            <w:tcW w:type="dxa" w:w="2160"/>
          </w:tcPr>
          <w:p>
            <w:r>
              <w:t>Consumer Information</w:t>
            </w:r>
          </w:p>
        </w:tc>
        <w:tc>
          <w:tcPr>
            <w:tcW w:type="dxa" w:w="2160"/>
          </w:tcPr>
          <w:p>
            <w:r>
              <w:t>What strategies are you implementing to enhance consumer understanding of oat product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1055-0297</w:t>
            </w:r>
          </w:p>
        </w:tc>
        <w:tc>
          <w:tcPr>
            <w:tcW w:type="dxa" w:w="2160"/>
          </w:tcPr>
          <w:p>
            <w:r>
              <w:t>Regulatory Compliance</w:t>
            </w:r>
          </w:p>
        </w:tc>
        <w:tc>
          <w:tcPr>
            <w:tcW w:type="dxa" w:w="2160"/>
          </w:tcPr>
          <w:p>
            <w:r>
              <w:t>What proactive measures are you taking to stay ahead of upcoming regulatory changes affecting oat product packaging?</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1055-0298</w:t>
            </w:r>
          </w:p>
        </w:tc>
        <w:tc>
          <w:tcPr>
            <w:tcW w:type="dxa" w:w="2160"/>
          </w:tcPr>
          <w:p>
            <w:r>
              <w:t>Sustainability in Packaging</w:t>
            </w:r>
          </w:p>
        </w:tc>
        <w:tc>
          <w:tcPr>
            <w:tcW w:type="dxa" w:w="2160"/>
          </w:tcPr>
          <w:p>
            <w:r>
              <w:t>How are you collaborating with suppliers to improve the sustainability of packaging materials for oat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1055-0299</w:t>
            </w:r>
          </w:p>
        </w:tc>
        <w:tc>
          <w:tcPr>
            <w:tcW w:type="dxa" w:w="2160"/>
          </w:tcPr>
          <w:p>
            <w:r>
              <w:t>Automation in Packaging</w:t>
            </w:r>
          </w:p>
        </w:tc>
        <w:tc>
          <w:tcPr>
            <w:tcW w:type="dxa" w:w="2160"/>
          </w:tcPr>
          <w:p>
            <w:r>
              <w:t>What data are you collecting to evaluate the effectiveness of automation in your packaging processes for oat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1055-0300</w:t>
            </w:r>
          </w:p>
        </w:tc>
        <w:tc>
          <w:tcPr>
            <w:tcW w:type="dxa" w:w="2160"/>
          </w:tcPr>
          <w:p>
            <w:r>
              <w:t>Packaging Methods</w:t>
            </w:r>
          </w:p>
        </w:tc>
        <w:tc>
          <w:tcPr>
            <w:tcW w:type="dxa" w:w="2160"/>
          </w:tcPr>
          <w:p>
            <w:r>
              <w:t>What types of packaging do you use for your oat products and why?</w:t>
              <w:br/>
              <w:t>Answer type: text</w:t>
              <w:br/>
              <w:t>Trigger: none</w:t>
              <w:br/>
              <w:t>Required: Yes</w:t>
              <w:br/>
              <w:t>Risk: Medium</w:t>
            </w:r>
          </w:p>
        </w:tc>
        <w:tc>
          <w:tcPr>
            <w:tcW w:type="dxa" w:w="2160"/>
          </w:tcPr>
          <w:p>
            <w:r>
              <w:t>Primary authority: Packaging Regulations</w:t>
              <w:br/>
              <w:t>Response: ___________________________</w:t>
              <w:br/>
              <w:t>Evidence: ___________________________</w:t>
              <w:br/>
              <w:t>Reviewer conclusion: ___________________________</w:t>
            </w:r>
          </w:p>
        </w:tc>
      </w:tr>
      <w:tr>
        <w:tc>
          <w:tcPr>
            <w:tcW w:type="dxa" w:w="2160"/>
          </w:tcPr>
          <w:p>
            <w:r>
              <w:t>1055-0301</w:t>
            </w:r>
          </w:p>
        </w:tc>
        <w:tc>
          <w:tcPr>
            <w:tcW w:type="dxa" w:w="2160"/>
          </w:tcPr>
          <w:p>
            <w:r>
              <w:t>Traceability Procedures</w:t>
            </w:r>
          </w:p>
        </w:tc>
        <w:tc>
          <w:tcPr>
            <w:tcW w:type="dxa" w:w="2160"/>
          </w:tcPr>
          <w:p>
            <w:r>
              <w:t>How do you ensure traceability of your oat products from farm to consumer?</w:t>
              <w:br/>
              <w:t>Answer type: text</w:t>
              <w:br/>
              <w:t>Trigger: none</w:t>
              <w:br/>
              <w:t>Required: Yes</w:t>
              <w:br/>
              <w:t>Risk: High</w:t>
            </w:r>
          </w:p>
        </w:tc>
        <w:tc>
          <w:tcPr>
            <w:tcW w:type="dxa" w:w="2160"/>
          </w:tcPr>
          <w:p>
            <w:r>
              <w:t>Primary authority: Traceability Standards</w:t>
              <w:br/>
              <w:t>Response: ___________________________</w:t>
              <w:br/>
              <w:t>Evidence: ___________________________</w:t>
              <w:br/>
              <w:t>Reviewer conclusion: ___________________________</w:t>
            </w:r>
          </w:p>
        </w:tc>
      </w:tr>
    </w:tbl>
    <w:p/>
    <w:p>
      <w:pPr>
        <w:pStyle w:val="Heading2"/>
      </w:pPr>
      <w:r>
        <w:t>REGULATORY-COMPLIANCE-LABELING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1055-0302</w:t>
            </w:r>
          </w:p>
        </w:tc>
        <w:tc>
          <w:tcPr>
            <w:tcW w:type="dxa" w:w="2160"/>
          </w:tcPr>
          <w:p>
            <w:r>
              <w:t>FDA Regulations</w:t>
            </w:r>
          </w:p>
        </w:tc>
        <w:tc>
          <w:tcPr>
            <w:tcW w:type="dxa" w:w="2160"/>
          </w:tcPr>
          <w:p>
            <w:r>
              <w:t>What specific FDA regulations apply to the labeling of oat products that you manufacture?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1055-0303</w:t>
            </w:r>
          </w:p>
        </w:tc>
        <w:tc>
          <w:tcPr>
            <w:tcW w:type="dxa" w:w="2160"/>
          </w:tcPr>
          <w:p>
            <w:r>
              <w:t>USDA Standards</w:t>
            </w:r>
          </w:p>
        </w:tc>
        <w:tc>
          <w:tcPr>
            <w:tcW w:type="dxa" w:w="2160"/>
          </w:tcPr>
          <w:p>
            <w:r>
              <w:t>How do you ensure compliance with USDA standards for oat farming and processing?</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1055-0304</w:t>
            </w:r>
          </w:p>
        </w:tc>
        <w:tc>
          <w:tcPr>
            <w:tcW w:type="dxa" w:w="2160"/>
          </w:tcPr>
          <w:p>
            <w:r>
              <w:t>Organic Certification</w:t>
            </w:r>
          </w:p>
        </w:tc>
        <w:tc>
          <w:tcPr>
            <w:tcW w:type="dxa" w:w="2160"/>
          </w:tcPr>
          <w:p>
            <w:r>
              <w:t>What steps have you taken to obtain and maintain organic certification for your oat products?</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1055-0305</w:t>
            </w:r>
          </w:p>
        </w:tc>
        <w:tc>
          <w:tcPr>
            <w:tcW w:type="dxa" w:w="2160"/>
          </w:tcPr>
          <w:p>
            <w:r>
              <w:t>Labeling Claims</w:t>
            </w:r>
          </w:p>
        </w:tc>
        <w:tc>
          <w:tcPr>
            <w:tcW w:type="dxa" w:w="2160"/>
          </w:tcPr>
          <w:p>
            <w:r>
              <w:t>What specific labeling claims do you make regarding the health benefits of your oat products, and how do you substantiate them?</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1055-0306</w:t>
            </w:r>
          </w:p>
        </w:tc>
        <w:tc>
          <w:tcPr>
            <w:tcW w:type="dxa" w:w="2160"/>
          </w:tcPr>
          <w:p>
            <w:r>
              <w:t>Allergen Management</w:t>
            </w:r>
          </w:p>
        </w:tc>
        <w:tc>
          <w:tcPr>
            <w:tcW w:type="dxa" w:w="2160"/>
          </w:tcPr>
          <w:p>
            <w:r>
              <w:t>What measures do you have in place to manage potential allergens in your oat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1055-0307</w:t>
            </w:r>
          </w:p>
        </w:tc>
        <w:tc>
          <w:tcPr>
            <w:tcW w:type="dxa" w:w="2160"/>
          </w:tcPr>
          <w:p>
            <w:r>
              <w:t>Food Safety</w:t>
            </w:r>
          </w:p>
        </w:tc>
        <w:tc>
          <w:tcPr>
            <w:tcW w:type="dxa" w:w="2160"/>
          </w:tcPr>
          <w:p>
            <w:r>
              <w:t>What food safety protocols do you follow during the processing of oats to ensure product safety?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1055-0308</w:t>
            </w:r>
          </w:p>
        </w:tc>
        <w:tc>
          <w:tcPr>
            <w:tcW w:type="dxa" w:w="2160"/>
          </w:tcPr>
          <w:p>
            <w:r>
              <w:t>Traceability</w:t>
            </w:r>
          </w:p>
        </w:tc>
        <w:tc>
          <w:tcPr>
            <w:tcW w:type="dxa" w:w="2160"/>
          </w:tcPr>
          <w:p>
            <w:r>
              <w:t>How do you ensure traceability of your oat products from farm to consumer?</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1055-0309</w:t>
            </w:r>
          </w:p>
        </w:tc>
        <w:tc>
          <w:tcPr>
            <w:tcW w:type="dxa" w:w="2160"/>
          </w:tcPr>
          <w:p>
            <w:r>
              <w:t>Recordkeeping</w:t>
            </w:r>
          </w:p>
        </w:tc>
        <w:tc>
          <w:tcPr>
            <w:tcW w:type="dxa" w:w="2160"/>
          </w:tcPr>
          <w:p>
            <w:r>
              <w:t>What recordkeeping practices do you have in place to document compliance with labeling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1055-0310</w:t>
            </w:r>
          </w:p>
        </w:tc>
        <w:tc>
          <w:tcPr>
            <w:tcW w:type="dxa" w:w="2160"/>
          </w:tcPr>
          <w:p>
            <w:r>
              <w:t>FDA Regulations</w:t>
            </w:r>
          </w:p>
        </w:tc>
        <w:tc>
          <w:tcPr>
            <w:tcW w:type="dxa" w:w="2160"/>
          </w:tcPr>
          <w:p>
            <w:r>
              <w:t>Have you conducted any testing to ensure that your oat products meet FDA standards for labeling? If yes, please describe the testing process.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1055-0311</w:t>
            </w:r>
          </w:p>
        </w:tc>
        <w:tc>
          <w:tcPr>
            <w:tcW w:type="dxa" w:w="2160"/>
          </w:tcPr>
          <w:p>
            <w:r>
              <w:t>USDA Standards</w:t>
            </w:r>
          </w:p>
        </w:tc>
        <w:tc>
          <w:tcPr>
            <w:tcW w:type="dxa" w:w="2160"/>
          </w:tcPr>
          <w:p>
            <w:r>
              <w:t>What specific USDA standards do you follow for the organic labeling of your oat products?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1055-0312</w:t>
            </w:r>
          </w:p>
        </w:tc>
        <w:tc>
          <w:tcPr>
            <w:tcW w:type="dxa" w:w="2160"/>
          </w:tcPr>
          <w:p>
            <w:r>
              <w:t>Organic Certification</w:t>
            </w:r>
          </w:p>
        </w:tc>
        <w:tc>
          <w:tcPr>
            <w:tcW w:type="dxa" w:w="2160"/>
          </w:tcPr>
          <w:p>
            <w:r>
              <w:t>What is the frequency of your organic certification audits, and who conducts them?</w:t>
              <w:br/>
              <w:t>Answer type: Short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1055-0313</w:t>
            </w:r>
          </w:p>
        </w:tc>
        <w:tc>
          <w:tcPr>
            <w:tcW w:type="dxa" w:w="2160"/>
          </w:tcPr>
          <w:p>
            <w:r>
              <w:t>Labeling Claims</w:t>
            </w:r>
          </w:p>
        </w:tc>
        <w:tc>
          <w:tcPr>
            <w:tcW w:type="dxa" w:w="2160"/>
          </w:tcPr>
          <w:p>
            <w:r>
              <w:t>What evidence do you have to support any gluten-free claims on your oat product labels?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1055-0314</w:t>
            </w:r>
          </w:p>
        </w:tc>
        <w:tc>
          <w:tcPr>
            <w:tcW w:type="dxa" w:w="2160"/>
          </w:tcPr>
          <w:p>
            <w:r>
              <w:t>Allergen Management</w:t>
            </w:r>
          </w:p>
        </w:tc>
        <w:tc>
          <w:tcPr>
            <w:tcW w:type="dxa" w:w="2160"/>
          </w:tcPr>
          <w:p>
            <w:r>
              <w:t>How do you handle cross-contamination risks related to allergens during oat processing?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1055-0315</w:t>
            </w:r>
          </w:p>
        </w:tc>
        <w:tc>
          <w:tcPr>
            <w:tcW w:type="dxa" w:w="2160"/>
          </w:tcPr>
          <w:p>
            <w:r>
              <w:t>Food Safety</w:t>
            </w:r>
          </w:p>
        </w:tc>
        <w:tc>
          <w:tcPr>
            <w:tcW w:type="dxa" w:w="2160"/>
          </w:tcPr>
          <w:p>
            <w:r>
              <w:t>What specific food safety certifications do your facilities hold for oat processing?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1055-0316</w:t>
            </w:r>
          </w:p>
        </w:tc>
        <w:tc>
          <w:tcPr>
            <w:tcW w:type="dxa" w:w="2160"/>
          </w:tcPr>
          <w:p>
            <w:r>
              <w:t>Traceability</w:t>
            </w:r>
          </w:p>
        </w:tc>
        <w:tc>
          <w:tcPr>
            <w:tcW w:type="dxa" w:w="2160"/>
          </w:tcPr>
          <w:p>
            <w:r>
              <w:t>What systems do you use to track and trace your oat products throughout the supply chain?</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1055-0317</w:t>
            </w:r>
          </w:p>
        </w:tc>
        <w:tc>
          <w:tcPr>
            <w:tcW w:type="dxa" w:w="2160"/>
          </w:tcPr>
          <w:p>
            <w:r>
              <w:t>Recordkeeping</w:t>
            </w:r>
          </w:p>
        </w:tc>
        <w:tc>
          <w:tcPr>
            <w:tcW w:type="dxa" w:w="2160"/>
          </w:tcPr>
          <w:p>
            <w:r>
              <w:t>How long do you retain records related to labeling compliance, and what formats are these records kept in?</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1055-0318</w:t>
            </w:r>
          </w:p>
        </w:tc>
        <w:tc>
          <w:tcPr>
            <w:tcW w:type="dxa" w:w="2160"/>
          </w:tcPr>
          <w:p>
            <w:r>
              <w:t>FDA Regulations</w:t>
            </w:r>
          </w:p>
        </w:tc>
        <w:tc>
          <w:tcPr>
            <w:tcW w:type="dxa" w:w="2160"/>
          </w:tcPr>
          <w:p>
            <w:r>
              <w:t>What labeling requirements have you found most challenging to comply with, and how have you addressed these challenges?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1055-0319</w:t>
            </w:r>
          </w:p>
        </w:tc>
        <w:tc>
          <w:tcPr>
            <w:tcW w:type="dxa" w:w="2160"/>
          </w:tcPr>
          <w:p>
            <w:r>
              <w:t>USDA Standards</w:t>
            </w:r>
          </w:p>
        </w:tc>
        <w:tc>
          <w:tcPr>
            <w:tcW w:type="dxa" w:w="2160"/>
          </w:tcPr>
          <w:p>
            <w:r>
              <w:t>How do you verify that your oat products meet USDA standards before they are labeled and sold?</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1055-0320</w:t>
            </w:r>
          </w:p>
        </w:tc>
        <w:tc>
          <w:tcPr>
            <w:tcW w:type="dxa" w:w="2160"/>
          </w:tcPr>
          <w:p>
            <w:r>
              <w:t>Organic Certification</w:t>
            </w:r>
          </w:p>
        </w:tc>
        <w:tc>
          <w:tcPr>
            <w:tcW w:type="dxa" w:w="2160"/>
          </w:tcPr>
          <w:p>
            <w:r>
              <w:t>What challenges have you faced in maintaining organic certification for your oat products?</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1055-0321</w:t>
            </w:r>
          </w:p>
        </w:tc>
        <w:tc>
          <w:tcPr>
            <w:tcW w:type="dxa" w:w="2160"/>
          </w:tcPr>
          <w:p>
            <w:r>
              <w:t>Labeling Claims</w:t>
            </w:r>
          </w:p>
        </w:tc>
        <w:tc>
          <w:tcPr>
            <w:tcW w:type="dxa" w:w="2160"/>
          </w:tcPr>
          <w:p>
            <w:r>
              <w:t>How do you ensure that your labeling claims are not misleading or false?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1055-0322</w:t>
            </w:r>
          </w:p>
        </w:tc>
        <w:tc>
          <w:tcPr>
            <w:tcW w:type="dxa" w:w="2160"/>
          </w:tcPr>
          <w:p>
            <w:r>
              <w:t>Allergen Management</w:t>
            </w:r>
          </w:p>
        </w:tc>
        <w:tc>
          <w:tcPr>
            <w:tcW w:type="dxa" w:w="2160"/>
          </w:tcPr>
          <w:p>
            <w:r>
              <w:t>What training do your staff receive regarding allergen management in oat processing?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1055-0323</w:t>
            </w:r>
          </w:p>
        </w:tc>
        <w:tc>
          <w:tcPr>
            <w:tcW w:type="dxa" w:w="2160"/>
          </w:tcPr>
          <w:p>
            <w:r>
              <w:t>Food Safety</w:t>
            </w:r>
          </w:p>
        </w:tc>
        <w:tc>
          <w:tcPr>
            <w:tcW w:type="dxa" w:w="2160"/>
          </w:tcPr>
          <w:p>
            <w:r>
              <w:t>What specific food safety incidents have you encountered in the past, and how were they handled?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1055-0324</w:t>
            </w:r>
          </w:p>
        </w:tc>
        <w:tc>
          <w:tcPr>
            <w:tcW w:type="dxa" w:w="2160"/>
          </w:tcPr>
          <w:p>
            <w:r>
              <w:t>Traceability</w:t>
            </w:r>
          </w:p>
        </w:tc>
        <w:tc>
          <w:tcPr>
            <w:tcW w:type="dxa" w:w="2160"/>
          </w:tcPr>
          <w:p>
            <w:r>
              <w:t>What technology or methods do you use to ensure accurate traceability of your oat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1055-0325</w:t>
            </w:r>
          </w:p>
        </w:tc>
        <w:tc>
          <w:tcPr>
            <w:tcW w:type="dxa" w:w="2160"/>
          </w:tcPr>
          <w:p>
            <w:r>
              <w:t>Recordkeeping</w:t>
            </w:r>
          </w:p>
        </w:tc>
        <w:tc>
          <w:tcPr>
            <w:tcW w:type="dxa" w:w="2160"/>
          </w:tcPr>
          <w:p>
            <w:r>
              <w:t>What types of records do you maintain related to allergen management and labeling compliance?</w:t>
              <w:br/>
              <w:t>Answer type: Repeating table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1055-0326</w:t>
            </w:r>
          </w:p>
        </w:tc>
        <w:tc>
          <w:tcPr>
            <w:tcW w:type="dxa" w:w="2160"/>
          </w:tcPr>
          <w:p>
            <w:r>
              <w:t>Labeling Standards</w:t>
            </w:r>
          </w:p>
        </w:tc>
        <w:tc>
          <w:tcPr>
            <w:tcW w:type="dxa" w:w="2160"/>
          </w:tcPr>
          <w:p>
            <w:r>
              <w:t>What labeling requirements do you follow for your oat products?</w:t>
              <w:br/>
              <w:t>Answer type: text</w:t>
              <w:br/>
              <w:t>Trigger: none</w:t>
              <w:br/>
              <w:t>Required: Yes</w:t>
              <w:br/>
              <w:t>Risk: High</w:t>
            </w:r>
          </w:p>
        </w:tc>
        <w:tc>
          <w:tcPr>
            <w:tcW w:type="dxa" w:w="2160"/>
          </w:tcPr>
          <w:p>
            <w:r>
              <w:t>Primary authority: Labeling Regulations</w:t>
              <w:br/>
              <w:t>Response: ___________________________</w:t>
              <w:br/>
              <w:t>Evidence: ___________________________</w:t>
              <w:br/>
              <w:t>Reviewer conclusion: ___________________________</w:t>
            </w:r>
          </w:p>
        </w:tc>
      </w:tr>
      <w:tr>
        <w:tc>
          <w:tcPr>
            <w:tcW w:type="dxa" w:w="2160"/>
          </w:tcPr>
          <w:p>
            <w:r>
              <w:t>1055-0327</w:t>
            </w:r>
          </w:p>
        </w:tc>
        <w:tc>
          <w:tcPr>
            <w:tcW w:type="dxa" w:w="2160"/>
          </w:tcPr>
          <w:p>
            <w:r>
              <w:t>Compliance Documentation</w:t>
            </w:r>
          </w:p>
        </w:tc>
        <w:tc>
          <w:tcPr>
            <w:tcW w:type="dxa" w:w="2160"/>
          </w:tcPr>
          <w:p>
            <w:r>
              <w:t>How do you maintain documentation to demonstrate compliance with labeling regulations?</w:t>
              <w:br/>
              <w:t>Answer type: text</w:t>
              <w:br/>
              <w:t>Trigger: none</w:t>
              <w:br/>
              <w:t>Required: Yes</w:t>
              <w:br/>
              <w:t>Risk: Medium</w:t>
            </w:r>
          </w:p>
        </w:tc>
        <w:tc>
          <w:tcPr>
            <w:tcW w:type="dxa" w:w="2160"/>
          </w:tcPr>
          <w:p>
            <w:r>
              <w:t>Primary authority: Regulatory Compliance Agencies</w:t>
              <w:br/>
              <w:t>Response: ___________________________</w:t>
              <w:br/>
              <w:t>Evidence: ___________________________</w:t>
              <w:br/>
              <w:t>Reviewer conclusion: ___________________________</w:t>
            </w:r>
          </w:p>
        </w:tc>
      </w:tr>
    </w:tbl>
    <w:p/>
    <w:p>
      <w:pPr>
        <w:pStyle w:val="Heading2"/>
      </w:pPr>
      <w:r>
        <w:t>UTILITIES-ENVIRONMENTAL-IMPACT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1055-0328</w:t>
            </w:r>
          </w:p>
        </w:tc>
        <w:tc>
          <w:tcPr>
            <w:tcW w:type="dxa" w:w="2160"/>
          </w:tcPr>
          <w:p>
            <w:r>
              <w:t>Water Usage</w:t>
            </w:r>
          </w:p>
        </w:tc>
        <w:tc>
          <w:tcPr>
            <w:tcW w:type="dxa" w:w="2160"/>
          </w:tcPr>
          <w:p>
            <w:r>
              <w:t>What is the total volume of water used (in gallons) for irrigation on your oat farms during the tax year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1055-0329</w:t>
            </w:r>
          </w:p>
        </w:tc>
        <w:tc>
          <w:tcPr>
            <w:tcW w:type="dxa" w:w="2160"/>
          </w:tcPr>
          <w:p>
            <w:r>
              <w:t>Water Usage</w:t>
            </w:r>
          </w:p>
        </w:tc>
        <w:tc>
          <w:tcPr>
            <w:tcW w:type="dxa" w:w="2160"/>
          </w:tcPr>
          <w:p>
            <w:r>
              <w:t>What methods do you employ for water conservation in your oat farming operations? Please provide specific practices or technologies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1055-0330</w:t>
            </w:r>
          </w:p>
        </w:tc>
        <w:tc>
          <w:tcPr>
            <w:tcW w:type="dxa" w:w="2160"/>
          </w:tcPr>
          <w:p>
            <w:r>
              <w:t>Energy Consumption</w:t>
            </w:r>
          </w:p>
        </w:tc>
        <w:tc>
          <w:tcPr>
            <w:tcW w:type="dxa" w:w="2160"/>
          </w:tcPr>
          <w:p>
            <w:r>
              <w:t>What is the total energy consumption (in kWh) for processing oats on your farm for the tax year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1055-0331</w:t>
            </w:r>
          </w:p>
        </w:tc>
        <w:tc>
          <w:tcPr>
            <w:tcW w:type="dxa" w:w="2160"/>
          </w:tcPr>
          <w:p>
            <w:r>
              <w:t>Energy Consumption</w:t>
            </w:r>
          </w:p>
        </w:tc>
        <w:tc>
          <w:tcPr>
            <w:tcW w:type="dxa" w:w="2160"/>
          </w:tcPr>
          <w:p>
            <w:r>
              <w:t>What renewable energy sources, if any, do you utilize in your oat farming and processing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1055-0332</w:t>
            </w:r>
          </w:p>
        </w:tc>
        <w:tc>
          <w:tcPr>
            <w:tcW w:type="dxa" w:w="2160"/>
          </w:tcPr>
          <w:p>
            <w:r>
              <w:t>Waste Management</w:t>
            </w:r>
          </w:p>
        </w:tc>
        <w:tc>
          <w:tcPr>
            <w:tcW w:type="dxa" w:w="2160"/>
          </w:tcPr>
          <w:p>
            <w:r>
              <w:t>How do you manage waste generated from oat processing? Please describe your waste management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1055-0333</w:t>
            </w:r>
          </w:p>
        </w:tc>
        <w:tc>
          <w:tcPr>
            <w:tcW w:type="dxa" w:w="2160"/>
          </w:tcPr>
          <w:p>
            <w:r>
              <w:t>Waste Management</w:t>
            </w:r>
          </w:p>
        </w:tc>
        <w:tc>
          <w:tcPr>
            <w:tcW w:type="dxa" w:w="2160"/>
          </w:tcPr>
          <w:p>
            <w:r>
              <w:t>What percentage of waste generated is recycled or repurposed in your operations?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1055-0334</w:t>
            </w:r>
          </w:p>
        </w:tc>
        <w:tc>
          <w:tcPr>
            <w:tcW w:type="dxa" w:w="2160"/>
          </w:tcPr>
          <w:p>
            <w:r>
              <w:t>Emission Controls</w:t>
            </w:r>
          </w:p>
        </w:tc>
        <w:tc>
          <w:tcPr>
            <w:tcW w:type="dxa" w:w="2160"/>
          </w:tcPr>
          <w:p>
            <w:r>
              <w:t>What measures have you implemented to control emissions during the oat processing phase? Please provide specific technologies or practices.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1055-0335</w:t>
            </w:r>
          </w:p>
        </w:tc>
        <w:tc>
          <w:tcPr>
            <w:tcW w:type="dxa" w:w="2160"/>
          </w:tcPr>
          <w:p>
            <w:r>
              <w:t>Emission Controls</w:t>
            </w:r>
          </w:p>
        </w:tc>
        <w:tc>
          <w:tcPr>
            <w:tcW w:type="dxa" w:w="2160"/>
          </w:tcPr>
          <w:p>
            <w:r>
              <w:t>Do you monitor air quality parameters related to your emissions? If yes, please specify which parameters are monitored and the frequency of monitoring.</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1055-0336</w:t>
            </w:r>
          </w:p>
        </w:tc>
        <w:tc>
          <w:tcPr>
            <w:tcW w:type="dxa" w:w="2160"/>
          </w:tcPr>
          <w:p>
            <w:r>
              <w:t>Sustainability Practices</w:t>
            </w:r>
          </w:p>
        </w:tc>
        <w:tc>
          <w:tcPr>
            <w:tcW w:type="dxa" w:w="2160"/>
          </w:tcPr>
          <w:p>
            <w:r>
              <w:t>What sustainability certifications, if any, does your oat farm hold? Please list them.</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1055-0337</w:t>
            </w:r>
          </w:p>
        </w:tc>
        <w:tc>
          <w:tcPr>
            <w:tcW w:type="dxa" w:w="2160"/>
          </w:tcPr>
          <w:p>
            <w:r>
              <w:t>Sustainability Practices</w:t>
            </w:r>
          </w:p>
        </w:tc>
        <w:tc>
          <w:tcPr>
            <w:tcW w:type="dxa" w:w="2160"/>
          </w:tcPr>
          <w:p>
            <w:r>
              <w:t>Describe any innovative practices you have adopted to enhance sustainability in your oat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1055-0338</w:t>
            </w:r>
          </w:p>
        </w:tc>
        <w:tc>
          <w:tcPr>
            <w:tcW w:type="dxa" w:w="2160"/>
          </w:tcPr>
          <w:p>
            <w:r>
              <w:t>Environmental Regulations</w:t>
            </w:r>
          </w:p>
        </w:tc>
        <w:tc>
          <w:tcPr>
            <w:tcW w:type="dxa" w:w="2160"/>
          </w:tcPr>
          <w:p>
            <w:r>
              <w:t>What environmental regulations specifically impact your oat farming and processing operations? Please detail any compliance measures taken.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1055-0339</w:t>
            </w:r>
          </w:p>
        </w:tc>
        <w:tc>
          <w:tcPr>
            <w:tcW w:type="dxa" w:w="2160"/>
          </w:tcPr>
          <w:p>
            <w:r>
              <w:t>Environmental Regulations</w:t>
            </w:r>
          </w:p>
        </w:tc>
        <w:tc>
          <w:tcPr>
            <w:tcW w:type="dxa" w:w="2160"/>
          </w:tcPr>
          <w:p>
            <w:r>
              <w:t>Have you faced any penalties or violations related to environmental regulations in the past three years?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1055-0340</w:t>
            </w:r>
          </w:p>
        </w:tc>
        <w:tc>
          <w:tcPr>
            <w:tcW w:type="dxa" w:w="2160"/>
          </w:tcPr>
          <w:p>
            <w:r>
              <w:t>Carbon Footprint</w:t>
            </w:r>
          </w:p>
        </w:tc>
        <w:tc>
          <w:tcPr>
            <w:tcW w:type="dxa" w:w="2160"/>
          </w:tcPr>
          <w:p>
            <w:r>
              <w:t>What is your estimated carbon footprint (in CO2e) associated with oat production and processing for the tax year 2025?</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1055-0341</w:t>
            </w:r>
          </w:p>
        </w:tc>
        <w:tc>
          <w:tcPr>
            <w:tcW w:type="dxa" w:w="2160"/>
          </w:tcPr>
          <w:p>
            <w:r>
              <w:t>Carbon Footprint</w:t>
            </w:r>
          </w:p>
        </w:tc>
        <w:tc>
          <w:tcPr>
            <w:tcW w:type="dxa" w:w="2160"/>
          </w:tcPr>
          <w:p>
            <w:r>
              <w:t>What strategies do you have in place to reduce your carbon footprint in oat farming and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1055-0342</w:t>
            </w:r>
          </w:p>
        </w:tc>
        <w:tc>
          <w:tcPr>
            <w:tcW w:type="dxa" w:w="2160"/>
          </w:tcPr>
          <w:p>
            <w:r>
              <w:t>Resource Conservation</w:t>
            </w:r>
          </w:p>
        </w:tc>
        <w:tc>
          <w:tcPr>
            <w:tcW w:type="dxa" w:w="2160"/>
          </w:tcPr>
          <w:p>
            <w:r>
              <w:t>What specific resource conservation practices do you implement in your oat farming operations? Please provide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1055-0343</w:t>
            </w:r>
          </w:p>
        </w:tc>
        <w:tc>
          <w:tcPr>
            <w:tcW w:type="dxa" w:w="2160"/>
          </w:tcPr>
          <w:p>
            <w:r>
              <w:t>Resource Conservation</w:t>
            </w:r>
          </w:p>
        </w:tc>
        <w:tc>
          <w:tcPr>
            <w:tcW w:type="dxa" w:w="2160"/>
          </w:tcPr>
          <w:p>
            <w:r>
              <w:t>What percentage of your inputs (seeds, fertilizers, etc.) are sourced sustainably?</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1055-0344</w:t>
            </w:r>
          </w:p>
        </w:tc>
        <w:tc>
          <w:tcPr>
            <w:tcW w:type="dxa" w:w="2160"/>
          </w:tcPr>
          <w:p>
            <w:r>
              <w:t>Water Usage</w:t>
            </w:r>
          </w:p>
        </w:tc>
        <w:tc>
          <w:tcPr>
            <w:tcW w:type="dxa" w:w="2160"/>
          </w:tcPr>
          <w:p>
            <w:r>
              <w:t>What irrigation methods do you use, and how do they impact water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1055-0345</w:t>
            </w:r>
          </w:p>
        </w:tc>
        <w:tc>
          <w:tcPr>
            <w:tcW w:type="dxa" w:w="2160"/>
          </w:tcPr>
          <w:p>
            <w:r>
              <w:t>Energy Consumption</w:t>
            </w:r>
          </w:p>
        </w:tc>
        <w:tc>
          <w:tcPr>
            <w:tcW w:type="dxa" w:w="2160"/>
          </w:tcPr>
          <w:p>
            <w:r>
              <w:t>Do you track energy consumption data for your oat processing equipment? If yes, please provide details on how this data is collected and analyzed.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1055-0346</w:t>
            </w:r>
          </w:p>
        </w:tc>
        <w:tc>
          <w:tcPr>
            <w:tcW w:type="dxa" w:w="2160"/>
          </w:tcPr>
          <w:p>
            <w:r>
              <w:t>Waste Management</w:t>
            </w:r>
          </w:p>
        </w:tc>
        <w:tc>
          <w:tcPr>
            <w:tcW w:type="dxa" w:w="2160"/>
          </w:tcPr>
          <w:p>
            <w:r>
              <w:t>How do you handle by-products from oat processing? Are they sold, discarded, or used in other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1055-0347</w:t>
            </w:r>
          </w:p>
        </w:tc>
        <w:tc>
          <w:tcPr>
            <w:tcW w:type="dxa" w:w="2160"/>
          </w:tcPr>
          <w:p>
            <w:r>
              <w:t>Emission Controls</w:t>
            </w:r>
          </w:p>
        </w:tc>
        <w:tc>
          <w:tcPr>
            <w:tcW w:type="dxa" w:w="2160"/>
          </w:tcPr>
          <w:p>
            <w:r>
              <w:t>Have you invested in any technologies to reduce emissions in your oat processing? If so, please describe these technologies.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1055-0348</w:t>
            </w:r>
          </w:p>
        </w:tc>
        <w:tc>
          <w:tcPr>
            <w:tcW w:type="dxa" w:w="2160"/>
          </w:tcPr>
          <w:p>
            <w:r>
              <w:t>Sustainability Practices</w:t>
            </w:r>
          </w:p>
        </w:tc>
        <w:tc>
          <w:tcPr>
            <w:tcW w:type="dxa" w:w="2160"/>
          </w:tcPr>
          <w:p>
            <w:r>
              <w:t>What role do your employees play in promoting sustainability practices on the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1055-0349</w:t>
            </w:r>
          </w:p>
        </w:tc>
        <w:tc>
          <w:tcPr>
            <w:tcW w:type="dxa" w:w="2160"/>
          </w:tcPr>
          <w:p>
            <w:r>
              <w:t>Environmental Regulations</w:t>
            </w:r>
          </w:p>
        </w:tc>
        <w:tc>
          <w:tcPr>
            <w:tcW w:type="dxa" w:w="2160"/>
          </w:tcPr>
          <w:p>
            <w:r>
              <w:t>What training do you provide to employees regarding environmental compliance and sustainability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1055-0350</w:t>
            </w:r>
          </w:p>
        </w:tc>
        <w:tc>
          <w:tcPr>
            <w:tcW w:type="dxa" w:w="2160"/>
          </w:tcPr>
          <w:p>
            <w:r>
              <w:t>Carbon Footprint</w:t>
            </w:r>
          </w:p>
        </w:tc>
        <w:tc>
          <w:tcPr>
            <w:tcW w:type="dxa" w:w="2160"/>
          </w:tcPr>
          <w:p>
            <w:r>
              <w:t>How do you assess and report your carbon footprint associated with oat production?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1055-0351</w:t>
            </w:r>
          </w:p>
        </w:tc>
        <w:tc>
          <w:tcPr>
            <w:tcW w:type="dxa" w:w="2160"/>
          </w:tcPr>
          <w:p>
            <w:r>
              <w:t>Energy Usage</w:t>
            </w:r>
          </w:p>
        </w:tc>
        <w:tc>
          <w:tcPr>
            <w:tcW w:type="dxa" w:w="2160"/>
          </w:tcPr>
          <w:p>
            <w:r>
              <w:t>What measures do you take to monitor and reduce energy consumption in your operations?</w:t>
              <w:br/>
              <w:t>Answer type: text</w:t>
              <w:br/>
              <w:t>Trigger: none</w:t>
              <w:br/>
              <w:t>Required: Yes</w:t>
              <w:br/>
              <w:t>Risk: Medium</w:t>
            </w:r>
          </w:p>
        </w:tc>
        <w:tc>
          <w:tcPr>
            <w:tcW w:type="dxa" w:w="2160"/>
          </w:tcPr>
          <w:p>
            <w:r>
              <w:t>Primary authority: Energy Efficiency Standards</w:t>
              <w:br/>
              <w:t>Response: ___________________________</w:t>
              <w:br/>
              <w:t>Evidence: ___________________________</w:t>
              <w:br/>
              <w:t>Reviewer conclusion: ___________________________</w:t>
            </w:r>
          </w:p>
        </w:tc>
      </w:tr>
      <w:tr>
        <w:tc>
          <w:tcPr>
            <w:tcW w:type="dxa" w:w="2160"/>
          </w:tcPr>
          <w:p>
            <w:r>
              <w:t>1055-0352</w:t>
            </w:r>
          </w:p>
        </w:tc>
        <w:tc>
          <w:tcPr>
            <w:tcW w:type="dxa" w:w="2160"/>
          </w:tcPr>
          <w:p>
            <w:r>
              <w:t>Water Usage</w:t>
            </w:r>
          </w:p>
        </w:tc>
        <w:tc>
          <w:tcPr>
            <w:tcW w:type="dxa" w:w="2160"/>
          </w:tcPr>
          <w:p>
            <w:r>
              <w:t>How do you manage water usage throughout your farming and processing operations?</w:t>
              <w:br/>
              <w:t>Answer type: text</w:t>
              <w:br/>
              <w:t>Trigger: none</w:t>
              <w:br/>
              <w:t>Required: Yes</w:t>
              <w:br/>
              <w:t>Risk: Medium</w:t>
            </w:r>
          </w:p>
        </w:tc>
        <w:tc>
          <w:tcPr>
            <w:tcW w:type="dxa" w:w="2160"/>
          </w:tcPr>
          <w:p>
            <w:r>
              <w:t>Primary authority: Water Conservation Guidelines</w:t>
              <w:br/>
              <w:t>Response: ___________________________</w:t>
              <w:br/>
              <w:t>Evidence: ___________________________</w:t>
              <w:br/>
              <w:t>Reviewer conclusion: ___________________________</w:t>
            </w:r>
          </w:p>
        </w:tc>
      </w:tr>
      <w:tr>
        <w:tc>
          <w:tcPr>
            <w:tcW w:type="dxa" w:w="2160"/>
          </w:tcPr>
          <w:p>
            <w:r>
              <w:t>1055-0353</w:t>
            </w:r>
          </w:p>
        </w:tc>
        <w:tc>
          <w:tcPr>
            <w:tcW w:type="dxa" w:w="2160"/>
          </w:tcPr>
          <w:p>
            <w:r>
              <w:t>Waste Management</w:t>
            </w:r>
          </w:p>
        </w:tc>
        <w:tc>
          <w:tcPr>
            <w:tcW w:type="dxa" w:w="2160"/>
          </w:tcPr>
          <w:p>
            <w:r>
              <w:t>What waste management practices do you have in place to minimize environmental impact?</w:t>
              <w:br/>
              <w:t>Answer type: text</w:t>
              <w:br/>
              <w:t>Trigger: none</w:t>
              <w:br/>
              <w:t>Required: Yes</w:t>
              <w:br/>
              <w:t>Risk: High</w:t>
            </w:r>
          </w:p>
        </w:tc>
        <w:tc>
          <w:tcPr>
            <w:tcW w:type="dxa" w:w="2160"/>
          </w:tcPr>
          <w:p>
            <w:r>
              <w:t>Primary authority: Environmental Protection Standards</w:t>
              <w:br/>
              <w:t>Response: ___________________________</w:t>
              <w:br/>
              <w:t>Evidence: ___________________________</w:t>
              <w:br/>
              <w:t>Reviewer conclusion: ___________________________</w:t>
            </w:r>
          </w:p>
        </w:tc>
      </w:tr>
    </w:tbl>
    <w:p/>
    <w:p>
      <w:pPr>
        <w:pStyle w:val="Heading2"/>
      </w:pPr>
      <w:r>
        <w:t>BYPRODUCTS-SUSTAINABILITY-INITIATIVES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1055-0354</w:t>
            </w:r>
          </w:p>
        </w:tc>
        <w:tc>
          <w:tcPr>
            <w:tcW w:type="dxa" w:w="2160"/>
          </w:tcPr>
          <w:p>
            <w:r>
              <w:t>Byproduct Utilization</w:t>
            </w:r>
          </w:p>
        </w:tc>
        <w:tc>
          <w:tcPr>
            <w:tcW w:type="dxa" w:w="2160"/>
          </w:tcPr>
          <w:p>
            <w:r>
              <w:t>What specific byproducts are generated during the oat processing phase, and how are they currently utilized or processed?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1055-0355</w:t>
            </w:r>
          </w:p>
        </w:tc>
        <w:tc>
          <w:tcPr>
            <w:tcW w:type="dxa" w:w="2160"/>
          </w:tcPr>
          <w:p>
            <w:r>
              <w:t>Animal Feed</w:t>
            </w:r>
          </w:p>
        </w:tc>
        <w:tc>
          <w:tcPr>
            <w:tcW w:type="dxa" w:w="2160"/>
          </w:tcPr>
          <w:p>
            <w:r>
              <w:t>Have any of your oat byproducts been repurposed as animal feed? If so, please detail the types of byproducts used and the animal species they are intended for.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1055-0356</w:t>
            </w:r>
          </w:p>
        </w:tc>
        <w:tc>
          <w:tcPr>
            <w:tcW w:type="dxa" w:w="2160"/>
          </w:tcPr>
          <w:p>
            <w:r>
              <w:t>Bioenergy</w:t>
            </w:r>
          </w:p>
        </w:tc>
        <w:tc>
          <w:tcPr>
            <w:tcW w:type="dxa" w:w="2160"/>
          </w:tcPr>
          <w:p>
            <w:r>
              <w:t>Are there initiatives in place to convert oat byproducts into bioenergy? Please describe the processes and technologies involved.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1055-0357</w:t>
            </w:r>
          </w:p>
        </w:tc>
        <w:tc>
          <w:tcPr>
            <w:tcW w:type="dxa" w:w="2160"/>
          </w:tcPr>
          <w:p>
            <w:r>
              <w:t>Waste Reduction</w:t>
            </w:r>
          </w:p>
        </w:tc>
        <w:tc>
          <w:tcPr>
            <w:tcW w:type="dxa" w:w="2160"/>
          </w:tcPr>
          <w:p>
            <w:r>
              <w:t>What measures have been implemented to minimize waste generated during oat processing? Please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1055-0358</w:t>
            </w:r>
          </w:p>
        </w:tc>
        <w:tc>
          <w:tcPr>
            <w:tcW w:type="dxa" w:w="2160"/>
          </w:tcPr>
          <w:p>
            <w:r>
              <w:t>Circular Economy</w:t>
            </w:r>
          </w:p>
        </w:tc>
        <w:tc>
          <w:tcPr>
            <w:tcW w:type="dxa" w:w="2160"/>
          </w:tcPr>
          <w:p>
            <w:r>
              <w:t>How does your oat farming operation contribute to a circular economy? Please describe any closed-loop systems or practices in place.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1055-0359</w:t>
            </w:r>
          </w:p>
        </w:tc>
        <w:tc>
          <w:tcPr>
            <w:tcW w:type="dxa" w:w="2160"/>
          </w:tcPr>
          <w:p>
            <w:r>
              <w:t>Sustainable Practices</w:t>
            </w:r>
          </w:p>
        </w:tc>
        <w:tc>
          <w:tcPr>
            <w:tcW w:type="dxa" w:w="2160"/>
          </w:tcPr>
          <w:p>
            <w:r>
              <w:t>What sustainable practices are employed in the processing of oats to enhance byproduct utilization?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1055-0360</w:t>
            </w:r>
          </w:p>
        </w:tc>
        <w:tc>
          <w:tcPr>
            <w:tcW w:type="dxa" w:w="2160"/>
          </w:tcPr>
          <w:p>
            <w:r>
              <w:t>Innovation</w:t>
            </w:r>
          </w:p>
        </w:tc>
        <w:tc>
          <w:tcPr>
            <w:tcW w:type="dxa" w:w="2160"/>
          </w:tcPr>
          <w:p>
            <w:r>
              <w:t>Can you provide examples of innovative techniques or technologies adopted to improve byproduct utilization in your oat processing?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1055-0361</w:t>
            </w:r>
          </w:p>
        </w:tc>
        <w:tc>
          <w:tcPr>
            <w:tcW w:type="dxa" w:w="2160"/>
          </w:tcPr>
          <w:p>
            <w:r>
              <w:t>Partnerships</w:t>
            </w:r>
          </w:p>
        </w:tc>
        <w:tc>
          <w:tcPr>
            <w:tcW w:type="dxa" w:w="2160"/>
          </w:tcPr>
          <w:p>
            <w:r>
              <w:t>Have you established any partnerships with other organizations or companies to enhance byproduct utilization? If so, please detail these collaborations.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1055-0362</w:t>
            </w:r>
          </w:p>
        </w:tc>
        <w:tc>
          <w:tcPr>
            <w:tcW w:type="dxa" w:w="2160"/>
          </w:tcPr>
          <w:p>
            <w:r>
              <w:t>Byproduct Utilization</w:t>
            </w:r>
          </w:p>
        </w:tc>
        <w:tc>
          <w:tcPr>
            <w:tcW w:type="dxa" w:w="2160"/>
          </w:tcPr>
          <w:p>
            <w:r>
              <w:t>What percentage of your oat processing byproducts are currently being utilized versus disposed of?</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1055-0363</w:t>
            </w:r>
          </w:p>
        </w:tc>
        <w:tc>
          <w:tcPr>
            <w:tcW w:type="dxa" w:w="2160"/>
          </w:tcPr>
          <w:p>
            <w:r>
              <w:t>Animal Feed</w:t>
            </w:r>
          </w:p>
        </w:tc>
        <w:tc>
          <w:tcPr>
            <w:tcW w:type="dxa" w:w="2160"/>
          </w:tcPr>
          <w:p>
            <w:r>
              <w:t>What specific nutritional analyses have been conducted on your oat byproducts intended for animal feed? Please provide details.</w:t>
              <w:br/>
              <w:t>Answer type: Long text</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1055-0364</w:t>
            </w:r>
          </w:p>
        </w:tc>
        <w:tc>
          <w:tcPr>
            <w:tcW w:type="dxa" w:w="2160"/>
          </w:tcPr>
          <w:p>
            <w:r>
              <w:t>Bioenergy</w:t>
            </w:r>
          </w:p>
        </w:tc>
        <w:tc>
          <w:tcPr>
            <w:tcW w:type="dxa" w:w="2160"/>
          </w:tcPr>
          <w:p>
            <w:r>
              <w:t>What is the estimated energy output generated from bioenergy initiatives utilizing oat byproducts?</w:t>
              <w:br/>
              <w:t>Answer type: Integer + details</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1055-0365</w:t>
            </w:r>
          </w:p>
        </w:tc>
        <w:tc>
          <w:tcPr>
            <w:tcW w:type="dxa" w:w="2160"/>
          </w:tcPr>
          <w:p>
            <w:r>
              <w:t>Waste Reduction</w:t>
            </w:r>
          </w:p>
        </w:tc>
        <w:tc>
          <w:tcPr>
            <w:tcW w:type="dxa" w:w="2160"/>
          </w:tcPr>
          <w:p>
            <w:r>
              <w:t>How much waste (in pounds or tons) is generated during oat processing annually?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1055-0366</w:t>
            </w:r>
          </w:p>
        </w:tc>
        <w:tc>
          <w:tcPr>
            <w:tcW w:type="dxa" w:w="2160"/>
          </w:tcPr>
          <w:p>
            <w:r>
              <w:t>Circular Economy</w:t>
            </w:r>
          </w:p>
        </w:tc>
        <w:tc>
          <w:tcPr>
            <w:tcW w:type="dxa" w:w="2160"/>
          </w:tcPr>
          <w:p>
            <w:r>
              <w:t>What specific metrics do you use to measure the effectiveness of your circular economy initiatives in oat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1055-0367</w:t>
            </w:r>
          </w:p>
        </w:tc>
        <w:tc>
          <w:tcPr>
            <w:tcW w:type="dxa" w:w="2160"/>
          </w:tcPr>
          <w:p>
            <w:r>
              <w:t>Sustainable Practices</w:t>
            </w:r>
          </w:p>
        </w:tc>
        <w:tc>
          <w:tcPr>
            <w:tcW w:type="dxa" w:w="2160"/>
          </w:tcPr>
          <w:p>
            <w:r>
              <w:t>What certifications or standards do your sustainable practices in oat processing adhere to?</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1055-0368</w:t>
            </w:r>
          </w:p>
        </w:tc>
        <w:tc>
          <w:tcPr>
            <w:tcW w:type="dxa" w:w="2160"/>
          </w:tcPr>
          <w:p>
            <w:r>
              <w:t>Innovation</w:t>
            </w:r>
          </w:p>
        </w:tc>
        <w:tc>
          <w:tcPr>
            <w:tcW w:type="dxa" w:w="2160"/>
          </w:tcPr>
          <w:p>
            <w:r>
              <w:t>Have you conducted any R&amp;D projects aimed at improving byproduct utilization? Please describe the projects and their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1055-0369</w:t>
            </w:r>
          </w:p>
        </w:tc>
        <w:tc>
          <w:tcPr>
            <w:tcW w:type="dxa" w:w="2160"/>
          </w:tcPr>
          <w:p>
            <w:r>
              <w:t>Partnerships</w:t>
            </w:r>
          </w:p>
        </w:tc>
        <w:tc>
          <w:tcPr>
            <w:tcW w:type="dxa" w:w="2160"/>
          </w:tcPr>
          <w:p>
            <w:r>
              <w:t>What role do partnerships play in your sustainability initiatives related to oat byproducts?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1055-0370</w:t>
            </w:r>
          </w:p>
        </w:tc>
        <w:tc>
          <w:tcPr>
            <w:tcW w:type="dxa" w:w="2160"/>
          </w:tcPr>
          <w:p>
            <w:r>
              <w:t>Byproduct Utilization</w:t>
            </w:r>
          </w:p>
        </w:tc>
        <w:tc>
          <w:tcPr>
            <w:tcW w:type="dxa" w:w="2160"/>
          </w:tcPr>
          <w:p>
            <w:r>
              <w:t>What challenges have you faced in increasing the utilization of oat byproducts?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1055-0371</w:t>
            </w:r>
          </w:p>
        </w:tc>
        <w:tc>
          <w:tcPr>
            <w:tcW w:type="dxa" w:w="2160"/>
          </w:tcPr>
          <w:p>
            <w:r>
              <w:t>Animal Feed</w:t>
            </w:r>
          </w:p>
        </w:tc>
        <w:tc>
          <w:tcPr>
            <w:tcW w:type="dxa" w:w="2160"/>
          </w:tcPr>
          <w:p>
            <w:r>
              <w:t>What testing or quality assurance processes are in place for oat byproducts used as animal feed?</w:t>
              <w:br/>
              <w:t>Answer type: Long text</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1055-0372</w:t>
            </w:r>
          </w:p>
        </w:tc>
        <w:tc>
          <w:tcPr>
            <w:tcW w:type="dxa" w:w="2160"/>
          </w:tcPr>
          <w:p>
            <w:r>
              <w:t>Bioenergy</w:t>
            </w:r>
          </w:p>
        </w:tc>
        <w:tc>
          <w:tcPr>
            <w:tcW w:type="dxa" w:w="2160"/>
          </w:tcPr>
          <w:p>
            <w:r>
              <w:t>What specific technologies are employed in the conversion of oat byproducts to bioenergy? Please provide details on the technology and its efficiency.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1055-0373</w:t>
            </w:r>
          </w:p>
        </w:tc>
        <w:tc>
          <w:tcPr>
            <w:tcW w:type="dxa" w:w="2160"/>
          </w:tcPr>
          <w:p>
            <w:r>
              <w:t>Waste Reduction</w:t>
            </w:r>
          </w:p>
        </w:tc>
        <w:tc>
          <w:tcPr>
            <w:tcW w:type="dxa" w:w="2160"/>
          </w:tcPr>
          <w:p>
            <w:r>
              <w:t>What percentage of your total oat production is considered waste?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1055-0374</w:t>
            </w:r>
          </w:p>
        </w:tc>
        <w:tc>
          <w:tcPr>
            <w:tcW w:type="dxa" w:w="2160"/>
          </w:tcPr>
          <w:p>
            <w:r>
              <w:t>Circular Economy</w:t>
            </w:r>
          </w:p>
        </w:tc>
        <w:tc>
          <w:tcPr>
            <w:tcW w:type="dxa" w:w="2160"/>
          </w:tcPr>
          <w:p>
            <w:r>
              <w:t>What innovations have you implemented to close the loop on byproducts in your oat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1055-0375</w:t>
            </w:r>
          </w:p>
        </w:tc>
        <w:tc>
          <w:tcPr>
            <w:tcW w:type="dxa" w:w="2160"/>
          </w:tcPr>
          <w:p>
            <w:r>
              <w:t>Sustainable Practices</w:t>
            </w:r>
          </w:p>
        </w:tc>
        <w:tc>
          <w:tcPr>
            <w:tcW w:type="dxa" w:w="2160"/>
          </w:tcPr>
          <w:p>
            <w:r>
              <w:t>How do you track and report on the sustainability impacts of your oat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1055-0376</w:t>
            </w:r>
          </w:p>
        </w:tc>
        <w:tc>
          <w:tcPr>
            <w:tcW w:type="dxa" w:w="2160"/>
          </w:tcPr>
          <w:p>
            <w:r>
              <w:t>Innovation</w:t>
            </w:r>
          </w:p>
        </w:tc>
        <w:tc>
          <w:tcPr>
            <w:tcW w:type="dxa" w:w="2160"/>
          </w:tcPr>
          <w:p>
            <w:r>
              <w:t>What future innovations do you plan to explore regarding byproduct utilization in your oat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1055-0377</w:t>
            </w:r>
          </w:p>
        </w:tc>
        <w:tc>
          <w:tcPr>
            <w:tcW w:type="dxa" w:w="2160"/>
          </w:tcPr>
          <w:p>
            <w:r>
              <w:t>Partnerships</w:t>
            </w:r>
          </w:p>
        </w:tc>
        <w:tc>
          <w:tcPr>
            <w:tcW w:type="dxa" w:w="2160"/>
          </w:tcPr>
          <w:p>
            <w:r>
              <w:t>How do you evaluate the success of partnerships in enhancing your sustainability initiatives?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1055-0378</w:t>
            </w:r>
          </w:p>
        </w:tc>
        <w:tc>
          <w:tcPr>
            <w:tcW w:type="dxa" w:w="2160"/>
          </w:tcPr>
          <w:p>
            <w:r>
              <w:t>Byproduct Utilization</w:t>
            </w:r>
          </w:p>
        </w:tc>
        <w:tc>
          <w:tcPr>
            <w:tcW w:type="dxa" w:w="2160"/>
          </w:tcPr>
          <w:p>
            <w:r>
              <w:t>How do you utilize byproducts generated during oat processing?</w:t>
              <w:br/>
              <w:t>Answer type: text</w:t>
              <w:br/>
              <w:t>Trigger: none</w:t>
              <w:br/>
              <w:t>Required: Yes</w:t>
              <w:br/>
              <w:t>Risk: Medium</w:t>
            </w:r>
          </w:p>
        </w:tc>
        <w:tc>
          <w:tcPr>
            <w:tcW w:type="dxa" w:w="2160"/>
          </w:tcPr>
          <w:p>
            <w:r>
              <w:t>Primary authority: Sustainability Practices</w:t>
              <w:br/>
              <w:t>Response: ___________________________</w:t>
              <w:br/>
              <w:t>Evidence: ___________________________</w:t>
              <w:br/>
              <w:t>Reviewer conclusion: ___________________________</w:t>
            </w:r>
          </w:p>
        </w:tc>
      </w:tr>
      <w:tr>
        <w:tc>
          <w:tcPr>
            <w:tcW w:type="dxa" w:w="2160"/>
          </w:tcPr>
          <w:p>
            <w:r>
              <w:t>1055-0379</w:t>
            </w:r>
          </w:p>
        </w:tc>
        <w:tc>
          <w:tcPr>
            <w:tcW w:type="dxa" w:w="2160"/>
          </w:tcPr>
          <w:p>
            <w:r>
              <w:t>Sustainability Goals</w:t>
            </w:r>
          </w:p>
        </w:tc>
        <w:tc>
          <w:tcPr>
            <w:tcW w:type="dxa" w:w="2160"/>
          </w:tcPr>
          <w:p>
            <w:r>
              <w:t>What sustainability initiatives have you implemented to reduce waste?</w:t>
              <w:br/>
              <w:t>Answer type: text</w:t>
              <w:br/>
              <w:t>Trigger: none</w:t>
              <w:br/>
              <w:t>Required: Yes</w:t>
              <w:br/>
              <w:t>Risk: Medium</w:t>
            </w:r>
          </w:p>
        </w:tc>
        <w:tc>
          <w:tcPr>
            <w:tcW w:type="dxa" w:w="2160"/>
          </w:tcPr>
          <w:p>
            <w:r>
              <w:t>Primary authority: Sustainability Standards</w:t>
              <w:br/>
              <w:t>Response: ___________________________</w:t>
              <w:br/>
              <w:t>Evidence: ___________________________</w:t>
              <w:br/>
              <w:t>Reviewer conclusion: ___________________________</w:t>
            </w:r>
          </w:p>
        </w:tc>
      </w:tr>
    </w:tbl>
    <w:p/>
    <w:p>
      <w:pPr>
        <w:pStyle w:val="Heading2"/>
      </w:pPr>
      <w:r>
        <w:t>EQUIPMENT-AUTOMATION-TECHNOLOGIES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1055-0380</w:t>
            </w:r>
          </w:p>
        </w:tc>
        <w:tc>
          <w:tcPr>
            <w:tcW w:type="dxa" w:w="2160"/>
          </w:tcPr>
          <w:p>
            <w:r>
              <w:t>Automation Technologies</w:t>
            </w:r>
          </w:p>
        </w:tc>
        <w:tc>
          <w:tcPr>
            <w:tcW w:type="dxa" w:w="2160"/>
          </w:tcPr>
          <w:p>
            <w:r>
              <w:t>What specific automation technologies have you implemented in your oat processing operations, and what experimental processes did you use to evaluate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1055-0381</w:t>
            </w:r>
          </w:p>
        </w:tc>
        <w:tc>
          <w:tcPr>
            <w:tcW w:type="dxa" w:w="2160"/>
          </w:tcPr>
          <w:p>
            <w:r>
              <w:t>Equipment Maintenance</w:t>
            </w:r>
          </w:p>
        </w:tc>
        <w:tc>
          <w:tcPr>
            <w:tcW w:type="dxa" w:w="2160"/>
          </w:tcPr>
          <w:p>
            <w:r>
              <w:t>Describe the maintenance protocols in place for the automation equipment used in oat processing. Have any of these protocols been altered based on experimental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1055-0382</w:t>
            </w:r>
          </w:p>
        </w:tc>
        <w:tc>
          <w:tcPr>
            <w:tcW w:type="dxa" w:w="2160"/>
          </w:tcPr>
          <w:p>
            <w:r>
              <w:t>Process Efficiency</w:t>
            </w:r>
          </w:p>
        </w:tc>
        <w:tc>
          <w:tcPr>
            <w:tcW w:type="dxa" w:w="2160"/>
          </w:tcPr>
          <w:p>
            <w:r>
              <w:t>Can you provide specific metrics that demonstrate how automation has improved process efficiency in your oat processing operations?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1055-0383</w:t>
            </w:r>
          </w:p>
        </w:tc>
        <w:tc>
          <w:tcPr>
            <w:tcW w:type="dxa" w:w="2160"/>
          </w:tcPr>
          <w:p>
            <w:r>
              <w:t>Data Collection</w:t>
            </w:r>
          </w:p>
        </w:tc>
        <w:tc>
          <w:tcPr>
            <w:tcW w:type="dxa" w:w="2160"/>
          </w:tcPr>
          <w:p>
            <w:r>
              <w:t>What types of data collection technologies are utilized in your oat processing, and how do they contribute to experimental process improvements?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1055-0384</w:t>
            </w:r>
          </w:p>
        </w:tc>
        <w:tc>
          <w:tcPr>
            <w:tcW w:type="dxa" w:w="2160"/>
          </w:tcPr>
          <w:p>
            <w:r>
              <w:t>Robotics</w:t>
            </w:r>
          </w:p>
        </w:tc>
        <w:tc>
          <w:tcPr>
            <w:tcW w:type="dxa" w:w="2160"/>
          </w:tcPr>
          <w:p>
            <w:r>
              <w:t>Have you integrated robotics into your oat processing operations? If so, what experimental challenges did you face during implementation?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1055-0385</w:t>
            </w:r>
          </w:p>
        </w:tc>
        <w:tc>
          <w:tcPr>
            <w:tcW w:type="dxa" w:w="2160"/>
          </w:tcPr>
          <w:p>
            <w:r>
              <w:t>Industry 4.0</w:t>
            </w:r>
          </w:p>
        </w:tc>
        <w:tc>
          <w:tcPr>
            <w:tcW w:type="dxa" w:w="2160"/>
          </w:tcPr>
          <w:p>
            <w:r>
              <w:t>How have you adopted Industry 4.0 principles in your oat processing operations, and what experimental outcomes have you documented?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1055-0386</w:t>
            </w:r>
          </w:p>
        </w:tc>
        <w:tc>
          <w:tcPr>
            <w:tcW w:type="dxa" w:w="2160"/>
          </w:tcPr>
          <w:p>
            <w:r>
              <w:t>Sensor Technologies</w:t>
            </w:r>
          </w:p>
        </w:tc>
        <w:tc>
          <w:tcPr>
            <w:tcW w:type="dxa" w:w="2160"/>
          </w:tcPr>
          <w:p>
            <w:r>
              <w:t>What sensor technologies are deployed in your oat processing, and how have they been tested for effectiveness in improving production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1055-0387</w:t>
            </w:r>
          </w:p>
        </w:tc>
        <w:tc>
          <w:tcPr>
            <w:tcW w:type="dxa" w:w="2160"/>
          </w:tcPr>
          <w:p>
            <w:r>
              <w:t>Cost Reduction</w:t>
            </w:r>
          </w:p>
        </w:tc>
        <w:tc>
          <w:tcPr>
            <w:tcW w:type="dxa" w:w="2160"/>
          </w:tcPr>
          <w:p>
            <w:r>
              <w:t>What specific automation technologies have led to cost reductions in your oat processing, and how did you measure the impact of these changes?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1055-0388</w:t>
            </w:r>
          </w:p>
        </w:tc>
        <w:tc>
          <w:tcPr>
            <w:tcW w:type="dxa" w:w="2160"/>
          </w:tcPr>
          <w:p>
            <w:r>
              <w:t>Automation Technologies</w:t>
            </w:r>
          </w:p>
        </w:tc>
        <w:tc>
          <w:tcPr>
            <w:tcW w:type="dxa" w:w="2160"/>
          </w:tcPr>
          <w:p>
            <w:r>
              <w:t>What challenges did you encounter when automating specific processes in oat processing, and how did you address these through experimentation?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1055-0389</w:t>
            </w:r>
          </w:p>
        </w:tc>
        <w:tc>
          <w:tcPr>
            <w:tcW w:type="dxa" w:w="2160"/>
          </w:tcPr>
          <w:p>
            <w:r>
              <w:t>Equipment Maintenance</w:t>
            </w:r>
          </w:p>
        </w:tc>
        <w:tc>
          <w:tcPr>
            <w:tcW w:type="dxa" w:w="2160"/>
          </w:tcPr>
          <w:p>
            <w:r>
              <w:t>How often do you conduct maintenance on automation equipment, and what experimental data do you collect to inform these maintenance schedules?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1055-0390</w:t>
            </w:r>
          </w:p>
        </w:tc>
        <w:tc>
          <w:tcPr>
            <w:tcW w:type="dxa" w:w="2160"/>
          </w:tcPr>
          <w:p>
            <w:r>
              <w:t>Process Efficiency</w:t>
            </w:r>
          </w:p>
        </w:tc>
        <w:tc>
          <w:tcPr>
            <w:tcW w:type="dxa" w:w="2160"/>
          </w:tcPr>
          <w:p>
            <w:r>
              <w:t>What specific process improvements have resulted from automation in your oat processing, and how did you validate these improvements experimentally?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1055-0391</w:t>
            </w:r>
          </w:p>
        </w:tc>
        <w:tc>
          <w:tcPr>
            <w:tcW w:type="dxa" w:w="2160"/>
          </w:tcPr>
          <w:p>
            <w:r>
              <w:t>Data Collection</w:t>
            </w:r>
          </w:p>
        </w:tc>
        <w:tc>
          <w:tcPr>
            <w:tcW w:type="dxa" w:w="2160"/>
          </w:tcPr>
          <w:p>
            <w:r>
              <w:t>What types of data do you collect from your automation systems, and how do you use this data to inform experimental changes in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1055-0392</w:t>
            </w:r>
          </w:p>
        </w:tc>
        <w:tc>
          <w:tcPr>
            <w:tcW w:type="dxa" w:w="2160"/>
          </w:tcPr>
          <w:p>
            <w:r>
              <w:t>Robotics</w:t>
            </w:r>
          </w:p>
        </w:tc>
        <w:tc>
          <w:tcPr>
            <w:tcW w:type="dxa" w:w="2160"/>
          </w:tcPr>
          <w:p>
            <w:r>
              <w:t>What specific robotic systems have you implemented in oat processing, and what experimental processes did you use to assess their performance?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1055-0393</w:t>
            </w:r>
          </w:p>
        </w:tc>
        <w:tc>
          <w:tcPr>
            <w:tcW w:type="dxa" w:w="2160"/>
          </w:tcPr>
          <w:p>
            <w:r>
              <w:t>Industry 4.0</w:t>
            </w:r>
          </w:p>
        </w:tc>
        <w:tc>
          <w:tcPr>
            <w:tcW w:type="dxa" w:w="2160"/>
          </w:tcPr>
          <w:p>
            <w:r>
              <w:t>In what ways have you integrated IoT technologies into your oat processing, and what experimental data supports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1055-0394</w:t>
            </w:r>
          </w:p>
        </w:tc>
        <w:tc>
          <w:tcPr>
            <w:tcW w:type="dxa" w:w="2160"/>
          </w:tcPr>
          <w:p>
            <w:r>
              <w:t>Sensor Technologies</w:t>
            </w:r>
          </w:p>
        </w:tc>
        <w:tc>
          <w:tcPr>
            <w:tcW w:type="dxa" w:w="2160"/>
          </w:tcPr>
          <w:p>
            <w:r>
              <w:t>How do you evaluate the performance of sensor technologies in your oat processing, and what experimental results have you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1055-0395</w:t>
            </w:r>
          </w:p>
        </w:tc>
        <w:tc>
          <w:tcPr>
            <w:tcW w:type="dxa" w:w="2160"/>
          </w:tcPr>
          <w:p>
            <w:r>
              <w:t>Cost Reduction</w:t>
            </w:r>
          </w:p>
        </w:tc>
        <w:tc>
          <w:tcPr>
            <w:tcW w:type="dxa" w:w="2160"/>
          </w:tcPr>
          <w:p>
            <w:r>
              <w:t>What metrics do you use to assess cost reductions achieved through automation in oat processing, and how do you validate these metrics experimentally?</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1055-0396</w:t>
            </w:r>
          </w:p>
        </w:tc>
        <w:tc>
          <w:tcPr>
            <w:tcW w:type="dxa" w:w="2160"/>
          </w:tcPr>
          <w:p>
            <w:r>
              <w:t>Automation Technologies</w:t>
            </w:r>
          </w:p>
        </w:tc>
        <w:tc>
          <w:tcPr>
            <w:tcW w:type="dxa" w:w="2160"/>
          </w:tcPr>
          <w:p>
            <w:r>
              <w:t>What specific tasks have you automated in oat processing, and what experimental challenges did you face during implementation?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1055-0397</w:t>
            </w:r>
          </w:p>
        </w:tc>
        <w:tc>
          <w:tcPr>
            <w:tcW w:type="dxa" w:w="2160"/>
          </w:tcPr>
          <w:p>
            <w:r>
              <w:t>Equipment Maintenance</w:t>
            </w:r>
          </w:p>
        </w:tc>
        <w:tc>
          <w:tcPr>
            <w:tcW w:type="dxa" w:w="2160"/>
          </w:tcPr>
          <w:p>
            <w:r>
              <w:t>What is your process for documenting maintenance activities on automation equipment, and how does this relate to experimental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1055-0398</w:t>
            </w:r>
          </w:p>
        </w:tc>
        <w:tc>
          <w:tcPr>
            <w:tcW w:type="dxa" w:w="2160"/>
          </w:tcPr>
          <w:p>
            <w:r>
              <w:t>Process Efficiency</w:t>
            </w:r>
          </w:p>
        </w:tc>
        <w:tc>
          <w:tcPr>
            <w:tcW w:type="dxa" w:w="2160"/>
          </w:tcPr>
          <w:p>
            <w:r>
              <w:t>What specific benchmarks do you use to measure the efficiency of automated processes in oat processing, and how were these benchmarks established experimentally?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1055-0399</w:t>
            </w:r>
          </w:p>
        </w:tc>
        <w:tc>
          <w:tcPr>
            <w:tcW w:type="dxa" w:w="2160"/>
          </w:tcPr>
          <w:p>
            <w:r>
              <w:t>Data Collection</w:t>
            </w:r>
          </w:p>
        </w:tc>
        <w:tc>
          <w:tcPr>
            <w:tcW w:type="dxa" w:w="2160"/>
          </w:tcPr>
          <w:p>
            <w:r>
              <w:t>How do you ensure the accuracy of data collected from automation systems in oat processing, and what experimental methods do you use for validation?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1055-0400</w:t>
            </w:r>
          </w:p>
        </w:tc>
        <w:tc>
          <w:tcPr>
            <w:tcW w:type="dxa" w:w="2160"/>
          </w:tcPr>
          <w:p>
            <w:r>
              <w:t>Robotics</w:t>
            </w:r>
          </w:p>
        </w:tc>
        <w:tc>
          <w:tcPr>
            <w:tcW w:type="dxa" w:w="2160"/>
          </w:tcPr>
          <w:p>
            <w:r>
              <w:t>What experimental methodologies do you employ to assess the impact of robotics on your oat processing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1055-0401</w:t>
            </w:r>
          </w:p>
        </w:tc>
        <w:tc>
          <w:tcPr>
            <w:tcW w:type="dxa" w:w="2160"/>
          </w:tcPr>
          <w:p>
            <w:r>
              <w:t>Industry 4.0</w:t>
            </w:r>
          </w:p>
        </w:tc>
        <w:tc>
          <w:tcPr>
            <w:tcW w:type="dxa" w:w="2160"/>
          </w:tcPr>
          <w:p>
            <w:r>
              <w:t>What challenges have you faced in implementing Industry 4.0 technologies in your oat processing, and how did you address these through experimental approaches?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1055-0402</w:t>
            </w:r>
          </w:p>
        </w:tc>
        <w:tc>
          <w:tcPr>
            <w:tcW w:type="dxa" w:w="2160"/>
          </w:tcPr>
          <w:p>
            <w:r>
              <w:t>Sensor Technologies</w:t>
            </w:r>
          </w:p>
        </w:tc>
        <w:tc>
          <w:tcPr>
            <w:tcW w:type="dxa" w:w="2160"/>
          </w:tcPr>
          <w:p>
            <w:r>
              <w:t>What specific experiments have you conducted to test the effectiveness of sensor technologies in your oat processing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1055-0403</w:t>
            </w:r>
          </w:p>
        </w:tc>
        <w:tc>
          <w:tcPr>
            <w:tcW w:type="dxa" w:w="2160"/>
          </w:tcPr>
          <w:p>
            <w:r>
              <w:t>Cost Reduction</w:t>
            </w:r>
          </w:p>
        </w:tc>
        <w:tc>
          <w:tcPr>
            <w:tcW w:type="dxa" w:w="2160"/>
          </w:tcPr>
          <w:p>
            <w:r>
              <w:t>What specific cost savings have you documented as a result of automation in your oat processing, and how did you calculate these savings?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1055-0404</w:t>
            </w:r>
          </w:p>
        </w:tc>
        <w:tc>
          <w:tcPr>
            <w:tcW w:type="dxa" w:w="2160"/>
          </w:tcPr>
          <w:p>
            <w:r>
              <w:t>Automation Integration</w:t>
            </w:r>
          </w:p>
        </w:tc>
        <w:tc>
          <w:tcPr>
            <w:tcW w:type="dxa" w:w="2160"/>
          </w:tcPr>
          <w:p>
            <w:r>
              <w:t>What automation technologies have you integrated into your oat farming operations?</w:t>
              <w:br/>
              <w:t>Answer type: text</w:t>
              <w:br/>
              <w:t>Trigger: none</w:t>
              <w:br/>
              <w:t>Required: Yes</w:t>
              <w:br/>
              <w:t>Risk: High</w:t>
            </w:r>
          </w:p>
        </w:tc>
        <w:tc>
          <w:tcPr>
            <w:tcW w:type="dxa" w:w="2160"/>
          </w:tcPr>
          <w:p>
            <w:r>
              <w:t>Primary authority: Technology Integration Standards</w:t>
              <w:br/>
              <w:t>Response: ___________________________</w:t>
              <w:br/>
              <w:t>Evidence: ___________________________</w:t>
              <w:br/>
              <w:t>Reviewer conclusion: ___________________________</w:t>
            </w:r>
          </w:p>
        </w:tc>
      </w:tr>
      <w:tr>
        <w:tc>
          <w:tcPr>
            <w:tcW w:type="dxa" w:w="2160"/>
          </w:tcPr>
          <w:p>
            <w:r>
              <w:t>1055-0405</w:t>
            </w:r>
          </w:p>
        </w:tc>
        <w:tc>
          <w:tcPr>
            <w:tcW w:type="dxa" w:w="2160"/>
          </w:tcPr>
          <w:p>
            <w:r>
              <w:t>Equipment Efficiency</w:t>
            </w:r>
          </w:p>
        </w:tc>
        <w:tc>
          <w:tcPr>
            <w:tcW w:type="dxa" w:w="2160"/>
          </w:tcPr>
          <w:p>
            <w:r>
              <w:t>How do you evaluate the efficiency of your automated equipment?</w:t>
              <w:br/>
              <w:t>Answer type: text</w:t>
              <w:br/>
              <w:t>Trigger: none</w:t>
              <w:br/>
              <w:t>Required: Yes</w:t>
              <w:br/>
              <w:t>Risk: Medium</w:t>
            </w:r>
          </w:p>
        </w:tc>
        <w:tc>
          <w:tcPr>
            <w:tcW w:type="dxa" w:w="2160"/>
          </w:tcPr>
          <w:p>
            <w:r>
              <w:t>Primary authority: Equipment Performance Standards</w:t>
              <w:br/>
              <w:t>Response: ___________________________</w:t>
              <w:br/>
              <w:t>Evidence: ___________________________</w:t>
              <w:br/>
              <w:t>Reviewer conclusion: ___________________________</w:t>
            </w:r>
          </w:p>
        </w:tc>
      </w:tr>
      <w:tr>
        <w:tc>
          <w:tcPr>
            <w:tcW w:type="dxa" w:w="2160"/>
          </w:tcPr>
          <w:p>
            <w:r>
              <w:t>1055-0406</w:t>
            </w:r>
          </w:p>
        </w:tc>
        <w:tc>
          <w:tcPr>
            <w:tcW w:type="dxa" w:w="2160"/>
          </w:tcPr>
          <w:p>
            <w:r>
              <w:t>Training and Safety</w:t>
            </w:r>
          </w:p>
        </w:tc>
        <w:tc>
          <w:tcPr>
            <w:tcW w:type="dxa" w:w="2160"/>
          </w:tcPr>
          <w:p>
            <w:r>
              <w:t>What training do you provide to staff on the use of automated equipment?</w:t>
              <w:br/>
              <w:t>Answer type: text</w:t>
              <w:br/>
              <w:t>Trigger: none</w:t>
              <w:br/>
              <w:t>Required: Yes</w:t>
              <w:br/>
              <w:t>Risk: Medium</w:t>
            </w:r>
          </w:p>
        </w:tc>
        <w:tc>
          <w:tcPr>
            <w:tcW w:type="dxa" w:w="2160"/>
          </w:tcPr>
          <w:p>
            <w:r>
              <w:t>Primary authority: Safety Training Regulations</w:t>
              <w:br/>
              <w:t>Response: ___________________________</w:t>
              <w:br/>
              <w:t>Evidence: ___________________________</w:t>
              <w:br/>
              <w:t>Reviewer conclusion: ___________________________</w:t>
            </w:r>
          </w:p>
        </w:tc>
      </w:tr>
      <w:tr>
        <w:tc>
          <w:tcPr>
            <w:tcW w:type="dxa" w:w="2160"/>
          </w:tcPr>
          <w:p>
            <w:r>
              <w:t>1055-0407</w:t>
            </w:r>
          </w:p>
        </w:tc>
        <w:tc>
          <w:tcPr>
            <w:tcW w:type="dxa" w:w="2160"/>
          </w:tcPr>
          <w:p>
            <w:r>
              <w:t>Cost Management</w:t>
            </w:r>
          </w:p>
        </w:tc>
        <w:tc>
          <w:tcPr>
            <w:tcW w:type="dxa" w:w="2160"/>
          </w:tcPr>
          <w:p>
            <w:r>
              <w:t>How do you assess the cost-effectiveness of implementing new automation technologies?</w:t>
              <w:br/>
              <w:t>Answer type: text</w:t>
              <w:br/>
              <w:t>Trigger: none</w:t>
              <w:br/>
              <w:t>Required: Yes</w:t>
              <w:br/>
              <w:t>Risk: Medium</w:t>
            </w:r>
          </w:p>
        </w:tc>
        <w:tc>
          <w:tcPr>
            <w:tcW w:type="dxa" w:w="2160"/>
          </w:tcPr>
          <w:p>
            <w:r>
              <w:t>Primary authority: Cost Management Guidelines</w:t>
              <w:br/>
              <w:t>Response: ___________________________</w:t>
              <w:br/>
              <w:t>Evidence: ___________________________</w:t>
              <w:br/>
              <w:t>Reviewer conclusion: ___________________________</w:t>
            </w:r>
          </w:p>
        </w:tc>
      </w:tr>
    </w:tbl>
    <w:p/>
    <w:p>
      <w:pPr>
        <w:pStyle w:val="Heading2"/>
      </w:pPr>
      <w:r>
        <w:t>DATA-SOFTWARE-INFORMATION-MANAGEMENT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1055-0408</w:t>
            </w:r>
          </w:p>
        </w:tc>
        <w:tc>
          <w:tcPr>
            <w:tcW w:type="dxa" w:w="2160"/>
          </w:tcPr>
          <w:p>
            <w:r>
              <w:t>Data Analytics</w:t>
            </w:r>
          </w:p>
        </w:tc>
        <w:tc>
          <w:tcPr>
            <w:tcW w:type="dxa" w:w="2160"/>
          </w:tcPr>
          <w:p>
            <w:r>
              <w:t>What specific data analytics tools are you using to assess crop yield and quality for your oat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1055-0409</w:t>
            </w:r>
          </w:p>
        </w:tc>
        <w:tc>
          <w:tcPr>
            <w:tcW w:type="dxa" w:w="2160"/>
          </w:tcPr>
          <w:p>
            <w:r>
              <w:t>Farm Management Software</w:t>
            </w:r>
          </w:p>
        </w:tc>
        <w:tc>
          <w:tcPr>
            <w:tcW w:type="dxa" w:w="2160"/>
          </w:tcPr>
          <w:p>
            <w:r>
              <w:t>Which farm management software do you utilize to track the growth stages of your oats, and what features do you find most beneficial?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1055-0410</w:t>
            </w:r>
          </w:p>
        </w:tc>
        <w:tc>
          <w:tcPr>
            <w:tcW w:type="dxa" w:w="2160"/>
          </w:tcPr>
          <w:p>
            <w:r>
              <w:t>Traceability Systems</w:t>
            </w:r>
          </w:p>
        </w:tc>
        <w:tc>
          <w:tcPr>
            <w:tcW w:type="dxa" w:w="2160"/>
          </w:tcPr>
          <w:p>
            <w:r>
              <w:t>Can you describe the traceability system implemented for tracking the origin and processing of your oats?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1055-0411</w:t>
            </w:r>
          </w:p>
        </w:tc>
        <w:tc>
          <w:tcPr>
            <w:tcW w:type="dxa" w:w="2160"/>
          </w:tcPr>
          <w:p>
            <w:r>
              <w:t>Inventory Management</w:t>
            </w:r>
          </w:p>
        </w:tc>
        <w:tc>
          <w:tcPr>
            <w:tcW w:type="dxa" w:w="2160"/>
          </w:tcPr>
          <w:p>
            <w:r>
              <w:t>What inventory management software do you use to monitor oat stock levels and how does it integrate with your production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1055-0412</w:t>
            </w:r>
          </w:p>
        </w:tc>
        <w:tc>
          <w:tcPr>
            <w:tcW w:type="dxa" w:w="2160"/>
          </w:tcPr>
          <w:p>
            <w:r>
              <w:t>Real-Time Monitoring</w:t>
            </w:r>
          </w:p>
        </w:tc>
        <w:tc>
          <w:tcPr>
            <w:tcW w:type="dxa" w:w="2160"/>
          </w:tcPr>
          <w:p>
            <w:r>
              <w:t>How do you implement real-time monitoring of environmental conditions (e.g., soil moisture, temperature) affecting oat growth?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1055-0413</w:t>
            </w:r>
          </w:p>
        </w:tc>
        <w:tc>
          <w:tcPr>
            <w:tcW w:type="dxa" w:w="2160"/>
          </w:tcPr>
          <w:p>
            <w:r>
              <w:t>Cloud Solutions</w:t>
            </w:r>
          </w:p>
        </w:tc>
        <w:tc>
          <w:tcPr>
            <w:tcW w:type="dxa" w:w="2160"/>
          </w:tcPr>
          <w:p>
            <w:r>
              <w:t>Are you utilizing any cloud-based solutions for data management in your oat farming operations? If so, please specify which ones and their purposes.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1055-0414</w:t>
            </w:r>
          </w:p>
        </w:tc>
        <w:tc>
          <w:tcPr>
            <w:tcW w:type="dxa" w:w="2160"/>
          </w:tcPr>
          <w:p>
            <w:r>
              <w:t>Data Security</w:t>
            </w:r>
          </w:p>
        </w:tc>
        <w:tc>
          <w:tcPr>
            <w:tcW w:type="dxa" w:w="2160"/>
          </w:tcPr>
          <w:p>
            <w:r>
              <w:t>What measures do you have in place to ensure data security for the information collected on your oat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1055-0415</w:t>
            </w:r>
          </w:p>
        </w:tc>
        <w:tc>
          <w:tcPr>
            <w:tcW w:type="dxa" w:w="2160"/>
          </w:tcPr>
          <w:p>
            <w:r>
              <w:t>Regulatory Compliance</w:t>
            </w:r>
          </w:p>
        </w:tc>
        <w:tc>
          <w:tcPr>
            <w:tcW w:type="dxa" w:w="2160"/>
          </w:tcPr>
          <w:p>
            <w:r>
              <w:t>How does your data management system ensure compliance with agricultural regulations relevant to oat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1055-0416</w:t>
            </w:r>
          </w:p>
        </w:tc>
        <w:tc>
          <w:tcPr>
            <w:tcW w:type="dxa" w:w="2160"/>
          </w:tcPr>
          <w:p>
            <w:r>
              <w:t>Data Analytics</w:t>
            </w:r>
          </w:p>
        </w:tc>
        <w:tc>
          <w:tcPr>
            <w:tcW w:type="dxa" w:w="2160"/>
          </w:tcPr>
          <w:p>
            <w:r>
              <w:t>What specific metrics do you analyze to evaluate the effectiveness of your oat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1055-0417</w:t>
            </w:r>
          </w:p>
        </w:tc>
        <w:tc>
          <w:tcPr>
            <w:tcW w:type="dxa" w:w="2160"/>
          </w:tcPr>
          <w:p>
            <w:r>
              <w:t>Farm Management Software</w:t>
            </w:r>
          </w:p>
        </w:tc>
        <w:tc>
          <w:tcPr>
            <w:tcW w:type="dxa" w:w="2160"/>
          </w:tcPr>
          <w:p>
            <w:r>
              <w:t>How frequently do you update the data in your farm management software, and what processes are in place for data entry?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1055-0418</w:t>
            </w:r>
          </w:p>
        </w:tc>
        <w:tc>
          <w:tcPr>
            <w:tcW w:type="dxa" w:w="2160"/>
          </w:tcPr>
          <w:p>
            <w:r>
              <w:t>Traceability Systems</w:t>
            </w:r>
          </w:p>
        </w:tc>
        <w:tc>
          <w:tcPr>
            <w:tcW w:type="dxa" w:w="2160"/>
          </w:tcPr>
          <w:p>
            <w:r>
              <w:t>What challenges have you faced in implementing your traceability system for oats,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1055-0419</w:t>
            </w:r>
          </w:p>
        </w:tc>
        <w:tc>
          <w:tcPr>
            <w:tcW w:type="dxa" w:w="2160"/>
          </w:tcPr>
          <w:p>
            <w:r>
              <w:t>Inventory Management</w:t>
            </w:r>
          </w:p>
        </w:tc>
        <w:tc>
          <w:tcPr>
            <w:tcW w:type="dxa" w:w="2160"/>
          </w:tcPr>
          <w:p>
            <w:r>
              <w:t>How do you forecast inventory needs for your oat production, and what data do you rely on for these forecasts?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1055-0420</w:t>
            </w:r>
          </w:p>
        </w:tc>
        <w:tc>
          <w:tcPr>
            <w:tcW w:type="dxa" w:w="2160"/>
          </w:tcPr>
          <w:p>
            <w:r>
              <w:t>Real-Time Monitoring</w:t>
            </w:r>
          </w:p>
        </w:tc>
        <w:tc>
          <w:tcPr>
            <w:tcW w:type="dxa" w:w="2160"/>
          </w:tcPr>
          <w:p>
            <w:r>
              <w:t>What technologies do you employ for real-time monitoring of pest and disease threats to your oat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1055-0421</w:t>
            </w:r>
          </w:p>
        </w:tc>
        <w:tc>
          <w:tcPr>
            <w:tcW w:type="dxa" w:w="2160"/>
          </w:tcPr>
          <w:p>
            <w:r>
              <w:t>Cloud Solutions</w:t>
            </w:r>
          </w:p>
        </w:tc>
        <w:tc>
          <w:tcPr>
            <w:tcW w:type="dxa" w:w="2160"/>
          </w:tcPr>
          <w:p>
            <w:r>
              <w:t>How do you ensure the reliability and accessibility of your cloud-based data management solutions for oat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1055-0422</w:t>
            </w:r>
          </w:p>
        </w:tc>
        <w:tc>
          <w:tcPr>
            <w:tcW w:type="dxa" w:w="2160"/>
          </w:tcPr>
          <w:p>
            <w:r>
              <w:t>Data Security</w:t>
            </w:r>
          </w:p>
        </w:tc>
        <w:tc>
          <w:tcPr>
            <w:tcW w:type="dxa" w:w="2160"/>
          </w:tcPr>
          <w:p>
            <w:r>
              <w:t>What protocols do you follow to protect sensitive data related to your oat farming operations from cyber threats?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1055-0423</w:t>
            </w:r>
          </w:p>
        </w:tc>
        <w:tc>
          <w:tcPr>
            <w:tcW w:type="dxa" w:w="2160"/>
          </w:tcPr>
          <w:p>
            <w:r>
              <w:t>Regulatory Compliance</w:t>
            </w:r>
          </w:p>
        </w:tc>
        <w:tc>
          <w:tcPr>
            <w:tcW w:type="dxa" w:w="2160"/>
          </w:tcPr>
          <w:p>
            <w:r>
              <w:t>What specific regulations impact your data management practices in oat farming, and how do you ensure compliance?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1055-0424</w:t>
            </w:r>
          </w:p>
        </w:tc>
        <w:tc>
          <w:tcPr>
            <w:tcW w:type="dxa" w:w="2160"/>
          </w:tcPr>
          <w:p>
            <w:r>
              <w:t>Data Analytics</w:t>
            </w:r>
          </w:p>
        </w:tc>
        <w:tc>
          <w:tcPr>
            <w:tcW w:type="dxa" w:w="2160"/>
          </w:tcPr>
          <w:p>
            <w:r>
              <w:t>How do you utilize predictive analytics in your oat farming operations to enhance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1055-0425</w:t>
            </w:r>
          </w:p>
        </w:tc>
        <w:tc>
          <w:tcPr>
            <w:tcW w:type="dxa" w:w="2160"/>
          </w:tcPr>
          <w:p>
            <w:r>
              <w:t>Farm Management Software</w:t>
            </w:r>
          </w:p>
        </w:tc>
        <w:tc>
          <w:tcPr>
            <w:tcW w:type="dxa" w:w="2160"/>
          </w:tcPr>
          <w:p>
            <w:r>
              <w:t>What role does mobile access play in your farm management software for managing oat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1055-0426</w:t>
            </w:r>
          </w:p>
        </w:tc>
        <w:tc>
          <w:tcPr>
            <w:tcW w:type="dxa" w:w="2160"/>
          </w:tcPr>
          <w:p>
            <w:r>
              <w:t>Traceability Systems</w:t>
            </w:r>
          </w:p>
        </w:tc>
        <w:tc>
          <w:tcPr>
            <w:tcW w:type="dxa" w:w="2160"/>
          </w:tcPr>
          <w:p>
            <w:r>
              <w:t>How do you maintain the integrity of data collected through your traceability systems for oats?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1055-0427</w:t>
            </w:r>
          </w:p>
        </w:tc>
        <w:tc>
          <w:tcPr>
            <w:tcW w:type="dxa" w:w="2160"/>
          </w:tcPr>
          <w:p>
            <w:r>
              <w:t>Inventory Management</w:t>
            </w:r>
          </w:p>
        </w:tc>
        <w:tc>
          <w:tcPr>
            <w:tcW w:type="dxa" w:w="2160"/>
          </w:tcPr>
          <w:p>
            <w:r>
              <w:t>What systems do you have in place for tracking the movement of oats from harvest to storage?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1055-0428</w:t>
            </w:r>
          </w:p>
        </w:tc>
        <w:tc>
          <w:tcPr>
            <w:tcW w:type="dxa" w:w="2160"/>
          </w:tcPr>
          <w:p>
            <w:r>
              <w:t>Real-Time Monitoring</w:t>
            </w:r>
          </w:p>
        </w:tc>
        <w:tc>
          <w:tcPr>
            <w:tcW w:type="dxa" w:w="2160"/>
          </w:tcPr>
          <w:p>
            <w:r>
              <w:t>What types of sensors or devices do you use for monitoring soil and weather conditions in real-time for your oat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1055-0429</w:t>
            </w:r>
          </w:p>
        </w:tc>
        <w:tc>
          <w:tcPr>
            <w:tcW w:type="dxa" w:w="2160"/>
          </w:tcPr>
          <w:p>
            <w:r>
              <w:t>Cloud Solutions</w:t>
            </w:r>
          </w:p>
        </w:tc>
        <w:tc>
          <w:tcPr>
            <w:tcW w:type="dxa" w:w="2160"/>
          </w:tcPr>
          <w:p>
            <w:r>
              <w:t>How do you handle data backups and recovery for your cloud-based oat farming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1055-0430</w:t>
            </w:r>
          </w:p>
        </w:tc>
        <w:tc>
          <w:tcPr>
            <w:tcW w:type="dxa" w:w="2160"/>
          </w:tcPr>
          <w:p>
            <w:r>
              <w:t>Data Security</w:t>
            </w:r>
          </w:p>
        </w:tc>
        <w:tc>
          <w:tcPr>
            <w:tcW w:type="dxa" w:w="2160"/>
          </w:tcPr>
          <w:p>
            <w:r>
              <w:t>What training do you provide to your staff regarding data security and privacy in the context of oat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1055-0431</w:t>
            </w:r>
          </w:p>
        </w:tc>
        <w:tc>
          <w:tcPr>
            <w:tcW w:type="dxa" w:w="2160"/>
          </w:tcPr>
          <w:p>
            <w:r>
              <w:t>Regulatory Compliance</w:t>
            </w:r>
          </w:p>
        </w:tc>
        <w:tc>
          <w:tcPr>
            <w:tcW w:type="dxa" w:w="2160"/>
          </w:tcPr>
          <w:p>
            <w:r>
              <w:t>How do you document compliance with data management regulations specific to oat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1055-0432</w:t>
            </w:r>
          </w:p>
        </w:tc>
        <w:tc>
          <w:tcPr>
            <w:tcW w:type="dxa" w:w="2160"/>
          </w:tcPr>
          <w:p>
            <w:r>
              <w:t>Data Collection</w:t>
            </w:r>
          </w:p>
        </w:tc>
        <w:tc>
          <w:tcPr>
            <w:tcW w:type="dxa" w:w="2160"/>
          </w:tcPr>
          <w:p>
            <w:r>
              <w:t>What systems do you use to collect data on oat production and processing?</w:t>
              <w:br/>
              <w:t>Answer type: text</w:t>
              <w:br/>
              <w:t>Trigger: none</w:t>
              <w:br/>
              <w:t>Required: Yes</w:t>
              <w:br/>
              <w:t>Risk: Medium</w:t>
            </w:r>
          </w:p>
        </w:tc>
        <w:tc>
          <w:tcPr>
            <w:tcW w:type="dxa" w:w="2160"/>
          </w:tcPr>
          <w:p>
            <w:r>
              <w:t>Primary authority: Data Management Standards</w:t>
              <w:br/>
              <w:t>Response: ___________________________</w:t>
              <w:br/>
              <w:t>Evidence: ___________________________</w:t>
              <w:br/>
              <w:t>Reviewer conclusion: ___________________________</w:t>
            </w:r>
          </w:p>
        </w:tc>
      </w:tr>
      <w:tr>
        <w:tc>
          <w:tcPr>
            <w:tcW w:type="dxa" w:w="2160"/>
          </w:tcPr>
          <w:p>
            <w:r>
              <w:t>1055-0433</w:t>
            </w:r>
          </w:p>
        </w:tc>
        <w:tc>
          <w:tcPr>
            <w:tcW w:type="dxa" w:w="2160"/>
          </w:tcPr>
          <w:p>
            <w:r>
              <w:t>Software Utilization</w:t>
            </w:r>
          </w:p>
        </w:tc>
        <w:tc>
          <w:tcPr>
            <w:tcW w:type="dxa" w:w="2160"/>
          </w:tcPr>
          <w:p>
            <w:r>
              <w:t>What software tools do you utilize for managing operational data?</w:t>
              <w:br/>
              <w:t>Answer type: text</w:t>
              <w:br/>
              <w:t>Trigger: none</w:t>
              <w:br/>
              <w:t>Required: Yes</w:t>
              <w:br/>
              <w:t>Risk: Medium</w:t>
            </w:r>
          </w:p>
        </w:tc>
        <w:tc>
          <w:tcPr>
            <w:tcW w:type="dxa" w:w="2160"/>
          </w:tcPr>
          <w:p>
            <w:r>
              <w:t>Primary authority: Software Standards</w:t>
              <w:br/>
              <w:t>Response: ___________________________</w:t>
              <w:br/>
              <w:t>Evidence: ___________________________</w:t>
              <w:br/>
              <w:t>Reviewer conclusion: ___________________________</w:t>
            </w:r>
          </w:p>
        </w:tc>
      </w:tr>
      <w:tr>
        <w:tc>
          <w:tcPr>
            <w:tcW w:type="dxa" w:w="2160"/>
          </w:tcPr>
          <w:p>
            <w:r>
              <w:t>1055-0434</w:t>
            </w:r>
          </w:p>
        </w:tc>
        <w:tc>
          <w:tcPr>
            <w:tcW w:type="dxa" w:w="2160"/>
          </w:tcPr>
          <w:p>
            <w:r>
              <w:t>Data Security</w:t>
            </w:r>
          </w:p>
        </w:tc>
        <w:tc>
          <w:tcPr>
            <w:tcW w:type="dxa" w:w="2160"/>
          </w:tcPr>
          <w:p>
            <w:r>
              <w:t>How do you ensure the security and integrity of your operational data?</w:t>
              <w:br/>
              <w:t>Answer type: text</w:t>
              <w:br/>
              <w:t>Trigger: none</w:t>
              <w:br/>
              <w:t>Required: Yes</w:t>
              <w:br/>
              <w:t>Risk: High</w:t>
            </w:r>
          </w:p>
        </w:tc>
        <w:tc>
          <w:tcPr>
            <w:tcW w:type="dxa" w:w="2160"/>
          </w:tcPr>
          <w:p>
            <w:r>
              <w:t>Primary authority: Data Protection Regulations</w:t>
              <w:br/>
              <w:t>Response: ___________________________</w:t>
              <w:br/>
              <w:t>Evidence: ___________________________</w:t>
              <w:br/>
              <w:t>Reviewer conclusion: ___________________________</w:t>
            </w:r>
          </w:p>
        </w:tc>
      </w:tr>
      <w:tr>
        <w:tc>
          <w:tcPr>
            <w:tcW w:type="dxa" w:w="2160"/>
          </w:tcPr>
          <w:p>
            <w:r>
              <w:t>1055-0435</w:t>
            </w:r>
          </w:p>
        </w:tc>
        <w:tc>
          <w:tcPr>
            <w:tcW w:type="dxa" w:w="2160"/>
          </w:tcPr>
          <w:p>
            <w:r>
              <w:t>Data Analysis</w:t>
            </w:r>
          </w:p>
        </w:tc>
        <w:tc>
          <w:tcPr>
            <w:tcW w:type="dxa" w:w="2160"/>
          </w:tcPr>
          <w:p>
            <w:r>
              <w:t>What methods do you use to analyze data for improving operational efficiency?</w:t>
              <w:br/>
              <w:t>Answer type: text</w:t>
              <w:br/>
              <w:t>Trigger: none</w:t>
              <w:br/>
              <w:t>Required: Yes</w:t>
              <w:br/>
              <w:t>Risk: Medium</w:t>
            </w:r>
          </w:p>
        </w:tc>
        <w:tc>
          <w:tcPr>
            <w:tcW w:type="dxa" w:w="2160"/>
          </w:tcPr>
          <w:p>
            <w:r>
              <w:t>Primary authority: Data Analysis Guidelines</w:t>
              <w:br/>
              <w:t>Response: ___________________________</w:t>
              <w:br/>
              <w:t>Evidence: ___________________________</w:t>
              <w:br/>
              <w:t>Reviewer conclusion: ___________________________</w:t>
            </w:r>
          </w:p>
        </w:tc>
      </w:tr>
    </w:tbl>
    <w:p/>
    <w:p>
      <w:pPr>
        <w:pStyle w:val="Heading2"/>
      </w:pPr>
      <w:r>
        <w:t>RESEARCH-DEVELOPMENT-INNOVATION-STRATEGIES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1055-0436</w:t>
            </w:r>
          </w:p>
        </w:tc>
        <w:tc>
          <w:tcPr>
            <w:tcW w:type="dxa" w:w="2160"/>
          </w:tcPr>
          <w:p>
            <w:r>
              <w:t>New Product Development</w:t>
            </w:r>
          </w:p>
        </w:tc>
        <w:tc>
          <w:tcPr>
            <w:tcW w:type="dxa" w:w="2160"/>
          </w:tcPr>
          <w:p>
            <w:r>
              <w:t>What specific new oat-based products have you developed or are in the process of developing during the 2025 tax year? Please describe the technical challenges faced during development.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1055-0437</w:t>
            </w:r>
          </w:p>
        </w:tc>
        <w:tc>
          <w:tcPr>
            <w:tcW w:type="dxa" w:w="2160"/>
          </w:tcPr>
          <w:p>
            <w:r>
              <w:t>Process Innovation</w:t>
            </w:r>
          </w:p>
        </w:tc>
        <w:tc>
          <w:tcPr>
            <w:tcW w:type="dxa" w:w="2160"/>
          </w:tcPr>
          <w:p>
            <w:r>
              <w:t>Can you detail any innovative processes implemented in your oat farming or processing operations in 2025 that aimed to enhance efficiency or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1055-0438</w:t>
            </w:r>
          </w:p>
        </w:tc>
        <w:tc>
          <w:tcPr>
            <w:tcW w:type="dxa" w:w="2160"/>
          </w:tcPr>
          <w:p>
            <w:r>
              <w:t>Collaboration with Research Institutions</w:t>
            </w:r>
          </w:p>
        </w:tc>
        <w:tc>
          <w:tcPr>
            <w:tcW w:type="dxa" w:w="2160"/>
          </w:tcPr>
          <w:p>
            <w:r>
              <w:t>Have you collaborated with any universities or research institutions on R&amp;D initiatives related to oat farming in 2025? If yes, please provide details about the nature of the collaboration and its objectives.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1055-0439</w:t>
            </w:r>
          </w:p>
        </w:tc>
        <w:tc>
          <w:tcPr>
            <w:tcW w:type="dxa" w:w="2160"/>
          </w:tcPr>
          <w:p>
            <w:r>
              <w:t>Funding for R&amp;D</w:t>
            </w:r>
          </w:p>
        </w:tc>
        <w:tc>
          <w:tcPr>
            <w:tcW w:type="dxa" w:w="2160"/>
          </w:tcPr>
          <w:p>
            <w:r>
              <w:t>What sources of funding have you pursued or obtained for your R&amp;D initiatives in oat farming during 2025? Please specify any grants, loans, or investment received.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1055-0440</w:t>
            </w:r>
          </w:p>
        </w:tc>
        <w:tc>
          <w:tcPr>
            <w:tcW w:type="dxa" w:w="2160"/>
          </w:tcPr>
          <w:p>
            <w:r>
              <w:t>Patent Strategies</w:t>
            </w:r>
          </w:p>
        </w:tc>
        <w:tc>
          <w:tcPr>
            <w:tcW w:type="dxa" w:w="2160"/>
          </w:tcPr>
          <w:p>
            <w:r>
              <w:t>Have you filed any patents related to your oat farming innovations in 2025? If so, please provide details on the patents and their relevance to your R&amp;D efforts.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1055-0441</w:t>
            </w:r>
          </w:p>
        </w:tc>
        <w:tc>
          <w:tcPr>
            <w:tcW w:type="dxa" w:w="2160"/>
          </w:tcPr>
          <w:p>
            <w:r>
              <w:t>Market Trends</w:t>
            </w:r>
          </w:p>
        </w:tc>
        <w:tc>
          <w:tcPr>
            <w:tcW w:type="dxa" w:w="2160"/>
          </w:tcPr>
          <w:p>
            <w:r>
              <w:t>What market trends have influenced your R&amp;D strategies for oat products in 2025? Please provide specific examples.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1055-0442</w:t>
            </w:r>
          </w:p>
        </w:tc>
        <w:tc>
          <w:tcPr>
            <w:tcW w:type="dxa" w:w="2160"/>
          </w:tcPr>
          <w:p>
            <w:r>
              <w:t>Consumer Preferences</w:t>
            </w:r>
          </w:p>
        </w:tc>
        <w:tc>
          <w:tcPr>
            <w:tcW w:type="dxa" w:w="2160"/>
          </w:tcPr>
          <w:p>
            <w:r>
              <w:t>How have consumer preferences impacted your R&amp;D initiatives in oat farming and product development in 2025?</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1055-0443</w:t>
            </w:r>
          </w:p>
        </w:tc>
        <w:tc>
          <w:tcPr>
            <w:tcW w:type="dxa" w:w="2160"/>
          </w:tcPr>
          <w:p>
            <w:r>
              <w:t>Sustainability Innovations</w:t>
            </w:r>
          </w:p>
        </w:tc>
        <w:tc>
          <w:tcPr>
            <w:tcW w:type="dxa" w:w="2160"/>
          </w:tcPr>
          <w:p>
            <w:r>
              <w:t>What specific sustainability innovations have you implemented in your oat farming practices in 2025? Please describe the technical uncertainties you faced.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1055-0444</w:t>
            </w:r>
          </w:p>
        </w:tc>
        <w:tc>
          <w:tcPr>
            <w:tcW w:type="dxa" w:w="2160"/>
          </w:tcPr>
          <w:p>
            <w:r>
              <w:t>New Product Development</w:t>
            </w:r>
          </w:p>
        </w:tc>
        <w:tc>
          <w:tcPr>
            <w:tcW w:type="dxa" w:w="2160"/>
          </w:tcPr>
          <w:p>
            <w:r>
              <w:t>What specific challenges did you encounter when developing new oat-based products in 2025,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1055-0445</w:t>
            </w:r>
          </w:p>
        </w:tc>
        <w:tc>
          <w:tcPr>
            <w:tcW w:type="dxa" w:w="2160"/>
          </w:tcPr>
          <w:p>
            <w:r>
              <w:t>Process Innovation</w:t>
            </w:r>
          </w:p>
        </w:tc>
        <w:tc>
          <w:tcPr>
            <w:tcW w:type="dxa" w:w="2160"/>
          </w:tcPr>
          <w:p>
            <w:r>
              <w:t>Describe any experimental techniques you employed in optimizing your oat processing methods in 2025.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1055-0446</w:t>
            </w:r>
          </w:p>
        </w:tc>
        <w:tc>
          <w:tcPr>
            <w:tcW w:type="dxa" w:w="2160"/>
          </w:tcPr>
          <w:p>
            <w:r>
              <w:t>Collaboration with Research Institutions</w:t>
            </w:r>
          </w:p>
        </w:tc>
        <w:tc>
          <w:tcPr>
            <w:tcW w:type="dxa" w:w="2160"/>
          </w:tcPr>
          <w:p>
            <w:r>
              <w:t>What specific outcomes have resulted from your collaborations with research institutions in 2025? Please provide examples of innovations or findings.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1055-0447</w:t>
            </w:r>
          </w:p>
        </w:tc>
        <w:tc>
          <w:tcPr>
            <w:tcW w:type="dxa" w:w="2160"/>
          </w:tcPr>
          <w:p>
            <w:r>
              <w:t>Funding for R&amp;D</w:t>
            </w:r>
          </w:p>
        </w:tc>
        <w:tc>
          <w:tcPr>
            <w:tcW w:type="dxa" w:w="2160"/>
          </w:tcPr>
          <w:p>
            <w:r>
              <w:t>What percentage of your total R&amp;D budget in 2025 was allocated to oat farming innovations?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1055-0448</w:t>
            </w:r>
          </w:p>
        </w:tc>
        <w:tc>
          <w:tcPr>
            <w:tcW w:type="dxa" w:w="2160"/>
          </w:tcPr>
          <w:p>
            <w:r>
              <w:t>Patent Strategies</w:t>
            </w:r>
          </w:p>
        </w:tc>
        <w:tc>
          <w:tcPr>
            <w:tcW w:type="dxa" w:w="2160"/>
          </w:tcPr>
          <w:p>
            <w:r>
              <w:t>What challenges have you faced in obtaining patents for your oat innovations in 2025? Please detail any rejections or additional requirements from patent offices.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1055-0449</w:t>
            </w:r>
          </w:p>
        </w:tc>
        <w:tc>
          <w:tcPr>
            <w:tcW w:type="dxa" w:w="2160"/>
          </w:tcPr>
          <w:p>
            <w:r>
              <w:t>Market Trends</w:t>
            </w:r>
          </w:p>
        </w:tc>
        <w:tc>
          <w:tcPr>
            <w:tcW w:type="dxa" w:w="2160"/>
          </w:tcPr>
          <w:p>
            <w:r>
              <w:t>What specific market research methods did you employ to understand trends affecting oat products in 2025?</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1055-0450</w:t>
            </w:r>
          </w:p>
        </w:tc>
        <w:tc>
          <w:tcPr>
            <w:tcW w:type="dxa" w:w="2160"/>
          </w:tcPr>
          <w:p>
            <w:r>
              <w:t>Consumer Preferences</w:t>
            </w:r>
          </w:p>
        </w:tc>
        <w:tc>
          <w:tcPr>
            <w:tcW w:type="dxa" w:w="2160"/>
          </w:tcPr>
          <w:p>
            <w:r>
              <w:t>Have you conducted any surveys or focus groups to gauge consumer preferences for oat products in 2025? If so, what were the key findings?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1055-0451</w:t>
            </w:r>
          </w:p>
        </w:tc>
        <w:tc>
          <w:tcPr>
            <w:tcW w:type="dxa" w:w="2160"/>
          </w:tcPr>
          <w:p>
            <w:r>
              <w:t>Sustainability Innovations</w:t>
            </w:r>
          </w:p>
        </w:tc>
        <w:tc>
          <w:tcPr>
            <w:tcW w:type="dxa" w:w="2160"/>
          </w:tcPr>
          <w:p>
            <w:r>
              <w:t>What metrics do you use to evaluate the success of sustainability innovations in your oat farming practices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1055-0452</w:t>
            </w:r>
          </w:p>
        </w:tc>
        <w:tc>
          <w:tcPr>
            <w:tcW w:type="dxa" w:w="2160"/>
          </w:tcPr>
          <w:p>
            <w:r>
              <w:t>New Product Development</w:t>
            </w:r>
          </w:p>
        </w:tc>
        <w:tc>
          <w:tcPr>
            <w:tcW w:type="dxa" w:w="2160"/>
          </w:tcPr>
          <w:p>
            <w:r>
              <w:t>What is the timeline for your new oat product development projects initiated in 2025? Please provide key milestones.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1055-0453</w:t>
            </w:r>
          </w:p>
        </w:tc>
        <w:tc>
          <w:tcPr>
            <w:tcW w:type="dxa" w:w="2160"/>
          </w:tcPr>
          <w:p>
            <w:r>
              <w:t>Process Innovation</w:t>
            </w:r>
          </w:p>
        </w:tc>
        <w:tc>
          <w:tcPr>
            <w:tcW w:type="dxa" w:w="2160"/>
          </w:tcPr>
          <w:p>
            <w:r>
              <w:t>What specific technological advancements have you integrated into your oat farming processes in 2025? Please describe their impact on productivity.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1055-0454</w:t>
            </w:r>
          </w:p>
        </w:tc>
        <w:tc>
          <w:tcPr>
            <w:tcW w:type="dxa" w:w="2160"/>
          </w:tcPr>
          <w:p>
            <w:r>
              <w:t>Collaboration with Research Institutions</w:t>
            </w:r>
          </w:p>
        </w:tc>
        <w:tc>
          <w:tcPr>
            <w:tcW w:type="dxa" w:w="2160"/>
          </w:tcPr>
          <w:p>
            <w:r>
              <w:t>What types of research projects have you engaged in with academic partners in 2025? Please specify the focus areas and outcomes.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1055-0455</w:t>
            </w:r>
          </w:p>
        </w:tc>
        <w:tc>
          <w:tcPr>
            <w:tcW w:type="dxa" w:w="2160"/>
          </w:tcPr>
          <w:p>
            <w:r>
              <w:t>Funding for R&amp;D</w:t>
            </w:r>
          </w:p>
        </w:tc>
        <w:tc>
          <w:tcPr>
            <w:tcW w:type="dxa" w:w="2160"/>
          </w:tcPr>
          <w:p>
            <w:r>
              <w:t>What is the total amount of funding you have secured for R&amp;D initiatives related to oat farming in 2025?</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1055-0456</w:t>
            </w:r>
          </w:p>
        </w:tc>
        <w:tc>
          <w:tcPr>
            <w:tcW w:type="dxa" w:w="2160"/>
          </w:tcPr>
          <w:p>
            <w:r>
              <w:t>Patent Strategies</w:t>
            </w:r>
          </w:p>
        </w:tc>
        <w:tc>
          <w:tcPr>
            <w:tcW w:type="dxa" w:w="2160"/>
          </w:tcPr>
          <w:p>
            <w:r>
              <w:t>How do you assess the potential for patenting your innovations in oat farming? Please describe your evaluation process.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1055-0457</w:t>
            </w:r>
          </w:p>
        </w:tc>
        <w:tc>
          <w:tcPr>
            <w:tcW w:type="dxa" w:w="2160"/>
          </w:tcPr>
          <w:p>
            <w:r>
              <w:t>Market Trends</w:t>
            </w:r>
          </w:p>
        </w:tc>
        <w:tc>
          <w:tcPr>
            <w:tcW w:type="dxa" w:w="2160"/>
          </w:tcPr>
          <w:p>
            <w:r>
              <w:t>What specific consumer trends have you identified that could impact the demand for oat products in 2025?</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1055-0458</w:t>
            </w:r>
          </w:p>
        </w:tc>
        <w:tc>
          <w:tcPr>
            <w:tcW w:type="dxa" w:w="2160"/>
          </w:tcPr>
          <w:p>
            <w:r>
              <w:t>Consumer Preferences</w:t>
            </w:r>
          </w:p>
        </w:tc>
        <w:tc>
          <w:tcPr>
            <w:tcW w:type="dxa" w:w="2160"/>
          </w:tcPr>
          <w:p>
            <w:r>
              <w:t>What strategies have you implemented in response to consumer feedback regarding oat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1055-0459</w:t>
            </w:r>
          </w:p>
        </w:tc>
        <w:tc>
          <w:tcPr>
            <w:tcW w:type="dxa" w:w="2160"/>
          </w:tcPr>
          <w:p>
            <w:r>
              <w:t>Sustainability Innovations</w:t>
            </w:r>
          </w:p>
        </w:tc>
        <w:tc>
          <w:tcPr>
            <w:tcW w:type="dxa" w:w="2160"/>
          </w:tcPr>
          <w:p>
            <w:r>
              <w:t>What innovative practices have you adopted to enhance soil health and biodiversity in your oat farming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1055-0460</w:t>
            </w:r>
          </w:p>
        </w:tc>
        <w:tc>
          <w:tcPr>
            <w:tcW w:type="dxa" w:w="2160"/>
          </w:tcPr>
          <w:p>
            <w:r>
              <w:t>Innovation Practices</w:t>
            </w:r>
          </w:p>
        </w:tc>
        <w:tc>
          <w:tcPr>
            <w:tcW w:type="dxa" w:w="2160"/>
          </w:tcPr>
          <w:p>
            <w:r>
              <w:t>What specific R&amp;D projects have you undertaken to improve oat production?</w:t>
              <w:br/>
              <w:t>Answer type: text</w:t>
              <w:br/>
              <w:t>Trigger: none</w:t>
              <w:br/>
              <w:t>Required: Yes</w:t>
              <w:br/>
              <w:t>Risk: High</w:t>
            </w:r>
          </w:p>
        </w:tc>
        <w:tc>
          <w:tcPr>
            <w:tcW w:type="dxa" w:w="2160"/>
          </w:tcPr>
          <w:p>
            <w:r>
              <w:t>Primary authority: Agricultural Research</w:t>
              <w:br/>
              <w:t>Response: ___________________________</w:t>
              <w:br/>
              <w:t>Evidence: ___________________________</w:t>
              <w:br/>
              <w:t>Reviewer conclusion: ___________________________</w:t>
            </w:r>
          </w:p>
        </w:tc>
      </w:tr>
      <w:tr>
        <w:tc>
          <w:tcPr>
            <w:tcW w:type="dxa" w:w="2160"/>
          </w:tcPr>
          <w:p>
            <w:r>
              <w:t>1055-0461</w:t>
            </w:r>
          </w:p>
        </w:tc>
        <w:tc>
          <w:tcPr>
            <w:tcW w:type="dxa" w:w="2160"/>
          </w:tcPr>
          <w:p>
            <w:r>
              <w:t>Collaboration</w:t>
            </w:r>
          </w:p>
        </w:tc>
        <w:tc>
          <w:tcPr>
            <w:tcW w:type="dxa" w:w="2160"/>
          </w:tcPr>
          <w:p>
            <w:r>
              <w:t>How do you collaborate with research institutions or universities for R&amp;D initiatives?</w:t>
              <w:br/>
              <w:t>Answer type: text</w:t>
              <w:br/>
              <w:t>Trigger: none</w:t>
              <w:br/>
              <w:t>Required: Yes</w:t>
              <w:br/>
              <w:t>Risk: Medium</w:t>
            </w:r>
          </w:p>
        </w:tc>
        <w:tc>
          <w:tcPr>
            <w:tcW w:type="dxa" w:w="2160"/>
          </w:tcPr>
          <w:p>
            <w:r>
              <w:t>Primary authority: Research Collaboration Guidelines</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1055 (Oat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