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Agricredit</w:t>
      </w:r>
    </w:p>
    <w:p>
      <w:pPr>
        <w:jc w:val="center"/>
      </w:pPr>
      <w:r>
        <w:rPr>
          <w:b/>
          <w:sz w:val="40"/>
        </w:rPr>
        <w:t>R&amp;D Tax Credit Interview and Evidence Guide</w:t>
        <w:br/>
        <w:t>1058 -- Millet farms</w:t>
      </w:r>
    </w:p>
    <w:p>
      <w:pPr>
        <w:jc w:val="center"/>
      </w:pPr>
      <w:r>
        <w:t>Business ID: 1058</w:t>
        <w:br/>
        <w:t>Business Type: Millet farms</w:t>
        <w:br/>
        <w:t>Tax Year Design Basis: 2025</w:t>
        <w:br/>
        <w:t>Federal + California</w:t>
        <w:br/>
        <w:t>Question Range: 1058-0001 through 1058-0456</w:t>
        <w:br/>
        <w:t>Primary NAICS Candidate: Not yet researched -- verify before use</w:t>
        <w:br/>
        <w:t>Pack Complete (478/478): No -- see module index and Sources for gaps</w:t>
        <w:br/>
        <w:t>Next Business ID / Type:  / (not yet assigned)</w:t>
        <w:br/>
        <w:t>Required Review: Qualified U.S. tax professional + applicable industry technical specialist</w:t>
      </w:r>
    </w:p>
    <w:p>
      <w:r>
        <w:br w:type="page"/>
      </w:r>
    </w:p>
    <w:p>
      <w:pPr>
        <w:pStyle w:val="Heading1"/>
      </w:pPr>
      <w:r>
        <w:t>Introductory Limitation</w:t>
      </w:r>
    </w:p>
    <w:p>
      <w:r>
        <w:rPr>
          <w:color w:val="660000"/>
        </w:rPr>
        <w:t>This guide identifies potentially relevant facts and evidence for an R&amp;D tax credit evaluation. It does NOT guarantee tax eligibility, regulatory approval, technical validation, safety approval, environmental compliance, product acceptance, or acceptance of a tax position by any taxing authority. A qualified tax professional must review and approve all Section 41, Section 174, Section 280C, and California FTB 3523 conclusions before any filing position is taken.</w:t>
      </w:r>
    </w:p>
    <w:p>
      <w:pPr>
        <w:pStyle w:val="Heading1"/>
      </w:pPr>
      <w:r>
        <w:t>How to Use This Guide</w:t>
      </w:r>
    </w:p>
    <w:p>
      <w:r>
        <w:t>Interview knowledgeable legal, tax, finance, operations, and technical personnel. Use the permanent Project and Question IDs shown throughout this guide when recording answers. Link every answer to contemporaneous evidence where the Evidence/Notes column indicates one is needed. Distinguish real technical experimentation from routine operations or regulatory compliance. Separately allocate California-located research -- do not assume California research merely because the taxpayer is located in California.</w:t>
      </w:r>
    </w:p>
    <w:p>
      <w:pPr>
        <w:pStyle w:val="Heading1"/>
      </w:pPr>
      <w:r>
        <w:t>Module Index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Module</w:t>
            </w:r>
          </w:p>
        </w:tc>
        <w:tc>
          <w:tcPr>
            <w:tcW w:type="dxa" w:w="2880"/>
          </w:tcPr>
          <w:p>
            <w:r>
              <w:rPr>
                <w:b/>
              </w:rPr>
              <w:t>Question Count</w:t>
            </w:r>
          </w:p>
        </w:tc>
        <w:tc>
          <w:tcPr>
            <w:tcW w:type="dxa" w:w="2880"/>
          </w:tcPr>
          <w:p>
            <w:r>
              <w:rPr>
                <w:b/>
              </w:rPr>
              <w:t>Focus</w:t>
            </w:r>
          </w:p>
        </w:tc>
      </w:tr>
      <w:tr>
        <w:tc>
          <w:tcPr>
            <w:tcW w:type="dxa" w:w="2880"/>
          </w:tcPr>
          <w:p>
            <w:r>
              <w:t>INTAKE</w:t>
            </w:r>
          </w:p>
        </w:tc>
        <w:tc>
          <w:tcPr>
            <w:tcW w:type="dxa" w:w="2880"/>
          </w:tcPr>
          <w:p>
            <w:r>
              <w:t>22</w:t>
            </w:r>
          </w:p>
        </w:tc>
        <w:tc>
          <w:tcPr>
            <w:tcW w:type="dxa" w:w="2880"/>
          </w:tcPr>
          <w:p>
            <w:r>
              <w:t>Entity, ownership, locations, products, revenue, personnel, records, lead facts</w:t>
            </w:r>
          </w:p>
        </w:tc>
      </w:tr>
      <w:tr>
        <w:tc>
          <w:tcPr>
            <w:tcW w:type="dxa" w:w="2880"/>
          </w:tcPr>
          <w:p>
            <w:r>
              <w:t>FILING</w:t>
            </w:r>
          </w:p>
        </w:tc>
        <w:tc>
          <w:tcPr>
            <w:tcW w:type="dxa" w:w="2880"/>
          </w:tcPr>
          <w:p>
            <w:r>
              <w:t>14</w:t>
            </w:r>
          </w:p>
        </w:tc>
        <w:tc>
          <w:tcPr>
            <w:tcW w:type="dxa" w:w="2880"/>
          </w:tcPr>
          <w:p>
            <w:r>
              <w:t>Return status, prior credits, aggregation, elections, amended returns, Section 174</w:t>
            </w:r>
          </w:p>
        </w:tc>
      </w:tr>
      <w:tr>
        <w:tc>
          <w:tcPr>
            <w:tcW w:type="dxa" w:w="2880"/>
          </w:tcPr>
          <w:p>
            <w:r>
              <w:t>PROJECT</w:t>
            </w:r>
          </w:p>
        </w:tc>
        <w:tc>
          <w:tcPr>
            <w:tcW w:type="dxa" w:w="2880"/>
          </w:tcPr>
          <w:p>
            <w:r>
              <w:t>20</w:t>
            </w:r>
          </w:p>
        </w:tc>
        <w:tc>
          <w:tcPr>
            <w:tcW w:type="dxa" w:w="2880"/>
          </w:tcPr>
          <w:p>
            <w:r>
              <w:t>Project inventory, uncertainty, alternatives, experiments, measurements, costs, evidence</w:t>
            </w:r>
          </w:p>
        </w:tc>
      </w:tr>
      <w:tr>
        <w:tc>
          <w:tcPr>
            <w:tcW w:type="dxa" w:w="2880"/>
          </w:tcPr>
          <w:p>
            <w:r>
              <w:t>FOUR-PART</w:t>
            </w:r>
          </w:p>
        </w:tc>
        <w:tc>
          <w:tcPr>
            <w:tcW w:type="dxa" w:w="2880"/>
          </w:tcPr>
          <w:p>
            <w:r>
              <w:t>5</w:t>
            </w:r>
          </w:p>
        </w:tc>
        <w:tc>
          <w:tcPr>
            <w:tcW w:type="dxa" w:w="2880"/>
          </w:tcPr>
          <w:p>
            <w:r>
              <w:t>Section 174 uncertainty, technological nature, experimentation, permitted purpose, business component</w:t>
            </w:r>
          </w:p>
        </w:tc>
      </w:tr>
      <w:tr>
        <w:tc>
          <w:tcPr>
            <w:tcW w:type="dxa" w:w="2880"/>
          </w:tcPr>
          <w:p>
            <w:r>
              <w:t>EXCLUSIONS</w:t>
            </w:r>
          </w:p>
        </w:tc>
        <w:tc>
          <w:tcPr>
            <w:tcW w:type="dxa" w:w="2880"/>
          </w:tcPr>
          <w:p>
            <w:r>
              <w:t>9</w:t>
            </w:r>
          </w:p>
        </w:tc>
        <w:tc>
          <w:tcPr>
            <w:tcW w:type="dxa" w:w="2880"/>
          </w:tcPr>
          <w:p>
            <w:r>
              <w:t>Commercial production, adaptation, duplication, routine testing, foreign/funded research, unsupported estimates</w:t>
            </w:r>
          </w:p>
        </w:tc>
      </w:tr>
      <w:tr>
        <w:tc>
          <w:tcPr>
            <w:tcW w:type="dxa" w:w="2880"/>
          </w:tcPr>
          <w:p>
            <w:r>
              <w:t>QRE-WAGES</w:t>
            </w:r>
          </w:p>
        </w:tc>
        <w:tc>
          <w:tcPr>
            <w:tcW w:type="dxa" w:w="2880"/>
          </w:tcPr>
          <w:p>
            <w:r>
              <w:t>10</w:t>
            </w:r>
          </w:p>
        </w:tc>
        <w:tc>
          <w:tcPr>
            <w:tcW w:type="dxa" w:w="2880"/>
          </w:tcPr>
          <w:p>
            <w:r>
              <w:t>Qualified employee services and wage allocations</w:t>
            </w:r>
          </w:p>
        </w:tc>
      </w:tr>
      <w:tr>
        <w:tc>
          <w:tcPr>
            <w:tcW w:type="dxa" w:w="2880"/>
          </w:tcPr>
          <w:p>
            <w:r>
              <w:t>QRE-SUPPLIES</w:t>
            </w:r>
          </w:p>
        </w:tc>
        <w:tc>
          <w:tcPr>
            <w:tcW w:type="dxa" w:w="2880"/>
          </w:tcPr>
          <w:p>
            <w:r>
              <w:t>5</w:t>
            </w:r>
          </w:p>
        </w:tc>
        <w:tc>
          <w:tcPr>
            <w:tcW w:type="dxa" w:w="2880"/>
          </w:tcPr>
          <w:p>
            <w:r>
              <w:t>Experimental supplies and exclusions</w:t>
            </w:r>
          </w:p>
        </w:tc>
      </w:tr>
      <w:tr>
        <w:tc>
          <w:tcPr>
            <w:tcW w:type="dxa" w:w="2880"/>
          </w:tcPr>
          <w:p>
            <w:r>
              <w:t>QRE-CONTRACT</w:t>
            </w:r>
          </w:p>
        </w:tc>
        <w:tc>
          <w:tcPr>
            <w:tcW w:type="dxa" w:w="2880"/>
          </w:tcPr>
          <w:p>
            <w:r>
              <w:t>7</w:t>
            </w:r>
          </w:p>
        </w:tc>
        <w:tc>
          <w:tcPr>
            <w:tcW w:type="dxa" w:w="2880"/>
          </w:tcPr>
          <w:p>
            <w:r>
              <w:t>Contractor services, U.S. location, rights, economic risk, eligible amount</w:t>
            </w:r>
          </w:p>
        </w:tc>
      </w:tr>
      <w:tr>
        <w:tc>
          <w:tcPr>
            <w:tcW w:type="dxa" w:w="2880"/>
          </w:tcPr>
          <w:p>
            <w:r>
              <w:t>QRE-COMPUTER</w:t>
            </w:r>
          </w:p>
        </w:tc>
        <w:tc>
          <w:tcPr>
            <w:tcW w:type="dxa" w:w="2880"/>
          </w:tcPr>
          <w:p>
            <w:r>
              <w:t>2</w:t>
            </w:r>
          </w:p>
        </w:tc>
        <w:tc>
          <w:tcPr>
            <w:tcW w:type="dxa" w:w="2880"/>
          </w:tcPr>
          <w:p>
            <w:r>
              <w:t>Third-party computer/cloud use</w:t>
            </w:r>
          </w:p>
        </w:tc>
      </w:tr>
      <w:tr>
        <w:tc>
          <w:tcPr>
            <w:tcW w:type="dxa" w:w="2880"/>
          </w:tcPr>
          <w:p>
            <w:r>
              <w:t>EVIDENCE</w:t>
            </w:r>
          </w:p>
        </w:tc>
        <w:tc>
          <w:tcPr>
            <w:tcW w:type="dxa" w:w="2880"/>
          </w:tcPr>
          <w:p>
            <w:r>
              <w:t>10</w:t>
            </w:r>
          </w:p>
        </w:tc>
        <w:tc>
          <w:tcPr>
            <w:tcW w:type="dxa" w:w="2880"/>
          </w:tcPr>
          <w:p>
            <w:r>
              <w:t>Contemporaneous project and cost records</w:t>
            </w:r>
          </w:p>
        </w:tc>
      </w:tr>
      <w:tr>
        <w:tc>
          <w:tcPr>
            <w:tcW w:type="dxa" w:w="2880"/>
          </w:tcPr>
          <w:p>
            <w:r>
              <w:t>CALC-FED</w:t>
            </w:r>
          </w:p>
        </w:tc>
        <w:tc>
          <w:tcPr>
            <w:tcW w:type="dxa" w:w="2880"/>
          </w:tcPr>
          <w:p>
            <w:r>
              <w:t>11</w:t>
            </w:r>
          </w:p>
        </w:tc>
        <w:tc>
          <w:tcPr>
            <w:tcW w:type="dxa" w:w="2880"/>
          </w:tcPr>
          <w:p>
            <w:r>
              <w:t>Federal QRE and credit calculations/reconciliation</w:t>
            </w:r>
          </w:p>
        </w:tc>
      </w:tr>
      <w:tr>
        <w:tc>
          <w:tcPr>
            <w:tcW w:type="dxa" w:w="2880"/>
          </w:tcPr>
          <w:p>
            <w:r>
              <w:t>CALC-CA</w:t>
            </w:r>
          </w:p>
        </w:tc>
        <w:tc>
          <w:tcPr>
            <w:tcW w:type="dxa" w:w="2880"/>
          </w:tcPr>
          <w:p>
            <w:r>
              <w:t>11</w:t>
            </w:r>
          </w:p>
        </w:tc>
        <w:tc>
          <w:tcPr>
            <w:tcW w:type="dxa" w:w="2880"/>
          </w:tcPr>
          <w:p>
            <w:r>
              <w:t>California-located QRE and credit calculations/reconciliation</w:t>
            </w:r>
          </w:p>
        </w:tc>
      </w:tr>
      <w:tr>
        <w:tc>
          <w:tcPr>
            <w:tcW w:type="dxa" w:w="2880"/>
          </w:tcPr>
          <w:p>
            <w:r>
              <w:t>REVIEW</w:t>
            </w:r>
          </w:p>
        </w:tc>
        <w:tc>
          <w:tcPr>
            <w:tcW w:type="dxa" w:w="2880"/>
          </w:tcPr>
          <w:p>
            <w:r>
              <w:t>10</w:t>
            </w:r>
          </w:p>
        </w:tc>
        <w:tc>
          <w:tcPr>
            <w:tcW w:type="dxa" w:w="2880"/>
          </w:tcPr>
          <w:p>
            <w:r>
              <w:t>Final conclusions, open issues, certification, review, next-year controls</w:t>
            </w:r>
          </w:p>
        </w:tc>
      </w:tr>
      <w:tr>
        <w:tc>
          <w:tcPr>
            <w:tcW w:type="dxa" w:w="2880"/>
          </w:tcPr>
          <w:p>
            <w:r>
              <w:t>SEED-QUALITY-ANALYSIS</w:t>
            </w:r>
          </w:p>
        </w:tc>
        <w:tc>
          <w:tcPr>
            <w:tcW w:type="dxa" w:w="2880"/>
          </w:tcPr>
          <w:p>
            <w:r>
              <w:t>25</w:t>
            </w:r>
          </w:p>
        </w:tc>
        <w:tc>
          <w:tcPr>
            <w:tcW w:type="dxa" w:w="2880"/>
          </w:tcPr>
          <w:p>
            <w:r>
              <w:t>Assessment of seed quality and its impact on millet yield and quality.</w:t>
            </w:r>
          </w:p>
        </w:tc>
      </w:tr>
      <w:tr>
        <w:tc>
          <w:tcPr>
            <w:tcW w:type="dxa" w:w="2880"/>
          </w:tcPr>
          <w:p>
            <w:r>
              <w:t>CULTIVATION-PRACTICES-OPTIMIZATION</w:t>
            </w:r>
          </w:p>
        </w:tc>
        <w:tc>
          <w:tcPr>
            <w:tcW w:type="dxa" w:w="2880"/>
          </w:tcPr>
          <w:p>
            <w:r>
              <w:t>29</w:t>
            </w:r>
          </w:p>
        </w:tc>
        <w:tc>
          <w:tcPr>
            <w:tcW w:type="dxa" w:w="2880"/>
          </w:tcPr>
          <w:p>
            <w:r>
              <w:t>Innovative agricultural practices for millet cultivation to enhance yield and sustainability.</w:t>
            </w:r>
          </w:p>
        </w:tc>
      </w:tr>
      <w:tr>
        <w:tc>
          <w:tcPr>
            <w:tcW w:type="dxa" w:w="2880"/>
          </w:tcPr>
          <w:p>
            <w:r>
              <w:t>HARVESTING-TECHNIQUES-EFFICIENCY</w:t>
            </w:r>
          </w:p>
        </w:tc>
        <w:tc>
          <w:tcPr>
            <w:tcW w:type="dxa" w:w="2880"/>
          </w:tcPr>
          <w:p>
            <w:r>
              <w:t>25</w:t>
            </w:r>
          </w:p>
        </w:tc>
        <w:tc>
          <w:tcPr>
            <w:tcW w:type="dxa" w:w="2880"/>
          </w:tcPr>
          <w:p>
            <w:r>
              <w:t>Methods and technologies used in the harvesting of millet to maximize efficiency and minimize loss.</w:t>
            </w:r>
          </w:p>
        </w:tc>
      </w:tr>
      <w:tr>
        <w:tc>
          <w:tcPr>
            <w:tcW w:type="dxa" w:w="2880"/>
          </w:tcPr>
          <w:p>
            <w:r>
              <w:t>PROCESSING-METHODS-IMPROVEMENT</w:t>
            </w:r>
          </w:p>
        </w:tc>
        <w:tc>
          <w:tcPr>
            <w:tcW w:type="dxa" w:w="2880"/>
          </w:tcPr>
          <w:p>
            <w:r>
              <w:t>28</w:t>
            </w:r>
          </w:p>
        </w:tc>
        <w:tc>
          <w:tcPr>
            <w:tcW w:type="dxa" w:w="2880"/>
          </w:tcPr>
          <w:p>
            <w:r>
              <w:t>Enhancements in the processing of millet for food products and byproducts.</w:t>
            </w:r>
          </w:p>
        </w:tc>
      </w:tr>
      <w:tr>
        <w:tc>
          <w:tcPr>
            <w:tcW w:type="dxa" w:w="2880"/>
          </w:tcPr>
          <w:p>
            <w:r>
              <w:t>QUALITY-CONTROL-LAB-TESTING</w:t>
            </w:r>
          </w:p>
        </w:tc>
        <w:tc>
          <w:tcPr>
            <w:tcW w:type="dxa" w:w="2880"/>
          </w:tcPr>
          <w:p>
            <w:r>
              <w:t>28</w:t>
            </w:r>
          </w:p>
        </w:tc>
        <w:tc>
          <w:tcPr>
            <w:tcW w:type="dxa" w:w="2880"/>
          </w:tcPr>
          <w:p>
            <w:r>
              <w:t>Laboratory testing and quality control measures for millet products to ensure safety and compliance.</w:t>
            </w:r>
          </w:p>
        </w:tc>
      </w:tr>
      <w:tr>
        <w:tc>
          <w:tcPr>
            <w:tcW w:type="dxa" w:w="2880"/>
          </w:tcPr>
          <w:p>
            <w:r>
              <w:t>PACKAGING-TRACEABILITY-SYSTEMS</w:t>
            </w:r>
          </w:p>
        </w:tc>
        <w:tc>
          <w:tcPr>
            <w:tcW w:type="dxa" w:w="2880"/>
          </w:tcPr>
          <w:p>
            <w:r>
              <w:t>25</w:t>
            </w:r>
          </w:p>
        </w:tc>
        <w:tc>
          <w:tcPr>
            <w:tcW w:type="dxa" w:w="2880"/>
          </w:tcPr>
          <w:p>
            <w:r>
              <w:t>Innovative packaging solutions and traceability systems for millet products.</w:t>
            </w:r>
          </w:p>
        </w:tc>
      </w:tr>
      <w:tr>
        <w:tc>
          <w:tcPr>
            <w:tcW w:type="dxa" w:w="2880"/>
          </w:tcPr>
          <w:p>
            <w:r>
              <w:t>REGULATORY-COMPLIANCE-OVERSIGHT</w:t>
            </w:r>
          </w:p>
        </w:tc>
        <w:tc>
          <w:tcPr>
            <w:tcW w:type="dxa" w:w="2880"/>
          </w:tcPr>
          <w:p>
            <w:r>
              <w:t>28</w:t>
            </w:r>
          </w:p>
        </w:tc>
        <w:tc>
          <w:tcPr>
            <w:tcW w:type="dxa" w:w="2880"/>
          </w:tcPr>
          <w:p>
            <w:r>
              <w:t>Understanding regulatory requirements specific to millet production and processing.</w:t>
            </w:r>
          </w:p>
        </w:tc>
      </w:tr>
      <w:tr>
        <w:tc>
          <w:tcPr>
            <w:tcW w:type="dxa" w:w="2880"/>
          </w:tcPr>
          <w:p>
            <w:r>
              <w:t>SUSTAINABILITY-PRACTICES-IMPLEMENTATION</w:t>
            </w:r>
          </w:p>
        </w:tc>
        <w:tc>
          <w:tcPr>
            <w:tcW w:type="dxa" w:w="2880"/>
          </w:tcPr>
          <w:p>
            <w:r>
              <w:t>25</w:t>
            </w:r>
          </w:p>
        </w:tc>
        <w:tc>
          <w:tcPr>
            <w:tcW w:type="dxa" w:w="2880"/>
          </w:tcPr>
          <w:p>
            <w:r>
              <w:t>Sustainable practices in millet farming and processing to reduce environmental impact.</w:t>
            </w:r>
          </w:p>
        </w:tc>
      </w:tr>
      <w:tr>
        <w:tc>
          <w:tcPr>
            <w:tcW w:type="dxa" w:w="2880"/>
          </w:tcPr>
          <w:p>
            <w:r>
              <w:t>AUTOMATION-TECHNOLOGIES-ADOPTION</w:t>
            </w:r>
          </w:p>
        </w:tc>
        <w:tc>
          <w:tcPr>
            <w:tcW w:type="dxa" w:w="2880"/>
          </w:tcPr>
          <w:p>
            <w:r>
              <w:t>28</w:t>
            </w:r>
          </w:p>
        </w:tc>
        <w:tc>
          <w:tcPr>
            <w:tcW w:type="dxa" w:w="2880"/>
          </w:tcPr>
          <w:p>
            <w:r>
              <w:t>Integration of automation technologies in millet farming and processing operations.</w:t>
            </w:r>
          </w:p>
        </w:tc>
      </w:tr>
      <w:tr>
        <w:tc>
          <w:tcPr>
            <w:tcW w:type="dxa" w:w="2880"/>
          </w:tcPr>
          <w:p>
            <w:r>
              <w:t>DATA-SOFTWARE-SYSTEMS-UTILIZATION</w:t>
            </w:r>
          </w:p>
        </w:tc>
        <w:tc>
          <w:tcPr>
            <w:tcW w:type="dxa" w:w="2880"/>
          </w:tcPr>
          <w:p>
            <w:r>
              <w:t>29</w:t>
            </w:r>
          </w:p>
        </w:tc>
        <w:tc>
          <w:tcPr>
            <w:tcW w:type="dxa" w:w="2880"/>
          </w:tcPr>
          <w:p>
            <w:r>
              <w:t>Use of data management and software systems to enhance operational efficiency in millet production.</w:t>
            </w:r>
          </w:p>
        </w:tc>
      </w:tr>
      <w:tr>
        <w:tc>
          <w:tcPr>
            <w:tcW w:type="dxa" w:w="2880"/>
          </w:tcPr>
          <w:p>
            <w:r>
              <w:t>BYPRODUCTS-UTILIZATION-STRATEGIES</w:t>
            </w:r>
          </w:p>
        </w:tc>
        <w:tc>
          <w:tcPr>
            <w:tcW w:type="dxa" w:w="2880"/>
          </w:tcPr>
          <w:p>
            <w:r>
              <w:t>25</w:t>
            </w:r>
          </w:p>
        </w:tc>
        <w:tc>
          <w:tcPr>
            <w:tcW w:type="dxa" w:w="2880"/>
          </w:tcPr>
          <w:p>
            <w:r>
              <w:t>Strategies for utilizing byproducts from millet processing to enhance sustainability and profitability.</w:t>
            </w:r>
          </w:p>
        </w:tc>
      </w:tr>
      <w:tr>
        <w:tc>
          <w:tcPr>
            <w:tcW w:type="dxa" w:w="2880"/>
          </w:tcPr>
          <w:p>
            <w:r>
              <w:t>UTILITIES-ENVIRONMENTAL-IMPACT</w:t>
            </w:r>
          </w:p>
        </w:tc>
        <w:tc>
          <w:tcPr>
            <w:tcW w:type="dxa" w:w="2880"/>
          </w:tcPr>
          <w:p>
            <w:r>
              <w:t>25</w:t>
            </w:r>
          </w:p>
        </w:tc>
        <w:tc>
          <w:tcPr>
            <w:tcW w:type="dxa" w:w="2880"/>
          </w:tcPr>
          <w:p>
            <w:r>
              <w:t>Assessment of utility usage and environmental impacts in millet farming and processing.</w:t>
            </w:r>
          </w:p>
        </w:tc>
      </w:tr>
    </w:tbl>
    <w:p>
      <w:r>
        <w:t>Total questions in this pack: 456 (target: 478).</w:t>
      </w:r>
    </w:p>
    <w:p>
      <w:r>
        <w:br w:type="page"/>
      </w:r>
    </w:p>
    <w:p>
      <w:pPr>
        <w:pStyle w:val="Heading1"/>
      </w:pPr>
      <w:r>
        <w:t>Interview Questions by Module</w:t>
      </w:r>
    </w:p>
    <w:p>
      <w:pPr>
        <w:pStyle w:val="Heading2"/>
      </w:pPr>
      <w:r>
        <w:t>INTAKE (22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1058-0001</w:t>
            </w:r>
          </w:p>
        </w:tc>
        <w:tc>
          <w:tcPr>
            <w:tcW w:type="dxa" w:w="2160"/>
          </w:tcPr>
          <w:p>
            <w:r>
              <w:t>Entity Structure</w:t>
            </w:r>
          </w:p>
        </w:tc>
        <w:tc>
          <w:tcPr>
            <w:tcW w:type="dxa" w:w="2160"/>
          </w:tcPr>
          <w:p>
            <w:r>
              <w:t>What is the legal structure of your millet farming business (e.g., LLC, Corporation, Sole Proprietorship)?</w:t>
              <w:br/>
              <w:t>Answer type: Single 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1058-0002</w:t>
            </w:r>
          </w:p>
        </w:tc>
        <w:tc>
          <w:tcPr>
            <w:tcW w:type="dxa" w:w="2160"/>
          </w:tcPr>
          <w:p>
            <w:r>
              <w:t>Ownership</w:t>
            </w:r>
          </w:p>
        </w:tc>
        <w:tc>
          <w:tcPr>
            <w:tcW w:type="dxa" w:w="2160"/>
          </w:tcPr>
          <w:p>
            <w:r>
              <w:t>Who are the primary owners or stakeholders in the business, and what percentage of ownership does each hold?</w:t>
              <w:br/>
              <w:t>Answer type: Repeating table</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1058-0003</w:t>
            </w:r>
          </w:p>
        </w:tc>
        <w:tc>
          <w:tcPr>
            <w:tcW w:type="dxa" w:w="2160"/>
          </w:tcPr>
          <w:p>
            <w:r>
              <w:t>Locations</w:t>
            </w:r>
          </w:p>
        </w:tc>
        <w:tc>
          <w:tcPr>
            <w:tcW w:type="dxa" w:w="2160"/>
          </w:tcPr>
          <w:p>
            <w:r>
              <w:t>List all locations where millet farming activities are conducted, including any leased or owned properties.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1058-0004</w:t>
            </w:r>
          </w:p>
        </w:tc>
        <w:tc>
          <w:tcPr>
            <w:tcW w:type="dxa" w:w="2160"/>
          </w:tcPr>
          <w:p>
            <w:r>
              <w:t>Products</w:t>
            </w:r>
          </w:p>
        </w:tc>
        <w:tc>
          <w:tcPr>
            <w:tcW w:type="dxa" w:w="2160"/>
          </w:tcPr>
          <w:p>
            <w:r>
              <w:t>What specific millet products are produced or sold by your business (e.g., whole grain, flour, snacks)?</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1058-0005</w:t>
            </w:r>
          </w:p>
        </w:tc>
        <w:tc>
          <w:tcPr>
            <w:tcW w:type="dxa" w:w="2160"/>
          </w:tcPr>
          <w:p>
            <w:r>
              <w:t>Revenue</w:t>
            </w:r>
          </w:p>
        </w:tc>
        <w:tc>
          <w:tcPr>
            <w:tcW w:type="dxa" w:w="2160"/>
          </w:tcPr>
          <w:p>
            <w:r>
              <w:t>What was the total revenue generated from millet-related products in the tax year 2025?</w:t>
              <w:br/>
              <w:t>Answer type: Currency</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1058-0006</w:t>
            </w:r>
          </w:p>
        </w:tc>
        <w:tc>
          <w:tcPr>
            <w:tcW w:type="dxa" w:w="2160"/>
          </w:tcPr>
          <w:p>
            <w:r>
              <w:t>Personnel</w:t>
            </w:r>
          </w:p>
        </w:tc>
        <w:tc>
          <w:tcPr>
            <w:tcW w:type="dxa" w:w="2160"/>
          </w:tcPr>
          <w:p>
            <w:r>
              <w:t>How many employees are directly involved in the millet farming operations, and what are their roles?</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1058-0007</w:t>
            </w:r>
          </w:p>
        </w:tc>
        <w:tc>
          <w:tcPr>
            <w:tcW w:type="dxa" w:w="2160"/>
          </w:tcPr>
          <w:p>
            <w:r>
              <w:t>Records</w:t>
            </w:r>
          </w:p>
        </w:tc>
        <w:tc>
          <w:tcPr>
            <w:tcW w:type="dxa" w:w="2160"/>
          </w:tcPr>
          <w:p>
            <w:r>
              <w:t>What types of records do you maintain related to the cultivation and processing of millet (e.g., planting dates, yield data, pest control measures)?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1058-0008</w:t>
            </w:r>
          </w:p>
        </w:tc>
        <w:tc>
          <w:tcPr>
            <w:tcW w:type="dxa" w:w="2160"/>
          </w:tcPr>
          <w:p>
            <w:r>
              <w:t>Lead Facts</w:t>
            </w:r>
          </w:p>
        </w:tc>
        <w:tc>
          <w:tcPr>
            <w:tcW w:type="dxa" w:w="2160"/>
          </w:tcPr>
          <w:p>
            <w:r>
              <w:t>What are the key challenges or uncertainties faced in the millet farming process that require experimentation or innovation?</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1058-0009</w:t>
            </w:r>
          </w:p>
        </w:tc>
        <w:tc>
          <w:tcPr>
            <w:tcW w:type="dxa" w:w="2160"/>
          </w:tcPr>
          <w:p>
            <w:r>
              <w:t>Entity Structure</w:t>
            </w:r>
          </w:p>
        </w:tc>
        <w:tc>
          <w:tcPr>
            <w:tcW w:type="dxa" w:w="2160"/>
          </w:tcPr>
          <w:p>
            <w:r>
              <w:t>Is your business part of a larger agricultural group or cooperative? If so,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1058-0010</w:t>
            </w:r>
          </w:p>
        </w:tc>
        <w:tc>
          <w:tcPr>
            <w:tcW w:type="dxa" w:w="2160"/>
          </w:tcPr>
          <w:p>
            <w:r>
              <w:t>Ownership</w:t>
            </w:r>
          </w:p>
        </w:tc>
        <w:tc>
          <w:tcPr>
            <w:tcW w:type="dxa" w:w="2160"/>
          </w:tcPr>
          <w:p>
            <w:r>
              <w:t>Are there any minority shareholders or partners, and what are their contributions to the business?</w:t>
              <w:br/>
              <w:t>Answer type: Long text</w:t>
              <w:br/>
              <w:t>Trigger: Yes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1058-0011</w:t>
            </w:r>
          </w:p>
        </w:tc>
        <w:tc>
          <w:tcPr>
            <w:tcW w:type="dxa" w:w="2160"/>
          </w:tcPr>
          <w:p>
            <w:r>
              <w:t>Locations</w:t>
            </w:r>
          </w:p>
        </w:tc>
        <w:tc>
          <w:tcPr>
            <w:tcW w:type="dxa" w:w="2160"/>
          </w:tcPr>
          <w:p>
            <w:r>
              <w:t>Do you operate any mobile or temporary farming operations (e.g., seasonal fields)? Please specify.</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1058-0012</w:t>
            </w:r>
          </w:p>
        </w:tc>
        <w:tc>
          <w:tcPr>
            <w:tcW w:type="dxa" w:w="2160"/>
          </w:tcPr>
          <w:p>
            <w:r>
              <w:t>Products</w:t>
            </w:r>
          </w:p>
        </w:tc>
        <w:tc>
          <w:tcPr>
            <w:tcW w:type="dxa" w:w="2160"/>
          </w:tcPr>
          <w:p>
            <w:r>
              <w:t>What new millet products or processes have been developed or tested in the last year?</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1058-0013</w:t>
            </w:r>
          </w:p>
        </w:tc>
        <w:tc>
          <w:tcPr>
            <w:tcW w:type="dxa" w:w="2160"/>
          </w:tcPr>
          <w:p>
            <w:r>
              <w:t>Revenue</w:t>
            </w:r>
          </w:p>
        </w:tc>
        <w:tc>
          <w:tcPr>
            <w:tcW w:type="dxa" w:w="2160"/>
          </w:tcPr>
          <w:p>
            <w:r>
              <w:t>What percentage of your total revenue is derived from millet farming as opposed to other agricultural activities?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1058-0014</w:t>
            </w:r>
          </w:p>
        </w:tc>
        <w:tc>
          <w:tcPr>
            <w:tcW w:type="dxa" w:w="2160"/>
          </w:tcPr>
          <w:p>
            <w:r>
              <w:t>Personnel</w:t>
            </w:r>
          </w:p>
        </w:tc>
        <w:tc>
          <w:tcPr>
            <w:tcW w:type="dxa" w:w="2160"/>
          </w:tcPr>
          <w:p>
            <w:r>
              <w:t>What training or qualifications do your employees have related to millet farming?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1058-0015</w:t>
            </w:r>
          </w:p>
        </w:tc>
        <w:tc>
          <w:tcPr>
            <w:tcW w:type="dxa" w:w="2160"/>
          </w:tcPr>
          <w:p>
            <w:r>
              <w:t>Records</w:t>
            </w:r>
          </w:p>
        </w:tc>
        <w:tc>
          <w:tcPr>
            <w:tcW w:type="dxa" w:w="2160"/>
          </w:tcPr>
          <w:p>
            <w:r>
              <w:t>How do you document and track the results of any experimental farming techniques or technologies used?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1058-0016</w:t>
            </w:r>
          </w:p>
        </w:tc>
        <w:tc>
          <w:tcPr>
            <w:tcW w:type="dxa" w:w="2160"/>
          </w:tcPr>
          <w:p>
            <w:r>
              <w:t>Lead Facts</w:t>
            </w:r>
          </w:p>
        </w:tc>
        <w:tc>
          <w:tcPr>
            <w:tcW w:type="dxa" w:w="2160"/>
          </w:tcPr>
          <w:p>
            <w:r>
              <w:t>What specific methodologies do you use to assess the effectiveness of new farming techniques or products?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1058-0017</w:t>
            </w:r>
          </w:p>
        </w:tc>
        <w:tc>
          <w:tcPr>
            <w:tcW w:type="dxa" w:w="2160"/>
          </w:tcPr>
          <w:p>
            <w:r>
              <w:t>Entity Structure</w:t>
            </w:r>
          </w:p>
        </w:tc>
        <w:tc>
          <w:tcPr>
            <w:tcW w:type="dxa" w:w="2160"/>
          </w:tcPr>
          <w:p>
            <w:r>
              <w:t>Have there been any changes in ownership structure or control in the past year? Please explain.</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1058-0018</w:t>
            </w:r>
          </w:p>
        </w:tc>
        <w:tc>
          <w:tcPr>
            <w:tcW w:type="dxa" w:w="2160"/>
          </w:tcPr>
          <w:p>
            <w:r>
              <w:t>Ownership</w:t>
            </w:r>
          </w:p>
        </w:tc>
        <w:tc>
          <w:tcPr>
            <w:tcW w:type="dxa" w:w="2160"/>
          </w:tcPr>
          <w:p>
            <w:r>
              <w:t>Are there any agreements or contracts that affect ownership rights or profit sharing among stakeholders?</w:t>
              <w:br/>
              <w:t>Answer type: Yes-No + details</w:t>
              <w:br/>
              <w:t>Trigger: Yes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1058-0019</w:t>
            </w:r>
          </w:p>
        </w:tc>
        <w:tc>
          <w:tcPr>
            <w:tcW w:type="dxa" w:w="2160"/>
          </w:tcPr>
          <w:p>
            <w:r>
              <w:t>Locations</w:t>
            </w:r>
          </w:p>
        </w:tc>
        <w:tc>
          <w:tcPr>
            <w:tcW w:type="dxa" w:w="2160"/>
          </w:tcPr>
          <w:p>
            <w:r>
              <w:t>Have you expanded or reduced your farming locations in the past tax year? If so,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1058-0020</w:t>
            </w:r>
          </w:p>
        </w:tc>
        <w:tc>
          <w:tcPr>
            <w:tcW w:type="dxa" w:w="2160"/>
          </w:tcPr>
          <w:p>
            <w:r>
              <w:t>Products</w:t>
            </w:r>
          </w:p>
        </w:tc>
        <w:tc>
          <w:tcPr>
            <w:tcW w:type="dxa" w:w="2160"/>
          </w:tcPr>
          <w:p>
            <w:r>
              <w:t>What are the primary markets or customer segments for your millet products?</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1058-0021</w:t>
            </w:r>
          </w:p>
        </w:tc>
        <w:tc>
          <w:tcPr>
            <w:tcW w:type="dxa" w:w="2160"/>
          </w:tcPr>
          <w:p>
            <w:r>
              <w:t>Revenue</w:t>
            </w:r>
          </w:p>
        </w:tc>
        <w:tc>
          <w:tcPr>
            <w:tcW w:type="dxa" w:w="2160"/>
          </w:tcPr>
          <w:p>
            <w:r>
              <w:t>What were your total expenses related to millet farming in the tax year 2025?</w:t>
              <w:br/>
              <w:t>Answer type: Currency</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1058-0022</w:t>
            </w:r>
          </w:p>
        </w:tc>
        <w:tc>
          <w:tcPr>
            <w:tcW w:type="dxa" w:w="2160"/>
          </w:tcPr>
          <w:p>
            <w:r>
              <w:t>Project Identification</w:t>
            </w:r>
          </w:p>
        </w:tc>
        <w:tc>
          <w:tcPr>
            <w:tcW w:type="dxa" w:w="2160"/>
          </w:tcPr>
          <w:p>
            <w:r>
              <w:t>What specific technological advancements or methodologies are you exploring in millet farming that qualify as R&amp;D under IRC Section 41?</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FILING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1058-0023</w:t>
            </w:r>
          </w:p>
        </w:tc>
        <w:tc>
          <w:tcPr>
            <w:tcW w:type="dxa" w:w="2160"/>
          </w:tcPr>
          <w:p>
            <w:r>
              <w:t>Return Status</w:t>
            </w:r>
          </w:p>
        </w:tc>
        <w:tc>
          <w:tcPr>
            <w:tcW w:type="dxa" w:w="2160"/>
          </w:tcPr>
          <w:p>
            <w:r>
              <w:t>What is the current status of your R&amp;D tax credit claim for the 2025 tax year?</w:t>
              <w:br/>
              <w:t>Answer type: Single select</w:t>
              <w:br/>
              <w:t>Trigger: Always</w:t>
              <w:br/>
              <w:t>Required: No</w:t>
              <w:br/>
              <w:t>Risk: Medium</w:t>
            </w:r>
          </w:p>
        </w:tc>
        <w:tc>
          <w:tcPr>
            <w:tcW w:type="dxa" w:w="2160"/>
          </w:tcPr>
          <w:p>
            <w:r>
              <w:t>Primary authority: Form 6765 Part I</w:t>
              <w:br/>
              <w:t>Response: ___________________________</w:t>
              <w:br/>
              <w:t>Evidence: ___________________________</w:t>
              <w:br/>
              <w:t>Reviewer conclusion: ___________________________</w:t>
            </w:r>
          </w:p>
        </w:tc>
      </w:tr>
      <w:tr>
        <w:tc>
          <w:tcPr>
            <w:tcW w:type="dxa" w:w="2160"/>
          </w:tcPr>
          <w:p>
            <w:r>
              <w:t>1058-0024</w:t>
            </w:r>
          </w:p>
        </w:tc>
        <w:tc>
          <w:tcPr>
            <w:tcW w:type="dxa" w:w="2160"/>
          </w:tcPr>
          <w:p>
            <w:r>
              <w:t>Prior Credits</w:t>
            </w:r>
          </w:p>
        </w:tc>
        <w:tc>
          <w:tcPr>
            <w:tcW w:type="dxa" w:w="2160"/>
          </w:tcPr>
          <w:p>
            <w:r>
              <w:t>Have you previously claimed R&amp;D tax credits in any of the last three tax years? If so, please specify the years and amounts claimed.</w:t>
              <w:br/>
              <w:t>Answer type: Long text</w:t>
              <w:br/>
              <w:t>Trigger: Always</w:t>
              <w:br/>
              <w:t>Required: No</w:t>
              <w:br/>
              <w:t>Risk: Medium</w:t>
            </w:r>
          </w:p>
        </w:tc>
        <w:tc>
          <w:tcPr>
            <w:tcW w:type="dxa" w:w="2160"/>
          </w:tcPr>
          <w:p>
            <w:r>
              <w:t>Primary authority: IRC Section 41(a)</w:t>
              <w:br/>
              <w:t>Response: ___________________________</w:t>
              <w:br/>
              <w:t>Evidence: ___________________________</w:t>
              <w:br/>
              <w:t>Reviewer conclusion: ___________________________</w:t>
            </w:r>
          </w:p>
        </w:tc>
      </w:tr>
      <w:tr>
        <w:tc>
          <w:tcPr>
            <w:tcW w:type="dxa" w:w="2160"/>
          </w:tcPr>
          <w:p>
            <w:r>
              <w:t>1058-0025</w:t>
            </w:r>
          </w:p>
        </w:tc>
        <w:tc>
          <w:tcPr>
            <w:tcW w:type="dxa" w:w="2160"/>
          </w:tcPr>
          <w:p>
            <w:r>
              <w:t>Aggregation</w:t>
            </w:r>
          </w:p>
        </w:tc>
        <w:tc>
          <w:tcPr>
            <w:tcW w:type="dxa" w:w="2160"/>
          </w:tcPr>
          <w:p>
            <w:r>
              <w:t>Do you have multiple business entities involved in R&amp;D activities that you intend to aggregate for the R&amp;D tax credit claim? If yes, please list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1058-0026</w:t>
            </w:r>
          </w:p>
        </w:tc>
        <w:tc>
          <w:tcPr>
            <w:tcW w:type="dxa" w:w="2160"/>
          </w:tcPr>
          <w:p>
            <w:r>
              <w:t>Elections</w:t>
            </w:r>
          </w:p>
        </w:tc>
        <w:tc>
          <w:tcPr>
            <w:tcW w:type="dxa" w:w="2160"/>
          </w:tcPr>
          <w:p>
            <w:r>
              <w:t>Have you made any elections regarding the treatment of R&amp;D expenses under Section 174 for the 2025 tax year? Please describe.</w:t>
              <w:br/>
              <w:t>Answer type: Long text</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1058-0027</w:t>
            </w:r>
          </w:p>
        </w:tc>
        <w:tc>
          <w:tcPr>
            <w:tcW w:type="dxa" w:w="2160"/>
          </w:tcPr>
          <w:p>
            <w:r>
              <w:t>Amended Returns</w:t>
            </w:r>
          </w:p>
        </w:tc>
        <w:tc>
          <w:tcPr>
            <w:tcW w:type="dxa" w:w="2160"/>
          </w:tcPr>
          <w:p>
            <w:r>
              <w:t>Are you considering filing an amended return for any prior years to claim additional R&amp;D credits? If so, which years?</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1058-0028</w:t>
            </w:r>
          </w:p>
        </w:tc>
        <w:tc>
          <w:tcPr>
            <w:tcW w:type="dxa" w:w="2160"/>
          </w:tcPr>
          <w:p>
            <w:r>
              <w:t>Section 174</w:t>
            </w:r>
          </w:p>
        </w:tc>
        <w:tc>
          <w:tcPr>
            <w:tcW w:type="dxa" w:w="2160"/>
          </w:tcPr>
          <w:p>
            <w:r>
              <w:t>Have you incurred any R&amp;D expenses that are now required to be capitalized under Section 174? Please provide details.</w:t>
              <w:br/>
              <w:t>Answer type: Long text + evidence</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1058-0029</w:t>
            </w:r>
          </w:p>
        </w:tc>
        <w:tc>
          <w:tcPr>
            <w:tcW w:type="dxa" w:w="2160"/>
          </w:tcPr>
          <w:p>
            <w:r>
              <w:t>Return Status</w:t>
            </w:r>
          </w:p>
        </w:tc>
        <w:tc>
          <w:tcPr>
            <w:tcW w:type="dxa" w:w="2160"/>
          </w:tcPr>
          <w:p>
            <w:r>
              <w:t>What documentation do you have to support your R&amp;D claims for the 2025 tax year?</w:t>
              <w:br/>
              <w:t>Answer type: Long text + evidence</w:t>
              <w:br/>
              <w:t>Trigger: Always</w:t>
              <w:br/>
              <w:t>Required: No</w:t>
              <w:br/>
              <w:t>Risk: Medium</w:t>
            </w:r>
          </w:p>
        </w:tc>
        <w:tc>
          <w:tcPr>
            <w:tcW w:type="dxa" w:w="2160"/>
          </w:tcPr>
          <w:p>
            <w:r>
              <w:t>Primary authority: Form 6765 Part III</w:t>
              <w:br/>
              <w:t>Response: ___________________________</w:t>
              <w:br/>
              <w:t>Evidence: ___________________________</w:t>
              <w:br/>
              <w:t>Reviewer conclusion: ___________________________</w:t>
            </w:r>
          </w:p>
        </w:tc>
      </w:tr>
      <w:tr>
        <w:tc>
          <w:tcPr>
            <w:tcW w:type="dxa" w:w="2160"/>
          </w:tcPr>
          <w:p>
            <w:r>
              <w:t>1058-0030</w:t>
            </w:r>
          </w:p>
        </w:tc>
        <w:tc>
          <w:tcPr>
            <w:tcW w:type="dxa" w:w="2160"/>
          </w:tcPr>
          <w:p>
            <w:r>
              <w:t>Prior Credits</w:t>
            </w:r>
          </w:p>
        </w:tc>
        <w:tc>
          <w:tcPr>
            <w:tcW w:type="dxa" w:w="2160"/>
          </w:tcPr>
          <w:p>
            <w:r>
              <w:t>What specific R&amp;D activities were claimed in your last successful R&amp;D tax credit application?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1058-0031</w:t>
            </w:r>
          </w:p>
        </w:tc>
        <w:tc>
          <w:tcPr>
            <w:tcW w:type="dxa" w:w="2160"/>
          </w:tcPr>
          <w:p>
            <w:r>
              <w:t>Aggregation</w:t>
            </w:r>
          </w:p>
        </w:tc>
        <w:tc>
          <w:tcPr>
            <w:tcW w:type="dxa" w:w="2160"/>
          </w:tcPr>
          <w:p>
            <w:r>
              <w:t>How do you plan to allocate R&amp;D expenses among the aggregated entities? Please describe your methodology.</w:t>
              <w:br/>
              <w:t>Answer type: Long text</w:t>
              <w:br/>
              <w:t>Trigger: Yes-No (if multiple entities)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1058-0032</w:t>
            </w:r>
          </w:p>
        </w:tc>
        <w:tc>
          <w:tcPr>
            <w:tcW w:type="dxa" w:w="2160"/>
          </w:tcPr>
          <w:p>
            <w:r>
              <w:t>Elections</w:t>
            </w:r>
          </w:p>
        </w:tc>
        <w:tc>
          <w:tcPr>
            <w:tcW w:type="dxa" w:w="2160"/>
          </w:tcPr>
          <w:p>
            <w:r>
              <w:t>Did you elect to use the alternative simplified credit (ASC) for your R&amp;D claims? If yes, please provide details.</w:t>
              <w:br/>
              <w:t>Answer type: Yes-No + details</w:t>
              <w:br/>
              <w:t>Trigger: Always</w:t>
              <w:br/>
              <w:t>Required: No</w:t>
              <w:br/>
              <w:t>Risk: Medium</w:t>
            </w:r>
          </w:p>
        </w:tc>
        <w:tc>
          <w:tcPr>
            <w:tcW w:type="dxa" w:w="2160"/>
          </w:tcPr>
          <w:p>
            <w:r>
              <w:t>Primary authority: IRC Section 41(c)</w:t>
              <w:br/>
              <w:t>Response: ___________________________</w:t>
              <w:br/>
              <w:t>Evidence: ___________________________</w:t>
              <w:br/>
              <w:t>Reviewer conclusion: ___________________________</w:t>
            </w:r>
          </w:p>
        </w:tc>
      </w:tr>
      <w:tr>
        <w:tc>
          <w:tcPr>
            <w:tcW w:type="dxa" w:w="2160"/>
          </w:tcPr>
          <w:p>
            <w:r>
              <w:t>1058-0033</w:t>
            </w:r>
          </w:p>
        </w:tc>
        <w:tc>
          <w:tcPr>
            <w:tcW w:type="dxa" w:w="2160"/>
          </w:tcPr>
          <w:p>
            <w:r>
              <w:t>Documentation</w:t>
            </w:r>
          </w:p>
        </w:tc>
        <w:tc>
          <w:tcPr>
            <w:tcW w:type="dxa" w:w="2160"/>
          </w:tcPr>
          <w:p>
            <w:r>
              <w:t>Can you provide documentation that outlines the objectives and hypotheses of your R&amp;D projects related to millet farming?</w:t>
              <w:br/>
              <w:t>Answer type: text</w:t>
              <w:br/>
              <w:t>Trigger: none</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1058-0034</w:t>
            </w:r>
          </w:p>
        </w:tc>
        <w:tc>
          <w:tcPr>
            <w:tcW w:type="dxa" w:w="2160"/>
          </w:tcPr>
          <w:p>
            <w:r>
              <w:t>Expense Tracking</w:t>
            </w:r>
          </w:p>
        </w:tc>
        <w:tc>
          <w:tcPr>
            <w:tcW w:type="dxa" w:w="2160"/>
          </w:tcPr>
          <w:p>
            <w:r>
              <w:t>How do you categorize and track expenses specifically associated with your R&amp;D activities for millet crop improvement?</w:t>
              <w:br/>
              <w:t>Answer type: text</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r>
        <w:tc>
          <w:tcPr>
            <w:tcW w:type="dxa" w:w="2160"/>
          </w:tcPr>
          <w:p>
            <w:r>
              <w:t>1058-0035</w:t>
            </w:r>
          </w:p>
        </w:tc>
        <w:tc>
          <w:tcPr>
            <w:tcW w:type="dxa" w:w="2160"/>
          </w:tcPr>
          <w:p>
            <w:r>
              <w:t>Project Timeline</w:t>
            </w:r>
          </w:p>
        </w:tc>
        <w:tc>
          <w:tcPr>
            <w:tcW w:type="dxa" w:w="2160"/>
          </w:tcPr>
          <w:p>
            <w:r>
              <w:t>What is the timeline for your current R&amp;D projects in millet farming, and how do you document progress against this timeline?</w:t>
              <w:br/>
              <w:t>Answer type: text</w:t>
              <w:br/>
              <w:t>Trigger: none</w:t>
              <w:br/>
              <w:t>Required: Yes</w:t>
              <w:br/>
              <w:t>Risk: Medium</w:t>
            </w:r>
          </w:p>
        </w:tc>
        <w:tc>
          <w:tcPr>
            <w:tcW w:type="dxa" w:w="2160"/>
          </w:tcPr>
          <w:p>
            <w:r>
              <w:t>Primary authority: Common</w:t>
              <w:br/>
              <w:t>Response: ___________________________</w:t>
              <w:br/>
              <w:t>Evidence: ___________________________</w:t>
              <w:br/>
              <w:t>Reviewer conclusion: ___________________________</w:t>
            </w:r>
          </w:p>
        </w:tc>
      </w:tr>
      <w:tr>
        <w:tc>
          <w:tcPr>
            <w:tcW w:type="dxa" w:w="2160"/>
          </w:tcPr>
          <w:p>
            <w:r>
              <w:t>1058-0036</w:t>
            </w:r>
          </w:p>
        </w:tc>
        <w:tc>
          <w:tcPr>
            <w:tcW w:type="dxa" w:w="2160"/>
          </w:tcPr>
          <w:p>
            <w:r>
              <w:t>Tax Credit Calculation</w:t>
            </w:r>
          </w:p>
        </w:tc>
        <w:tc>
          <w:tcPr>
            <w:tcW w:type="dxa" w:w="2160"/>
          </w:tcPr>
          <w:p>
            <w:r>
              <w:t>What methods do you use to calculate the qualified research expenses for your millet farming R&amp;D activities?</w:t>
              <w:br/>
              <w:t>Answer type: text</w:t>
              <w:br/>
              <w:t>Trigger: none</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PROJECT (20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1058-0037</w:t>
            </w:r>
          </w:p>
        </w:tc>
        <w:tc>
          <w:tcPr>
            <w:tcW w:type="dxa" w:w="2160"/>
          </w:tcPr>
          <w:p>
            <w:r>
              <w:t>Project Inventory</w:t>
            </w:r>
          </w:p>
        </w:tc>
        <w:tc>
          <w:tcPr>
            <w:tcW w:type="dxa" w:w="2160"/>
          </w:tcPr>
          <w:p>
            <w:r>
              <w:t>What specific agricultural techniques or technologies did you implement in 2025 to enhance millet yield, and how did you document these projects?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1058-0038</w:t>
            </w:r>
          </w:p>
        </w:tc>
        <w:tc>
          <w:tcPr>
            <w:tcW w:type="dxa" w:w="2160"/>
          </w:tcPr>
          <w:p>
            <w:r>
              <w:t>Uncertainty</w:t>
            </w:r>
          </w:p>
        </w:tc>
        <w:tc>
          <w:tcPr>
            <w:tcW w:type="dxa" w:w="2160"/>
          </w:tcPr>
          <w:p>
            <w:r>
              <w:t>Can you describe any uncertainties you faced in the millet farming process in 2025 and how you addressed them?</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1058-0039</w:t>
            </w:r>
          </w:p>
        </w:tc>
        <w:tc>
          <w:tcPr>
            <w:tcW w:type="dxa" w:w="2160"/>
          </w:tcPr>
          <w:p>
            <w:r>
              <w:t>Alternatives</w:t>
            </w:r>
          </w:p>
        </w:tc>
        <w:tc>
          <w:tcPr>
            <w:tcW w:type="dxa" w:w="2160"/>
          </w:tcPr>
          <w:p>
            <w:r>
              <w:t>What alternative farming methods did you consider in 2025 for millet production, and what was the rationale for your final choice?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1058-0040</w:t>
            </w:r>
          </w:p>
        </w:tc>
        <w:tc>
          <w:tcPr>
            <w:tcW w:type="dxa" w:w="2160"/>
          </w:tcPr>
          <w:p>
            <w:r>
              <w:t>Experiments</w:t>
            </w:r>
          </w:p>
        </w:tc>
        <w:tc>
          <w:tcPr>
            <w:tcW w:type="dxa" w:w="2160"/>
          </w:tcPr>
          <w:p>
            <w:r>
              <w:t>Detail any experimental approaches you took in 2025 to test new millet varieties or cultivation techniques. What were the results?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1058-0041</w:t>
            </w:r>
          </w:p>
        </w:tc>
        <w:tc>
          <w:tcPr>
            <w:tcW w:type="dxa" w:w="2160"/>
          </w:tcPr>
          <w:p>
            <w:r>
              <w:t>Measurements</w:t>
            </w:r>
          </w:p>
        </w:tc>
        <w:tc>
          <w:tcPr>
            <w:tcW w:type="dxa" w:w="2160"/>
          </w:tcPr>
          <w:p>
            <w:r>
              <w:t>What specific metrics did you use to measure the success of your millet farming projects in 2025?</w:t>
              <w:br/>
              <w:t>Answer type: Multi-select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1058-0042</w:t>
            </w:r>
          </w:p>
        </w:tc>
        <w:tc>
          <w:tcPr>
            <w:tcW w:type="dxa" w:w="2160"/>
          </w:tcPr>
          <w:p>
            <w:r>
              <w:t>Costs</w:t>
            </w:r>
          </w:p>
        </w:tc>
        <w:tc>
          <w:tcPr>
            <w:tcW w:type="dxa" w:w="2160"/>
          </w:tcPr>
          <w:p>
            <w:r>
              <w:t>What were the total costs incurred for R&amp;D activities related to millet farming in 2025, including labor, materials, and overhead?</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1058-0043</w:t>
            </w:r>
          </w:p>
        </w:tc>
        <w:tc>
          <w:tcPr>
            <w:tcW w:type="dxa" w:w="2160"/>
          </w:tcPr>
          <w:p>
            <w:r>
              <w:t>Evidence</w:t>
            </w:r>
          </w:p>
        </w:tc>
        <w:tc>
          <w:tcPr>
            <w:tcW w:type="dxa" w:w="2160"/>
          </w:tcPr>
          <w:p>
            <w:r>
              <w:t>What documentation do you maintain to support your R&amp;D claims for millet farming in 2025, including project plans, results, and expenses?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1058-0044</w:t>
            </w:r>
          </w:p>
        </w:tc>
        <w:tc>
          <w:tcPr>
            <w:tcW w:type="dxa" w:w="2160"/>
          </w:tcPr>
          <w:p>
            <w:r>
              <w:t>Project Inventory</w:t>
            </w:r>
          </w:p>
        </w:tc>
        <w:tc>
          <w:tcPr>
            <w:tcW w:type="dxa" w:w="2160"/>
          </w:tcPr>
          <w:p>
            <w:r>
              <w:t>List all millet farming projects initiated in 2025, including their objectives and expected outcomes.</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1058-0045</w:t>
            </w:r>
          </w:p>
        </w:tc>
        <w:tc>
          <w:tcPr>
            <w:tcW w:type="dxa" w:w="2160"/>
          </w:tcPr>
          <w:p>
            <w:r>
              <w:t>Uncertainty</w:t>
            </w:r>
          </w:p>
        </w:tc>
        <w:tc>
          <w:tcPr>
            <w:tcW w:type="dxa" w:w="2160"/>
          </w:tcPr>
          <w:p>
            <w:r>
              <w:t>What specific challenges did you encounter in 2025 that could have impacted your millet production, and how did you mitigate these risks?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1058-0046</w:t>
            </w:r>
          </w:p>
        </w:tc>
        <w:tc>
          <w:tcPr>
            <w:tcW w:type="dxa" w:w="2160"/>
          </w:tcPr>
          <w:p>
            <w:r>
              <w:t>Alternatives</w:t>
            </w:r>
          </w:p>
        </w:tc>
        <w:tc>
          <w:tcPr>
            <w:tcW w:type="dxa" w:w="2160"/>
          </w:tcPr>
          <w:p>
            <w:r>
              <w:t>Describe any alternative crops you considered growing alongside millet in 2025 and the reasons for not pursuing them.</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1058-0047</w:t>
            </w:r>
          </w:p>
        </w:tc>
        <w:tc>
          <w:tcPr>
            <w:tcW w:type="dxa" w:w="2160"/>
          </w:tcPr>
          <w:p>
            <w:r>
              <w:t>Experiments</w:t>
            </w:r>
          </w:p>
        </w:tc>
        <w:tc>
          <w:tcPr>
            <w:tcW w:type="dxa" w:w="2160"/>
          </w:tcPr>
          <w:p>
            <w:r>
              <w:t>What controlled experiments did you conduct in 2025 to compare different millet cultivation techniques?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1058-0048</w:t>
            </w:r>
          </w:p>
        </w:tc>
        <w:tc>
          <w:tcPr>
            <w:tcW w:type="dxa" w:w="2160"/>
          </w:tcPr>
          <w:p>
            <w:r>
              <w:t>Measurements</w:t>
            </w:r>
          </w:p>
        </w:tc>
        <w:tc>
          <w:tcPr>
            <w:tcW w:type="dxa" w:w="2160"/>
          </w:tcPr>
          <w:p>
            <w:r>
              <w:t>How did you quantify the impact of your R&amp;D efforts on the millet yield in 2025?</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1058-0049</w:t>
            </w:r>
          </w:p>
        </w:tc>
        <w:tc>
          <w:tcPr>
            <w:tcW w:type="dxa" w:w="2160"/>
          </w:tcPr>
          <w:p>
            <w:r>
              <w:t>Costs</w:t>
            </w:r>
          </w:p>
        </w:tc>
        <w:tc>
          <w:tcPr>
            <w:tcW w:type="dxa" w:w="2160"/>
          </w:tcPr>
          <w:p>
            <w:r>
              <w:t>Break down the R&amp;D costs associated with each millet project in 2025, including any external consulting fees.</w:t>
              <w:br/>
              <w:t>Answer type: Repeating table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1058-0050</w:t>
            </w:r>
          </w:p>
        </w:tc>
        <w:tc>
          <w:tcPr>
            <w:tcW w:type="dxa" w:w="2160"/>
          </w:tcPr>
          <w:p>
            <w:r>
              <w:t>Evidence</w:t>
            </w:r>
          </w:p>
        </w:tc>
        <w:tc>
          <w:tcPr>
            <w:tcW w:type="dxa" w:w="2160"/>
          </w:tcPr>
          <w:p>
            <w:r>
              <w:t>What specific evidence do you have to support the innovative nature of your millet farming projects in 2025?</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1058-0051</w:t>
            </w:r>
          </w:p>
        </w:tc>
        <w:tc>
          <w:tcPr>
            <w:tcW w:type="dxa" w:w="2160"/>
          </w:tcPr>
          <w:p>
            <w:r>
              <w:t>Project Inventory</w:t>
            </w:r>
          </w:p>
        </w:tc>
        <w:tc>
          <w:tcPr>
            <w:tcW w:type="dxa" w:w="2160"/>
          </w:tcPr>
          <w:p>
            <w:r>
              <w:t>How did you prioritize the millet farming projects you undertook in 2025?</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1058-0052</w:t>
            </w:r>
          </w:p>
        </w:tc>
        <w:tc>
          <w:tcPr>
            <w:tcW w:type="dxa" w:w="2160"/>
          </w:tcPr>
          <w:p>
            <w:r>
              <w:t>Uncertainty</w:t>
            </w:r>
          </w:p>
        </w:tc>
        <w:tc>
          <w:tcPr>
            <w:tcW w:type="dxa" w:w="2160"/>
          </w:tcPr>
          <w:p>
            <w:r>
              <w:t>What external factors (e.g., weather, market conditions) introduced uncertainty into your millet farming projects in 2025?</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1058-0053</w:t>
            </w:r>
          </w:p>
        </w:tc>
        <w:tc>
          <w:tcPr>
            <w:tcW w:type="dxa" w:w="2160"/>
          </w:tcPr>
          <w:p>
            <w:r>
              <w:t>Alternatives</w:t>
            </w:r>
          </w:p>
        </w:tc>
        <w:tc>
          <w:tcPr>
            <w:tcW w:type="dxa" w:w="2160"/>
          </w:tcPr>
          <w:p>
            <w:r>
              <w:t>What were the key factors that led you to choose specific millet varieties over others in 2025?</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1058-0054</w:t>
            </w:r>
          </w:p>
        </w:tc>
        <w:tc>
          <w:tcPr>
            <w:tcW w:type="dxa" w:w="2160"/>
          </w:tcPr>
          <w:p>
            <w:r>
              <w:t>Experiments</w:t>
            </w:r>
          </w:p>
        </w:tc>
        <w:tc>
          <w:tcPr>
            <w:tcW w:type="dxa" w:w="2160"/>
          </w:tcPr>
          <w:p>
            <w:r>
              <w:t>What methodologies did you employ to analyze the results of your millet farming experiments in 2025?</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1058-0055</w:t>
            </w:r>
          </w:p>
        </w:tc>
        <w:tc>
          <w:tcPr>
            <w:tcW w:type="dxa" w:w="2160"/>
          </w:tcPr>
          <w:p>
            <w:r>
              <w:t>Project Scope</w:t>
            </w:r>
          </w:p>
        </w:tc>
        <w:tc>
          <w:tcPr>
            <w:tcW w:type="dxa" w:w="2160"/>
          </w:tcPr>
          <w:p>
            <w:r>
              <w:t>What specific challenges in millet cultivation are you addressing through your R&amp;D initiatives?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1058-0056</w:t>
            </w:r>
          </w:p>
        </w:tc>
        <w:tc>
          <w:tcPr>
            <w:tcW w:type="dxa" w:w="2160"/>
          </w:tcPr>
          <w:p>
            <w:r>
              <w:t>Innovation Goals</w:t>
            </w:r>
          </w:p>
        </w:tc>
        <w:tc>
          <w:tcPr>
            <w:tcW w:type="dxa" w:w="2160"/>
          </w:tcPr>
          <w:p>
            <w:r>
              <w:t>How do you define the innovative aspects of your R&amp;D projects in millet farming?</w:t>
              <w:br/>
              <w:t>Answer type: text</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bl>
    <w:p/>
    <w:p>
      <w:pPr>
        <w:pStyle w:val="Heading2"/>
      </w:pPr>
      <w:r>
        <w:t>FOUR-PART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1058-0057</w:t>
            </w:r>
          </w:p>
        </w:tc>
        <w:tc>
          <w:tcPr>
            <w:tcW w:type="dxa" w:w="2160"/>
          </w:tcPr>
          <w:p>
            <w:r>
              <w:t>Technological Nature</w:t>
            </w:r>
          </w:p>
        </w:tc>
        <w:tc>
          <w:tcPr>
            <w:tcW w:type="dxa" w:w="2160"/>
          </w:tcPr>
          <w:p>
            <w:r>
              <w:t>What specific technological advancements or innovations were you pursuing in your millet farming operations during the 2025 tax year?</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1058-0058</w:t>
            </w:r>
          </w:p>
        </w:tc>
        <w:tc>
          <w:tcPr>
            <w:tcW w:type="dxa" w:w="2160"/>
          </w:tcPr>
          <w:p>
            <w:r>
              <w:t>Experimentation</w:t>
            </w:r>
          </w:p>
        </w:tc>
        <w:tc>
          <w:tcPr>
            <w:tcW w:type="dxa" w:w="2160"/>
          </w:tcPr>
          <w:p>
            <w:r>
              <w:t>Can you describe any systematic trial-and-error processes you implemented to improve millet yield or quality in 2025? Please include details about the methods tested and the outcomes observed.</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1058-0059</w:t>
            </w:r>
          </w:p>
        </w:tc>
        <w:tc>
          <w:tcPr>
            <w:tcW w:type="dxa" w:w="2160"/>
          </w:tcPr>
          <w:p>
            <w:r>
              <w:t>Permitted Purpose</w:t>
            </w:r>
          </w:p>
        </w:tc>
        <w:tc>
          <w:tcPr>
            <w:tcW w:type="dxa" w:w="2160"/>
          </w:tcPr>
          <w:p>
            <w:r>
              <w:t>What specific business components (e.g., new seed varieties, pest management techniques) were developed or improved with the intent to enhance the performance of your millet farming operations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1058-0060</w:t>
            </w:r>
          </w:p>
        </w:tc>
        <w:tc>
          <w:tcPr>
            <w:tcW w:type="dxa" w:w="2160"/>
          </w:tcPr>
          <w:p>
            <w:r>
              <w:t>Section 174 Uncertainty</w:t>
            </w:r>
          </w:p>
        </w:tc>
        <w:tc>
          <w:tcPr>
            <w:tcW w:type="dxa" w:w="2160"/>
          </w:tcPr>
          <w:p>
            <w:r>
              <w:t>During the 2025 tax year, what uncertainties did you face regarding the technical feasibility of your millet farming innovations, and how did you address these uncertainties?</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1058-0061</w:t>
            </w:r>
          </w:p>
        </w:tc>
        <w:tc>
          <w:tcPr>
            <w:tcW w:type="dxa" w:w="2160"/>
          </w:tcPr>
          <w:p>
            <w:r>
              <w:t>Business Component</w:t>
            </w:r>
          </w:p>
        </w:tc>
        <w:tc>
          <w:tcPr>
            <w:tcW w:type="dxa" w:w="2160"/>
          </w:tcPr>
          <w:p>
            <w:r>
              <w:t>For each business component developed in 2025, please identify the associated costs (e.g., labor, materials) and categorize them as either qualified research expenses or routine operational expenses.</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EXCLUSIONS (9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1058-0062</w:t>
            </w:r>
          </w:p>
        </w:tc>
        <w:tc>
          <w:tcPr>
            <w:tcW w:type="dxa" w:w="2160"/>
          </w:tcPr>
          <w:p>
            <w:r>
              <w:t>Commercial Production</w:t>
            </w:r>
          </w:p>
        </w:tc>
        <w:tc>
          <w:tcPr>
            <w:tcW w:type="dxa" w:w="2160"/>
          </w:tcPr>
          <w:p>
            <w:r>
              <w:t>Did your millet farming operations include any processes or products that were primarily for commercial production rather than experimentation or development? Please specify.</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1058-0063</w:t>
            </w:r>
          </w:p>
        </w:tc>
        <w:tc>
          <w:tcPr>
            <w:tcW w:type="dxa" w:w="2160"/>
          </w:tcPr>
          <w:p>
            <w:r>
              <w:t>Adaptation</w:t>
            </w:r>
          </w:p>
        </w:tc>
        <w:tc>
          <w:tcPr>
            <w:tcW w:type="dxa" w:w="2160"/>
          </w:tcPr>
          <w:p>
            <w:r>
              <w:t>Were any of your research activities focused on adapting existing millet varieties or farming techniques for commercial use? If so, please describe the adaptations made.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1058-0064</w:t>
            </w:r>
          </w:p>
        </w:tc>
        <w:tc>
          <w:tcPr>
            <w:tcW w:type="dxa" w:w="2160"/>
          </w:tcPr>
          <w:p>
            <w:r>
              <w:t>Duplication</w:t>
            </w:r>
          </w:p>
        </w:tc>
        <w:tc>
          <w:tcPr>
            <w:tcW w:type="dxa" w:w="2160"/>
          </w:tcPr>
          <w:p>
            <w:r>
              <w:t>Did you engage in any activities that involved duplicating existing millet farming practices without significant modifications or improvements? Please elaborate.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1058-0065</w:t>
            </w:r>
          </w:p>
        </w:tc>
        <w:tc>
          <w:tcPr>
            <w:tcW w:type="dxa" w:w="2160"/>
          </w:tcPr>
          <w:p>
            <w:r>
              <w:t>Routine Testing</w:t>
            </w:r>
          </w:p>
        </w:tc>
        <w:tc>
          <w:tcPr>
            <w:tcW w:type="dxa" w:w="2160"/>
          </w:tcPr>
          <w:p>
            <w:r>
              <w:t>Can you identify any routine testing procedures that were performed on millet crops that did not involve experimentation or the development of new methods?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1058-0066</w:t>
            </w:r>
          </w:p>
        </w:tc>
        <w:tc>
          <w:tcPr>
            <w:tcW w:type="dxa" w:w="2160"/>
          </w:tcPr>
          <w:p>
            <w:r>
              <w:t>Foreign/Funded Research</w:t>
            </w:r>
          </w:p>
        </w:tc>
        <w:tc>
          <w:tcPr>
            <w:tcW w:type="dxa" w:w="2160"/>
          </w:tcPr>
          <w:p>
            <w:r>
              <w:t>Did any of your research activities involve funding from foreign entities or government sources, and if so, were these activities focused on routine production rather than R&amp;D? Please specify.</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1058-0067</w:t>
            </w:r>
          </w:p>
        </w:tc>
        <w:tc>
          <w:tcPr>
            <w:tcW w:type="dxa" w:w="2160"/>
          </w:tcPr>
          <w:p>
            <w:r>
              <w:t>Unsupported Estimates</w:t>
            </w:r>
          </w:p>
        </w:tc>
        <w:tc>
          <w:tcPr>
            <w:tcW w:type="dxa" w:w="2160"/>
          </w:tcPr>
          <w:p>
            <w:r>
              <w:t>Have you made any estimates regarding R&amp;D expenses related to your millet farming that were not supported by documentation or evidence? If yes, please explain.</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1058-0068</w:t>
            </w:r>
          </w:p>
        </w:tc>
        <w:tc>
          <w:tcPr>
            <w:tcW w:type="dxa" w:w="2160"/>
          </w:tcPr>
          <w:p>
            <w:r>
              <w:t>Commercial Production</w:t>
            </w:r>
          </w:p>
        </w:tc>
        <w:tc>
          <w:tcPr>
            <w:tcW w:type="dxa" w:w="2160"/>
          </w:tcPr>
          <w:p>
            <w:r>
              <w:t>What percentage of your millet production activities in 2025 were focused solely on commercial yield rather than R&amp;D? Please provide a percentage estimate.</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1058-0069</w:t>
            </w:r>
          </w:p>
        </w:tc>
        <w:tc>
          <w:tcPr>
            <w:tcW w:type="dxa" w:w="2160"/>
          </w:tcPr>
          <w:p>
            <w:r>
              <w:t>Adaptation</w:t>
            </w:r>
          </w:p>
        </w:tc>
        <w:tc>
          <w:tcPr>
            <w:tcW w:type="dxa" w:w="2160"/>
          </w:tcPr>
          <w:p>
            <w:r>
              <w:t>Were any of your adaptation efforts aimed at improving existing millet strains based on commercial viability rather than experimental outcomes? Please describe.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1058-0070</w:t>
            </w:r>
          </w:p>
        </w:tc>
        <w:tc>
          <w:tcPr>
            <w:tcW w:type="dxa" w:w="2160"/>
          </w:tcPr>
          <w:p>
            <w:r>
              <w:t>Routine Testing</w:t>
            </w:r>
          </w:p>
        </w:tc>
        <w:tc>
          <w:tcPr>
            <w:tcW w:type="dxa" w:w="2160"/>
          </w:tcPr>
          <w:p>
            <w:r>
              <w:t>Did you perform any routine tests on millet crops that were standard industry practices and not part of an experimental design?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QRE-WAGES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1058-0071</w:t>
            </w:r>
          </w:p>
        </w:tc>
        <w:tc>
          <w:tcPr>
            <w:tcW w:type="dxa" w:w="2160"/>
          </w:tcPr>
          <w:p>
            <w:r>
              <w:t>Employee Roles</w:t>
            </w:r>
          </w:p>
        </w:tc>
        <w:tc>
          <w:tcPr>
            <w:tcW w:type="dxa" w:w="2160"/>
          </w:tcPr>
          <w:p>
            <w:r>
              <w:t>What specific roles or positions did your employees hold while conducting qualified research activities related to millet farming during the tax year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1058-0072</w:t>
            </w:r>
          </w:p>
        </w:tc>
        <w:tc>
          <w:tcPr>
            <w:tcW w:type="dxa" w:w="2160"/>
          </w:tcPr>
          <w:p>
            <w:r>
              <w:t>Wage Allocation</w:t>
            </w:r>
          </w:p>
        </w:tc>
        <w:tc>
          <w:tcPr>
            <w:tcW w:type="dxa" w:w="2160"/>
          </w:tcPr>
          <w:p>
            <w:r>
              <w:t>What percentage of each employee's time was allocated to qualified research activities versus routine farming operations for the tax year 2025?</w:t>
              <w:br/>
              <w:t>Answer type: Percentage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1058-0073</w:t>
            </w:r>
          </w:p>
        </w:tc>
        <w:tc>
          <w:tcPr>
            <w:tcW w:type="dxa" w:w="2160"/>
          </w:tcPr>
          <w:p>
            <w:r>
              <w:t>Time Tracking</w:t>
            </w:r>
          </w:p>
        </w:tc>
        <w:tc>
          <w:tcPr>
            <w:tcW w:type="dxa" w:w="2160"/>
          </w:tcPr>
          <w:p>
            <w:r>
              <w:t>How did you track and document the hours spent by employees on qualified research activities versus non-research activities? Please describe your methodology.</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1058-0074</w:t>
            </w:r>
          </w:p>
        </w:tc>
        <w:tc>
          <w:tcPr>
            <w:tcW w:type="dxa" w:w="2160"/>
          </w:tcPr>
          <w:p>
            <w:r>
              <w:t>Compensation Structure</w:t>
            </w:r>
          </w:p>
        </w:tc>
        <w:tc>
          <w:tcPr>
            <w:tcW w:type="dxa" w:w="2160"/>
          </w:tcPr>
          <w:p>
            <w:r>
              <w:t>What was the total compensation (salary, wages, bonuses) for employees engaged in qualified research activities in 2025? Please provide a breakdown by employee.</w:t>
              <w:br/>
              <w:t>Answer type: Currency</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1058-0075</w:t>
            </w:r>
          </w:p>
        </w:tc>
        <w:tc>
          <w:tcPr>
            <w:tcW w:type="dxa" w:w="2160"/>
          </w:tcPr>
          <w:p>
            <w:r>
              <w:t>Employee Training</w:t>
            </w:r>
          </w:p>
        </w:tc>
        <w:tc>
          <w:tcPr>
            <w:tcW w:type="dxa" w:w="2160"/>
          </w:tcPr>
          <w:p>
            <w:r>
              <w:t>Did any employees receive specialized training related to research activities in millet farming during the tax year 2025? If yes,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1058-0076</w:t>
            </w:r>
          </w:p>
        </w:tc>
        <w:tc>
          <w:tcPr>
            <w:tcW w:type="dxa" w:w="2160"/>
          </w:tcPr>
          <w:p>
            <w:r>
              <w:t>Project Documentation</w:t>
            </w:r>
          </w:p>
        </w:tc>
        <w:tc>
          <w:tcPr>
            <w:tcW w:type="dxa" w:w="2160"/>
          </w:tcPr>
          <w:p>
            <w:r>
              <w:t>Can you provide documentation that demonstrates the employees' involvement in qualified research projects specifically aimed at improving millet yield or pest resistance?</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1058-0077</w:t>
            </w:r>
          </w:p>
        </w:tc>
        <w:tc>
          <w:tcPr>
            <w:tcW w:type="dxa" w:w="2160"/>
          </w:tcPr>
          <w:p>
            <w:r>
              <w:t>Project Duration</w:t>
            </w:r>
          </w:p>
        </w:tc>
        <w:tc>
          <w:tcPr>
            <w:tcW w:type="dxa" w:w="2160"/>
          </w:tcPr>
          <w:p>
            <w:r>
              <w:t>What was the duration of each qualified research project undertaken by employees in 2025? Please specify start and end dates.</w:t>
              <w:br/>
              <w:t>Answer type: Date range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1058-0078</w:t>
            </w:r>
          </w:p>
        </w:tc>
        <w:tc>
          <w:tcPr>
            <w:tcW w:type="dxa" w:w="2160"/>
          </w:tcPr>
          <w:p>
            <w:r>
              <w:t>Employee Engagement</w:t>
            </w:r>
          </w:p>
        </w:tc>
        <w:tc>
          <w:tcPr>
            <w:tcW w:type="dxa" w:w="2160"/>
          </w:tcPr>
          <w:p>
            <w:r>
              <w:t>How many employees were directly involved in qualified research activities related to millet farming during the tax year 2025?</w:t>
              <w:br/>
              <w:t>Answer type: Integer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1058-0079</w:t>
            </w:r>
          </w:p>
        </w:tc>
        <w:tc>
          <w:tcPr>
            <w:tcW w:type="dxa" w:w="2160"/>
          </w:tcPr>
          <w:p>
            <w:r>
              <w:t>Research Outcomes</w:t>
            </w:r>
          </w:p>
        </w:tc>
        <w:tc>
          <w:tcPr>
            <w:tcW w:type="dxa" w:w="2160"/>
          </w:tcPr>
          <w:p>
            <w:r>
              <w:t>What specific outcomes or advancements were achieved through the efforts of employees engaged in qualified research activities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1058-0080</w:t>
            </w:r>
          </w:p>
        </w:tc>
        <w:tc>
          <w:tcPr>
            <w:tcW w:type="dxa" w:w="2160"/>
          </w:tcPr>
          <w:p>
            <w:r>
              <w:t>Employee Contracts</w:t>
            </w:r>
          </w:p>
        </w:tc>
        <w:tc>
          <w:tcPr>
            <w:tcW w:type="dxa" w:w="2160"/>
          </w:tcPr>
          <w:p>
            <w:r>
              <w:t>Were any of the employees involved in qualified research activities under contract or as part-time workers? If so, please provide details of their contracts.</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QRE-SUPPLIES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1058-0081</w:t>
            </w:r>
          </w:p>
        </w:tc>
        <w:tc>
          <w:tcPr>
            <w:tcW w:type="dxa" w:w="2160"/>
          </w:tcPr>
          <w:p>
            <w:r>
              <w:t>Experimental Inputs</w:t>
            </w:r>
          </w:p>
        </w:tc>
        <w:tc>
          <w:tcPr>
            <w:tcW w:type="dxa" w:w="2160"/>
          </w:tcPr>
          <w:p>
            <w:r>
              <w:t>What specific experimental supplies did you purchase for the development of new millet varieties in the 2025 tax year? Please list each item and its intended experimental purpose.</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1058-0082</w:t>
            </w:r>
          </w:p>
        </w:tc>
        <w:tc>
          <w:tcPr>
            <w:tcW w:type="dxa" w:w="2160"/>
          </w:tcPr>
          <w:p>
            <w:r>
              <w:t>Exclusion Criteria</w:t>
            </w:r>
          </w:p>
        </w:tc>
        <w:tc>
          <w:tcPr>
            <w:tcW w:type="dxa" w:w="2160"/>
          </w:tcPr>
          <w:p>
            <w:r>
              <w:t>Did any of the supplies used in your millet farming experiments fall under the exclusion criteria for R&amp;D tax credits, such as supplies used in commercial production or routine testing? If yes, please specify which supplies and the reason for exclusion.</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1058-0083</w:t>
            </w:r>
          </w:p>
        </w:tc>
        <w:tc>
          <w:tcPr>
            <w:tcW w:type="dxa" w:w="2160"/>
          </w:tcPr>
          <w:p>
            <w:r>
              <w:t>Supply Costs</w:t>
            </w:r>
          </w:p>
        </w:tc>
        <w:tc>
          <w:tcPr>
            <w:tcW w:type="dxa" w:w="2160"/>
          </w:tcPr>
          <w:p>
            <w:r>
              <w:t>What were the total costs incurred for experimental supplies related to millet farming in the 2025 tax year? Please provide a breakdown of costs by supply type.</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1058-0084</w:t>
            </w:r>
          </w:p>
        </w:tc>
        <w:tc>
          <w:tcPr>
            <w:tcW w:type="dxa" w:w="2160"/>
          </w:tcPr>
          <w:p>
            <w:r>
              <w:t>Documentation</w:t>
            </w:r>
          </w:p>
        </w:tc>
        <w:tc>
          <w:tcPr>
            <w:tcW w:type="dxa" w:w="2160"/>
          </w:tcPr>
          <w:p>
            <w:r>
              <w:t>What documentation do you have to support the use of these experimental supplies in your R&amp;D activities? Please specify types of documents such as invoices, receipts, or lab notes.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1058-0085</w:t>
            </w:r>
          </w:p>
        </w:tc>
        <w:tc>
          <w:tcPr>
            <w:tcW w:type="dxa" w:w="2160"/>
          </w:tcPr>
          <w:p>
            <w:r>
              <w:t>Experimental Design</w:t>
            </w:r>
          </w:p>
        </w:tc>
        <w:tc>
          <w:tcPr>
            <w:tcW w:type="dxa" w:w="2160"/>
          </w:tcPr>
          <w:p>
            <w:r>
              <w:t>Can you describe how the experimental supplies were integrated into your research design for developing new millet strains? What specific experiments were conducted using these supplies?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QRE-CONTRACT (7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1058-0086</w:t>
            </w:r>
          </w:p>
        </w:tc>
        <w:tc>
          <w:tcPr>
            <w:tcW w:type="dxa" w:w="2160"/>
          </w:tcPr>
          <w:p>
            <w:r>
              <w:t>Contractor Services</w:t>
            </w:r>
          </w:p>
        </w:tc>
        <w:tc>
          <w:tcPr>
            <w:tcW w:type="dxa" w:w="2160"/>
          </w:tcPr>
          <w:p>
            <w:r>
              <w:t>What specific contractor services were engaged for the development or improvement of millet farming techniques during the tax year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1058-0087</w:t>
            </w:r>
          </w:p>
        </w:tc>
        <w:tc>
          <w:tcPr>
            <w:tcW w:type="dxa" w:w="2160"/>
          </w:tcPr>
          <w:p>
            <w:r>
              <w:t>U.S. Location</w:t>
            </w:r>
          </w:p>
        </w:tc>
        <w:tc>
          <w:tcPr>
            <w:tcW w:type="dxa" w:w="2160"/>
          </w:tcPr>
          <w:p>
            <w:r>
              <w:t>Please list the U.S. locations where contractor services related to R&amp;D activities were performed in 2025, including addresses.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1058-0088</w:t>
            </w:r>
          </w:p>
        </w:tc>
        <w:tc>
          <w:tcPr>
            <w:tcW w:type="dxa" w:w="2160"/>
          </w:tcPr>
          <w:p>
            <w:r>
              <w:t>Rights</w:t>
            </w:r>
          </w:p>
        </w:tc>
        <w:tc>
          <w:tcPr>
            <w:tcW w:type="dxa" w:w="2160"/>
          </w:tcPr>
          <w:p>
            <w:r>
              <w:t>What rights did your business retain over the results of the contractor services provided, and how does this relate to the R&amp;D conducted?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1058-0089</w:t>
            </w:r>
          </w:p>
        </w:tc>
        <w:tc>
          <w:tcPr>
            <w:tcW w:type="dxa" w:w="2160"/>
          </w:tcPr>
          <w:p>
            <w:r>
              <w:t>Economic Risk</w:t>
            </w:r>
          </w:p>
        </w:tc>
        <w:tc>
          <w:tcPr>
            <w:tcW w:type="dxa" w:w="2160"/>
          </w:tcPr>
          <w:p>
            <w:r>
              <w:t>What economic risks did your business assume in relation to the contractor services for R&amp;D in 2025? Please provide specific examples.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1058-0090</w:t>
            </w:r>
          </w:p>
        </w:tc>
        <w:tc>
          <w:tcPr>
            <w:tcW w:type="dxa" w:w="2160"/>
          </w:tcPr>
          <w:p>
            <w:r>
              <w:t>Eligible Amount</w:t>
            </w:r>
          </w:p>
        </w:tc>
        <w:tc>
          <w:tcPr>
            <w:tcW w:type="dxa" w:w="2160"/>
          </w:tcPr>
          <w:p>
            <w:r>
              <w:t>What was the total amount paid to contractors for services directly related to R&amp;D activities in 2025? Please specify the currency.</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1058-0091</w:t>
            </w:r>
          </w:p>
        </w:tc>
        <w:tc>
          <w:tcPr>
            <w:tcW w:type="dxa" w:w="2160"/>
          </w:tcPr>
          <w:p>
            <w:r>
              <w:t>Contractual Terms</w:t>
            </w:r>
          </w:p>
        </w:tc>
        <w:tc>
          <w:tcPr>
            <w:tcW w:type="dxa" w:w="2160"/>
          </w:tcPr>
          <w:p>
            <w:r>
              <w:t>Were there any contractual terms that specified the scope of R&amp;D activities undertaken by the contractors? If yes, please summarize these terms.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1058-0092</w:t>
            </w:r>
          </w:p>
        </w:tc>
        <w:tc>
          <w:tcPr>
            <w:tcW w:type="dxa" w:w="2160"/>
          </w:tcPr>
          <w:p>
            <w:r>
              <w:t>Documentation</w:t>
            </w:r>
          </w:p>
        </w:tc>
        <w:tc>
          <w:tcPr>
            <w:tcW w:type="dxa" w:w="2160"/>
          </w:tcPr>
          <w:p>
            <w:r>
              <w:t>What documentation do you have to support the contractor services related to R&amp;D activities, such as contracts, invoices, or reports? Please list them.</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QRE-COMPUTER (2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1058-0093</w:t>
            </w:r>
          </w:p>
        </w:tc>
        <w:tc>
          <w:tcPr>
            <w:tcW w:type="dxa" w:w="2160"/>
          </w:tcPr>
          <w:p>
            <w:r>
              <w:t>Third-party cloud services</w:t>
            </w:r>
          </w:p>
        </w:tc>
        <w:tc>
          <w:tcPr>
            <w:tcW w:type="dxa" w:w="2160"/>
          </w:tcPr>
          <w:p>
            <w:r>
              <w:t>What specific third-party cloud services did your millet farm utilize during the 2025 tax year for R&amp;D purposes, and how did these services contribute to the development or improvement of your agricultural processes?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1058-0094</w:t>
            </w:r>
          </w:p>
        </w:tc>
        <w:tc>
          <w:tcPr>
            <w:tcW w:type="dxa" w:w="2160"/>
          </w:tcPr>
          <w:p>
            <w:r>
              <w:t>Data analysis and modeling</w:t>
            </w:r>
          </w:p>
        </w:tc>
        <w:tc>
          <w:tcPr>
            <w:tcW w:type="dxa" w:w="2160"/>
          </w:tcPr>
          <w:p>
            <w:r>
              <w:t>Can you detail any specific software or cloud-based tools used for data analysis or modeling related to crop yields or farming techniques in 2025, including the purpose of each tool and any experimental outcomes achieved?</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EVIDENCE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1058-0095</w:t>
            </w:r>
          </w:p>
        </w:tc>
        <w:tc>
          <w:tcPr>
            <w:tcW w:type="dxa" w:w="2160"/>
          </w:tcPr>
          <w:p>
            <w:r>
              <w:t>Project Documentation</w:t>
            </w:r>
          </w:p>
        </w:tc>
        <w:tc>
          <w:tcPr>
            <w:tcW w:type="dxa" w:w="2160"/>
          </w:tcPr>
          <w:p>
            <w:r>
              <w:t>Can you provide a detailed description of the specific experimental techniques or methodologies used in your millet farming projects during the tax year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1058-0096</w:t>
            </w:r>
          </w:p>
        </w:tc>
        <w:tc>
          <w:tcPr>
            <w:tcW w:type="dxa" w:w="2160"/>
          </w:tcPr>
          <w:p>
            <w:r>
              <w:t>Cost Records</w:t>
            </w:r>
          </w:p>
        </w:tc>
        <w:tc>
          <w:tcPr>
            <w:tcW w:type="dxa" w:w="2160"/>
          </w:tcPr>
          <w:p>
            <w:r>
              <w:t>What are the total costs incurred for the experimental millet farming projects, including materials, labor, and overhead, during the tax year 2025? Please provide a breakdown by category.</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1058-0097</w:t>
            </w:r>
          </w:p>
        </w:tc>
        <w:tc>
          <w:tcPr>
            <w:tcW w:type="dxa" w:w="2160"/>
          </w:tcPr>
          <w:p>
            <w:r>
              <w:t>Project Timeline</w:t>
            </w:r>
          </w:p>
        </w:tc>
        <w:tc>
          <w:tcPr>
            <w:tcW w:type="dxa" w:w="2160"/>
          </w:tcPr>
          <w:p>
            <w:r>
              <w:t>What were the start and end dates for each specific millet farming project that involved experimentation in 2025?</w:t>
              <w:br/>
              <w:t>Answer type: Date range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1058-0098</w:t>
            </w:r>
          </w:p>
        </w:tc>
        <w:tc>
          <w:tcPr>
            <w:tcW w:type="dxa" w:w="2160"/>
          </w:tcPr>
          <w:p>
            <w:r>
              <w:t>Technical Uncertainty</w:t>
            </w:r>
          </w:p>
        </w:tc>
        <w:tc>
          <w:tcPr>
            <w:tcW w:type="dxa" w:w="2160"/>
          </w:tcPr>
          <w:p>
            <w:r>
              <w:t>What specific technical uncertainties did you encounter in your millet farming projects, and how did you address them?</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1058-0099</w:t>
            </w:r>
          </w:p>
        </w:tc>
        <w:tc>
          <w:tcPr>
            <w:tcW w:type="dxa" w:w="2160"/>
          </w:tcPr>
          <w:p>
            <w:r>
              <w:t>Project Objectives</w:t>
            </w:r>
          </w:p>
        </w:tc>
        <w:tc>
          <w:tcPr>
            <w:tcW w:type="dxa" w:w="2160"/>
          </w:tcPr>
          <w:p>
            <w:r>
              <w:t>What were the primary objectives of your experimental millet farming projects in 2025, and how do they differ from standard farming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1058-0100</w:t>
            </w:r>
          </w:p>
        </w:tc>
        <w:tc>
          <w:tcPr>
            <w:tcW w:type="dxa" w:w="2160"/>
          </w:tcPr>
          <w:p>
            <w:r>
              <w:t>Documentation Practices</w:t>
            </w:r>
          </w:p>
        </w:tc>
        <w:tc>
          <w:tcPr>
            <w:tcW w:type="dxa" w:w="2160"/>
          </w:tcPr>
          <w:p>
            <w:r>
              <w:t>How do you maintain contemporaneous records of the experimental activities and costs associated with millet farming? Please describe your documentation practices.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1058-0101</w:t>
            </w:r>
          </w:p>
        </w:tc>
        <w:tc>
          <w:tcPr>
            <w:tcW w:type="dxa" w:w="2160"/>
          </w:tcPr>
          <w:p>
            <w:r>
              <w:t>Employee Involvement</w:t>
            </w:r>
          </w:p>
        </w:tc>
        <w:tc>
          <w:tcPr>
            <w:tcW w:type="dxa" w:w="2160"/>
          </w:tcPr>
          <w:p>
            <w:r>
              <w:t>Which employees were directly involved in the experimental millet farming projects, and what were their roles?</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1058-0102</w:t>
            </w:r>
          </w:p>
        </w:tc>
        <w:tc>
          <w:tcPr>
            <w:tcW w:type="dxa" w:w="2160"/>
          </w:tcPr>
          <w:p>
            <w:r>
              <w:t>Results Analysis</w:t>
            </w:r>
          </w:p>
        </w:tc>
        <w:tc>
          <w:tcPr>
            <w:tcW w:type="dxa" w:w="2160"/>
          </w:tcPr>
          <w:p>
            <w:r>
              <w:t>What were the outcomes of your experimental millet farming projects, and how did you measure success?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1058-0103</w:t>
            </w:r>
          </w:p>
        </w:tc>
        <w:tc>
          <w:tcPr>
            <w:tcW w:type="dxa" w:w="2160"/>
          </w:tcPr>
          <w:p>
            <w:r>
              <w:t>Third-party Contributions</w:t>
            </w:r>
          </w:p>
        </w:tc>
        <w:tc>
          <w:tcPr>
            <w:tcW w:type="dxa" w:w="2160"/>
          </w:tcPr>
          <w:p>
            <w:r>
              <w:t>Did you collaborate with any third parties (e.g., universities, research institutions) on your experimental millet farming projects in 2025? If yes,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1058-0104</w:t>
            </w:r>
          </w:p>
        </w:tc>
        <w:tc>
          <w:tcPr>
            <w:tcW w:type="dxa" w:w="2160"/>
          </w:tcPr>
          <w:p>
            <w:r>
              <w:t>Regulatory Compliance</w:t>
            </w:r>
          </w:p>
        </w:tc>
        <w:tc>
          <w:tcPr>
            <w:tcW w:type="dxa" w:w="2160"/>
          </w:tcPr>
          <w:p>
            <w:r>
              <w:t>What regulatory or compliance challenges did you face while conducting experimental millet farming projects in 2025, and how did you address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CALC-FED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1058-0105</w:t>
            </w:r>
          </w:p>
        </w:tc>
        <w:tc>
          <w:tcPr>
            <w:tcW w:type="dxa" w:w="2160"/>
          </w:tcPr>
          <w:p>
            <w:r>
              <w:t>Qualified Research Activities</w:t>
            </w:r>
          </w:p>
        </w:tc>
        <w:tc>
          <w:tcPr>
            <w:tcW w:type="dxa" w:w="2160"/>
          </w:tcPr>
          <w:p>
            <w:r>
              <w:t>During the tax year 2025, did your millet farm engage in any systematic experimentation to improve crop yield or pest resistance? Please describe the specific experiments conducted.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1058-0106</w:t>
            </w:r>
          </w:p>
        </w:tc>
        <w:tc>
          <w:tcPr>
            <w:tcW w:type="dxa" w:w="2160"/>
          </w:tcPr>
          <w:p>
            <w:r>
              <w:t>Qualified Research Expenses</w:t>
            </w:r>
          </w:p>
        </w:tc>
        <w:tc>
          <w:tcPr>
            <w:tcW w:type="dxa" w:w="2160"/>
          </w:tcPr>
          <w:p>
            <w:r>
              <w:t>What percentage of your total expenses for 2025 were allocated to research and development activities related to millet farming?</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1058-0107</w:t>
            </w:r>
          </w:p>
        </w:tc>
        <w:tc>
          <w:tcPr>
            <w:tcW w:type="dxa" w:w="2160"/>
          </w:tcPr>
          <w:p>
            <w:r>
              <w:t>Employee Involvement</w:t>
            </w:r>
          </w:p>
        </w:tc>
        <w:tc>
          <w:tcPr>
            <w:tcW w:type="dxa" w:w="2160"/>
          </w:tcPr>
          <w:p>
            <w:r>
              <w:t>How many employees were directly involved in the R&amp;D activities for millet farming during 2025? Please specify their roles and the nature of their contributions.</w:t>
              <w:br/>
              <w:t>Answer type: Integer + details</w:t>
              <w:br/>
              <w:t>Trigger: Always</w:t>
              <w:br/>
              <w:t>Required: No</w:t>
              <w:br/>
              <w:t>Risk: Medium</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1058-0108</w:t>
            </w:r>
          </w:p>
        </w:tc>
        <w:tc>
          <w:tcPr>
            <w:tcW w:type="dxa" w:w="2160"/>
          </w:tcPr>
          <w:p>
            <w:r>
              <w:t>Contract Research Expenses</w:t>
            </w:r>
          </w:p>
        </w:tc>
        <w:tc>
          <w:tcPr>
            <w:tcW w:type="dxa" w:w="2160"/>
          </w:tcPr>
          <w:p>
            <w:r>
              <w:t>Did your farm utilize any contract research services in 2025 to enhance your millet production? If yes, please provide details of the contracts and the nature of the research conducted.</w:t>
              <w:br/>
              <w:t>Answer type: Yes-No + details</w:t>
              <w:br/>
              <w:t>Trigger: Always</w:t>
              <w:br/>
              <w:t>Required: No</w:t>
              <w:br/>
              <w:t>Risk: Medium</w:t>
            </w:r>
          </w:p>
        </w:tc>
        <w:tc>
          <w:tcPr>
            <w:tcW w:type="dxa" w:w="2160"/>
          </w:tcPr>
          <w:p>
            <w:r>
              <w:t>Primary authority: IRC Section 41(b)(3)</w:t>
              <w:br/>
              <w:t>Response: ___________________________</w:t>
              <w:br/>
              <w:t>Evidence: ___________________________</w:t>
              <w:br/>
              <w:t>Reviewer conclusion: ___________________________</w:t>
            </w:r>
          </w:p>
        </w:tc>
      </w:tr>
      <w:tr>
        <w:tc>
          <w:tcPr>
            <w:tcW w:type="dxa" w:w="2160"/>
          </w:tcPr>
          <w:p>
            <w:r>
              <w:t>1058-0109</w:t>
            </w:r>
          </w:p>
        </w:tc>
        <w:tc>
          <w:tcPr>
            <w:tcW w:type="dxa" w:w="2160"/>
          </w:tcPr>
          <w:p>
            <w:r>
              <w:t>Prototype Development</w:t>
            </w:r>
          </w:p>
        </w:tc>
        <w:tc>
          <w:tcPr>
            <w:tcW w:type="dxa" w:w="2160"/>
          </w:tcPr>
          <w:p>
            <w:r>
              <w:t>In 2025, did you develop any new millet varieties or farming techniques that were prototypes or experimental in nature? Please detail the prototypes and their intended improvements.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1058-0110</w:t>
            </w:r>
          </w:p>
        </w:tc>
        <w:tc>
          <w:tcPr>
            <w:tcW w:type="dxa" w:w="2160"/>
          </w:tcPr>
          <w:p>
            <w:r>
              <w:t>Documentation and Evidence</w:t>
            </w:r>
          </w:p>
        </w:tc>
        <w:tc>
          <w:tcPr>
            <w:tcW w:type="dxa" w:w="2160"/>
          </w:tcPr>
          <w:p>
            <w:r>
              <w:t>What documentation do you maintain to support your R&amp;D claims for the 2025 tax year? Please list the types of evidence collected (e.g., lab notes, project reports, expense receipts).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1058-0111</w:t>
            </w:r>
          </w:p>
        </w:tc>
        <w:tc>
          <w:tcPr>
            <w:tcW w:type="dxa" w:w="2160"/>
          </w:tcPr>
          <w:p>
            <w:r>
              <w:t>Time Tracking</w:t>
            </w:r>
          </w:p>
        </w:tc>
        <w:tc>
          <w:tcPr>
            <w:tcW w:type="dxa" w:w="2160"/>
          </w:tcPr>
          <w:p>
            <w:r>
              <w:t>How do you track the time spent by employees on R&amp;D activities related to millet farming in 2025? Please describe your method and provide any relevant records.</w:t>
              <w:br/>
              <w:t>Answer type: Long text + evidence</w:t>
              <w:br/>
              <w:t>Trigger: Always</w:t>
              <w:br/>
              <w:t>Required: No</w:t>
              <w:br/>
              <w:t>Risk: Medium</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1058-0112</w:t>
            </w:r>
          </w:p>
        </w:tc>
        <w:tc>
          <w:tcPr>
            <w:tcW w:type="dxa" w:w="2160"/>
          </w:tcPr>
          <w:p>
            <w:r>
              <w:t>Previous R&amp;D Claims</w:t>
            </w:r>
          </w:p>
        </w:tc>
        <w:tc>
          <w:tcPr>
            <w:tcW w:type="dxa" w:w="2160"/>
          </w:tcPr>
          <w:p>
            <w:r>
              <w:t>Have you claimed R&amp;D tax credits in previous years? If so, please specify the years and the amounts claimed for millet farming activities.</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1058-0113</w:t>
            </w:r>
          </w:p>
        </w:tc>
        <w:tc>
          <w:tcPr>
            <w:tcW w:type="dxa" w:w="2160"/>
          </w:tcPr>
          <w:p>
            <w:r>
              <w:t>Failure Analysis</w:t>
            </w:r>
          </w:p>
        </w:tc>
        <w:tc>
          <w:tcPr>
            <w:tcW w:type="dxa" w:w="2160"/>
          </w:tcPr>
          <w:p>
            <w:r>
              <w:t>Did you conduct any failure analysis or troubleshooting during your R&amp;D activities in 2025? Please describe the failures encountered and the steps taken to resolve them.</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1058-0114</w:t>
            </w:r>
          </w:p>
        </w:tc>
        <w:tc>
          <w:tcPr>
            <w:tcW w:type="dxa" w:w="2160"/>
          </w:tcPr>
          <w:p>
            <w:r>
              <w:t>Innovation and Improvement</w:t>
            </w:r>
          </w:p>
        </w:tc>
        <w:tc>
          <w:tcPr>
            <w:tcW w:type="dxa" w:w="2160"/>
          </w:tcPr>
          <w:p>
            <w:r>
              <w:t>What specific innovations or improvements did your farm implement in 2025 as a result of your R&amp;D activities? Please detail the outcomes and their impact on your operations.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1058-0115</w:t>
            </w:r>
          </w:p>
        </w:tc>
        <w:tc>
          <w:tcPr>
            <w:tcW w:type="dxa" w:w="2160"/>
          </w:tcPr>
          <w:p>
            <w:r>
              <w:t>Cost Allocation</w:t>
            </w:r>
          </w:p>
        </w:tc>
        <w:tc>
          <w:tcPr>
            <w:tcW w:type="dxa" w:w="2160"/>
          </w:tcPr>
          <w:p>
            <w:r>
              <w:t>How do you allocate costs between R&amp;D and routine agricultural operations for your millet farm? Please provide a breakdown of the allocation method used in 2025.</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CALC-CA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1058-0116</w:t>
            </w:r>
          </w:p>
        </w:tc>
        <w:tc>
          <w:tcPr>
            <w:tcW w:type="dxa" w:w="2160"/>
          </w:tcPr>
          <w:p>
            <w:r>
              <w:t>Qualified Research Activities</w:t>
            </w:r>
          </w:p>
        </w:tc>
        <w:tc>
          <w:tcPr>
            <w:tcW w:type="dxa" w:w="2160"/>
          </w:tcPr>
          <w:p>
            <w:r>
              <w:t>What specific experimental processes did your farm implement in 2025 to improve millet yield or quality? Please describe the objectives and outcomes of these experiments.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1058-0117</w:t>
            </w:r>
          </w:p>
        </w:tc>
        <w:tc>
          <w:tcPr>
            <w:tcW w:type="dxa" w:w="2160"/>
          </w:tcPr>
          <w:p>
            <w:r>
              <w:t>Qualified Research Expenses</w:t>
            </w:r>
          </w:p>
        </w:tc>
        <w:tc>
          <w:tcPr>
            <w:tcW w:type="dxa" w:w="2160"/>
          </w:tcPr>
          <w:p>
            <w:r>
              <w:t>What percentage of your total expenses in 2025 can be attributed to wages for employees directly engaged in R&amp;D activities related to millet farming?</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1058-0118</w:t>
            </w:r>
          </w:p>
        </w:tc>
        <w:tc>
          <w:tcPr>
            <w:tcW w:type="dxa" w:w="2160"/>
          </w:tcPr>
          <w:p>
            <w:r>
              <w:t>Cost of Supplies</w:t>
            </w:r>
          </w:p>
        </w:tc>
        <w:tc>
          <w:tcPr>
            <w:tcW w:type="dxa" w:w="2160"/>
          </w:tcPr>
          <w:p>
            <w:r>
              <w:t>List the types of supplies purchased specifically for R&amp;D activities in 2025. What was the total cost of these supplies?</w:t>
              <w:br/>
              <w:t>Answer type: Currency</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1058-0119</w:t>
            </w:r>
          </w:p>
        </w:tc>
        <w:tc>
          <w:tcPr>
            <w:tcW w:type="dxa" w:w="2160"/>
          </w:tcPr>
          <w:p>
            <w:r>
              <w:t>Contract Research</w:t>
            </w:r>
          </w:p>
        </w:tc>
        <w:tc>
          <w:tcPr>
            <w:tcW w:type="dxa" w:w="2160"/>
          </w:tcPr>
          <w:p>
            <w:r>
              <w:t>Did you engage any third-party contractors for R&amp;D activities related to millet farming in 2025? If yes, please specify the nature of the work and the total cost incurred.</w:t>
              <w:br/>
              <w:t>Answer type: Yes-No + details</w:t>
              <w:br/>
              <w:t>Trigger: Always</w:t>
              <w:br/>
              <w:t>Required: No</w:t>
              <w:br/>
              <w:t>Risk: Medium</w:t>
            </w:r>
          </w:p>
        </w:tc>
        <w:tc>
          <w:tcPr>
            <w:tcW w:type="dxa" w:w="2160"/>
          </w:tcPr>
          <w:p>
            <w:r>
              <w:t>Primary authority: IRC Section 41(b)(3)</w:t>
              <w:br/>
              <w:t>Response: ___________________________</w:t>
              <w:br/>
              <w:t>Evidence: ___________________________</w:t>
              <w:br/>
              <w:t>Reviewer conclusion: ___________________________</w:t>
            </w:r>
          </w:p>
        </w:tc>
      </w:tr>
      <w:tr>
        <w:tc>
          <w:tcPr>
            <w:tcW w:type="dxa" w:w="2160"/>
          </w:tcPr>
          <w:p>
            <w:r>
              <w:t>1058-0120</w:t>
            </w:r>
          </w:p>
        </w:tc>
        <w:tc>
          <w:tcPr>
            <w:tcW w:type="dxa" w:w="2160"/>
          </w:tcPr>
          <w:p>
            <w:r>
              <w:t>Documentation</w:t>
            </w:r>
          </w:p>
        </w:tc>
        <w:tc>
          <w:tcPr>
            <w:tcW w:type="dxa" w:w="2160"/>
          </w:tcPr>
          <w:p>
            <w:r>
              <w:t>What documentation do you have to support the R&amp;D activities claimed for the 2025 tax year? Please provide a summary of the types of records maintained.</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1058-0121</w:t>
            </w:r>
          </w:p>
        </w:tc>
        <w:tc>
          <w:tcPr>
            <w:tcW w:type="dxa" w:w="2160"/>
          </w:tcPr>
          <w:p>
            <w:r>
              <w:t>Technical Uncertainty</w:t>
            </w:r>
          </w:p>
        </w:tc>
        <w:tc>
          <w:tcPr>
            <w:tcW w:type="dxa" w:w="2160"/>
          </w:tcPr>
          <w:p>
            <w:r>
              <w:t>What specific technical uncertainties did you encounter during your R&amp;D efforts in 2025? How did you address these uncertainties?</w:t>
              <w:br/>
              <w:t>Answer type: Long text</w:t>
              <w:br/>
              <w:t>Trigger: Always</w:t>
              <w:br/>
              <w:t>Required: No</w:t>
              <w:br/>
              <w:t>Risk: High</w:t>
            </w:r>
          </w:p>
        </w:tc>
        <w:tc>
          <w:tcPr>
            <w:tcW w:type="dxa" w:w="2160"/>
          </w:tcPr>
          <w:p>
            <w:r>
              <w:t>Primary authority: IRC Section 41(d)(1)</w:t>
              <w:br/>
              <w:t>Response: ___________________________</w:t>
              <w:br/>
              <w:t>Evidence: ___________________________</w:t>
              <w:br/>
              <w:t>Reviewer conclusion: ___________________________</w:t>
            </w:r>
          </w:p>
        </w:tc>
      </w:tr>
      <w:tr>
        <w:tc>
          <w:tcPr>
            <w:tcW w:type="dxa" w:w="2160"/>
          </w:tcPr>
          <w:p>
            <w:r>
              <w:t>1058-0122</w:t>
            </w:r>
          </w:p>
        </w:tc>
        <w:tc>
          <w:tcPr>
            <w:tcW w:type="dxa" w:w="2160"/>
          </w:tcPr>
          <w:p>
            <w:r>
              <w:t>R&amp;D Time Allocation</w:t>
            </w:r>
          </w:p>
        </w:tc>
        <w:tc>
          <w:tcPr>
            <w:tcW w:type="dxa" w:w="2160"/>
          </w:tcPr>
          <w:p>
            <w:r>
              <w:t>How many hours did employees spend on R&amp;D activities related to millet farming in 2025? Please provide a breakdown by employee role.</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1058-0123</w:t>
            </w:r>
          </w:p>
        </w:tc>
        <w:tc>
          <w:tcPr>
            <w:tcW w:type="dxa" w:w="2160"/>
          </w:tcPr>
          <w:p>
            <w:r>
              <w:t>Process Improvements</w:t>
            </w:r>
          </w:p>
        </w:tc>
        <w:tc>
          <w:tcPr>
            <w:tcW w:type="dxa" w:w="2160"/>
          </w:tcPr>
          <w:p>
            <w:r>
              <w:t>Describe any new techniques or methodologies developed in 2025 that were aimed at enhancing millet cultivation. What were the measurable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1058-0124</w:t>
            </w:r>
          </w:p>
        </w:tc>
        <w:tc>
          <w:tcPr>
            <w:tcW w:type="dxa" w:w="2160"/>
          </w:tcPr>
          <w:p>
            <w:r>
              <w:t>Record Keeping</w:t>
            </w:r>
          </w:p>
        </w:tc>
        <w:tc>
          <w:tcPr>
            <w:tcW w:type="dxa" w:w="2160"/>
          </w:tcPr>
          <w:p>
            <w:r>
              <w:t>What measures did you implement in 2025 to ensure accurate tracking of R&amp;D expenses and activities? Please provide details on your record-keeping practices.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1058-0125</w:t>
            </w:r>
          </w:p>
        </w:tc>
        <w:tc>
          <w:tcPr>
            <w:tcW w:type="dxa" w:w="2160"/>
          </w:tcPr>
          <w:p>
            <w:r>
              <w:t>Innovation</w:t>
            </w:r>
          </w:p>
        </w:tc>
        <w:tc>
          <w:tcPr>
            <w:tcW w:type="dxa" w:w="2160"/>
          </w:tcPr>
          <w:p>
            <w:r>
              <w:t>What innovative practices did you introduce in 2025 that differ from traditional millet farming methods? How do these practices qualify as R&amp;D?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1058-0126</w:t>
            </w:r>
          </w:p>
        </w:tc>
        <w:tc>
          <w:tcPr>
            <w:tcW w:type="dxa" w:w="2160"/>
          </w:tcPr>
          <w:p>
            <w:r>
              <w:t>Compliance</w:t>
            </w:r>
          </w:p>
        </w:tc>
        <w:tc>
          <w:tcPr>
            <w:tcW w:type="dxa" w:w="2160"/>
          </w:tcPr>
          <w:p>
            <w:r>
              <w:t>Did you apply for any grants or subsidies for R&amp;D activities in 2025? If so, please specify the source and amount.</w:t>
              <w:br/>
              <w:t>Answer type: Yes-No + details</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bl>
    <w:p/>
    <w:p>
      <w:pPr>
        <w:pStyle w:val="Heading2"/>
      </w:pPr>
      <w:r>
        <w:t>REVIEW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1058-0127</w:t>
            </w:r>
          </w:p>
        </w:tc>
        <w:tc>
          <w:tcPr>
            <w:tcW w:type="dxa" w:w="2160"/>
          </w:tcPr>
          <w:p>
            <w:r>
              <w:t>Final Conclusions</w:t>
            </w:r>
          </w:p>
        </w:tc>
        <w:tc>
          <w:tcPr>
            <w:tcW w:type="dxa" w:w="2160"/>
          </w:tcPr>
          <w:p>
            <w:r>
              <w:t>What specific experimental techniques or methodologies did your farm implement in 2025 to improve millet yield or disease resistance?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1058-0128</w:t>
            </w:r>
          </w:p>
        </w:tc>
        <w:tc>
          <w:tcPr>
            <w:tcW w:type="dxa" w:w="2160"/>
          </w:tcPr>
          <w:p>
            <w:r>
              <w:t>Open Issues</w:t>
            </w:r>
          </w:p>
        </w:tc>
        <w:tc>
          <w:tcPr>
            <w:tcW w:type="dxa" w:w="2160"/>
          </w:tcPr>
          <w:p>
            <w:r>
              <w:t>Are there any unresolved issues from previous tax years regarding R&amp;D claims that could impact the current year's submission? If yes, please detail.</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1058-0129</w:t>
            </w:r>
          </w:p>
        </w:tc>
        <w:tc>
          <w:tcPr>
            <w:tcW w:type="dxa" w:w="2160"/>
          </w:tcPr>
          <w:p>
            <w:r>
              <w:t>Certification</w:t>
            </w:r>
          </w:p>
        </w:tc>
        <w:tc>
          <w:tcPr>
            <w:tcW w:type="dxa" w:w="2160"/>
          </w:tcPr>
          <w:p>
            <w:r>
              <w:t>Have all R&amp;D activities conducted in 2025 been documented in a manner consistent with IRS guidelines? Please provide examples of documentation used.</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1058-0130</w:t>
            </w:r>
          </w:p>
        </w:tc>
        <w:tc>
          <w:tcPr>
            <w:tcW w:type="dxa" w:w="2160"/>
          </w:tcPr>
          <w:p>
            <w:r>
              <w:t>Next-Year Controls</w:t>
            </w:r>
          </w:p>
        </w:tc>
        <w:tc>
          <w:tcPr>
            <w:tcW w:type="dxa" w:w="2160"/>
          </w:tcPr>
          <w:p>
            <w:r>
              <w:t>What measures are in place to ensure that R&amp;D activities in 2026 are properly tracked and documented to support future tax credits?</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1058-0131</w:t>
            </w:r>
          </w:p>
        </w:tc>
        <w:tc>
          <w:tcPr>
            <w:tcW w:type="dxa" w:w="2160"/>
          </w:tcPr>
          <w:p>
            <w:r>
              <w:t>Final Conclusions</w:t>
            </w:r>
          </w:p>
        </w:tc>
        <w:tc>
          <w:tcPr>
            <w:tcW w:type="dxa" w:w="2160"/>
          </w:tcPr>
          <w:p>
            <w:r>
              <w:t>What percentage of your total operational budget in 2025 was allocated to R&amp;D activities related to millet farming?</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1058-0132</w:t>
            </w:r>
          </w:p>
        </w:tc>
        <w:tc>
          <w:tcPr>
            <w:tcW w:type="dxa" w:w="2160"/>
          </w:tcPr>
          <w:p>
            <w:r>
              <w:t>Open Issues</w:t>
            </w:r>
          </w:p>
        </w:tc>
        <w:tc>
          <w:tcPr>
            <w:tcW w:type="dxa" w:w="2160"/>
          </w:tcPr>
          <w:p>
            <w:r>
              <w:t>Have there been any changes in your farming practices or technologies that could affect the eligibility of R&amp;D expenses for 2025?</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1058-0133</w:t>
            </w:r>
          </w:p>
        </w:tc>
        <w:tc>
          <w:tcPr>
            <w:tcW w:type="dxa" w:w="2160"/>
          </w:tcPr>
          <w:p>
            <w:r>
              <w:t>Certification</w:t>
            </w:r>
          </w:p>
        </w:tc>
        <w:tc>
          <w:tcPr>
            <w:tcW w:type="dxa" w:w="2160"/>
          </w:tcPr>
          <w:p>
            <w:r>
              <w:t>Can you confirm that all personnel involved in R&amp;D activities have been properly trained and are aware of the documentation requirements for tax credit eligibility?</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1058-0134</w:t>
            </w:r>
          </w:p>
        </w:tc>
        <w:tc>
          <w:tcPr>
            <w:tcW w:type="dxa" w:w="2160"/>
          </w:tcPr>
          <w:p>
            <w:r>
              <w:t>Next-Year Controls</w:t>
            </w:r>
          </w:p>
        </w:tc>
        <w:tc>
          <w:tcPr>
            <w:tcW w:type="dxa" w:w="2160"/>
          </w:tcPr>
          <w:p>
            <w:r>
              <w:t>What specific controls will you implement in 2026 to differentiate between routine farming practices and qualified R&amp;D activities?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1058-0135</w:t>
            </w:r>
          </w:p>
        </w:tc>
        <w:tc>
          <w:tcPr>
            <w:tcW w:type="dxa" w:w="2160"/>
          </w:tcPr>
          <w:p>
            <w:r>
              <w:t>Final Conclusions</w:t>
            </w:r>
          </w:p>
        </w:tc>
        <w:tc>
          <w:tcPr>
            <w:tcW w:type="dxa" w:w="2160"/>
          </w:tcPr>
          <w:p>
            <w:r>
              <w:t>What were the primary objectives of your R&amp;D projects in 2025, and how do they align with the IRS definition of qualified research?</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1058-0136</w:t>
            </w:r>
          </w:p>
        </w:tc>
        <w:tc>
          <w:tcPr>
            <w:tcW w:type="dxa" w:w="2160"/>
          </w:tcPr>
          <w:p>
            <w:r>
              <w:t>Open Issues</w:t>
            </w:r>
          </w:p>
        </w:tc>
        <w:tc>
          <w:tcPr>
            <w:tcW w:type="dxa" w:w="2160"/>
          </w:tcPr>
          <w:p>
            <w:r>
              <w:t>Are there any external audits or reviews scheduled for 2025 that might affect your R&amp;D tax credit claims? If yes, please provide details.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SEED-QUALITY-ANALYSIS (25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1058-0137</w:t>
            </w:r>
          </w:p>
        </w:tc>
        <w:tc>
          <w:tcPr>
            <w:tcW w:type="dxa" w:w="2160"/>
          </w:tcPr>
          <w:p>
            <w:r>
              <w:t>Seed Sourcing</w:t>
            </w:r>
          </w:p>
        </w:tc>
        <w:tc>
          <w:tcPr>
            <w:tcW w:type="dxa" w:w="2160"/>
          </w:tcPr>
          <w:p>
            <w:r>
              <w:t>What specific criteria do you use to select millet seeds for sourcing, and how do you evaluate their genetic traits?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1058-0138</w:t>
            </w:r>
          </w:p>
        </w:tc>
        <w:tc>
          <w:tcPr>
            <w:tcW w:type="dxa" w:w="2160"/>
          </w:tcPr>
          <w:p>
            <w:r>
              <w:t>Germination Rates</w:t>
            </w:r>
          </w:p>
        </w:tc>
        <w:tc>
          <w:tcPr>
            <w:tcW w:type="dxa" w:w="2160"/>
          </w:tcPr>
          <w:p>
            <w:r>
              <w:t>What methods do you employ to test the germination rates of your millet seeds, and how often are these tests conducted?</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1058-0139</w:t>
            </w:r>
          </w:p>
        </w:tc>
        <w:tc>
          <w:tcPr>
            <w:tcW w:type="dxa" w:w="2160"/>
          </w:tcPr>
          <w:p>
            <w:r>
              <w:t>Genetic Traits</w:t>
            </w:r>
          </w:p>
        </w:tc>
        <w:tc>
          <w:tcPr>
            <w:tcW w:type="dxa" w:w="2160"/>
          </w:tcPr>
          <w:p>
            <w:r>
              <w:t>Can you describe any experimental processes you have undertaken to enhance specific genetic traits in your millet seeds?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1058-0140</w:t>
            </w:r>
          </w:p>
        </w:tc>
        <w:tc>
          <w:tcPr>
            <w:tcW w:type="dxa" w:w="2160"/>
          </w:tcPr>
          <w:p>
            <w:r>
              <w:t>Disease Resistance</w:t>
            </w:r>
          </w:p>
        </w:tc>
        <w:tc>
          <w:tcPr>
            <w:tcW w:type="dxa" w:w="2160"/>
          </w:tcPr>
          <w:p>
            <w:r>
              <w:t>What specific diseases are you testing your millet seeds for resistance, and what experimental protocols do you follow?</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1058-0141</w:t>
            </w:r>
          </w:p>
        </w:tc>
        <w:tc>
          <w:tcPr>
            <w:tcW w:type="dxa" w:w="2160"/>
          </w:tcPr>
          <w:p>
            <w:r>
              <w:t>Soil Compatibility</w:t>
            </w:r>
          </w:p>
        </w:tc>
        <w:tc>
          <w:tcPr>
            <w:tcW w:type="dxa" w:w="2160"/>
          </w:tcPr>
          <w:p>
            <w:r>
              <w:t>How do you assess the compatibility of your millet seeds with different soil types, and what experimental methods do you use?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1058-0142</w:t>
            </w:r>
          </w:p>
        </w:tc>
        <w:tc>
          <w:tcPr>
            <w:tcW w:type="dxa" w:w="2160"/>
          </w:tcPr>
          <w:p>
            <w:r>
              <w:t>Testing Protocols</w:t>
            </w:r>
          </w:p>
        </w:tc>
        <w:tc>
          <w:tcPr>
            <w:tcW w:type="dxa" w:w="2160"/>
          </w:tcPr>
          <w:p>
            <w:r>
              <w:t>What specific testing protocols do you implement to ensure the quality of millet seeds, and how do you document the results?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1058-0143</w:t>
            </w:r>
          </w:p>
        </w:tc>
        <w:tc>
          <w:tcPr>
            <w:tcW w:type="dxa" w:w="2160"/>
          </w:tcPr>
          <w:p>
            <w:r>
              <w:t>Traceability</w:t>
            </w:r>
          </w:p>
        </w:tc>
        <w:tc>
          <w:tcPr>
            <w:tcW w:type="dxa" w:w="2160"/>
          </w:tcPr>
          <w:p>
            <w:r>
              <w:t>How do you maintain traceability of your millet seeds from sourcing to planting, and what records do you keep?</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1058-0144</w:t>
            </w:r>
          </w:p>
        </w:tc>
        <w:tc>
          <w:tcPr>
            <w:tcW w:type="dxa" w:w="2160"/>
          </w:tcPr>
          <w:p>
            <w:r>
              <w:t>Certification Standards</w:t>
            </w:r>
          </w:p>
        </w:tc>
        <w:tc>
          <w:tcPr>
            <w:tcW w:type="dxa" w:w="2160"/>
          </w:tcPr>
          <w:p>
            <w:r>
              <w:t>What certification standards do your millet seeds comply with, and how do you ensure adherence to these standards?</w:t>
              <w:br/>
              <w:t>Answer type: Long text</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1058-0145</w:t>
            </w:r>
          </w:p>
        </w:tc>
        <w:tc>
          <w:tcPr>
            <w:tcW w:type="dxa" w:w="2160"/>
          </w:tcPr>
          <w:p>
            <w:r>
              <w:t>Seed Sourcing</w:t>
            </w:r>
          </w:p>
        </w:tc>
        <w:tc>
          <w:tcPr>
            <w:tcW w:type="dxa" w:w="2160"/>
          </w:tcPr>
          <w:p>
            <w:r>
              <w:t>What sources do you rely on for obtaining high-quality millet seeds, and how do you evaluate their reliability?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1058-0146</w:t>
            </w:r>
          </w:p>
        </w:tc>
        <w:tc>
          <w:tcPr>
            <w:tcW w:type="dxa" w:w="2160"/>
          </w:tcPr>
          <w:p>
            <w:r>
              <w:t>Germination Rates</w:t>
            </w:r>
          </w:p>
        </w:tc>
        <w:tc>
          <w:tcPr>
            <w:tcW w:type="dxa" w:w="2160"/>
          </w:tcPr>
          <w:p>
            <w:r>
              <w:t>What is the average germination rate you have observed in your millet seeds over the past three years?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1058-0147</w:t>
            </w:r>
          </w:p>
        </w:tc>
        <w:tc>
          <w:tcPr>
            <w:tcW w:type="dxa" w:w="2160"/>
          </w:tcPr>
          <w:p>
            <w:r>
              <w:t>Genetic Traits</w:t>
            </w:r>
          </w:p>
        </w:tc>
        <w:tc>
          <w:tcPr>
            <w:tcW w:type="dxa" w:w="2160"/>
          </w:tcPr>
          <w:p>
            <w:r>
              <w:t>Describe any trials you have conducted to introduce new genetic traits into your millet seeds. What were the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1058-0148</w:t>
            </w:r>
          </w:p>
        </w:tc>
        <w:tc>
          <w:tcPr>
            <w:tcW w:type="dxa" w:w="2160"/>
          </w:tcPr>
          <w:p>
            <w:r>
              <w:t>Disease Resistance</w:t>
            </w:r>
          </w:p>
        </w:tc>
        <w:tc>
          <w:tcPr>
            <w:tcW w:type="dxa" w:w="2160"/>
          </w:tcPr>
          <w:p>
            <w:r>
              <w:t>What specific techniques do you use to test for disease resistance in your millet seeds?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1058-0149</w:t>
            </w:r>
          </w:p>
        </w:tc>
        <w:tc>
          <w:tcPr>
            <w:tcW w:type="dxa" w:w="2160"/>
          </w:tcPr>
          <w:p>
            <w:r>
              <w:t>Soil Compatibility</w:t>
            </w:r>
          </w:p>
        </w:tc>
        <w:tc>
          <w:tcPr>
            <w:tcW w:type="dxa" w:w="2160"/>
          </w:tcPr>
          <w:p>
            <w:r>
              <w:t>What experiments have you conducted to determine the optimal soil conditions for your millet seeds?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1058-0150</w:t>
            </w:r>
          </w:p>
        </w:tc>
        <w:tc>
          <w:tcPr>
            <w:tcW w:type="dxa" w:w="2160"/>
          </w:tcPr>
          <w:p>
            <w:r>
              <w:t>Testing Protocols</w:t>
            </w:r>
          </w:p>
        </w:tc>
        <w:tc>
          <w:tcPr>
            <w:tcW w:type="dxa" w:w="2160"/>
          </w:tcPr>
          <w:p>
            <w:r>
              <w:t>What specific quality control measures do you implement during the seed testing process?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1058-0151</w:t>
            </w:r>
          </w:p>
        </w:tc>
        <w:tc>
          <w:tcPr>
            <w:tcW w:type="dxa" w:w="2160"/>
          </w:tcPr>
          <w:p>
            <w:r>
              <w:t>Traceability</w:t>
            </w:r>
          </w:p>
        </w:tc>
        <w:tc>
          <w:tcPr>
            <w:tcW w:type="dxa" w:w="2160"/>
          </w:tcPr>
          <w:p>
            <w:r>
              <w:t>What systems do you have in place to track the origin and quality of your millet seeds throughout the production process?</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1058-0152</w:t>
            </w:r>
          </w:p>
        </w:tc>
        <w:tc>
          <w:tcPr>
            <w:tcW w:type="dxa" w:w="2160"/>
          </w:tcPr>
          <w:p>
            <w:r>
              <w:t>Certification Standards</w:t>
            </w:r>
          </w:p>
        </w:tc>
        <w:tc>
          <w:tcPr>
            <w:tcW w:type="dxa" w:w="2160"/>
          </w:tcPr>
          <w:p>
            <w:r>
              <w:t>What steps do you take to ensure that your millet seeds meet the required certification standards?</w:t>
              <w:br/>
              <w:t>Answer type: Long text</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1058-0153</w:t>
            </w:r>
          </w:p>
        </w:tc>
        <w:tc>
          <w:tcPr>
            <w:tcW w:type="dxa" w:w="2160"/>
          </w:tcPr>
          <w:p>
            <w:r>
              <w:t>Seed Sourcing</w:t>
            </w:r>
          </w:p>
        </w:tc>
        <w:tc>
          <w:tcPr>
            <w:tcW w:type="dxa" w:w="2160"/>
          </w:tcPr>
          <w:p>
            <w:r>
              <w:t>How do you evaluate the performance of different seed suppliers in terms of quality and yield?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1058-0154</w:t>
            </w:r>
          </w:p>
        </w:tc>
        <w:tc>
          <w:tcPr>
            <w:tcW w:type="dxa" w:w="2160"/>
          </w:tcPr>
          <w:p>
            <w:r>
              <w:t>Germination Rates</w:t>
            </w:r>
          </w:p>
        </w:tc>
        <w:tc>
          <w:tcPr>
            <w:tcW w:type="dxa" w:w="2160"/>
          </w:tcPr>
          <w:p>
            <w:r>
              <w:t>What are the minimum acceptable germination rates for your millet seeds, and how do you determine this threshold?</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1058-0155</w:t>
            </w:r>
          </w:p>
        </w:tc>
        <w:tc>
          <w:tcPr>
            <w:tcW w:type="dxa" w:w="2160"/>
          </w:tcPr>
          <w:p>
            <w:r>
              <w:t>Genetic Traits</w:t>
            </w:r>
          </w:p>
        </w:tc>
        <w:tc>
          <w:tcPr>
            <w:tcW w:type="dxa" w:w="2160"/>
          </w:tcPr>
          <w:p>
            <w:r>
              <w:t>What innovative techniques have you explored to enhance the genetic traits of your millet seeds?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1058-0156</w:t>
            </w:r>
          </w:p>
        </w:tc>
        <w:tc>
          <w:tcPr>
            <w:tcW w:type="dxa" w:w="2160"/>
          </w:tcPr>
          <w:p>
            <w:r>
              <w:t>Disease Resistance</w:t>
            </w:r>
          </w:p>
        </w:tc>
        <w:tc>
          <w:tcPr>
            <w:tcW w:type="dxa" w:w="2160"/>
          </w:tcPr>
          <w:p>
            <w:r>
              <w:t>How do you document and analyze the results of your disease resistance testing for millet seeds?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1058-0157</w:t>
            </w:r>
          </w:p>
        </w:tc>
        <w:tc>
          <w:tcPr>
            <w:tcW w:type="dxa" w:w="2160"/>
          </w:tcPr>
          <w:p>
            <w:r>
              <w:t>Soil Compatibility</w:t>
            </w:r>
          </w:p>
        </w:tc>
        <w:tc>
          <w:tcPr>
            <w:tcW w:type="dxa" w:w="2160"/>
          </w:tcPr>
          <w:p>
            <w:r>
              <w:t>What experiments have you conducted to assess the impact of soil pH on millet seed performance?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1058-0158</w:t>
            </w:r>
          </w:p>
        </w:tc>
        <w:tc>
          <w:tcPr>
            <w:tcW w:type="dxa" w:w="2160"/>
          </w:tcPr>
          <w:p>
            <w:r>
              <w:t>Testing Protocols</w:t>
            </w:r>
          </w:p>
        </w:tc>
        <w:tc>
          <w:tcPr>
            <w:tcW w:type="dxa" w:w="2160"/>
          </w:tcPr>
          <w:p>
            <w:r>
              <w:t>What specific laboratory standards do you follow for testing the quality of millet seeds?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1058-0159</w:t>
            </w:r>
          </w:p>
        </w:tc>
        <w:tc>
          <w:tcPr>
            <w:tcW w:type="dxa" w:w="2160"/>
          </w:tcPr>
          <w:p>
            <w:r>
              <w:t>Traceability</w:t>
            </w:r>
          </w:p>
        </w:tc>
        <w:tc>
          <w:tcPr>
            <w:tcW w:type="dxa" w:w="2160"/>
          </w:tcPr>
          <w:p>
            <w:r>
              <w:t>How do you ensure that all millet seeds are traceable back to their original source, and what documentation supports this?</w:t>
              <w:br/>
              <w:t>Answer type: Long text + evidence</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1058-0160</w:t>
            </w:r>
          </w:p>
        </w:tc>
        <w:tc>
          <w:tcPr>
            <w:tcW w:type="dxa" w:w="2160"/>
          </w:tcPr>
          <w:p>
            <w:r>
              <w:t>Certification Standards</w:t>
            </w:r>
          </w:p>
        </w:tc>
        <w:tc>
          <w:tcPr>
            <w:tcW w:type="dxa" w:w="2160"/>
          </w:tcPr>
          <w:p>
            <w:r>
              <w:t>What challenges have you faced in meeting certification standards for your millet seeds, and how have you addressed them?</w:t>
              <w:br/>
              <w:t>Answer type: Long text</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1058-0161</w:t>
            </w:r>
          </w:p>
        </w:tc>
        <w:tc>
          <w:tcPr>
            <w:tcW w:type="dxa" w:w="2160"/>
          </w:tcPr>
          <w:p>
            <w:r>
              <w:t>Testing Procedures</w:t>
            </w:r>
          </w:p>
        </w:tc>
        <w:tc>
          <w:tcPr>
            <w:tcW w:type="dxa" w:w="2160"/>
          </w:tcPr>
          <w:p>
            <w:r>
              <w:t>What specific tests are you conducting to assess the quality of millet seeds as part of your R&amp;D efforts?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CULTIVATION-PRACTICES-OPTIMIZATION (29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1058-0162</w:t>
            </w:r>
          </w:p>
        </w:tc>
        <w:tc>
          <w:tcPr>
            <w:tcW w:type="dxa" w:w="2160"/>
          </w:tcPr>
          <w:p>
            <w:r>
              <w:t>Crop Rotation</w:t>
            </w:r>
          </w:p>
        </w:tc>
        <w:tc>
          <w:tcPr>
            <w:tcW w:type="dxa" w:w="2160"/>
          </w:tcPr>
          <w:p>
            <w:r>
              <w:t>What specific crop rotation strategies have you implemented in your millet farming operations to improve soil health and yield?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1058-0163</w:t>
            </w:r>
          </w:p>
        </w:tc>
        <w:tc>
          <w:tcPr>
            <w:tcW w:type="dxa" w:w="2160"/>
          </w:tcPr>
          <w:p>
            <w:r>
              <w:t>Irrigation Techniques</w:t>
            </w:r>
          </w:p>
        </w:tc>
        <w:tc>
          <w:tcPr>
            <w:tcW w:type="dxa" w:w="2160"/>
          </w:tcPr>
          <w:p>
            <w:r>
              <w:t>Describe any innovative irrigation techniques you have developed or adopted to optimize water usage in millet cultivation. How do these techniques differ from traditional methods?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1058-0164</w:t>
            </w:r>
          </w:p>
        </w:tc>
        <w:tc>
          <w:tcPr>
            <w:tcW w:type="dxa" w:w="2160"/>
          </w:tcPr>
          <w:p>
            <w:r>
              <w:t>Fertilization Methods</w:t>
            </w:r>
          </w:p>
        </w:tc>
        <w:tc>
          <w:tcPr>
            <w:tcW w:type="dxa" w:w="2160"/>
          </w:tcPr>
          <w:p>
            <w:r>
              <w:t>What new fertilization methods have you tested in your millet farming, and what were the outcomes in terms of yield and soil health?</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1058-0165</w:t>
            </w:r>
          </w:p>
        </w:tc>
        <w:tc>
          <w:tcPr>
            <w:tcW w:type="dxa" w:w="2160"/>
          </w:tcPr>
          <w:p>
            <w:r>
              <w:t>Pest Management</w:t>
            </w:r>
          </w:p>
        </w:tc>
        <w:tc>
          <w:tcPr>
            <w:tcW w:type="dxa" w:w="2160"/>
          </w:tcPr>
          <w:p>
            <w:r>
              <w:t>Can you detail any experimental pest management strategies you have implemented that are not standard practice in millet farming? What results did you observe?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1058-0166</w:t>
            </w:r>
          </w:p>
        </w:tc>
        <w:tc>
          <w:tcPr>
            <w:tcW w:type="dxa" w:w="2160"/>
          </w:tcPr>
          <w:p>
            <w:r>
              <w:t>Organic Practices</w:t>
            </w:r>
          </w:p>
        </w:tc>
        <w:tc>
          <w:tcPr>
            <w:tcW w:type="dxa" w:w="2160"/>
          </w:tcPr>
          <w:p>
            <w:r>
              <w:t>What innovative organic practices have you adopted in your millet cultivation, and what challenges did you face in implementing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1058-0167</w:t>
            </w:r>
          </w:p>
        </w:tc>
        <w:tc>
          <w:tcPr>
            <w:tcW w:type="dxa" w:w="2160"/>
          </w:tcPr>
          <w:p>
            <w:r>
              <w:t>Soil Health</w:t>
            </w:r>
          </w:p>
        </w:tc>
        <w:tc>
          <w:tcPr>
            <w:tcW w:type="dxa" w:w="2160"/>
          </w:tcPr>
          <w:p>
            <w:r>
              <w:t>Describe any experimental soil health assessments you have conducted that differ from conventional methods. What were the findings?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1058-0168</w:t>
            </w:r>
          </w:p>
        </w:tc>
        <w:tc>
          <w:tcPr>
            <w:tcW w:type="dxa" w:w="2160"/>
          </w:tcPr>
          <w:p>
            <w:r>
              <w:t>Climate Adaptation</w:t>
            </w:r>
          </w:p>
        </w:tc>
        <w:tc>
          <w:tcPr>
            <w:tcW w:type="dxa" w:w="2160"/>
          </w:tcPr>
          <w:p>
            <w:r>
              <w:t>What specific climate adaptation strategies have you implemented in your millet farming to address changing environmental conditions?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1058-0169</w:t>
            </w:r>
          </w:p>
        </w:tc>
        <w:tc>
          <w:tcPr>
            <w:tcW w:type="dxa" w:w="2160"/>
          </w:tcPr>
          <w:p>
            <w:r>
              <w:t>Precision Agriculture</w:t>
            </w:r>
          </w:p>
        </w:tc>
        <w:tc>
          <w:tcPr>
            <w:tcW w:type="dxa" w:w="2160"/>
          </w:tcPr>
          <w:p>
            <w:r>
              <w:t>What precision agriculture technologies have you integrated into your millet farming practices, and how have they impacted your operational efficiency?</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1058-0170</w:t>
            </w:r>
          </w:p>
        </w:tc>
        <w:tc>
          <w:tcPr>
            <w:tcW w:type="dxa" w:w="2160"/>
          </w:tcPr>
          <w:p>
            <w:r>
              <w:t>Crop Rotation</w:t>
            </w:r>
          </w:p>
        </w:tc>
        <w:tc>
          <w:tcPr>
            <w:tcW w:type="dxa" w:w="2160"/>
          </w:tcPr>
          <w:p>
            <w:r>
              <w:t>How do you document the effects of your crop rotation practices on millet yield and soil health?</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1058-0171</w:t>
            </w:r>
          </w:p>
        </w:tc>
        <w:tc>
          <w:tcPr>
            <w:tcW w:type="dxa" w:w="2160"/>
          </w:tcPr>
          <w:p>
            <w:r>
              <w:t>Irrigation Techniques</w:t>
            </w:r>
          </w:p>
        </w:tc>
        <w:tc>
          <w:tcPr>
            <w:tcW w:type="dxa" w:w="2160"/>
          </w:tcPr>
          <w:p>
            <w:r>
              <w:t>Have you conducted any trials comparing different irrigation techniques for millet? If so, what were the key metrics you measured?</w:t>
              <w:br/>
              <w:t>Answer type: Long text + evidence</w:t>
              <w:br/>
              <w:t>Trigger: Yes-No + details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1058-0172</w:t>
            </w:r>
          </w:p>
        </w:tc>
        <w:tc>
          <w:tcPr>
            <w:tcW w:type="dxa" w:w="2160"/>
          </w:tcPr>
          <w:p>
            <w:r>
              <w:t>Fertilization Methods</w:t>
            </w:r>
          </w:p>
        </w:tc>
        <w:tc>
          <w:tcPr>
            <w:tcW w:type="dxa" w:w="2160"/>
          </w:tcPr>
          <w:p>
            <w:r>
              <w:t>What data do you collect to evaluate the effectiveness of your fertilization methods on millet crop yield?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1058-0173</w:t>
            </w:r>
          </w:p>
        </w:tc>
        <w:tc>
          <w:tcPr>
            <w:tcW w:type="dxa" w:w="2160"/>
          </w:tcPr>
          <w:p>
            <w:r>
              <w:t>Pest Management</w:t>
            </w:r>
          </w:p>
        </w:tc>
        <w:tc>
          <w:tcPr>
            <w:tcW w:type="dxa" w:w="2160"/>
          </w:tcPr>
          <w:p>
            <w:r>
              <w:t>What innovative pest management techniques have you trialed, and how do you measure their success?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1058-0174</w:t>
            </w:r>
          </w:p>
        </w:tc>
        <w:tc>
          <w:tcPr>
            <w:tcW w:type="dxa" w:w="2160"/>
          </w:tcPr>
          <w:p>
            <w:r>
              <w:t>Organic Practices</w:t>
            </w:r>
          </w:p>
        </w:tc>
        <w:tc>
          <w:tcPr>
            <w:tcW w:type="dxa" w:w="2160"/>
          </w:tcPr>
          <w:p>
            <w:r>
              <w:t>How do you assess the effectiveness of your organic practices on millet yield and sustainability?</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1058-0175</w:t>
            </w:r>
          </w:p>
        </w:tc>
        <w:tc>
          <w:tcPr>
            <w:tcW w:type="dxa" w:w="2160"/>
          </w:tcPr>
          <w:p>
            <w:r>
              <w:t>Soil Health</w:t>
            </w:r>
          </w:p>
        </w:tc>
        <w:tc>
          <w:tcPr>
            <w:tcW w:type="dxa" w:w="2160"/>
          </w:tcPr>
          <w:p>
            <w:r>
              <w:t>What innovative soil health improvement measures have you implemented, and how do you track their impact on millet production?</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1058-0176</w:t>
            </w:r>
          </w:p>
        </w:tc>
        <w:tc>
          <w:tcPr>
            <w:tcW w:type="dxa" w:w="2160"/>
          </w:tcPr>
          <w:p>
            <w:r>
              <w:t>Climate Adaptation</w:t>
            </w:r>
          </w:p>
        </w:tc>
        <w:tc>
          <w:tcPr>
            <w:tcW w:type="dxa" w:w="2160"/>
          </w:tcPr>
          <w:p>
            <w:r>
              <w:t>What metrics do you use to evaluate the success of your climate adaptation strategies in millet farming?</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1058-0177</w:t>
            </w:r>
          </w:p>
        </w:tc>
        <w:tc>
          <w:tcPr>
            <w:tcW w:type="dxa" w:w="2160"/>
          </w:tcPr>
          <w:p>
            <w:r>
              <w:t>Precision Agriculture</w:t>
            </w:r>
          </w:p>
        </w:tc>
        <w:tc>
          <w:tcPr>
            <w:tcW w:type="dxa" w:w="2160"/>
          </w:tcPr>
          <w:p>
            <w:r>
              <w:t>What specific precision agriculture tools have you used, and how do you document their impact on millet yield?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1058-0178</w:t>
            </w:r>
          </w:p>
        </w:tc>
        <w:tc>
          <w:tcPr>
            <w:tcW w:type="dxa" w:w="2160"/>
          </w:tcPr>
          <w:p>
            <w:r>
              <w:t>Crop Rotation</w:t>
            </w:r>
          </w:p>
        </w:tc>
        <w:tc>
          <w:tcPr>
            <w:tcW w:type="dxa" w:w="2160"/>
          </w:tcPr>
          <w:p>
            <w:r>
              <w:t>How do you evaluate the economic impact of your crop rotation practices on millet farming?</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1058-0179</w:t>
            </w:r>
          </w:p>
        </w:tc>
        <w:tc>
          <w:tcPr>
            <w:tcW w:type="dxa" w:w="2160"/>
          </w:tcPr>
          <w:p>
            <w:r>
              <w:t>Irrigation Techniques</w:t>
            </w:r>
          </w:p>
        </w:tc>
        <w:tc>
          <w:tcPr>
            <w:tcW w:type="dxa" w:w="2160"/>
          </w:tcPr>
          <w:p>
            <w:r>
              <w:t>What are the cost savings associated with your innovative irrigation techniques compared to traditional methods?</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1058-0180</w:t>
            </w:r>
          </w:p>
        </w:tc>
        <w:tc>
          <w:tcPr>
            <w:tcW w:type="dxa" w:w="2160"/>
          </w:tcPr>
          <w:p>
            <w:r>
              <w:t>Fertilization Methods</w:t>
            </w:r>
          </w:p>
        </w:tc>
        <w:tc>
          <w:tcPr>
            <w:tcW w:type="dxa" w:w="2160"/>
          </w:tcPr>
          <w:p>
            <w:r>
              <w:t>What is the percentage increase in yield you have observed from your new fertilization methods compared to previous years?</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1058-0181</w:t>
            </w:r>
          </w:p>
        </w:tc>
        <w:tc>
          <w:tcPr>
            <w:tcW w:type="dxa" w:w="2160"/>
          </w:tcPr>
          <w:p>
            <w:r>
              <w:t>Pest Management</w:t>
            </w:r>
          </w:p>
        </w:tc>
        <w:tc>
          <w:tcPr>
            <w:tcW w:type="dxa" w:w="2160"/>
          </w:tcPr>
          <w:p>
            <w:r>
              <w:t>What percentage of pest reduction have you achieved through your experimental pest management strategies?</w:t>
              <w:br/>
              <w:t>Answer type: Percentage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1058-0182</w:t>
            </w:r>
          </w:p>
        </w:tc>
        <w:tc>
          <w:tcPr>
            <w:tcW w:type="dxa" w:w="2160"/>
          </w:tcPr>
          <w:p>
            <w:r>
              <w:t>Organic Practices</w:t>
            </w:r>
          </w:p>
        </w:tc>
        <w:tc>
          <w:tcPr>
            <w:tcW w:type="dxa" w:w="2160"/>
          </w:tcPr>
          <w:p>
            <w:r>
              <w:t>What is the percentage of your millet crop that is certified organic, and how has this affected your market access?</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1058-0183</w:t>
            </w:r>
          </w:p>
        </w:tc>
        <w:tc>
          <w:tcPr>
            <w:tcW w:type="dxa" w:w="2160"/>
          </w:tcPr>
          <w:p>
            <w:r>
              <w:t>Soil Health</w:t>
            </w:r>
          </w:p>
        </w:tc>
        <w:tc>
          <w:tcPr>
            <w:tcW w:type="dxa" w:w="2160"/>
          </w:tcPr>
          <w:p>
            <w:r>
              <w:t>What is the date range of your soil health assessments, and what key indicators do you measure?</w:t>
              <w:br/>
              <w:t>Answer type: Date range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1058-0184</w:t>
            </w:r>
          </w:p>
        </w:tc>
        <w:tc>
          <w:tcPr>
            <w:tcW w:type="dxa" w:w="2160"/>
          </w:tcPr>
          <w:p>
            <w:r>
              <w:t>Climate Adaptation</w:t>
            </w:r>
          </w:p>
        </w:tc>
        <w:tc>
          <w:tcPr>
            <w:tcW w:type="dxa" w:w="2160"/>
          </w:tcPr>
          <w:p>
            <w:r>
              <w:t>What are the specific climate variables you monitor to assess the effectiveness of your adaptation strategies?</w:t>
              <w:br/>
              <w:t>Answer type: Multi-select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1058-0185</w:t>
            </w:r>
          </w:p>
        </w:tc>
        <w:tc>
          <w:tcPr>
            <w:tcW w:type="dxa" w:w="2160"/>
          </w:tcPr>
          <w:p>
            <w:r>
              <w:t>Precision Agriculture</w:t>
            </w:r>
          </w:p>
        </w:tc>
        <w:tc>
          <w:tcPr>
            <w:tcW w:type="dxa" w:w="2160"/>
          </w:tcPr>
          <w:p>
            <w:r>
              <w:t>What types of data do you collect from your precision agriculture tools, and how do you analyze this data for decision-making?</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1058-0186</w:t>
            </w:r>
          </w:p>
        </w:tc>
        <w:tc>
          <w:tcPr>
            <w:tcW w:type="dxa" w:w="2160"/>
          </w:tcPr>
          <w:p>
            <w:r>
              <w:t>Methodologies</w:t>
            </w:r>
          </w:p>
        </w:tc>
        <w:tc>
          <w:tcPr>
            <w:tcW w:type="dxa" w:w="2160"/>
          </w:tcPr>
          <w:p>
            <w:r>
              <w:t>What new cultivation methodologies are you testing to enhance millet yield?</w:t>
              <w:br/>
              <w:t>Answer type: text</w:t>
              <w:br/>
              <w:t>Trigger: none</w:t>
              <w:br/>
              <w:t>Required: Yes</w:t>
              <w:br/>
              <w:t>Risk: High</w:t>
            </w:r>
          </w:p>
        </w:tc>
        <w:tc>
          <w:tcPr>
            <w:tcW w:type="dxa" w:w="2160"/>
          </w:tcPr>
          <w:p>
            <w:r>
              <w:t>Primary authority: Common</w:t>
              <w:br/>
              <w:t>Response: ___________________________</w:t>
              <w:br/>
              <w:t>Evidence: ___________________________</w:t>
              <w:br/>
              <w:t>Reviewer conclusion: ___________________________</w:t>
            </w:r>
          </w:p>
        </w:tc>
      </w:tr>
      <w:tr>
        <w:tc>
          <w:tcPr>
            <w:tcW w:type="dxa" w:w="2160"/>
          </w:tcPr>
          <w:p>
            <w:r>
              <w:t>1058-0187</w:t>
            </w:r>
          </w:p>
        </w:tc>
        <w:tc>
          <w:tcPr>
            <w:tcW w:type="dxa" w:w="2160"/>
          </w:tcPr>
          <w:p>
            <w:r>
              <w:t>Data Collection</w:t>
            </w:r>
          </w:p>
        </w:tc>
        <w:tc>
          <w:tcPr>
            <w:tcW w:type="dxa" w:w="2160"/>
          </w:tcPr>
          <w:p>
            <w:r>
              <w:t>How do you collect and analyze data from your cultivation practices to support your R&amp;D claims?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1058-0188</w:t>
            </w:r>
          </w:p>
        </w:tc>
        <w:tc>
          <w:tcPr>
            <w:tcW w:type="dxa" w:w="2160"/>
          </w:tcPr>
          <w:p>
            <w:r>
              <w:t>Field Trials</w:t>
            </w:r>
          </w:p>
        </w:tc>
        <w:tc>
          <w:tcPr>
            <w:tcW w:type="dxa" w:w="2160"/>
          </w:tcPr>
          <w:p>
            <w:r>
              <w:t>Can you describe any field trials conducted to test new cultivation practices for millet?</w:t>
              <w:br/>
              <w:t>Answer type: text</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r>
        <w:tc>
          <w:tcPr>
            <w:tcW w:type="dxa" w:w="2160"/>
          </w:tcPr>
          <w:p>
            <w:r>
              <w:t>1058-0189</w:t>
            </w:r>
          </w:p>
        </w:tc>
        <w:tc>
          <w:tcPr>
            <w:tcW w:type="dxa" w:w="2160"/>
          </w:tcPr>
          <w:p>
            <w:r>
              <w:t>Results Analysis</w:t>
            </w:r>
          </w:p>
        </w:tc>
        <w:tc>
          <w:tcPr>
            <w:tcW w:type="dxa" w:w="2160"/>
          </w:tcPr>
          <w:p>
            <w:r>
              <w:t>What metrics do you use to evaluate the success of your optimized cultivation practices?</w:t>
              <w:br/>
              <w:t>Answer type: text</w:t>
              <w:br/>
              <w:t>Trigger: none</w:t>
              <w:br/>
              <w:t>Required: Yes</w:t>
              <w:br/>
              <w:t>Risk: Medium</w:t>
            </w:r>
          </w:p>
        </w:tc>
        <w:tc>
          <w:tcPr>
            <w:tcW w:type="dxa" w:w="2160"/>
          </w:tcPr>
          <w:p>
            <w:r>
              <w:t>Primary authority: Common</w:t>
              <w:br/>
              <w:t>Response: ___________________________</w:t>
              <w:br/>
              <w:t>Evidence: ___________________________</w:t>
              <w:br/>
              <w:t>Reviewer conclusion: ___________________________</w:t>
            </w:r>
          </w:p>
        </w:tc>
      </w:tr>
      <w:tr>
        <w:tc>
          <w:tcPr>
            <w:tcW w:type="dxa" w:w="2160"/>
          </w:tcPr>
          <w:p>
            <w:r>
              <w:t>1058-0190</w:t>
            </w:r>
          </w:p>
        </w:tc>
        <w:tc>
          <w:tcPr>
            <w:tcW w:type="dxa" w:w="2160"/>
          </w:tcPr>
          <w:p>
            <w:r>
              <w:t>Environmental Impact</w:t>
            </w:r>
          </w:p>
        </w:tc>
        <w:tc>
          <w:tcPr>
            <w:tcW w:type="dxa" w:w="2160"/>
          </w:tcPr>
          <w:p>
            <w:r>
              <w:t>How do your optimized cultivation practices impact environmental sustainability in millet farming?</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HARVESTING-TECHNIQUES-EFFICIENCY (25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1058-0191</w:t>
            </w:r>
          </w:p>
        </w:tc>
        <w:tc>
          <w:tcPr>
            <w:tcW w:type="dxa" w:w="2160"/>
          </w:tcPr>
          <w:p>
            <w:r>
              <w:t>Mechanical Harvesting</w:t>
            </w:r>
          </w:p>
        </w:tc>
        <w:tc>
          <w:tcPr>
            <w:tcW w:type="dxa" w:w="2160"/>
          </w:tcPr>
          <w:p>
            <w:r>
              <w:t>What specific mechanical harvesting equipment did you utilize for millet in the 2025 tax year, and how did it differ from previous years?</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1058-0192</w:t>
            </w:r>
          </w:p>
        </w:tc>
        <w:tc>
          <w:tcPr>
            <w:tcW w:type="dxa" w:w="2160"/>
          </w:tcPr>
          <w:p>
            <w:r>
              <w:t>Manual Harvesting</w:t>
            </w:r>
          </w:p>
        </w:tc>
        <w:tc>
          <w:tcPr>
            <w:tcW w:type="dxa" w:w="2160"/>
          </w:tcPr>
          <w:p>
            <w:r>
              <w:t>Describe any manual harvesting techniques implemented in 2025 to improve efficiency compared to mechanical methods. What were the results?</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1058-0193</w:t>
            </w:r>
          </w:p>
        </w:tc>
        <w:tc>
          <w:tcPr>
            <w:tcW w:type="dxa" w:w="2160"/>
          </w:tcPr>
          <w:p>
            <w:r>
              <w:t>Timing of Harvest</w:t>
            </w:r>
          </w:p>
        </w:tc>
        <w:tc>
          <w:tcPr>
            <w:tcW w:type="dxa" w:w="2160"/>
          </w:tcPr>
          <w:p>
            <w:r>
              <w:t>What criteria did you use to determine the optimal timing for harvesting millet in 2025? Please provide specific examples of adjustments made based on environmental conditions.</w:t>
              <w:br/>
              <w:t>Answer type: Long text</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1058-0194</w:t>
            </w:r>
          </w:p>
        </w:tc>
        <w:tc>
          <w:tcPr>
            <w:tcW w:type="dxa" w:w="2160"/>
          </w:tcPr>
          <w:p>
            <w:r>
              <w:t>Post-Harvest Handling</w:t>
            </w:r>
          </w:p>
        </w:tc>
        <w:tc>
          <w:tcPr>
            <w:tcW w:type="dxa" w:w="2160"/>
          </w:tcPr>
          <w:p>
            <w:r>
              <w:t>What post-harvest handling processes were implemented in 2025 to minimize loss, and how did you measure their effectiveness?</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1058-0195</w:t>
            </w:r>
          </w:p>
        </w:tc>
        <w:tc>
          <w:tcPr>
            <w:tcW w:type="dxa" w:w="2160"/>
          </w:tcPr>
          <w:p>
            <w:r>
              <w:t>Loss Reduction</w:t>
            </w:r>
          </w:p>
        </w:tc>
        <w:tc>
          <w:tcPr>
            <w:tcW w:type="dxa" w:w="2160"/>
          </w:tcPr>
          <w:p>
            <w:r>
              <w:t>What percentage of millet loss did you experience during harvesting in 2025, and what specific measures did you take to reduce this loss?</w:t>
              <w:br/>
              <w:t>Answer type: Percentage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1058-0196</w:t>
            </w:r>
          </w:p>
        </w:tc>
        <w:tc>
          <w:tcPr>
            <w:tcW w:type="dxa" w:w="2160"/>
          </w:tcPr>
          <w:p>
            <w:r>
              <w:t>Equipment Calibration</w:t>
            </w:r>
          </w:p>
        </w:tc>
        <w:tc>
          <w:tcPr>
            <w:tcW w:type="dxa" w:w="2160"/>
          </w:tcPr>
          <w:p>
            <w:r>
              <w:t>How often did you calibrate your harvesting equipment in 2025, and what specific calibration methods were used?</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1058-0197</w:t>
            </w:r>
          </w:p>
        </w:tc>
        <w:tc>
          <w:tcPr>
            <w:tcW w:type="dxa" w:w="2160"/>
          </w:tcPr>
          <w:p>
            <w:r>
              <w:t>Field Logistics</w:t>
            </w:r>
          </w:p>
        </w:tc>
        <w:tc>
          <w:tcPr>
            <w:tcW w:type="dxa" w:w="2160"/>
          </w:tcPr>
          <w:p>
            <w:r>
              <w:t>What logistical challenges did you face in the fields during the harvesting of millet in 2025, and how did you address them?</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1058-0198</w:t>
            </w:r>
          </w:p>
        </w:tc>
        <w:tc>
          <w:tcPr>
            <w:tcW w:type="dxa" w:w="2160"/>
          </w:tcPr>
          <w:p>
            <w:r>
              <w:t>Yield Assessment</w:t>
            </w:r>
          </w:p>
        </w:tc>
        <w:tc>
          <w:tcPr>
            <w:tcW w:type="dxa" w:w="2160"/>
          </w:tcPr>
          <w:p>
            <w:r>
              <w:t>What methods did you use to assess the yield of millet harvested in 2025, and how did these methods differ from previous years?</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1058-0199</w:t>
            </w:r>
          </w:p>
        </w:tc>
        <w:tc>
          <w:tcPr>
            <w:tcW w:type="dxa" w:w="2160"/>
          </w:tcPr>
          <w:p>
            <w:r>
              <w:t>Mechanical Harvesting</w:t>
            </w:r>
          </w:p>
        </w:tc>
        <w:tc>
          <w:tcPr>
            <w:tcW w:type="dxa" w:w="2160"/>
          </w:tcPr>
          <w:p>
            <w:r>
              <w:t>Did you experiment with any new mechanical harvesting technologies in 2025? If so, please describe the technology and the outcomes of its use.</w:t>
              <w:br/>
              <w:t>Answer type: Yes-No + details</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1058-0200</w:t>
            </w:r>
          </w:p>
        </w:tc>
        <w:tc>
          <w:tcPr>
            <w:tcW w:type="dxa" w:w="2160"/>
          </w:tcPr>
          <w:p>
            <w:r>
              <w:t>Manual Harvesting</w:t>
            </w:r>
          </w:p>
        </w:tc>
        <w:tc>
          <w:tcPr>
            <w:tcW w:type="dxa" w:w="2160"/>
          </w:tcPr>
          <w:p>
            <w:r>
              <w:t>How many labor hours were dedicated to manual harvesting in 2025, and what techniques were employed to enhance productivity?</w:t>
              <w:br/>
              <w:t>Answer type: Integer + details</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1058-0201</w:t>
            </w:r>
          </w:p>
        </w:tc>
        <w:tc>
          <w:tcPr>
            <w:tcW w:type="dxa" w:w="2160"/>
          </w:tcPr>
          <w:p>
            <w:r>
              <w:t>Timing of Harvest</w:t>
            </w:r>
          </w:p>
        </w:tc>
        <w:tc>
          <w:tcPr>
            <w:tcW w:type="dxa" w:w="2160"/>
          </w:tcPr>
          <w:p>
            <w:r>
              <w:t>What specific weather conditions influenced your decision to harvest millet in 2025, and how did you document these conditions?</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1058-0202</w:t>
            </w:r>
          </w:p>
        </w:tc>
        <w:tc>
          <w:tcPr>
            <w:tcW w:type="dxa" w:w="2160"/>
          </w:tcPr>
          <w:p>
            <w:r>
              <w:t>Post-Harvest Handling</w:t>
            </w:r>
          </w:p>
        </w:tc>
        <w:tc>
          <w:tcPr>
            <w:tcW w:type="dxa" w:w="2160"/>
          </w:tcPr>
          <w:p>
            <w:r>
              <w:t>What technologies or methods did you implement for post-harvest handling in 2025 to ensure quality preservation?</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1058-0203</w:t>
            </w:r>
          </w:p>
        </w:tc>
        <w:tc>
          <w:tcPr>
            <w:tcW w:type="dxa" w:w="2160"/>
          </w:tcPr>
          <w:p>
            <w:r>
              <w:t>Loss Reduction</w:t>
            </w:r>
          </w:p>
        </w:tc>
        <w:tc>
          <w:tcPr>
            <w:tcW w:type="dxa" w:w="2160"/>
          </w:tcPr>
          <w:p>
            <w:r>
              <w:t>What specific metrics did you track to evaluate loss during harvesting in 2025, and what were the findings?</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1058-0204</w:t>
            </w:r>
          </w:p>
        </w:tc>
        <w:tc>
          <w:tcPr>
            <w:tcW w:type="dxa" w:w="2160"/>
          </w:tcPr>
          <w:p>
            <w:r>
              <w:t>Equipment Calibration</w:t>
            </w:r>
          </w:p>
        </w:tc>
        <w:tc>
          <w:tcPr>
            <w:tcW w:type="dxa" w:w="2160"/>
          </w:tcPr>
          <w:p>
            <w:r>
              <w:t>What records do you maintain regarding the calibration of harvesting equipment for the 2025 season?</w:t>
              <w:br/>
              <w:t>Answer type: Long text + evidence</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1058-0205</w:t>
            </w:r>
          </w:p>
        </w:tc>
        <w:tc>
          <w:tcPr>
            <w:tcW w:type="dxa" w:w="2160"/>
          </w:tcPr>
          <w:p>
            <w:r>
              <w:t>Field Logistics</w:t>
            </w:r>
          </w:p>
        </w:tc>
        <w:tc>
          <w:tcPr>
            <w:tcW w:type="dxa" w:w="2160"/>
          </w:tcPr>
          <w:p>
            <w:r>
              <w:t>What logistical improvements did you implement in 2025 to streamline the harvesting process, and what were the results?</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1058-0206</w:t>
            </w:r>
          </w:p>
        </w:tc>
        <w:tc>
          <w:tcPr>
            <w:tcW w:type="dxa" w:w="2160"/>
          </w:tcPr>
          <w:p>
            <w:r>
              <w:t>Yield Assessment</w:t>
            </w:r>
          </w:p>
        </w:tc>
        <w:tc>
          <w:tcPr>
            <w:tcW w:type="dxa" w:w="2160"/>
          </w:tcPr>
          <w:p>
            <w:r>
              <w:t>How did you validate the accuracy of your yield assessments in 2025, and what challenges did you encounter?</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1058-0207</w:t>
            </w:r>
          </w:p>
        </w:tc>
        <w:tc>
          <w:tcPr>
            <w:tcW w:type="dxa" w:w="2160"/>
          </w:tcPr>
          <w:p>
            <w:r>
              <w:t>Mechanical Harvesting</w:t>
            </w:r>
          </w:p>
        </w:tc>
        <w:tc>
          <w:tcPr>
            <w:tcW w:type="dxa" w:w="2160"/>
          </w:tcPr>
          <w:p>
            <w:r>
              <w:t>What specific adjustments were made to mechanical harvesting equipment during the 2025 season to enhance performance?</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1058-0208</w:t>
            </w:r>
          </w:p>
        </w:tc>
        <w:tc>
          <w:tcPr>
            <w:tcW w:type="dxa" w:w="2160"/>
          </w:tcPr>
          <w:p>
            <w:r>
              <w:t>Manual Harvesting</w:t>
            </w:r>
          </w:p>
        </w:tc>
        <w:tc>
          <w:tcPr>
            <w:tcW w:type="dxa" w:w="2160"/>
          </w:tcPr>
          <w:p>
            <w:r>
              <w:t>What training did you provide to workers involved in manual harvesting in 2025, and how did it impact efficiency?</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1058-0209</w:t>
            </w:r>
          </w:p>
        </w:tc>
        <w:tc>
          <w:tcPr>
            <w:tcW w:type="dxa" w:w="2160"/>
          </w:tcPr>
          <w:p>
            <w:r>
              <w:t>Timing of Harvest</w:t>
            </w:r>
          </w:p>
        </w:tc>
        <w:tc>
          <w:tcPr>
            <w:tcW w:type="dxa" w:w="2160"/>
          </w:tcPr>
          <w:p>
            <w:r>
              <w:t>Did you implement any new strategies for determining harvest timing in 2025? If so, please describe them and their effectiveness.</w:t>
              <w:br/>
              <w:t>Answer type: Yes-No + details</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1058-0210</w:t>
            </w:r>
          </w:p>
        </w:tc>
        <w:tc>
          <w:tcPr>
            <w:tcW w:type="dxa" w:w="2160"/>
          </w:tcPr>
          <w:p>
            <w:r>
              <w:t>Post-Harvest Handling</w:t>
            </w:r>
          </w:p>
        </w:tc>
        <w:tc>
          <w:tcPr>
            <w:tcW w:type="dxa" w:w="2160"/>
          </w:tcPr>
          <w:p>
            <w:r>
              <w:t>What specific storage conditions did you maintain post-harvest in 2025 to minimize spoilage?</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1058-0211</w:t>
            </w:r>
          </w:p>
        </w:tc>
        <w:tc>
          <w:tcPr>
            <w:tcW w:type="dxa" w:w="2160"/>
          </w:tcPr>
          <w:p>
            <w:r>
              <w:t>Loss Reduction</w:t>
            </w:r>
          </w:p>
        </w:tc>
        <w:tc>
          <w:tcPr>
            <w:tcW w:type="dxa" w:w="2160"/>
          </w:tcPr>
          <w:p>
            <w:r>
              <w:t>What innovative practices did you adopt in 2025 to further reduce harvesting losses compared to previous years?</w:t>
              <w:br/>
              <w:t>Answer type: Long text</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1058-0212</w:t>
            </w:r>
          </w:p>
        </w:tc>
        <w:tc>
          <w:tcPr>
            <w:tcW w:type="dxa" w:w="2160"/>
          </w:tcPr>
          <w:p>
            <w:r>
              <w:t>Equipment Calibration</w:t>
            </w:r>
          </w:p>
        </w:tc>
        <w:tc>
          <w:tcPr>
            <w:tcW w:type="dxa" w:w="2160"/>
          </w:tcPr>
          <w:p>
            <w:r>
              <w:t>What was the average downtime due to equipment calibration issues during the 2025 harvest, and how did you mitigate this?</w:t>
              <w:br/>
              <w:t>Answer type: Integer + details</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1058-0213</w:t>
            </w:r>
          </w:p>
        </w:tc>
        <w:tc>
          <w:tcPr>
            <w:tcW w:type="dxa" w:w="2160"/>
          </w:tcPr>
          <w:p>
            <w:r>
              <w:t>Field Logistics</w:t>
            </w:r>
          </w:p>
        </w:tc>
        <w:tc>
          <w:tcPr>
            <w:tcW w:type="dxa" w:w="2160"/>
          </w:tcPr>
          <w:p>
            <w:r>
              <w:t>What specific field layout changes were made in 2025 to enhance harvesting efficiency, and what was the outcome?</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1058-0214</w:t>
            </w:r>
          </w:p>
        </w:tc>
        <w:tc>
          <w:tcPr>
            <w:tcW w:type="dxa" w:w="2160"/>
          </w:tcPr>
          <w:p>
            <w:r>
              <w:t>Yield Assessment</w:t>
            </w:r>
          </w:p>
        </w:tc>
        <w:tc>
          <w:tcPr>
            <w:tcW w:type="dxa" w:w="2160"/>
          </w:tcPr>
          <w:p>
            <w:r>
              <w:t>How did you compare the yield of millet harvested in 2025 against historical data, and what insights did you gain?</w:t>
              <w:br/>
              <w:t>Answer type: Long text + evidence</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1058-0215</w:t>
            </w:r>
          </w:p>
        </w:tc>
        <w:tc>
          <w:tcPr>
            <w:tcW w:type="dxa" w:w="2160"/>
          </w:tcPr>
          <w:p>
            <w:r>
              <w:t>Technique Assessment</w:t>
            </w:r>
          </w:p>
        </w:tc>
        <w:tc>
          <w:tcPr>
            <w:tcW w:type="dxa" w:w="2160"/>
          </w:tcPr>
          <w:p>
            <w:r>
              <w:t>What new harvesting techniques are you implementing to improve efficiency in millet production?</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PROCESSING-METHODS-IMPROVEMENT (28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1058-0216</w:t>
            </w:r>
          </w:p>
        </w:tc>
        <w:tc>
          <w:tcPr>
            <w:tcW w:type="dxa" w:w="2160"/>
          </w:tcPr>
          <w:p>
            <w:r>
              <w:t>Milling Techniques</w:t>
            </w:r>
          </w:p>
        </w:tc>
        <w:tc>
          <w:tcPr>
            <w:tcW w:type="dxa" w:w="2160"/>
          </w:tcPr>
          <w:p>
            <w:r>
              <w:t>What specific milling techniques were tested or implemented to improve the yield of millet flour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1058-0217</w:t>
            </w:r>
          </w:p>
        </w:tc>
        <w:tc>
          <w:tcPr>
            <w:tcW w:type="dxa" w:w="2160"/>
          </w:tcPr>
          <w:p>
            <w:r>
              <w:t>Dehulling Processes</w:t>
            </w:r>
          </w:p>
        </w:tc>
        <w:tc>
          <w:tcPr>
            <w:tcW w:type="dxa" w:w="2160"/>
          </w:tcPr>
          <w:p>
            <w:r>
              <w:t>Describe any new dehulling processes developed in 2025 that aimed to enhance the quality of millet byproducts. What was the experimental approach?</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1058-0218</w:t>
            </w:r>
          </w:p>
        </w:tc>
        <w:tc>
          <w:tcPr>
            <w:tcW w:type="dxa" w:w="2160"/>
          </w:tcPr>
          <w:p>
            <w:r>
              <w:t>Flour Production</w:t>
            </w:r>
          </w:p>
        </w:tc>
        <w:tc>
          <w:tcPr>
            <w:tcW w:type="dxa" w:w="2160"/>
          </w:tcPr>
          <w:p>
            <w:r>
              <w:t>What modifications were made to the flour production process in 2025 to increase nutritional value, and how were these changes validated?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1058-0219</w:t>
            </w:r>
          </w:p>
        </w:tc>
        <w:tc>
          <w:tcPr>
            <w:tcW w:type="dxa" w:w="2160"/>
          </w:tcPr>
          <w:p>
            <w:r>
              <w:t>Nutritional Enhancement</w:t>
            </w:r>
          </w:p>
        </w:tc>
        <w:tc>
          <w:tcPr>
            <w:tcW w:type="dxa" w:w="2160"/>
          </w:tcPr>
          <w:p>
            <w:r>
              <w:t>Can you detail any experimental methods used in 2025 to enhance the nutritional profile of millet flour?</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1058-0220</w:t>
            </w:r>
          </w:p>
        </w:tc>
        <w:tc>
          <w:tcPr>
            <w:tcW w:type="dxa" w:w="2160"/>
          </w:tcPr>
          <w:p>
            <w:r>
              <w:t>Food Safety</w:t>
            </w:r>
          </w:p>
        </w:tc>
        <w:tc>
          <w:tcPr>
            <w:tcW w:type="dxa" w:w="2160"/>
          </w:tcPr>
          <w:p>
            <w:r>
              <w:t>What new food safety protocols were implemented during millet processing in 2025, and how were they tested for effectiveness?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1058-0221</w:t>
            </w:r>
          </w:p>
        </w:tc>
        <w:tc>
          <w:tcPr>
            <w:tcW w:type="dxa" w:w="2160"/>
          </w:tcPr>
          <w:p>
            <w:r>
              <w:t>Quality Control</w:t>
            </w:r>
          </w:p>
        </w:tc>
        <w:tc>
          <w:tcPr>
            <w:tcW w:type="dxa" w:w="2160"/>
          </w:tcPr>
          <w:p>
            <w:r>
              <w:t>Describe the quality control measures introduced in 2025 to monitor the milling and processing of millet. What specific metrics were used?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1058-0222</w:t>
            </w:r>
          </w:p>
        </w:tc>
        <w:tc>
          <w:tcPr>
            <w:tcW w:type="dxa" w:w="2160"/>
          </w:tcPr>
          <w:p>
            <w:r>
              <w:t>Energy Efficiency</w:t>
            </w:r>
          </w:p>
        </w:tc>
        <w:tc>
          <w:tcPr>
            <w:tcW w:type="dxa" w:w="2160"/>
          </w:tcPr>
          <w:p>
            <w:r>
              <w:t>What energy efficiency improvements were trialed in the millet processing operations in 2025, and what were the results?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1058-0223</w:t>
            </w:r>
          </w:p>
        </w:tc>
        <w:tc>
          <w:tcPr>
            <w:tcW w:type="dxa" w:w="2160"/>
          </w:tcPr>
          <w:p>
            <w:r>
              <w:t>Automation</w:t>
            </w:r>
          </w:p>
        </w:tc>
        <w:tc>
          <w:tcPr>
            <w:tcW w:type="dxa" w:w="2160"/>
          </w:tcPr>
          <w:p>
            <w:r>
              <w:t>What automation technologies were explored or implemented in the millet processing line in 2025, and what were the objectives of these changes?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1058-0224</w:t>
            </w:r>
          </w:p>
        </w:tc>
        <w:tc>
          <w:tcPr>
            <w:tcW w:type="dxa" w:w="2160"/>
          </w:tcPr>
          <w:p>
            <w:r>
              <w:t>Milling Techniques</w:t>
            </w:r>
          </w:p>
        </w:tc>
        <w:tc>
          <w:tcPr>
            <w:tcW w:type="dxa" w:w="2160"/>
          </w:tcPr>
          <w:p>
            <w:r>
              <w:t>Were any new milling equipment prototypes tested in 2025? If so, what were the key performance indicators used to evaluate their effectiveness?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1058-0225</w:t>
            </w:r>
          </w:p>
        </w:tc>
        <w:tc>
          <w:tcPr>
            <w:tcW w:type="dxa" w:w="2160"/>
          </w:tcPr>
          <w:p>
            <w:r>
              <w:t>Dehulling Processes</w:t>
            </w:r>
          </w:p>
        </w:tc>
        <w:tc>
          <w:tcPr>
            <w:tcW w:type="dxa" w:w="2160"/>
          </w:tcPr>
          <w:p>
            <w:r>
              <w:t>In 2025, what specific challenges were encountered in the dehulling process, and what innovative solutions were developed to overcome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1058-0226</w:t>
            </w:r>
          </w:p>
        </w:tc>
        <w:tc>
          <w:tcPr>
            <w:tcW w:type="dxa" w:w="2160"/>
          </w:tcPr>
          <w:p>
            <w:r>
              <w:t>Flour Production</w:t>
            </w:r>
          </w:p>
        </w:tc>
        <w:tc>
          <w:tcPr>
            <w:tcW w:type="dxa" w:w="2160"/>
          </w:tcPr>
          <w:p>
            <w:r>
              <w:t>What experiments were conducted to test the shelf life of millet flour produced in 2025, and what were the findings?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1058-0227</w:t>
            </w:r>
          </w:p>
        </w:tc>
        <w:tc>
          <w:tcPr>
            <w:tcW w:type="dxa" w:w="2160"/>
          </w:tcPr>
          <w:p>
            <w:r>
              <w:t>Nutritional Enhancement</w:t>
            </w:r>
          </w:p>
        </w:tc>
        <w:tc>
          <w:tcPr>
            <w:tcW w:type="dxa" w:w="2160"/>
          </w:tcPr>
          <w:p>
            <w:r>
              <w:t>What specific ingredients or additives were tested in 2025 to enhance the nutritional value of millet products, and what were the results?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1058-0228</w:t>
            </w:r>
          </w:p>
        </w:tc>
        <w:tc>
          <w:tcPr>
            <w:tcW w:type="dxa" w:w="2160"/>
          </w:tcPr>
          <w:p>
            <w:r>
              <w:t>Food Safety</w:t>
            </w:r>
          </w:p>
        </w:tc>
        <w:tc>
          <w:tcPr>
            <w:tcW w:type="dxa" w:w="2160"/>
          </w:tcPr>
          <w:p>
            <w:r>
              <w:t>What testing methods were employed in 2025 to ensure that millet products met food safety standards?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1058-0229</w:t>
            </w:r>
          </w:p>
        </w:tc>
        <w:tc>
          <w:tcPr>
            <w:tcW w:type="dxa" w:w="2160"/>
          </w:tcPr>
          <w:p>
            <w:r>
              <w:t>Quality Control</w:t>
            </w:r>
          </w:p>
        </w:tc>
        <w:tc>
          <w:tcPr>
            <w:tcW w:type="dxa" w:w="2160"/>
          </w:tcPr>
          <w:p>
            <w:r>
              <w:t>How was the effectiveness of quality control measures evaluated in 2025, and what adjustments were made based on these evaluations?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1058-0230</w:t>
            </w:r>
          </w:p>
        </w:tc>
        <w:tc>
          <w:tcPr>
            <w:tcW w:type="dxa" w:w="2160"/>
          </w:tcPr>
          <w:p>
            <w:r>
              <w:t>Energy Efficiency</w:t>
            </w:r>
          </w:p>
        </w:tc>
        <w:tc>
          <w:tcPr>
            <w:tcW w:type="dxa" w:w="2160"/>
          </w:tcPr>
          <w:p>
            <w:r>
              <w:t>What metrics were tracked to assess energy consumption in millet processing in 2025, and what were the trends observed?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1058-0231</w:t>
            </w:r>
          </w:p>
        </w:tc>
        <w:tc>
          <w:tcPr>
            <w:tcW w:type="dxa" w:w="2160"/>
          </w:tcPr>
          <w:p>
            <w:r>
              <w:t>Automation</w:t>
            </w:r>
          </w:p>
        </w:tc>
        <w:tc>
          <w:tcPr>
            <w:tcW w:type="dxa" w:w="2160"/>
          </w:tcPr>
          <w:p>
            <w:r>
              <w:t>What specific automation processes were implemented in the millet processing workflow in 2025, and how did they impact production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1058-0232</w:t>
            </w:r>
          </w:p>
        </w:tc>
        <w:tc>
          <w:tcPr>
            <w:tcW w:type="dxa" w:w="2160"/>
          </w:tcPr>
          <w:p>
            <w:r>
              <w:t>Milling Techniques</w:t>
            </w:r>
          </w:p>
        </w:tc>
        <w:tc>
          <w:tcPr>
            <w:tcW w:type="dxa" w:w="2160"/>
          </w:tcPr>
          <w:p>
            <w:r>
              <w:t>What new milling parameters were tested in 2025 to optimize flour particle size, and what were the outcomes?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1058-0233</w:t>
            </w:r>
          </w:p>
        </w:tc>
        <w:tc>
          <w:tcPr>
            <w:tcW w:type="dxa" w:w="2160"/>
          </w:tcPr>
          <w:p>
            <w:r>
              <w:t>Dehulling Processes</w:t>
            </w:r>
          </w:p>
        </w:tc>
        <w:tc>
          <w:tcPr>
            <w:tcW w:type="dxa" w:w="2160"/>
          </w:tcPr>
          <w:p>
            <w:r>
              <w:t>What innovative technologies were researched in 2025 to improve the dehulling efficiency of millet, and what were the results?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1058-0234</w:t>
            </w:r>
          </w:p>
        </w:tc>
        <w:tc>
          <w:tcPr>
            <w:tcW w:type="dxa" w:w="2160"/>
          </w:tcPr>
          <w:p>
            <w:r>
              <w:t>Flour Production</w:t>
            </w:r>
          </w:p>
        </w:tc>
        <w:tc>
          <w:tcPr>
            <w:tcW w:type="dxa" w:w="2160"/>
          </w:tcPr>
          <w:p>
            <w:r>
              <w:t>What specific changes were made to the flour production process in 2025 to reduce contamination risks, and how were these changes validated?</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1058-0235</w:t>
            </w:r>
          </w:p>
        </w:tc>
        <w:tc>
          <w:tcPr>
            <w:tcW w:type="dxa" w:w="2160"/>
          </w:tcPr>
          <w:p>
            <w:r>
              <w:t>Nutritional Enhancement</w:t>
            </w:r>
          </w:p>
        </w:tc>
        <w:tc>
          <w:tcPr>
            <w:tcW w:type="dxa" w:w="2160"/>
          </w:tcPr>
          <w:p>
            <w:r>
              <w:t xml:space="preserve">Were any new processing techniques introduced in 2025 to enhance the bioavailability of nutrients in millet flour? If so, please describe them. </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1058-0236</w:t>
            </w:r>
          </w:p>
        </w:tc>
        <w:tc>
          <w:tcPr>
            <w:tcW w:type="dxa" w:w="2160"/>
          </w:tcPr>
          <w:p>
            <w:r>
              <w:t>Food Safety</w:t>
            </w:r>
          </w:p>
        </w:tc>
        <w:tc>
          <w:tcPr>
            <w:tcW w:type="dxa" w:w="2160"/>
          </w:tcPr>
          <w:p>
            <w:r>
              <w:t>What specific food safety audits were conducted in 2025, and what were the findings related to millet processing?</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1058-0237</w:t>
            </w:r>
          </w:p>
        </w:tc>
        <w:tc>
          <w:tcPr>
            <w:tcW w:type="dxa" w:w="2160"/>
          </w:tcPr>
          <w:p>
            <w:r>
              <w:t>Quality Control</w:t>
            </w:r>
          </w:p>
        </w:tc>
        <w:tc>
          <w:tcPr>
            <w:tcW w:type="dxa" w:w="2160"/>
          </w:tcPr>
          <w:p>
            <w:r>
              <w:t>What new quality assurance technologies or methodologies were tested in 2025 for millet processing, and what were the results?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1058-0238</w:t>
            </w:r>
          </w:p>
        </w:tc>
        <w:tc>
          <w:tcPr>
            <w:tcW w:type="dxa" w:w="2160"/>
          </w:tcPr>
          <w:p>
            <w:r>
              <w:t>Energy Efficiency</w:t>
            </w:r>
          </w:p>
        </w:tc>
        <w:tc>
          <w:tcPr>
            <w:tcW w:type="dxa" w:w="2160"/>
          </w:tcPr>
          <w:p>
            <w:r>
              <w:t>What specific energy-saving initiatives were implemented in 2025, and what metrics were used to measure their effectiveness?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1058-0239</w:t>
            </w:r>
          </w:p>
        </w:tc>
        <w:tc>
          <w:tcPr>
            <w:tcW w:type="dxa" w:w="2160"/>
          </w:tcPr>
          <w:p>
            <w:r>
              <w:t>Automation</w:t>
            </w:r>
          </w:p>
        </w:tc>
        <w:tc>
          <w:tcPr>
            <w:tcW w:type="dxa" w:w="2160"/>
          </w:tcPr>
          <w:p>
            <w:r>
              <w:t>What barriers to automation were identified in 2025 during millet processing, and what strategies were developed to address these challenges?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1058-0240</w:t>
            </w:r>
          </w:p>
        </w:tc>
        <w:tc>
          <w:tcPr>
            <w:tcW w:type="dxa" w:w="2160"/>
          </w:tcPr>
          <w:p>
            <w:r>
              <w:t>Process Innovation</w:t>
            </w:r>
          </w:p>
        </w:tc>
        <w:tc>
          <w:tcPr>
            <w:tcW w:type="dxa" w:w="2160"/>
          </w:tcPr>
          <w:p>
            <w:r>
              <w:t>What innovative processing methods are you exploring to enhance the quality of millet products?</w:t>
              <w:br/>
              <w:t>Answer type: text</w:t>
              <w:br/>
              <w:t>Trigger: none</w:t>
              <w:br/>
              <w:t>Required: Yes</w:t>
              <w:br/>
              <w:t>Risk: High</w:t>
            </w:r>
          </w:p>
        </w:tc>
        <w:tc>
          <w:tcPr>
            <w:tcW w:type="dxa" w:w="2160"/>
          </w:tcPr>
          <w:p>
            <w:r>
              <w:t>Primary authority: California FTB</w:t>
              <w:br/>
              <w:t>Response: ___________________________</w:t>
              <w:br/>
              <w:t>Evidence: ___________________________</w:t>
              <w:br/>
              <w:t>Reviewer conclusion: ___________________________</w:t>
            </w:r>
          </w:p>
        </w:tc>
      </w:tr>
      <w:tr>
        <w:tc>
          <w:tcPr>
            <w:tcW w:type="dxa" w:w="2160"/>
          </w:tcPr>
          <w:p>
            <w:r>
              <w:t>1058-0241</w:t>
            </w:r>
          </w:p>
        </w:tc>
        <w:tc>
          <w:tcPr>
            <w:tcW w:type="dxa" w:w="2160"/>
          </w:tcPr>
          <w:p>
            <w:r>
              <w:t>Cost Reduction</w:t>
            </w:r>
          </w:p>
        </w:tc>
        <w:tc>
          <w:tcPr>
            <w:tcW w:type="dxa" w:w="2160"/>
          </w:tcPr>
          <w:p>
            <w:r>
              <w:t>How do your new processing methods contribute to cost reduction in millet production?</w:t>
              <w:br/>
              <w:t>Answer type: text</w:t>
              <w:br/>
              <w:t>Trigger: none</w:t>
              <w:br/>
              <w:t>Required: Yes</w:t>
              <w:br/>
              <w:t>Risk: Medium</w:t>
            </w:r>
          </w:p>
        </w:tc>
        <w:tc>
          <w:tcPr>
            <w:tcW w:type="dxa" w:w="2160"/>
          </w:tcPr>
          <w:p>
            <w:r>
              <w:t>Primary authority: Common</w:t>
              <w:br/>
              <w:t>Response: ___________________________</w:t>
              <w:br/>
              <w:t>Evidence: ___________________________</w:t>
              <w:br/>
              <w:t>Reviewer conclusion: ___________________________</w:t>
            </w:r>
          </w:p>
        </w:tc>
      </w:tr>
      <w:tr>
        <w:tc>
          <w:tcPr>
            <w:tcW w:type="dxa" w:w="2160"/>
          </w:tcPr>
          <w:p>
            <w:r>
              <w:t>1058-0242</w:t>
            </w:r>
          </w:p>
        </w:tc>
        <w:tc>
          <w:tcPr>
            <w:tcW w:type="dxa" w:w="2160"/>
          </w:tcPr>
          <w:p>
            <w:r>
              <w:t>Efficiency Metrics</w:t>
            </w:r>
          </w:p>
        </w:tc>
        <w:tc>
          <w:tcPr>
            <w:tcW w:type="dxa" w:w="2160"/>
          </w:tcPr>
          <w:p>
            <w:r>
              <w:t>What metrics do you use to measure the efficiency of your new processing methods for millet?</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1058-0243</w:t>
            </w:r>
          </w:p>
        </w:tc>
        <w:tc>
          <w:tcPr>
            <w:tcW w:type="dxa" w:w="2160"/>
          </w:tcPr>
          <w:p>
            <w:r>
              <w:t>Quality Control</w:t>
            </w:r>
          </w:p>
        </w:tc>
        <w:tc>
          <w:tcPr>
            <w:tcW w:type="dxa" w:w="2160"/>
          </w:tcPr>
          <w:p>
            <w:r>
              <w:t>What quality control measures are in place for your new processing methods in millet production?</w:t>
              <w:br/>
              <w:t>Answer type: text</w:t>
              <w:br/>
              <w:t>Trigger: none</w:t>
              <w:br/>
              <w:t>Required: Yes</w:t>
              <w:br/>
              <w:t>Risk: High</w:t>
            </w:r>
          </w:p>
        </w:tc>
        <w:tc>
          <w:tcPr>
            <w:tcW w:type="dxa" w:w="2160"/>
          </w:tcPr>
          <w:p>
            <w:r>
              <w:t>Primary authority: California FTB</w:t>
              <w:br/>
              <w:t>Response: ___________________________</w:t>
              <w:br/>
              <w:t>Evidence: ___________________________</w:t>
              <w:br/>
              <w:t>Reviewer conclusion: ___________________________</w:t>
            </w:r>
          </w:p>
        </w:tc>
      </w:tr>
    </w:tbl>
    <w:p/>
    <w:p>
      <w:pPr>
        <w:pStyle w:val="Heading2"/>
      </w:pPr>
      <w:r>
        <w:t>QUALITY-CONTROL-LAB-TESTING (28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1058-0244</w:t>
            </w:r>
          </w:p>
        </w:tc>
        <w:tc>
          <w:tcPr>
            <w:tcW w:type="dxa" w:w="2160"/>
          </w:tcPr>
          <w:p>
            <w:r>
              <w:t>Microbial Testing</w:t>
            </w:r>
          </w:p>
        </w:tc>
        <w:tc>
          <w:tcPr>
            <w:tcW w:type="dxa" w:w="2160"/>
          </w:tcPr>
          <w:p>
            <w:r>
              <w:t>What specific microbial tests are conducted on the millet products to ensure they meet safety standards?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1058-0245</w:t>
            </w:r>
          </w:p>
        </w:tc>
        <w:tc>
          <w:tcPr>
            <w:tcW w:type="dxa" w:w="2160"/>
          </w:tcPr>
          <w:p>
            <w:r>
              <w:t>Chemical Analysis</w:t>
            </w:r>
          </w:p>
        </w:tc>
        <w:tc>
          <w:tcPr>
            <w:tcW w:type="dxa" w:w="2160"/>
          </w:tcPr>
          <w:p>
            <w:r>
              <w:t>Can you describe the chemical analysis methods used to detect pesticide residues in your millet products?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1058-0246</w:t>
            </w:r>
          </w:p>
        </w:tc>
        <w:tc>
          <w:tcPr>
            <w:tcW w:type="dxa" w:w="2160"/>
          </w:tcPr>
          <w:p>
            <w:r>
              <w:t>Nutritional Profiling</w:t>
            </w:r>
          </w:p>
        </w:tc>
        <w:tc>
          <w:tcPr>
            <w:tcW w:type="dxa" w:w="2160"/>
          </w:tcPr>
          <w:p>
            <w:r>
              <w:t>What nutritional profiling tests are performed on your millet products, and how do you ensure their accuracy?</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1058-0247</w:t>
            </w:r>
          </w:p>
        </w:tc>
        <w:tc>
          <w:tcPr>
            <w:tcW w:type="dxa" w:w="2160"/>
          </w:tcPr>
          <w:p>
            <w:r>
              <w:t>Sensory Evaluation</w:t>
            </w:r>
          </w:p>
        </w:tc>
        <w:tc>
          <w:tcPr>
            <w:tcW w:type="dxa" w:w="2160"/>
          </w:tcPr>
          <w:p>
            <w:r>
              <w:t>What sensory evaluation techniques are employed to assess the quality of your millet products, and who conducts these evaluations?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1058-0248</w:t>
            </w:r>
          </w:p>
        </w:tc>
        <w:tc>
          <w:tcPr>
            <w:tcW w:type="dxa" w:w="2160"/>
          </w:tcPr>
          <w:p>
            <w:r>
              <w:t>Quality Assurance</w:t>
            </w:r>
          </w:p>
        </w:tc>
        <w:tc>
          <w:tcPr>
            <w:tcW w:type="dxa" w:w="2160"/>
          </w:tcPr>
          <w:p>
            <w:r>
              <w:t>What quality assurance protocols are in place to monitor the consistency of your millet products during production?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1058-0249</w:t>
            </w:r>
          </w:p>
        </w:tc>
        <w:tc>
          <w:tcPr>
            <w:tcW w:type="dxa" w:w="2160"/>
          </w:tcPr>
          <w:p>
            <w:r>
              <w:t>Regulatory Compliance</w:t>
            </w:r>
          </w:p>
        </w:tc>
        <w:tc>
          <w:tcPr>
            <w:tcW w:type="dxa" w:w="2160"/>
          </w:tcPr>
          <w:p>
            <w:r>
              <w:t>How do you ensure compliance with federal and state regulations regarding millet product safety?</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1058-0250</w:t>
            </w:r>
          </w:p>
        </w:tc>
        <w:tc>
          <w:tcPr>
            <w:tcW w:type="dxa" w:w="2160"/>
          </w:tcPr>
          <w:p>
            <w:r>
              <w:t>Certification Processes</w:t>
            </w:r>
          </w:p>
        </w:tc>
        <w:tc>
          <w:tcPr>
            <w:tcW w:type="dxa" w:w="2160"/>
          </w:tcPr>
          <w:p>
            <w:r>
              <w:t>What certification processes do your millet products undergo to verify their safety and quality?</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1058-0251</w:t>
            </w:r>
          </w:p>
        </w:tc>
        <w:tc>
          <w:tcPr>
            <w:tcW w:type="dxa" w:w="2160"/>
          </w:tcPr>
          <w:p>
            <w:r>
              <w:t>Traceability Systems</w:t>
            </w:r>
          </w:p>
        </w:tc>
        <w:tc>
          <w:tcPr>
            <w:tcW w:type="dxa" w:w="2160"/>
          </w:tcPr>
          <w:p>
            <w:r>
              <w:t>What traceability systems are implemented to track millet products from farm to final sale?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1058-0252</w:t>
            </w:r>
          </w:p>
        </w:tc>
        <w:tc>
          <w:tcPr>
            <w:tcW w:type="dxa" w:w="2160"/>
          </w:tcPr>
          <w:p>
            <w:r>
              <w:t>Microbial Testing</w:t>
            </w:r>
          </w:p>
        </w:tc>
        <w:tc>
          <w:tcPr>
            <w:tcW w:type="dxa" w:w="2160"/>
          </w:tcPr>
          <w:p>
            <w:r>
              <w:t>What specific microbial limits are established for your millet products based on industry standards?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1058-0253</w:t>
            </w:r>
          </w:p>
        </w:tc>
        <w:tc>
          <w:tcPr>
            <w:tcW w:type="dxa" w:w="2160"/>
          </w:tcPr>
          <w:p>
            <w:r>
              <w:t>Chemical Analysis</w:t>
            </w:r>
          </w:p>
        </w:tc>
        <w:tc>
          <w:tcPr>
            <w:tcW w:type="dxa" w:w="2160"/>
          </w:tcPr>
          <w:p>
            <w:r>
              <w:t>How frequently are chemical analyses conducted on your millet products, and what triggers additional testing?</w:t>
              <w:br/>
              <w:t>Answer type: Integer + details</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1058-0254</w:t>
            </w:r>
          </w:p>
        </w:tc>
        <w:tc>
          <w:tcPr>
            <w:tcW w:type="dxa" w:w="2160"/>
          </w:tcPr>
          <w:p>
            <w:r>
              <w:t>Nutritional Profiling</w:t>
            </w:r>
          </w:p>
        </w:tc>
        <w:tc>
          <w:tcPr>
            <w:tcW w:type="dxa" w:w="2160"/>
          </w:tcPr>
          <w:p>
            <w:r>
              <w:t>What specific nutrients are measured in the nutritional profiling of your millet products?</w:t>
              <w:br/>
              <w:t>Answer type: Multi-select</w:t>
              <w:br/>
              <w:t>Trigger: Always</w:t>
              <w:br/>
              <w:t>Required: No</w:t>
              <w:br/>
              <w:t>Risk: Low</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1058-0255</w:t>
            </w:r>
          </w:p>
        </w:tc>
        <w:tc>
          <w:tcPr>
            <w:tcW w:type="dxa" w:w="2160"/>
          </w:tcPr>
          <w:p>
            <w:r>
              <w:t>Sensory Evaluation</w:t>
            </w:r>
          </w:p>
        </w:tc>
        <w:tc>
          <w:tcPr>
            <w:tcW w:type="dxa" w:w="2160"/>
          </w:tcPr>
          <w:p>
            <w:r>
              <w:t>How is the sensory evaluation data documented and analyzed for your millet products?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1058-0256</w:t>
            </w:r>
          </w:p>
        </w:tc>
        <w:tc>
          <w:tcPr>
            <w:tcW w:type="dxa" w:w="2160"/>
          </w:tcPr>
          <w:p>
            <w:r>
              <w:t>Quality Assurance</w:t>
            </w:r>
          </w:p>
        </w:tc>
        <w:tc>
          <w:tcPr>
            <w:tcW w:type="dxa" w:w="2160"/>
          </w:tcPr>
          <w:p>
            <w:r>
              <w:t>What corrective actions are taken when quality assurance tests indicate a deviation from product standards?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1058-0257</w:t>
            </w:r>
          </w:p>
        </w:tc>
        <w:tc>
          <w:tcPr>
            <w:tcW w:type="dxa" w:w="2160"/>
          </w:tcPr>
          <w:p>
            <w:r>
              <w:t>Regulatory Compliance</w:t>
            </w:r>
          </w:p>
        </w:tc>
        <w:tc>
          <w:tcPr>
            <w:tcW w:type="dxa" w:w="2160"/>
          </w:tcPr>
          <w:p>
            <w:r>
              <w:t>What documentation is maintained to demonstrate compliance with safety regulations for millet products?</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1058-0258</w:t>
            </w:r>
          </w:p>
        </w:tc>
        <w:tc>
          <w:tcPr>
            <w:tcW w:type="dxa" w:w="2160"/>
          </w:tcPr>
          <w:p>
            <w:r>
              <w:t>Certification Processes</w:t>
            </w:r>
          </w:p>
        </w:tc>
        <w:tc>
          <w:tcPr>
            <w:tcW w:type="dxa" w:w="2160"/>
          </w:tcPr>
          <w:p>
            <w:r>
              <w:t>Which third-party organizations certify your millet products, and what are their requirements?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1058-0259</w:t>
            </w:r>
          </w:p>
        </w:tc>
        <w:tc>
          <w:tcPr>
            <w:tcW w:type="dxa" w:w="2160"/>
          </w:tcPr>
          <w:p>
            <w:r>
              <w:t>Traceability Systems</w:t>
            </w:r>
          </w:p>
        </w:tc>
        <w:tc>
          <w:tcPr>
            <w:tcW w:type="dxa" w:w="2160"/>
          </w:tcPr>
          <w:p>
            <w:r>
              <w:t>What technology or systems do you use to ensure traceability of millet products throughout the supply chain?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1058-0260</w:t>
            </w:r>
          </w:p>
        </w:tc>
        <w:tc>
          <w:tcPr>
            <w:tcW w:type="dxa" w:w="2160"/>
          </w:tcPr>
          <w:p>
            <w:r>
              <w:t>Microbial Testing</w:t>
            </w:r>
          </w:p>
        </w:tc>
        <w:tc>
          <w:tcPr>
            <w:tcW w:type="dxa" w:w="2160"/>
          </w:tcPr>
          <w:p>
            <w:r>
              <w:t>What actions are taken if microbial testing results exceed acceptable limits?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1058-0261</w:t>
            </w:r>
          </w:p>
        </w:tc>
        <w:tc>
          <w:tcPr>
            <w:tcW w:type="dxa" w:w="2160"/>
          </w:tcPr>
          <w:p>
            <w:r>
              <w:t>Chemical Analysis</w:t>
            </w:r>
          </w:p>
        </w:tc>
        <w:tc>
          <w:tcPr>
            <w:tcW w:type="dxa" w:w="2160"/>
          </w:tcPr>
          <w:p>
            <w:r>
              <w:t>How are the results of chemical analyses communicated to stakeholders involved in the production process?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1058-0262</w:t>
            </w:r>
          </w:p>
        </w:tc>
        <w:tc>
          <w:tcPr>
            <w:tcW w:type="dxa" w:w="2160"/>
          </w:tcPr>
          <w:p>
            <w:r>
              <w:t>Nutritional Profiling</w:t>
            </w:r>
          </w:p>
        </w:tc>
        <w:tc>
          <w:tcPr>
            <w:tcW w:type="dxa" w:w="2160"/>
          </w:tcPr>
          <w:p>
            <w:r>
              <w:t>How often are nutritional profiles updated based on new research or ingredient changes?</w:t>
              <w:br/>
              <w:t>Answer type: Integer + details</w:t>
              <w:br/>
              <w:t>Trigger: Always</w:t>
              <w:br/>
              <w:t>Required: No</w:t>
              <w:br/>
              <w:t>Risk: Low</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1058-0263</w:t>
            </w:r>
          </w:p>
        </w:tc>
        <w:tc>
          <w:tcPr>
            <w:tcW w:type="dxa" w:w="2160"/>
          </w:tcPr>
          <w:p>
            <w:r>
              <w:t>Sensory Evaluation</w:t>
            </w:r>
          </w:p>
        </w:tc>
        <w:tc>
          <w:tcPr>
            <w:tcW w:type="dxa" w:w="2160"/>
          </w:tcPr>
          <w:p>
            <w:r>
              <w:t>What criteria are used to select panelists for sensory evaluations of millet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1058-0264</w:t>
            </w:r>
          </w:p>
        </w:tc>
        <w:tc>
          <w:tcPr>
            <w:tcW w:type="dxa" w:w="2160"/>
          </w:tcPr>
          <w:p>
            <w:r>
              <w:t>Quality Assurance</w:t>
            </w:r>
          </w:p>
        </w:tc>
        <w:tc>
          <w:tcPr>
            <w:tcW w:type="dxa" w:w="2160"/>
          </w:tcPr>
          <w:p>
            <w:r>
              <w:t>What training do employees receive regarding quality assurance practices for millet production?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1058-0265</w:t>
            </w:r>
          </w:p>
        </w:tc>
        <w:tc>
          <w:tcPr>
            <w:tcW w:type="dxa" w:w="2160"/>
          </w:tcPr>
          <w:p>
            <w:r>
              <w:t>Regulatory Compliance</w:t>
            </w:r>
          </w:p>
        </w:tc>
        <w:tc>
          <w:tcPr>
            <w:tcW w:type="dxa" w:w="2160"/>
          </w:tcPr>
          <w:p>
            <w:r>
              <w:t>How do you stay informed about changes in regulations affecting millet product safety?</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1058-0266</w:t>
            </w:r>
          </w:p>
        </w:tc>
        <w:tc>
          <w:tcPr>
            <w:tcW w:type="dxa" w:w="2160"/>
          </w:tcPr>
          <w:p>
            <w:r>
              <w:t>Certification Processes</w:t>
            </w:r>
          </w:p>
        </w:tc>
        <w:tc>
          <w:tcPr>
            <w:tcW w:type="dxa" w:w="2160"/>
          </w:tcPr>
          <w:p>
            <w:r>
              <w:t>What challenges have you faced in obtaining certifications for your millet products?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1058-0267</w:t>
            </w:r>
          </w:p>
        </w:tc>
        <w:tc>
          <w:tcPr>
            <w:tcW w:type="dxa" w:w="2160"/>
          </w:tcPr>
          <w:p>
            <w:r>
              <w:t>Traceability Systems</w:t>
            </w:r>
          </w:p>
        </w:tc>
        <w:tc>
          <w:tcPr>
            <w:tcW w:type="dxa" w:w="2160"/>
          </w:tcPr>
          <w:p>
            <w:r>
              <w:t>How do you verify the effectiveness of your traceability systems for millet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1058-0268</w:t>
            </w:r>
          </w:p>
        </w:tc>
        <w:tc>
          <w:tcPr>
            <w:tcW w:type="dxa" w:w="2160"/>
          </w:tcPr>
          <w:p>
            <w:r>
              <w:t>Testing Protocols</w:t>
            </w:r>
          </w:p>
        </w:tc>
        <w:tc>
          <w:tcPr>
            <w:tcW w:type="dxa" w:w="2160"/>
          </w:tcPr>
          <w:p>
            <w:r>
              <w:t>What specific lab tests are conducted to ensure the quality of millet products?</w:t>
              <w:br/>
              <w:t>Answer type: text</w:t>
              <w:br/>
              <w:t>Trigger: none</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1058-0269</w:t>
            </w:r>
          </w:p>
        </w:tc>
        <w:tc>
          <w:tcPr>
            <w:tcW w:type="dxa" w:w="2160"/>
          </w:tcPr>
          <w:p>
            <w:r>
              <w:t>Compliance Standards</w:t>
            </w:r>
          </w:p>
        </w:tc>
        <w:tc>
          <w:tcPr>
            <w:tcW w:type="dxa" w:w="2160"/>
          </w:tcPr>
          <w:p>
            <w:r>
              <w:t>How do your lab testing procedures comply with state regulations for millet quality control?</w:t>
              <w:br/>
              <w:t>Answer type: text</w:t>
              <w:br/>
              <w:t>Trigger: none</w:t>
              <w:br/>
              <w:t>Required: Yes</w:t>
              <w:br/>
              <w:t>Risk: High</w:t>
            </w:r>
          </w:p>
        </w:tc>
        <w:tc>
          <w:tcPr>
            <w:tcW w:type="dxa" w:w="2160"/>
          </w:tcPr>
          <w:p>
            <w:r>
              <w:t>Primary authority: California FTB</w:t>
              <w:br/>
              <w:t>Response: ___________________________</w:t>
              <w:br/>
              <w:t>Evidence: ___________________________</w:t>
              <w:br/>
              <w:t>Reviewer conclusion: ___________________________</w:t>
            </w:r>
          </w:p>
        </w:tc>
      </w:tr>
      <w:tr>
        <w:tc>
          <w:tcPr>
            <w:tcW w:type="dxa" w:w="2160"/>
          </w:tcPr>
          <w:p>
            <w:r>
              <w:t>1058-0270</w:t>
            </w:r>
          </w:p>
        </w:tc>
        <w:tc>
          <w:tcPr>
            <w:tcW w:type="dxa" w:w="2160"/>
          </w:tcPr>
          <w:p>
            <w:r>
              <w:t>Data Analysis</w:t>
            </w:r>
          </w:p>
        </w:tc>
        <w:tc>
          <w:tcPr>
            <w:tcW w:type="dxa" w:w="2160"/>
          </w:tcPr>
          <w:p>
            <w:r>
              <w:t>How do you analyze lab test results to inform your R&amp;D activities in millet production?</w:t>
              <w:br/>
              <w:t>Answer type: text</w:t>
              <w:br/>
              <w:t>Trigger: none</w:t>
              <w:br/>
              <w:t>Required: Yes</w:t>
              <w:br/>
              <w:t>Risk: Medium</w:t>
            </w:r>
          </w:p>
        </w:tc>
        <w:tc>
          <w:tcPr>
            <w:tcW w:type="dxa" w:w="2160"/>
          </w:tcPr>
          <w:p>
            <w:r>
              <w:t>Primary authority: Common</w:t>
              <w:br/>
              <w:t>Response: ___________________________</w:t>
              <w:br/>
              <w:t>Evidence: ___________________________</w:t>
              <w:br/>
              <w:t>Reviewer conclusion: ___________________________</w:t>
            </w:r>
          </w:p>
        </w:tc>
      </w:tr>
      <w:tr>
        <w:tc>
          <w:tcPr>
            <w:tcW w:type="dxa" w:w="2160"/>
          </w:tcPr>
          <w:p>
            <w:r>
              <w:t>1058-0271</w:t>
            </w:r>
          </w:p>
        </w:tc>
        <w:tc>
          <w:tcPr>
            <w:tcW w:type="dxa" w:w="2160"/>
          </w:tcPr>
          <w:p>
            <w:r>
              <w:t>Equipment Utilization</w:t>
            </w:r>
          </w:p>
        </w:tc>
        <w:tc>
          <w:tcPr>
            <w:tcW w:type="dxa" w:w="2160"/>
          </w:tcPr>
          <w:p>
            <w:r>
              <w:t>What equipment do you utilize for lab testing of millet quality, and how is it maintained?</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PACKAGING-TRACEABILITY-SYSTEMS (25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1058-0272</w:t>
            </w:r>
          </w:p>
        </w:tc>
        <w:tc>
          <w:tcPr>
            <w:tcW w:type="dxa" w:w="2160"/>
          </w:tcPr>
          <w:p>
            <w:r>
              <w:t>Sustainable Packaging</w:t>
            </w:r>
          </w:p>
        </w:tc>
        <w:tc>
          <w:tcPr>
            <w:tcW w:type="dxa" w:w="2160"/>
          </w:tcPr>
          <w:p>
            <w:r>
              <w:t>What innovative materials have you explored or implemented in your packaging solutions to enhance sustainability for millet products?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1058-0273</w:t>
            </w:r>
          </w:p>
        </w:tc>
        <w:tc>
          <w:tcPr>
            <w:tcW w:type="dxa" w:w="2160"/>
          </w:tcPr>
          <w:p>
            <w:r>
              <w:t>Labeling Requirements</w:t>
            </w:r>
          </w:p>
        </w:tc>
        <w:tc>
          <w:tcPr>
            <w:tcW w:type="dxa" w:w="2160"/>
          </w:tcPr>
          <w:p>
            <w:r>
              <w:t>Can you describe any new labeling techniques or technologies you have developed to comply with regulatory requirements for millet product packaging?</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1058-0274</w:t>
            </w:r>
          </w:p>
        </w:tc>
        <w:tc>
          <w:tcPr>
            <w:tcW w:type="dxa" w:w="2160"/>
          </w:tcPr>
          <w:p>
            <w:r>
              <w:t>Barcode Systems</w:t>
            </w:r>
          </w:p>
        </w:tc>
        <w:tc>
          <w:tcPr>
            <w:tcW w:type="dxa" w:w="2160"/>
          </w:tcPr>
          <w:p>
            <w:r>
              <w:t>What specific barcode systems have you integrated into your packaging process to improve traceability of millet products from farm to consumer?</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1058-0275</w:t>
            </w:r>
          </w:p>
        </w:tc>
        <w:tc>
          <w:tcPr>
            <w:tcW w:type="dxa" w:w="2160"/>
          </w:tcPr>
          <w:p>
            <w:r>
              <w:t>Supply Chain Transparency</w:t>
            </w:r>
          </w:p>
        </w:tc>
        <w:tc>
          <w:tcPr>
            <w:tcW w:type="dxa" w:w="2160"/>
          </w:tcPr>
          <w:p>
            <w:r>
              <w:t>What experimental methods have you implemented to enhance transparency in your supply chain for millet products?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1058-0276</w:t>
            </w:r>
          </w:p>
        </w:tc>
        <w:tc>
          <w:tcPr>
            <w:tcW w:type="dxa" w:w="2160"/>
          </w:tcPr>
          <w:p>
            <w:r>
              <w:t>Consumer Safety</w:t>
            </w:r>
          </w:p>
        </w:tc>
        <w:tc>
          <w:tcPr>
            <w:tcW w:type="dxa" w:w="2160"/>
          </w:tcPr>
          <w:p>
            <w:r>
              <w:t>What innovative safety measures have you tested or applied in your packaging to ensure the safety of millet products for consumers?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1058-0277</w:t>
            </w:r>
          </w:p>
        </w:tc>
        <w:tc>
          <w:tcPr>
            <w:tcW w:type="dxa" w:w="2160"/>
          </w:tcPr>
          <w:p>
            <w:r>
              <w:t>Recycling Practices</w:t>
            </w:r>
          </w:p>
        </w:tc>
        <w:tc>
          <w:tcPr>
            <w:tcW w:type="dxa" w:w="2160"/>
          </w:tcPr>
          <w:p>
            <w:r>
              <w:t>What new recycling practices have you developed or adopted for your millet packaging materials?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1058-0278</w:t>
            </w:r>
          </w:p>
        </w:tc>
        <w:tc>
          <w:tcPr>
            <w:tcW w:type="dxa" w:w="2160"/>
          </w:tcPr>
          <w:p>
            <w:r>
              <w:t>Packaging Materials</w:t>
            </w:r>
          </w:p>
        </w:tc>
        <w:tc>
          <w:tcPr>
            <w:tcW w:type="dxa" w:w="2160"/>
          </w:tcPr>
          <w:p>
            <w:r>
              <w:t>Describe any experimental designs or prototypes you have created using alternative packaging materials for millet products. What were the results?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1058-0279</w:t>
            </w:r>
          </w:p>
        </w:tc>
        <w:tc>
          <w:tcPr>
            <w:tcW w:type="dxa" w:w="2160"/>
          </w:tcPr>
          <w:p>
            <w:r>
              <w:t>Transportation Logistics</w:t>
            </w:r>
          </w:p>
        </w:tc>
        <w:tc>
          <w:tcPr>
            <w:tcW w:type="dxa" w:w="2160"/>
          </w:tcPr>
          <w:p>
            <w:r>
              <w:t>What innovative logistics strategies have you tested to optimize the transportation of millet products while maintaining packaging integrity?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1058-0280</w:t>
            </w:r>
          </w:p>
        </w:tc>
        <w:tc>
          <w:tcPr>
            <w:tcW w:type="dxa" w:w="2160"/>
          </w:tcPr>
          <w:p>
            <w:r>
              <w:t>Sustainable Packaging</w:t>
            </w:r>
          </w:p>
        </w:tc>
        <w:tc>
          <w:tcPr>
            <w:tcW w:type="dxa" w:w="2160"/>
          </w:tcPr>
          <w:p>
            <w:r>
              <w:t>How have you measured the environmental impact of your new sustainable packaging solutions for millet products?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1058-0281</w:t>
            </w:r>
          </w:p>
        </w:tc>
        <w:tc>
          <w:tcPr>
            <w:tcW w:type="dxa" w:w="2160"/>
          </w:tcPr>
          <w:p>
            <w:r>
              <w:t>Labeling Requirements</w:t>
            </w:r>
          </w:p>
        </w:tc>
        <w:tc>
          <w:tcPr>
            <w:tcW w:type="dxa" w:w="2160"/>
          </w:tcPr>
          <w:p>
            <w:r>
              <w:t>What challenges have you faced in meeting labeling requirements for millet products, and what innovative solutions did you implement?</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1058-0282</w:t>
            </w:r>
          </w:p>
        </w:tc>
        <w:tc>
          <w:tcPr>
            <w:tcW w:type="dxa" w:w="2160"/>
          </w:tcPr>
          <w:p>
            <w:r>
              <w:t>Barcode Systems</w:t>
            </w:r>
          </w:p>
        </w:tc>
        <w:tc>
          <w:tcPr>
            <w:tcW w:type="dxa" w:w="2160"/>
          </w:tcPr>
          <w:p>
            <w:r>
              <w:t>What specific technologies have you explored for barcode systems that improve the efficiency of tracking millet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1058-0283</w:t>
            </w:r>
          </w:p>
        </w:tc>
        <w:tc>
          <w:tcPr>
            <w:tcW w:type="dxa" w:w="2160"/>
          </w:tcPr>
          <w:p>
            <w:r>
              <w:t>Supply Chain Transparency</w:t>
            </w:r>
          </w:p>
        </w:tc>
        <w:tc>
          <w:tcPr>
            <w:tcW w:type="dxa" w:w="2160"/>
          </w:tcPr>
          <w:p>
            <w:r>
              <w:t>What experimental approaches have you taken to gather data on the supply chain of millet products?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1058-0284</w:t>
            </w:r>
          </w:p>
        </w:tc>
        <w:tc>
          <w:tcPr>
            <w:tcW w:type="dxa" w:w="2160"/>
          </w:tcPr>
          <w:p>
            <w:r>
              <w:t>Consumer Safety</w:t>
            </w:r>
          </w:p>
        </w:tc>
        <w:tc>
          <w:tcPr>
            <w:tcW w:type="dxa" w:w="2160"/>
          </w:tcPr>
          <w:p>
            <w:r>
              <w:t>What innovative testing methods have you employed to ensure the safety of packaging materials used for millet products?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1058-0285</w:t>
            </w:r>
          </w:p>
        </w:tc>
        <w:tc>
          <w:tcPr>
            <w:tcW w:type="dxa" w:w="2160"/>
          </w:tcPr>
          <w:p>
            <w:r>
              <w:t>Recycling Practices</w:t>
            </w:r>
          </w:p>
        </w:tc>
        <w:tc>
          <w:tcPr>
            <w:tcW w:type="dxa" w:w="2160"/>
          </w:tcPr>
          <w:p>
            <w:r>
              <w:t>What metrics do you use to evaluate the effectiveness of your recycling practices for millet packaging?</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1058-0286</w:t>
            </w:r>
          </w:p>
        </w:tc>
        <w:tc>
          <w:tcPr>
            <w:tcW w:type="dxa" w:w="2160"/>
          </w:tcPr>
          <w:p>
            <w:r>
              <w:t>Packaging Materials</w:t>
            </w:r>
          </w:p>
        </w:tc>
        <w:tc>
          <w:tcPr>
            <w:tcW w:type="dxa" w:w="2160"/>
          </w:tcPr>
          <w:p>
            <w:r>
              <w:t>How have you documented the experimentation process for new packaging materials used in millet products?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1058-0287</w:t>
            </w:r>
          </w:p>
        </w:tc>
        <w:tc>
          <w:tcPr>
            <w:tcW w:type="dxa" w:w="2160"/>
          </w:tcPr>
          <w:p>
            <w:r>
              <w:t>Transportation Logistics</w:t>
            </w:r>
          </w:p>
        </w:tc>
        <w:tc>
          <w:tcPr>
            <w:tcW w:type="dxa" w:w="2160"/>
          </w:tcPr>
          <w:p>
            <w:r>
              <w:t>What innovative packaging designs have you tested to reduce transportation costs while ensuring product safety?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1058-0288</w:t>
            </w:r>
          </w:p>
        </w:tc>
        <w:tc>
          <w:tcPr>
            <w:tcW w:type="dxa" w:w="2160"/>
          </w:tcPr>
          <w:p>
            <w:r>
              <w:t>Sustainable Packaging</w:t>
            </w:r>
          </w:p>
        </w:tc>
        <w:tc>
          <w:tcPr>
            <w:tcW w:type="dxa" w:w="2160"/>
          </w:tcPr>
          <w:p>
            <w:r>
              <w:t>What research have you conducted to assess consumer preferences for sustainable packaging in millet products?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1058-0289</w:t>
            </w:r>
          </w:p>
        </w:tc>
        <w:tc>
          <w:tcPr>
            <w:tcW w:type="dxa" w:w="2160"/>
          </w:tcPr>
          <w:p>
            <w:r>
              <w:t>Labeling Requirements</w:t>
            </w:r>
          </w:p>
        </w:tc>
        <w:tc>
          <w:tcPr>
            <w:tcW w:type="dxa" w:w="2160"/>
          </w:tcPr>
          <w:p>
            <w:r>
              <w:t>How have you adapted your labeling practices to include information on sustainability for millet products?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1058-0290</w:t>
            </w:r>
          </w:p>
        </w:tc>
        <w:tc>
          <w:tcPr>
            <w:tcW w:type="dxa" w:w="2160"/>
          </w:tcPr>
          <w:p>
            <w:r>
              <w:t>Barcode Systems</w:t>
            </w:r>
          </w:p>
        </w:tc>
        <w:tc>
          <w:tcPr>
            <w:tcW w:type="dxa" w:w="2160"/>
          </w:tcPr>
          <w:p>
            <w:r>
              <w:t>What challenges have you encountered in implementing barcode systems for tracking millet products, and how did you address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1058-0291</w:t>
            </w:r>
          </w:p>
        </w:tc>
        <w:tc>
          <w:tcPr>
            <w:tcW w:type="dxa" w:w="2160"/>
          </w:tcPr>
          <w:p>
            <w:r>
              <w:t>Supply Chain Transparency</w:t>
            </w:r>
          </w:p>
        </w:tc>
        <w:tc>
          <w:tcPr>
            <w:tcW w:type="dxa" w:w="2160"/>
          </w:tcPr>
          <w:p>
            <w:r>
              <w:t>What innovative technologies have you considered to improve visibility in your supply chain for millet products?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1058-0292</w:t>
            </w:r>
          </w:p>
        </w:tc>
        <w:tc>
          <w:tcPr>
            <w:tcW w:type="dxa" w:w="2160"/>
          </w:tcPr>
          <w:p>
            <w:r>
              <w:t>Consumer Safety</w:t>
            </w:r>
          </w:p>
        </w:tc>
        <w:tc>
          <w:tcPr>
            <w:tcW w:type="dxa" w:w="2160"/>
          </w:tcPr>
          <w:p>
            <w:r>
              <w:t>What experimental safety protocols have you developed for packaging millet products to comply with consumer safety regulations?</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1058-0293</w:t>
            </w:r>
          </w:p>
        </w:tc>
        <w:tc>
          <w:tcPr>
            <w:tcW w:type="dxa" w:w="2160"/>
          </w:tcPr>
          <w:p>
            <w:r>
              <w:t>Recycling Practices</w:t>
            </w:r>
          </w:p>
        </w:tc>
        <w:tc>
          <w:tcPr>
            <w:tcW w:type="dxa" w:w="2160"/>
          </w:tcPr>
          <w:p>
            <w:r>
              <w:t>How do you track the recycling rates of your packaging materials for millet products?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1058-0294</w:t>
            </w:r>
          </w:p>
        </w:tc>
        <w:tc>
          <w:tcPr>
            <w:tcW w:type="dxa" w:w="2160"/>
          </w:tcPr>
          <w:p>
            <w:r>
              <w:t>Traceability Methods</w:t>
            </w:r>
          </w:p>
        </w:tc>
        <w:tc>
          <w:tcPr>
            <w:tcW w:type="dxa" w:w="2160"/>
          </w:tcPr>
          <w:p>
            <w:r>
              <w:t>What systems do you have in place to ensure traceability of millet products from farm to consumer?</w:t>
              <w:br/>
              <w:t>Answer type: text</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r>
        <w:tc>
          <w:tcPr>
            <w:tcW w:type="dxa" w:w="2160"/>
          </w:tcPr>
          <w:p>
            <w:r>
              <w:t>1058-0295</w:t>
            </w:r>
          </w:p>
        </w:tc>
        <w:tc>
          <w:tcPr>
            <w:tcW w:type="dxa" w:w="2160"/>
          </w:tcPr>
          <w:p>
            <w:r>
              <w:t>Packaging Innovations</w:t>
            </w:r>
          </w:p>
        </w:tc>
        <w:tc>
          <w:tcPr>
            <w:tcW w:type="dxa" w:w="2160"/>
          </w:tcPr>
          <w:p>
            <w:r>
              <w:t>What innovative packaging solutions are you testing to improve traceability and shelf life of millet products?</w:t>
              <w:br/>
              <w:t>Answer type: text</w:t>
              <w:br/>
              <w:t>Trigger: none</w:t>
              <w:br/>
              <w:t>Required: Yes</w:t>
              <w:br/>
              <w:t>Risk: Medium</w:t>
            </w:r>
          </w:p>
        </w:tc>
        <w:tc>
          <w:tcPr>
            <w:tcW w:type="dxa" w:w="2160"/>
          </w:tcPr>
          <w:p>
            <w:r>
              <w:t>Primary authority: Common</w:t>
              <w:br/>
              <w:t>Response: ___________________________</w:t>
              <w:br/>
              <w:t>Evidence: ___________________________</w:t>
              <w:br/>
              <w:t>Reviewer conclusion: ___________________________</w:t>
            </w:r>
          </w:p>
        </w:tc>
      </w:tr>
      <w:tr>
        <w:tc>
          <w:tcPr>
            <w:tcW w:type="dxa" w:w="2160"/>
          </w:tcPr>
          <w:p>
            <w:r>
              <w:t>1058-0296</w:t>
            </w:r>
          </w:p>
        </w:tc>
        <w:tc>
          <w:tcPr>
            <w:tcW w:type="dxa" w:w="2160"/>
          </w:tcPr>
          <w:p>
            <w:r>
              <w:t>Regulatory Compliance</w:t>
            </w:r>
          </w:p>
        </w:tc>
        <w:tc>
          <w:tcPr>
            <w:tcW w:type="dxa" w:w="2160"/>
          </w:tcPr>
          <w:p>
            <w:r>
              <w:t>How does your packaging comply with federal regulations for food safety in millet products?</w:t>
              <w:br/>
              <w:t>Answer type: text</w:t>
              <w:br/>
              <w:t>Trigger: none</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REGULATORY-COMPLIANCE-OVERSIGHT (28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1058-0297</w:t>
            </w:r>
          </w:p>
        </w:tc>
        <w:tc>
          <w:tcPr>
            <w:tcW w:type="dxa" w:w="2160"/>
          </w:tcPr>
          <w:p>
            <w:r>
              <w:t>FDA Regulations</w:t>
            </w:r>
          </w:p>
        </w:tc>
        <w:tc>
          <w:tcPr>
            <w:tcW w:type="dxa" w:w="2160"/>
          </w:tcPr>
          <w:p>
            <w:r>
              <w:t>What specific FDA regulations apply to the production and processing of millet in your operations?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1058-0298</w:t>
            </w:r>
          </w:p>
        </w:tc>
        <w:tc>
          <w:tcPr>
            <w:tcW w:type="dxa" w:w="2160"/>
          </w:tcPr>
          <w:p>
            <w:r>
              <w:t>USDA Guidelines</w:t>
            </w:r>
          </w:p>
        </w:tc>
        <w:tc>
          <w:tcPr>
            <w:tcW w:type="dxa" w:w="2160"/>
          </w:tcPr>
          <w:p>
            <w:r>
              <w:t>Can you describe how your millet production complies with USDA guidelines for grain crops?</w:t>
              <w:br/>
              <w:t>Answer type: Long text</w:t>
              <w:br/>
              <w:t>Trigger: Always</w:t>
              <w:br/>
              <w:t>Required: No</w:t>
              <w:br/>
              <w:t>Risk: Medium</w:t>
            </w:r>
          </w:p>
        </w:tc>
        <w:tc>
          <w:tcPr>
            <w:tcW w:type="dxa" w:w="2160"/>
          </w:tcPr>
          <w:p>
            <w:r>
              <w:t>Primary authority: USDA Agricultural Marketing Service</w:t>
              <w:br/>
              <w:t>Response: ___________________________</w:t>
              <w:br/>
              <w:t>Evidence: ___________________________</w:t>
              <w:br/>
              <w:t>Reviewer conclusion: ___________________________</w:t>
            </w:r>
          </w:p>
        </w:tc>
      </w:tr>
      <w:tr>
        <w:tc>
          <w:tcPr>
            <w:tcW w:type="dxa" w:w="2160"/>
          </w:tcPr>
          <w:p>
            <w:r>
              <w:t>1058-0299</w:t>
            </w:r>
          </w:p>
        </w:tc>
        <w:tc>
          <w:tcPr>
            <w:tcW w:type="dxa" w:w="2160"/>
          </w:tcPr>
          <w:p>
            <w:r>
              <w:t>Organic Certification</w:t>
            </w:r>
          </w:p>
        </w:tc>
        <w:tc>
          <w:tcPr>
            <w:tcW w:type="dxa" w:w="2160"/>
          </w:tcPr>
          <w:p>
            <w:r>
              <w:t>What steps have you taken to obtain organic certification for your millet production?</w:t>
              <w:br/>
              <w:t>Answer type: Long text + evidence</w:t>
              <w:br/>
              <w:t>Trigger: Always</w:t>
              <w:br/>
              <w:t>Required: No</w:t>
              <w:br/>
              <w:t>Risk: High</w:t>
            </w:r>
          </w:p>
        </w:tc>
        <w:tc>
          <w:tcPr>
            <w:tcW w:type="dxa" w:w="2160"/>
          </w:tcPr>
          <w:p>
            <w:r>
              <w:t>Primary authority: USDA Organic Regulations</w:t>
              <w:br/>
              <w:t>Response: ___________________________</w:t>
              <w:br/>
              <w:t>Evidence: ___________________________</w:t>
              <w:br/>
              <w:t>Reviewer conclusion: ___________________________</w:t>
            </w:r>
          </w:p>
        </w:tc>
      </w:tr>
      <w:tr>
        <w:tc>
          <w:tcPr>
            <w:tcW w:type="dxa" w:w="2160"/>
          </w:tcPr>
          <w:p>
            <w:r>
              <w:t>1058-0300</w:t>
            </w:r>
          </w:p>
        </w:tc>
        <w:tc>
          <w:tcPr>
            <w:tcW w:type="dxa" w:w="2160"/>
          </w:tcPr>
          <w:p>
            <w:r>
              <w:t>Labeling Laws</w:t>
            </w:r>
          </w:p>
        </w:tc>
        <w:tc>
          <w:tcPr>
            <w:tcW w:type="dxa" w:w="2160"/>
          </w:tcPr>
          <w:p>
            <w:r>
              <w:t>What labeling laws do you adhere to for your millet products, and how do you ensure compliance?</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1058-0301</w:t>
            </w:r>
          </w:p>
        </w:tc>
        <w:tc>
          <w:tcPr>
            <w:tcW w:type="dxa" w:w="2160"/>
          </w:tcPr>
          <w:p>
            <w:r>
              <w:t>Food Safety Standards</w:t>
            </w:r>
          </w:p>
        </w:tc>
        <w:tc>
          <w:tcPr>
            <w:tcW w:type="dxa" w:w="2160"/>
          </w:tcPr>
          <w:p>
            <w:r>
              <w:t>What food safety standards do you implement in your millet processing operations?</w:t>
              <w:br/>
              <w:t>Answer type: Long text</w:t>
              <w:br/>
              <w:t>Trigger: Always</w:t>
              <w:br/>
              <w:t>Required: No</w:t>
              <w:br/>
              <w:t>Risk: High</w:t>
            </w:r>
          </w:p>
        </w:tc>
        <w:tc>
          <w:tcPr>
            <w:tcW w:type="dxa" w:w="2160"/>
          </w:tcPr>
          <w:p>
            <w:r>
              <w:t>Primary authority: FDA Food Safety Modernization Act</w:t>
              <w:br/>
              <w:t>Response: ___________________________</w:t>
              <w:br/>
              <w:t>Evidence: ___________________________</w:t>
              <w:br/>
              <w:t>Reviewer conclusion: ___________________________</w:t>
            </w:r>
          </w:p>
        </w:tc>
      </w:tr>
      <w:tr>
        <w:tc>
          <w:tcPr>
            <w:tcW w:type="dxa" w:w="2160"/>
          </w:tcPr>
          <w:p>
            <w:r>
              <w:t>1058-0302</w:t>
            </w:r>
          </w:p>
        </w:tc>
        <w:tc>
          <w:tcPr>
            <w:tcW w:type="dxa" w:w="2160"/>
          </w:tcPr>
          <w:p>
            <w:r>
              <w:t>Environmental Regulations</w:t>
            </w:r>
          </w:p>
        </w:tc>
        <w:tc>
          <w:tcPr>
            <w:tcW w:type="dxa" w:w="2160"/>
          </w:tcPr>
          <w:p>
            <w:r>
              <w:t>How do you ensure compliance with environmental regulations relevant to millet farming?</w:t>
              <w:br/>
              <w:t>Answer type: Long text</w:t>
              <w:br/>
              <w:t>Trigger: Always</w:t>
              <w:br/>
              <w:t>Required: No</w:t>
              <w:br/>
              <w:t>Risk: Medium</w:t>
            </w:r>
          </w:p>
        </w:tc>
        <w:tc>
          <w:tcPr>
            <w:tcW w:type="dxa" w:w="2160"/>
          </w:tcPr>
          <w:p>
            <w:r>
              <w:t>Primary authority: Environmental Protection Agency (EPA) guidelines</w:t>
              <w:br/>
              <w:t>Response: ___________________________</w:t>
              <w:br/>
              <w:t>Evidence: ___________________________</w:t>
              <w:br/>
              <w:t>Reviewer conclusion: ___________________________</w:t>
            </w:r>
          </w:p>
        </w:tc>
      </w:tr>
      <w:tr>
        <w:tc>
          <w:tcPr>
            <w:tcW w:type="dxa" w:w="2160"/>
          </w:tcPr>
          <w:p>
            <w:r>
              <w:t>1058-0303</w:t>
            </w:r>
          </w:p>
        </w:tc>
        <w:tc>
          <w:tcPr>
            <w:tcW w:type="dxa" w:w="2160"/>
          </w:tcPr>
          <w:p>
            <w:r>
              <w:t>Record-Keeping</w:t>
            </w:r>
          </w:p>
        </w:tc>
        <w:tc>
          <w:tcPr>
            <w:tcW w:type="dxa" w:w="2160"/>
          </w:tcPr>
          <w:p>
            <w:r>
              <w:t>What record-keeping practices do you have in place to document compliance with regulatory requirements for millet?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1058-0304</w:t>
            </w:r>
          </w:p>
        </w:tc>
        <w:tc>
          <w:tcPr>
            <w:tcW w:type="dxa" w:w="2160"/>
          </w:tcPr>
          <w:p>
            <w:r>
              <w:t>Audit Processes</w:t>
            </w:r>
          </w:p>
        </w:tc>
        <w:tc>
          <w:tcPr>
            <w:tcW w:type="dxa" w:w="2160"/>
          </w:tcPr>
          <w:p>
            <w:r>
              <w:t>Can you describe your internal audit processes for ensuring compliance with millet regulatory standards?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1058-0305</w:t>
            </w:r>
          </w:p>
        </w:tc>
        <w:tc>
          <w:tcPr>
            <w:tcW w:type="dxa" w:w="2160"/>
          </w:tcPr>
          <w:p>
            <w:r>
              <w:t>FDA Regulations</w:t>
            </w:r>
          </w:p>
        </w:tc>
        <w:tc>
          <w:tcPr>
            <w:tcW w:type="dxa" w:w="2160"/>
          </w:tcPr>
          <w:p>
            <w:r>
              <w:t>Have you had any FDA inspections in the past three years? If yes, what were the outcomes?</w:t>
              <w:br/>
              <w:t>Answer type: Yes-No + details</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1058-0306</w:t>
            </w:r>
          </w:p>
        </w:tc>
        <w:tc>
          <w:tcPr>
            <w:tcW w:type="dxa" w:w="2160"/>
          </w:tcPr>
          <w:p>
            <w:r>
              <w:t>USDA Guidelines</w:t>
            </w:r>
          </w:p>
        </w:tc>
        <w:tc>
          <w:tcPr>
            <w:tcW w:type="dxa" w:w="2160"/>
          </w:tcPr>
          <w:p>
            <w:r>
              <w:t>What specific USDA programs do you participate in related to millet production?</w:t>
              <w:br/>
              <w:t>Answer type: Multi-select</w:t>
              <w:br/>
              <w:t>Trigger: Always</w:t>
              <w:br/>
              <w:t>Required: No</w:t>
              <w:br/>
              <w:t>Risk: Medium</w:t>
            </w:r>
          </w:p>
        </w:tc>
        <w:tc>
          <w:tcPr>
            <w:tcW w:type="dxa" w:w="2160"/>
          </w:tcPr>
          <w:p>
            <w:r>
              <w:t>Primary authority: USDA Agricultural Marketing Service</w:t>
              <w:br/>
              <w:t>Response: ___________________________</w:t>
              <w:br/>
              <w:t>Evidence: ___________________________</w:t>
              <w:br/>
              <w:t>Reviewer conclusion: ___________________________</w:t>
            </w:r>
          </w:p>
        </w:tc>
      </w:tr>
      <w:tr>
        <w:tc>
          <w:tcPr>
            <w:tcW w:type="dxa" w:w="2160"/>
          </w:tcPr>
          <w:p>
            <w:r>
              <w:t>1058-0307</w:t>
            </w:r>
          </w:p>
        </w:tc>
        <w:tc>
          <w:tcPr>
            <w:tcW w:type="dxa" w:w="2160"/>
          </w:tcPr>
          <w:p>
            <w:r>
              <w:t>Organic Certification</w:t>
            </w:r>
          </w:p>
        </w:tc>
        <w:tc>
          <w:tcPr>
            <w:tcW w:type="dxa" w:w="2160"/>
          </w:tcPr>
          <w:p>
            <w:r>
              <w:t>What challenges have you faced in the organic certification process for your millet?</w:t>
              <w:br/>
              <w:t>Answer type: Long text</w:t>
              <w:br/>
              <w:t>Trigger: Always</w:t>
              <w:br/>
              <w:t>Required: No</w:t>
              <w:br/>
              <w:t>Risk: High</w:t>
            </w:r>
          </w:p>
        </w:tc>
        <w:tc>
          <w:tcPr>
            <w:tcW w:type="dxa" w:w="2160"/>
          </w:tcPr>
          <w:p>
            <w:r>
              <w:t>Primary authority: USDA Organic Regulations</w:t>
              <w:br/>
              <w:t>Response: ___________________________</w:t>
              <w:br/>
              <w:t>Evidence: ___________________________</w:t>
              <w:br/>
              <w:t>Reviewer conclusion: ___________________________</w:t>
            </w:r>
          </w:p>
        </w:tc>
      </w:tr>
      <w:tr>
        <w:tc>
          <w:tcPr>
            <w:tcW w:type="dxa" w:w="2160"/>
          </w:tcPr>
          <w:p>
            <w:r>
              <w:t>1058-0308</w:t>
            </w:r>
          </w:p>
        </w:tc>
        <w:tc>
          <w:tcPr>
            <w:tcW w:type="dxa" w:w="2160"/>
          </w:tcPr>
          <w:p>
            <w:r>
              <w:t>Labeling Laws</w:t>
            </w:r>
          </w:p>
        </w:tc>
        <w:tc>
          <w:tcPr>
            <w:tcW w:type="dxa" w:w="2160"/>
          </w:tcPr>
          <w:p>
            <w:r>
              <w:t>How do you handle labeling for millet products that are both organic and non-organic?</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1058-0309</w:t>
            </w:r>
          </w:p>
        </w:tc>
        <w:tc>
          <w:tcPr>
            <w:tcW w:type="dxa" w:w="2160"/>
          </w:tcPr>
          <w:p>
            <w:r>
              <w:t>Food Safety Standards</w:t>
            </w:r>
          </w:p>
        </w:tc>
        <w:tc>
          <w:tcPr>
            <w:tcW w:type="dxa" w:w="2160"/>
          </w:tcPr>
          <w:p>
            <w:r>
              <w:t>What training do your employees receive regarding food safety standards in millet processing?</w:t>
              <w:br/>
              <w:t>Answer type: Long text</w:t>
              <w:br/>
              <w:t>Trigger: Always</w:t>
              <w:br/>
              <w:t>Required: No</w:t>
              <w:br/>
              <w:t>Risk: Medium</w:t>
            </w:r>
          </w:p>
        </w:tc>
        <w:tc>
          <w:tcPr>
            <w:tcW w:type="dxa" w:w="2160"/>
          </w:tcPr>
          <w:p>
            <w:r>
              <w:t>Primary authority: FDA Food Safety Modernization Act</w:t>
              <w:br/>
              <w:t>Response: ___________________________</w:t>
              <w:br/>
              <w:t>Evidence: ___________________________</w:t>
              <w:br/>
              <w:t>Reviewer conclusion: ___________________________</w:t>
            </w:r>
          </w:p>
        </w:tc>
      </w:tr>
      <w:tr>
        <w:tc>
          <w:tcPr>
            <w:tcW w:type="dxa" w:w="2160"/>
          </w:tcPr>
          <w:p>
            <w:r>
              <w:t>1058-0310</w:t>
            </w:r>
          </w:p>
        </w:tc>
        <w:tc>
          <w:tcPr>
            <w:tcW w:type="dxa" w:w="2160"/>
          </w:tcPr>
          <w:p>
            <w:r>
              <w:t>Environmental Regulations</w:t>
            </w:r>
          </w:p>
        </w:tc>
        <w:tc>
          <w:tcPr>
            <w:tcW w:type="dxa" w:w="2160"/>
          </w:tcPr>
          <w:p>
            <w:r>
              <w:t>What measures do you take to minimize environmental impact during millet cultivation?</w:t>
              <w:br/>
              <w:t>Answer type: Long text</w:t>
              <w:br/>
              <w:t>Trigger: Always</w:t>
              <w:br/>
              <w:t>Required: No</w:t>
              <w:br/>
              <w:t>Risk: Medium</w:t>
            </w:r>
          </w:p>
        </w:tc>
        <w:tc>
          <w:tcPr>
            <w:tcW w:type="dxa" w:w="2160"/>
          </w:tcPr>
          <w:p>
            <w:r>
              <w:t>Primary authority: Environmental Protection Agency (EPA) guidelines</w:t>
              <w:br/>
              <w:t>Response: ___________________________</w:t>
              <w:br/>
              <w:t>Evidence: ___________________________</w:t>
              <w:br/>
              <w:t>Reviewer conclusion: ___________________________</w:t>
            </w:r>
          </w:p>
        </w:tc>
      </w:tr>
      <w:tr>
        <w:tc>
          <w:tcPr>
            <w:tcW w:type="dxa" w:w="2160"/>
          </w:tcPr>
          <w:p>
            <w:r>
              <w:t>1058-0311</w:t>
            </w:r>
          </w:p>
        </w:tc>
        <w:tc>
          <w:tcPr>
            <w:tcW w:type="dxa" w:w="2160"/>
          </w:tcPr>
          <w:p>
            <w:r>
              <w:t>Record-Keeping</w:t>
            </w:r>
          </w:p>
        </w:tc>
        <w:tc>
          <w:tcPr>
            <w:tcW w:type="dxa" w:w="2160"/>
          </w:tcPr>
          <w:p>
            <w:r>
              <w:t>How often do you review your records for compliance with millet regulations?</w:t>
              <w:br/>
              <w:t>Answer type: Single 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1058-0312</w:t>
            </w:r>
          </w:p>
        </w:tc>
        <w:tc>
          <w:tcPr>
            <w:tcW w:type="dxa" w:w="2160"/>
          </w:tcPr>
          <w:p>
            <w:r>
              <w:t>Audit Processes</w:t>
            </w:r>
          </w:p>
        </w:tc>
        <w:tc>
          <w:tcPr>
            <w:tcW w:type="dxa" w:w="2160"/>
          </w:tcPr>
          <w:p>
            <w:r>
              <w:t>What external audits have you undergone related to millet production and processing?</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1058-0313</w:t>
            </w:r>
          </w:p>
        </w:tc>
        <w:tc>
          <w:tcPr>
            <w:tcW w:type="dxa" w:w="2160"/>
          </w:tcPr>
          <w:p>
            <w:r>
              <w:t>FDA Regulations</w:t>
            </w:r>
          </w:p>
        </w:tc>
        <w:tc>
          <w:tcPr>
            <w:tcW w:type="dxa" w:w="2160"/>
          </w:tcPr>
          <w:p>
            <w:r>
              <w:t>What documentation do you maintain to demonstrate compliance with FDA regulations?</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1058-0314</w:t>
            </w:r>
          </w:p>
        </w:tc>
        <w:tc>
          <w:tcPr>
            <w:tcW w:type="dxa" w:w="2160"/>
          </w:tcPr>
          <w:p>
            <w:r>
              <w:t>USDA Guidelines</w:t>
            </w:r>
          </w:p>
        </w:tc>
        <w:tc>
          <w:tcPr>
            <w:tcW w:type="dxa" w:w="2160"/>
          </w:tcPr>
          <w:p>
            <w:r>
              <w:t>How do you ensure that your millet meets USDA quality standards?</w:t>
              <w:br/>
              <w:t>Answer type: Long text</w:t>
              <w:br/>
              <w:t>Trigger: Always</w:t>
              <w:br/>
              <w:t>Required: No</w:t>
              <w:br/>
              <w:t>Risk: Medium</w:t>
            </w:r>
          </w:p>
        </w:tc>
        <w:tc>
          <w:tcPr>
            <w:tcW w:type="dxa" w:w="2160"/>
          </w:tcPr>
          <w:p>
            <w:r>
              <w:t>Primary authority: USDA Agricultural Marketing Service</w:t>
              <w:br/>
              <w:t>Response: ___________________________</w:t>
              <w:br/>
              <w:t>Evidence: ___________________________</w:t>
              <w:br/>
              <w:t>Reviewer conclusion: ___________________________</w:t>
            </w:r>
          </w:p>
        </w:tc>
      </w:tr>
      <w:tr>
        <w:tc>
          <w:tcPr>
            <w:tcW w:type="dxa" w:w="2160"/>
          </w:tcPr>
          <w:p>
            <w:r>
              <w:t>1058-0315</w:t>
            </w:r>
          </w:p>
        </w:tc>
        <w:tc>
          <w:tcPr>
            <w:tcW w:type="dxa" w:w="2160"/>
          </w:tcPr>
          <w:p>
            <w:r>
              <w:t>Organic Certification</w:t>
            </w:r>
          </w:p>
        </w:tc>
        <w:tc>
          <w:tcPr>
            <w:tcW w:type="dxa" w:w="2160"/>
          </w:tcPr>
          <w:p>
            <w:r>
              <w:t>What specific organic practices do you implement in millet farming?</w:t>
              <w:br/>
              <w:t>Answer type: Long text</w:t>
              <w:br/>
              <w:t>Trigger: Always</w:t>
              <w:br/>
              <w:t>Required: No</w:t>
              <w:br/>
              <w:t>Risk: High</w:t>
            </w:r>
          </w:p>
        </w:tc>
        <w:tc>
          <w:tcPr>
            <w:tcW w:type="dxa" w:w="2160"/>
          </w:tcPr>
          <w:p>
            <w:r>
              <w:t>Primary authority: USDA Organic Regulations</w:t>
              <w:br/>
              <w:t>Response: ___________________________</w:t>
              <w:br/>
              <w:t>Evidence: ___________________________</w:t>
              <w:br/>
              <w:t>Reviewer conclusion: ___________________________</w:t>
            </w:r>
          </w:p>
        </w:tc>
      </w:tr>
      <w:tr>
        <w:tc>
          <w:tcPr>
            <w:tcW w:type="dxa" w:w="2160"/>
          </w:tcPr>
          <w:p>
            <w:r>
              <w:t>1058-0316</w:t>
            </w:r>
          </w:p>
        </w:tc>
        <w:tc>
          <w:tcPr>
            <w:tcW w:type="dxa" w:w="2160"/>
          </w:tcPr>
          <w:p>
            <w:r>
              <w:t>Labeling Laws</w:t>
            </w:r>
          </w:p>
        </w:tc>
        <w:tc>
          <w:tcPr>
            <w:tcW w:type="dxa" w:w="2160"/>
          </w:tcPr>
          <w:p>
            <w:r>
              <w:t>What claims do you make on your millet product labels, and how do you substantiate them?</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1058-0317</w:t>
            </w:r>
          </w:p>
        </w:tc>
        <w:tc>
          <w:tcPr>
            <w:tcW w:type="dxa" w:w="2160"/>
          </w:tcPr>
          <w:p>
            <w:r>
              <w:t>Food Safety Standards</w:t>
            </w:r>
          </w:p>
        </w:tc>
        <w:tc>
          <w:tcPr>
            <w:tcW w:type="dxa" w:w="2160"/>
          </w:tcPr>
          <w:p>
            <w:r>
              <w:t>What procedures do you have in place for handling food safety incidents related to millet?</w:t>
              <w:br/>
              <w:t>Answer type: Long text</w:t>
              <w:br/>
              <w:t>Trigger: Always</w:t>
              <w:br/>
              <w:t>Required: No</w:t>
              <w:br/>
              <w:t>Risk: High</w:t>
            </w:r>
          </w:p>
        </w:tc>
        <w:tc>
          <w:tcPr>
            <w:tcW w:type="dxa" w:w="2160"/>
          </w:tcPr>
          <w:p>
            <w:r>
              <w:t>Primary authority: FDA Food Safety Modernization Act</w:t>
              <w:br/>
              <w:t>Response: ___________________________</w:t>
              <w:br/>
              <w:t>Evidence: ___________________________</w:t>
              <w:br/>
              <w:t>Reviewer conclusion: ___________________________</w:t>
            </w:r>
          </w:p>
        </w:tc>
      </w:tr>
      <w:tr>
        <w:tc>
          <w:tcPr>
            <w:tcW w:type="dxa" w:w="2160"/>
          </w:tcPr>
          <w:p>
            <w:r>
              <w:t>1058-0318</w:t>
            </w:r>
          </w:p>
        </w:tc>
        <w:tc>
          <w:tcPr>
            <w:tcW w:type="dxa" w:w="2160"/>
          </w:tcPr>
          <w:p>
            <w:r>
              <w:t>Environmental Regulations</w:t>
            </w:r>
          </w:p>
        </w:tc>
        <w:tc>
          <w:tcPr>
            <w:tcW w:type="dxa" w:w="2160"/>
          </w:tcPr>
          <w:p>
            <w:r>
              <w:t>How do you monitor compliance with environmental regulations on your millet farm?</w:t>
              <w:br/>
              <w:t>Answer type: Long text</w:t>
              <w:br/>
              <w:t>Trigger: Always</w:t>
              <w:br/>
              <w:t>Required: No</w:t>
              <w:br/>
              <w:t>Risk: Medium</w:t>
            </w:r>
          </w:p>
        </w:tc>
        <w:tc>
          <w:tcPr>
            <w:tcW w:type="dxa" w:w="2160"/>
          </w:tcPr>
          <w:p>
            <w:r>
              <w:t>Primary authority: Environmental Protection Agency (EPA) guidelines</w:t>
              <w:br/>
              <w:t>Response: ___________________________</w:t>
              <w:br/>
              <w:t>Evidence: ___________________________</w:t>
              <w:br/>
              <w:t>Reviewer conclusion: ___________________________</w:t>
            </w:r>
          </w:p>
        </w:tc>
      </w:tr>
      <w:tr>
        <w:tc>
          <w:tcPr>
            <w:tcW w:type="dxa" w:w="2160"/>
          </w:tcPr>
          <w:p>
            <w:r>
              <w:t>1058-0319</w:t>
            </w:r>
          </w:p>
        </w:tc>
        <w:tc>
          <w:tcPr>
            <w:tcW w:type="dxa" w:w="2160"/>
          </w:tcPr>
          <w:p>
            <w:r>
              <w:t>Record-Keeping</w:t>
            </w:r>
          </w:p>
        </w:tc>
        <w:tc>
          <w:tcPr>
            <w:tcW w:type="dxa" w:w="2160"/>
          </w:tcPr>
          <w:p>
            <w:r>
              <w:t>What types of records do you maintain for your millet production and processing operations?</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1058-0320</w:t>
            </w:r>
          </w:p>
        </w:tc>
        <w:tc>
          <w:tcPr>
            <w:tcW w:type="dxa" w:w="2160"/>
          </w:tcPr>
          <w:p>
            <w:r>
              <w:t>Audit Processes</w:t>
            </w:r>
          </w:p>
        </w:tc>
        <w:tc>
          <w:tcPr>
            <w:tcW w:type="dxa" w:w="2160"/>
          </w:tcPr>
          <w:p>
            <w:r>
              <w:t>What corrective actions have you implemented following past audits related to millet?</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1058-0321</w:t>
            </w:r>
          </w:p>
        </w:tc>
        <w:tc>
          <w:tcPr>
            <w:tcW w:type="dxa" w:w="2160"/>
          </w:tcPr>
          <w:p>
            <w:r>
              <w:t>Compliance Procedures</w:t>
            </w:r>
          </w:p>
        </w:tc>
        <w:tc>
          <w:tcPr>
            <w:tcW w:type="dxa" w:w="2160"/>
          </w:tcPr>
          <w:p>
            <w:r>
              <w:t>What procedures do you follow to ensure compliance with state agricultural regulations for millet farming?</w:t>
              <w:br/>
              <w:t>Answer type: text</w:t>
              <w:br/>
              <w:t>Trigger: none</w:t>
              <w:br/>
              <w:t>Required: Yes</w:t>
              <w:br/>
              <w:t>Risk: High</w:t>
            </w:r>
          </w:p>
        </w:tc>
        <w:tc>
          <w:tcPr>
            <w:tcW w:type="dxa" w:w="2160"/>
          </w:tcPr>
          <w:p>
            <w:r>
              <w:t>Primary authority: California FTB</w:t>
              <w:br/>
              <w:t>Response: ___________________________</w:t>
              <w:br/>
              <w:t>Evidence: ___________________________</w:t>
              <w:br/>
              <w:t>Reviewer conclusion: ___________________________</w:t>
            </w:r>
          </w:p>
        </w:tc>
      </w:tr>
      <w:tr>
        <w:tc>
          <w:tcPr>
            <w:tcW w:type="dxa" w:w="2160"/>
          </w:tcPr>
          <w:p>
            <w:r>
              <w:t>1058-0322</w:t>
            </w:r>
          </w:p>
        </w:tc>
        <w:tc>
          <w:tcPr>
            <w:tcW w:type="dxa" w:w="2160"/>
          </w:tcPr>
          <w:p>
            <w:r>
              <w:t>Documentation Practices</w:t>
            </w:r>
          </w:p>
        </w:tc>
        <w:tc>
          <w:tcPr>
            <w:tcW w:type="dxa" w:w="2160"/>
          </w:tcPr>
          <w:p>
            <w:r>
              <w:t>How do you document compliance with federal agricultural regulations in your millet farming operations?</w:t>
              <w:br/>
              <w:t>Answer type: text</w:t>
              <w:br/>
              <w:t>Trigger: none</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1058-0323</w:t>
            </w:r>
          </w:p>
        </w:tc>
        <w:tc>
          <w:tcPr>
            <w:tcW w:type="dxa" w:w="2160"/>
          </w:tcPr>
          <w:p>
            <w:r>
              <w:t>Audit Readiness</w:t>
            </w:r>
          </w:p>
        </w:tc>
        <w:tc>
          <w:tcPr>
            <w:tcW w:type="dxa" w:w="2160"/>
          </w:tcPr>
          <w:p>
            <w:r>
              <w:t>What measures are in place to ensure your operations are ready for regulatory audits?</w:t>
              <w:br/>
              <w:t>Answer type: text</w:t>
              <w:br/>
              <w:t>Trigger: none</w:t>
              <w:br/>
              <w:t>Required: Yes</w:t>
              <w:br/>
              <w:t>Risk: Medium</w:t>
            </w:r>
          </w:p>
        </w:tc>
        <w:tc>
          <w:tcPr>
            <w:tcW w:type="dxa" w:w="2160"/>
          </w:tcPr>
          <w:p>
            <w:r>
              <w:t>Primary authority: Common</w:t>
              <w:br/>
              <w:t>Response: ___________________________</w:t>
              <w:br/>
              <w:t>Evidence: ___________________________</w:t>
              <w:br/>
              <w:t>Reviewer conclusion: ___________________________</w:t>
            </w:r>
          </w:p>
        </w:tc>
      </w:tr>
      <w:tr>
        <w:tc>
          <w:tcPr>
            <w:tcW w:type="dxa" w:w="2160"/>
          </w:tcPr>
          <w:p>
            <w:r>
              <w:t>1058-0324</w:t>
            </w:r>
          </w:p>
        </w:tc>
        <w:tc>
          <w:tcPr>
            <w:tcW w:type="dxa" w:w="2160"/>
          </w:tcPr>
          <w:p>
            <w:r>
              <w:t>Training Programs</w:t>
            </w:r>
          </w:p>
        </w:tc>
        <w:tc>
          <w:tcPr>
            <w:tcW w:type="dxa" w:w="2160"/>
          </w:tcPr>
          <w:p>
            <w:r>
              <w:t>What training programs do you have for employees regarding regulatory compliance in millet farming?</w:t>
              <w:br/>
              <w:t>Answer type: text</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bl>
    <w:p/>
    <w:p>
      <w:pPr>
        <w:pStyle w:val="Heading2"/>
      </w:pPr>
      <w:r>
        <w:t>SUSTAINABILITY-PRACTICES-IMPLEMENTATION (25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1058-0325</w:t>
            </w:r>
          </w:p>
        </w:tc>
        <w:tc>
          <w:tcPr>
            <w:tcW w:type="dxa" w:w="2160"/>
          </w:tcPr>
          <w:p>
            <w:r>
              <w:t>Water Conservation</w:t>
            </w:r>
          </w:p>
        </w:tc>
        <w:tc>
          <w:tcPr>
            <w:tcW w:type="dxa" w:w="2160"/>
          </w:tcPr>
          <w:p>
            <w:r>
              <w:t>What specific methods have you implemented to conserve water in your millet farming operations, and how do you measure their effectiveness?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1058-0326</w:t>
            </w:r>
          </w:p>
        </w:tc>
        <w:tc>
          <w:tcPr>
            <w:tcW w:type="dxa" w:w="2160"/>
          </w:tcPr>
          <w:p>
            <w:r>
              <w:t>Soil Management</w:t>
            </w:r>
          </w:p>
        </w:tc>
        <w:tc>
          <w:tcPr>
            <w:tcW w:type="dxa" w:w="2160"/>
          </w:tcPr>
          <w:p>
            <w:r>
              <w:t>Describe any innovative soil management practices you have adopted to enhance soil health and fertility in millet production. What metrics do you use to assess their impact?</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1058-0327</w:t>
            </w:r>
          </w:p>
        </w:tc>
        <w:tc>
          <w:tcPr>
            <w:tcW w:type="dxa" w:w="2160"/>
          </w:tcPr>
          <w:p>
            <w:r>
              <w:t>Biodiversity</w:t>
            </w:r>
          </w:p>
        </w:tc>
        <w:tc>
          <w:tcPr>
            <w:tcW w:type="dxa" w:w="2160"/>
          </w:tcPr>
          <w:p>
            <w:r>
              <w:t>What strategies have you employed to promote biodiversity on your millet farm, and what specific outcomes have you observed?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1058-0328</w:t>
            </w:r>
          </w:p>
        </w:tc>
        <w:tc>
          <w:tcPr>
            <w:tcW w:type="dxa" w:w="2160"/>
          </w:tcPr>
          <w:p>
            <w:r>
              <w:t>Carbon Footprint</w:t>
            </w:r>
          </w:p>
        </w:tc>
        <w:tc>
          <w:tcPr>
            <w:tcW w:type="dxa" w:w="2160"/>
          </w:tcPr>
          <w:p>
            <w:r>
              <w:t>How do you calculate the carbon footprint of your millet farming operations, and what steps have you taken to reduce it?</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1058-0329</w:t>
            </w:r>
          </w:p>
        </w:tc>
        <w:tc>
          <w:tcPr>
            <w:tcW w:type="dxa" w:w="2160"/>
          </w:tcPr>
          <w:p>
            <w:r>
              <w:t>Waste Reduction</w:t>
            </w:r>
          </w:p>
        </w:tc>
        <w:tc>
          <w:tcPr>
            <w:tcW w:type="dxa" w:w="2160"/>
          </w:tcPr>
          <w:p>
            <w:r>
              <w:t>What waste reduction initiatives have you implemented in your millet processing operations, and how do you track their effectiveness?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1058-0330</w:t>
            </w:r>
          </w:p>
        </w:tc>
        <w:tc>
          <w:tcPr>
            <w:tcW w:type="dxa" w:w="2160"/>
          </w:tcPr>
          <w:p>
            <w:r>
              <w:t>Energy Use</w:t>
            </w:r>
          </w:p>
        </w:tc>
        <w:tc>
          <w:tcPr>
            <w:tcW w:type="dxa" w:w="2160"/>
          </w:tcPr>
          <w:p>
            <w:r>
              <w:t>What renewable energy sources have you integrated into your millet farming and processing operations, and what percentage of your energy needs do they fulfill?</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1058-0331</w:t>
            </w:r>
          </w:p>
        </w:tc>
        <w:tc>
          <w:tcPr>
            <w:tcW w:type="dxa" w:w="2160"/>
          </w:tcPr>
          <w:p>
            <w:r>
              <w:t>Sustainable Sourcing</w:t>
            </w:r>
          </w:p>
        </w:tc>
        <w:tc>
          <w:tcPr>
            <w:tcW w:type="dxa" w:w="2160"/>
          </w:tcPr>
          <w:p>
            <w:r>
              <w:t>What criteria do you use to ensure that your millet seeds and inputs are sustainably sourced, and how do you verify compliance?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1058-0332</w:t>
            </w:r>
          </w:p>
        </w:tc>
        <w:tc>
          <w:tcPr>
            <w:tcW w:type="dxa" w:w="2160"/>
          </w:tcPr>
          <w:p>
            <w:r>
              <w:t>Community Engagement</w:t>
            </w:r>
          </w:p>
        </w:tc>
        <w:tc>
          <w:tcPr>
            <w:tcW w:type="dxa" w:w="2160"/>
          </w:tcPr>
          <w:p>
            <w:r>
              <w:t>How do you engage with the local community regarding your sustainable practices in millet farming, and what feedback have you received?</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1058-0333</w:t>
            </w:r>
          </w:p>
        </w:tc>
        <w:tc>
          <w:tcPr>
            <w:tcW w:type="dxa" w:w="2160"/>
          </w:tcPr>
          <w:p>
            <w:r>
              <w:t>Water Conservation</w:t>
            </w:r>
          </w:p>
        </w:tc>
        <w:tc>
          <w:tcPr>
            <w:tcW w:type="dxa" w:w="2160"/>
          </w:tcPr>
          <w:p>
            <w:r>
              <w:t xml:space="preserve">Have you implemented any rainwater harvesting systems? If yes, please describe the system and its impact on your water usage. </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1058-0334</w:t>
            </w:r>
          </w:p>
        </w:tc>
        <w:tc>
          <w:tcPr>
            <w:tcW w:type="dxa" w:w="2160"/>
          </w:tcPr>
          <w:p>
            <w:r>
              <w:t>Soil Management</w:t>
            </w:r>
          </w:p>
        </w:tc>
        <w:tc>
          <w:tcPr>
            <w:tcW w:type="dxa" w:w="2160"/>
          </w:tcPr>
          <w:p>
            <w:r>
              <w:t>What soil testing methods do you use to monitor soil health, and how frequently are these tests conducted?</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1058-0335</w:t>
            </w:r>
          </w:p>
        </w:tc>
        <w:tc>
          <w:tcPr>
            <w:tcW w:type="dxa" w:w="2160"/>
          </w:tcPr>
          <w:p>
            <w:r>
              <w:t>Biodiversity</w:t>
            </w:r>
          </w:p>
        </w:tc>
        <w:tc>
          <w:tcPr>
            <w:tcW w:type="dxa" w:w="2160"/>
          </w:tcPr>
          <w:p>
            <w:r>
              <w:t xml:space="preserve">Have you established any partnerships with local conservation organizations to enhance biodiversity on your farm? Please provide details. </w:t>
              <w:br/>
              <w:t>Answer type: Yes-No + details</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1058-0336</w:t>
            </w:r>
          </w:p>
        </w:tc>
        <w:tc>
          <w:tcPr>
            <w:tcW w:type="dxa" w:w="2160"/>
          </w:tcPr>
          <w:p>
            <w:r>
              <w:t>Carbon Footprint</w:t>
            </w:r>
          </w:p>
        </w:tc>
        <w:tc>
          <w:tcPr>
            <w:tcW w:type="dxa" w:w="2160"/>
          </w:tcPr>
          <w:p>
            <w:r>
              <w:t>What specific practices have you adopted to offset your carbon emissions from millet farming?</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1058-0337</w:t>
            </w:r>
          </w:p>
        </w:tc>
        <w:tc>
          <w:tcPr>
            <w:tcW w:type="dxa" w:w="2160"/>
          </w:tcPr>
          <w:p>
            <w:r>
              <w:t>Waste Reduction</w:t>
            </w:r>
          </w:p>
        </w:tc>
        <w:tc>
          <w:tcPr>
            <w:tcW w:type="dxa" w:w="2160"/>
          </w:tcPr>
          <w:p>
            <w:r>
              <w:t>What percentage of by-products from millet processing are repurposed or recycled, and what methods do you use to track this?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1058-0338</w:t>
            </w:r>
          </w:p>
        </w:tc>
        <w:tc>
          <w:tcPr>
            <w:tcW w:type="dxa" w:w="2160"/>
          </w:tcPr>
          <w:p>
            <w:r>
              <w:t>Energy Use</w:t>
            </w:r>
          </w:p>
        </w:tc>
        <w:tc>
          <w:tcPr>
            <w:tcW w:type="dxa" w:w="2160"/>
          </w:tcPr>
          <w:p>
            <w:r>
              <w:t>What energy efficiency measures have you implemented in your processing facilities, and what savings have you achieved?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1058-0339</w:t>
            </w:r>
          </w:p>
        </w:tc>
        <w:tc>
          <w:tcPr>
            <w:tcW w:type="dxa" w:w="2160"/>
          </w:tcPr>
          <w:p>
            <w:r>
              <w:t>Sustainable Sourcing</w:t>
            </w:r>
          </w:p>
        </w:tc>
        <w:tc>
          <w:tcPr>
            <w:tcW w:type="dxa" w:w="2160"/>
          </w:tcPr>
          <w:p>
            <w:r>
              <w:t>How do you assess the sustainability of your suppliers, and what criteria do you apply?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1058-0340</w:t>
            </w:r>
          </w:p>
        </w:tc>
        <w:tc>
          <w:tcPr>
            <w:tcW w:type="dxa" w:w="2160"/>
          </w:tcPr>
          <w:p>
            <w:r>
              <w:t>Community Engagement</w:t>
            </w:r>
          </w:p>
        </w:tc>
        <w:tc>
          <w:tcPr>
            <w:tcW w:type="dxa" w:w="2160"/>
          </w:tcPr>
          <w:p>
            <w:r>
              <w:t>What initiatives have you undertaken to educate the community about sustainable millet farming practices?</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1058-0341</w:t>
            </w:r>
          </w:p>
        </w:tc>
        <w:tc>
          <w:tcPr>
            <w:tcW w:type="dxa" w:w="2160"/>
          </w:tcPr>
          <w:p>
            <w:r>
              <w:t>Water Conservation</w:t>
            </w:r>
          </w:p>
        </w:tc>
        <w:tc>
          <w:tcPr>
            <w:tcW w:type="dxa" w:w="2160"/>
          </w:tcPr>
          <w:p>
            <w:r>
              <w:t>What technologies have you adopted for irrigation efficiency, and how do you evaluate their performance?</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1058-0342</w:t>
            </w:r>
          </w:p>
        </w:tc>
        <w:tc>
          <w:tcPr>
            <w:tcW w:type="dxa" w:w="2160"/>
          </w:tcPr>
          <w:p>
            <w:r>
              <w:t>Soil Management</w:t>
            </w:r>
          </w:p>
        </w:tc>
        <w:tc>
          <w:tcPr>
            <w:tcW w:type="dxa" w:w="2160"/>
          </w:tcPr>
          <w:p>
            <w:r>
              <w:t xml:space="preserve">Have you adopted cover cropping or crop rotation practices? If so, please describe their implementation and benefits observed. </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1058-0343</w:t>
            </w:r>
          </w:p>
        </w:tc>
        <w:tc>
          <w:tcPr>
            <w:tcW w:type="dxa" w:w="2160"/>
          </w:tcPr>
          <w:p>
            <w:r>
              <w:t>Biodiversity</w:t>
            </w:r>
          </w:p>
        </w:tc>
        <w:tc>
          <w:tcPr>
            <w:tcW w:type="dxa" w:w="2160"/>
          </w:tcPr>
          <w:p>
            <w:r>
              <w:t>What specific native species have you introduced to your farm to enhance biodiversity, and what impact have they had?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1058-0344</w:t>
            </w:r>
          </w:p>
        </w:tc>
        <w:tc>
          <w:tcPr>
            <w:tcW w:type="dxa" w:w="2160"/>
          </w:tcPr>
          <w:p>
            <w:r>
              <w:t>Carbon Footprint</w:t>
            </w:r>
          </w:p>
        </w:tc>
        <w:tc>
          <w:tcPr>
            <w:tcW w:type="dxa" w:w="2160"/>
          </w:tcPr>
          <w:p>
            <w:r>
              <w:t>How do you monitor and report your greenhouse gas emissions related to millet production?</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1058-0345</w:t>
            </w:r>
          </w:p>
        </w:tc>
        <w:tc>
          <w:tcPr>
            <w:tcW w:type="dxa" w:w="2160"/>
          </w:tcPr>
          <w:p>
            <w:r>
              <w:t>Waste Reduction</w:t>
            </w:r>
          </w:p>
        </w:tc>
        <w:tc>
          <w:tcPr>
            <w:tcW w:type="dxa" w:w="2160"/>
          </w:tcPr>
          <w:p>
            <w:r>
              <w:t>What specific waste management practices have you implemented to minimize waste in your millet processing?</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1058-0346</w:t>
            </w:r>
          </w:p>
        </w:tc>
        <w:tc>
          <w:tcPr>
            <w:tcW w:type="dxa" w:w="2160"/>
          </w:tcPr>
          <w:p>
            <w:r>
              <w:t>Energy Use</w:t>
            </w:r>
          </w:p>
        </w:tc>
        <w:tc>
          <w:tcPr>
            <w:tcW w:type="dxa" w:w="2160"/>
          </w:tcPr>
          <w:p>
            <w:r>
              <w:t>What percentage of your energy consumption is derived from non-renewable sources, and what plans do you have to reduce this percentage?</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1058-0347</w:t>
            </w:r>
          </w:p>
        </w:tc>
        <w:tc>
          <w:tcPr>
            <w:tcW w:type="dxa" w:w="2160"/>
          </w:tcPr>
          <w:p>
            <w:r>
              <w:t>Sustainable Practices</w:t>
            </w:r>
          </w:p>
        </w:tc>
        <w:tc>
          <w:tcPr>
            <w:tcW w:type="dxa" w:w="2160"/>
          </w:tcPr>
          <w:p>
            <w:r>
              <w:t>What sustainable farming practices are you implementing to enhance millet production?</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1058-0348</w:t>
            </w:r>
          </w:p>
        </w:tc>
        <w:tc>
          <w:tcPr>
            <w:tcW w:type="dxa" w:w="2160"/>
          </w:tcPr>
          <w:p>
            <w:r>
              <w:t>Impact Assessment</w:t>
            </w:r>
          </w:p>
        </w:tc>
        <w:tc>
          <w:tcPr>
            <w:tcW w:type="dxa" w:w="2160"/>
          </w:tcPr>
          <w:p>
            <w:r>
              <w:t>How do you assess the environmental impact of your sustainability practices in millet farming?</w:t>
              <w:br/>
              <w:t>Answer type: text</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r>
        <w:tc>
          <w:tcPr>
            <w:tcW w:type="dxa" w:w="2160"/>
          </w:tcPr>
          <w:p>
            <w:r>
              <w:t>1058-0349</w:t>
            </w:r>
          </w:p>
        </w:tc>
        <w:tc>
          <w:tcPr>
            <w:tcW w:type="dxa" w:w="2160"/>
          </w:tcPr>
          <w:p>
            <w:r>
              <w:t>Community Engagement</w:t>
            </w:r>
          </w:p>
        </w:tc>
        <w:tc>
          <w:tcPr>
            <w:tcW w:type="dxa" w:w="2160"/>
          </w:tcPr>
          <w:p>
            <w:r>
              <w:t>How do you engage with the community to promote sustainable practices in millet farming?</w:t>
              <w:br/>
              <w:t>Answer type: text</w:t>
              <w:br/>
              <w:t>Trigger: none</w:t>
              <w:br/>
              <w:t>Required: Yes</w:t>
              <w:br/>
              <w:t>Risk: Medium</w:t>
            </w:r>
          </w:p>
        </w:tc>
        <w:tc>
          <w:tcPr>
            <w:tcW w:type="dxa" w:w="2160"/>
          </w:tcPr>
          <w:p>
            <w:r>
              <w:t>Primary authority: Common</w:t>
              <w:br/>
              <w:t>Response: ___________________________</w:t>
              <w:br/>
              <w:t>Evidence: ___________________________</w:t>
              <w:br/>
              <w:t>Reviewer conclusion: ___________________________</w:t>
            </w:r>
          </w:p>
        </w:tc>
      </w:tr>
    </w:tbl>
    <w:p/>
    <w:p>
      <w:pPr>
        <w:pStyle w:val="Heading2"/>
      </w:pPr>
      <w:r>
        <w:t>AUTOMATION-TECHNOLOGIES-ADOPTION (28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1058-0350</w:t>
            </w:r>
          </w:p>
        </w:tc>
        <w:tc>
          <w:tcPr>
            <w:tcW w:type="dxa" w:w="2160"/>
          </w:tcPr>
          <w:p>
            <w:r>
              <w:t>Precision Farming</w:t>
            </w:r>
          </w:p>
        </w:tc>
        <w:tc>
          <w:tcPr>
            <w:tcW w:type="dxa" w:w="2160"/>
          </w:tcPr>
          <w:p>
            <w:r>
              <w:t>What specific precision farming technologies have you implemented in your millet farming operations, and how have they contributed to crop yield improvements?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1058-0351</w:t>
            </w:r>
          </w:p>
        </w:tc>
        <w:tc>
          <w:tcPr>
            <w:tcW w:type="dxa" w:w="2160"/>
          </w:tcPr>
          <w:p>
            <w:r>
              <w:t>Robotics in Harvesting</w:t>
            </w:r>
          </w:p>
        </w:tc>
        <w:tc>
          <w:tcPr>
            <w:tcW w:type="dxa" w:w="2160"/>
          </w:tcPr>
          <w:p>
            <w:r>
              <w:t>Have you deployed any robotics systems for harvesting millet? If yes, please describe the technology used and its impact on labor costs and efficiency.</w:t>
              <w:br/>
              <w:t>Answer type: Long text</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1058-0352</w:t>
            </w:r>
          </w:p>
        </w:tc>
        <w:tc>
          <w:tcPr>
            <w:tcW w:type="dxa" w:w="2160"/>
          </w:tcPr>
          <w:p>
            <w:r>
              <w:t>Data Analytics</w:t>
            </w:r>
          </w:p>
        </w:tc>
        <w:tc>
          <w:tcPr>
            <w:tcW w:type="dxa" w:w="2160"/>
          </w:tcPr>
          <w:p>
            <w:r>
              <w:t>What data analytics tools do you utilize to analyze crop performance, and how do these tools inform your decision-making processes?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1058-0353</w:t>
            </w:r>
          </w:p>
        </w:tc>
        <w:tc>
          <w:tcPr>
            <w:tcW w:type="dxa" w:w="2160"/>
          </w:tcPr>
          <w:p>
            <w:r>
              <w:t>IoT Applications</w:t>
            </w:r>
          </w:p>
        </w:tc>
        <w:tc>
          <w:tcPr>
            <w:tcW w:type="dxa" w:w="2160"/>
          </w:tcPr>
          <w:p>
            <w:r>
              <w:t>Can you detail any Internet of Things (IoT) applications you have integrated into your farming operations, particularly in monitoring soil or weather conditions?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1058-0354</w:t>
            </w:r>
          </w:p>
        </w:tc>
        <w:tc>
          <w:tcPr>
            <w:tcW w:type="dxa" w:w="2160"/>
          </w:tcPr>
          <w:p>
            <w:r>
              <w:t>Sensors</w:t>
            </w:r>
          </w:p>
        </w:tc>
        <w:tc>
          <w:tcPr>
            <w:tcW w:type="dxa" w:w="2160"/>
          </w:tcPr>
          <w:p>
            <w:r>
              <w:t>What types of sensors have you installed in your millet fields, and how do they contribute to optimizing irrigation and fertilization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1058-0355</w:t>
            </w:r>
          </w:p>
        </w:tc>
        <w:tc>
          <w:tcPr>
            <w:tcW w:type="dxa" w:w="2160"/>
          </w:tcPr>
          <w:p>
            <w:r>
              <w:t>Machine Learning</w:t>
            </w:r>
          </w:p>
        </w:tc>
        <w:tc>
          <w:tcPr>
            <w:tcW w:type="dxa" w:w="2160"/>
          </w:tcPr>
          <w:p>
            <w:r>
              <w:t>Have you implemented any machine learning algorithms to predict crop diseases or yield outcomes? If so, please describe the models used and their effectiveness.</w:t>
              <w:br/>
              <w:t>Answer type: Long text</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1058-0356</w:t>
            </w:r>
          </w:p>
        </w:tc>
        <w:tc>
          <w:tcPr>
            <w:tcW w:type="dxa" w:w="2160"/>
          </w:tcPr>
          <w:p>
            <w:r>
              <w:t>Workflow Optimization</w:t>
            </w:r>
          </w:p>
        </w:tc>
        <w:tc>
          <w:tcPr>
            <w:tcW w:type="dxa" w:w="2160"/>
          </w:tcPr>
          <w:p>
            <w:r>
              <w:t>What specific workflow optimization techniques have you adopted in your millet processing operations, and how have they improved operational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1058-0357</w:t>
            </w:r>
          </w:p>
        </w:tc>
        <w:tc>
          <w:tcPr>
            <w:tcW w:type="dxa" w:w="2160"/>
          </w:tcPr>
          <w:p>
            <w:r>
              <w:t>Cost Savings</w:t>
            </w:r>
          </w:p>
        </w:tc>
        <w:tc>
          <w:tcPr>
            <w:tcW w:type="dxa" w:w="2160"/>
          </w:tcPr>
          <w:p>
            <w:r>
              <w:t>Can you quantify the cost savings achieved through the adoption of automation technologies in your millet farming and processing operations?</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1058-0358</w:t>
            </w:r>
          </w:p>
        </w:tc>
        <w:tc>
          <w:tcPr>
            <w:tcW w:type="dxa" w:w="2160"/>
          </w:tcPr>
          <w:p>
            <w:r>
              <w:t>Precision Farming</w:t>
            </w:r>
          </w:p>
        </w:tc>
        <w:tc>
          <w:tcPr>
            <w:tcW w:type="dxa" w:w="2160"/>
          </w:tcPr>
          <w:p>
            <w:r>
              <w:t>What challenges did you face while implementing precision farming technologies, and how did you address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1058-0359</w:t>
            </w:r>
          </w:p>
        </w:tc>
        <w:tc>
          <w:tcPr>
            <w:tcW w:type="dxa" w:w="2160"/>
          </w:tcPr>
          <w:p>
            <w:r>
              <w:t>Robotics in Harvesting</w:t>
            </w:r>
          </w:p>
        </w:tc>
        <w:tc>
          <w:tcPr>
            <w:tcW w:type="dxa" w:w="2160"/>
          </w:tcPr>
          <w:p>
            <w:r>
              <w:t>How have the robotics systems affected your harvesting timelines compared to traditional methods?</w:t>
              <w:br/>
              <w:t>Answer type: Percentage</w:t>
              <w:br/>
              <w:t>Trigger: Yes-No + details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1058-0360</w:t>
            </w:r>
          </w:p>
        </w:tc>
        <w:tc>
          <w:tcPr>
            <w:tcW w:type="dxa" w:w="2160"/>
          </w:tcPr>
          <w:p>
            <w:r>
              <w:t>Data Analytics</w:t>
            </w:r>
          </w:p>
        </w:tc>
        <w:tc>
          <w:tcPr>
            <w:tcW w:type="dxa" w:w="2160"/>
          </w:tcPr>
          <w:p>
            <w:r>
              <w:t>What specific metrics do you analyze using data analytics, and how often do you review these metrics?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1058-0361</w:t>
            </w:r>
          </w:p>
        </w:tc>
        <w:tc>
          <w:tcPr>
            <w:tcW w:type="dxa" w:w="2160"/>
          </w:tcPr>
          <w:p>
            <w:r>
              <w:t>IoT Applications</w:t>
            </w:r>
          </w:p>
        </w:tc>
        <w:tc>
          <w:tcPr>
            <w:tcW w:type="dxa" w:w="2160"/>
          </w:tcPr>
          <w:p>
            <w:r>
              <w:t>Describe how IoT applications have changed your approach to resource management in millet farming.</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1058-0362</w:t>
            </w:r>
          </w:p>
        </w:tc>
        <w:tc>
          <w:tcPr>
            <w:tcW w:type="dxa" w:w="2160"/>
          </w:tcPr>
          <w:p>
            <w:r>
              <w:t>Sensors</w:t>
            </w:r>
          </w:p>
        </w:tc>
        <w:tc>
          <w:tcPr>
            <w:tcW w:type="dxa" w:w="2160"/>
          </w:tcPr>
          <w:p>
            <w:r>
              <w:t>What types of data do your sensors collect, and how do you utilize this data to enhance your farming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1058-0363</w:t>
            </w:r>
          </w:p>
        </w:tc>
        <w:tc>
          <w:tcPr>
            <w:tcW w:type="dxa" w:w="2160"/>
          </w:tcPr>
          <w:p>
            <w:r>
              <w:t>Machine Learning</w:t>
            </w:r>
          </w:p>
        </w:tc>
        <w:tc>
          <w:tcPr>
            <w:tcW w:type="dxa" w:w="2160"/>
          </w:tcPr>
          <w:p>
            <w:r>
              <w:t>What specific machine learning applications have you developed for your millet operations, and what results have you observed?</w:t>
              <w:br/>
              <w:t>Answer type: Long text</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1058-0364</w:t>
            </w:r>
          </w:p>
        </w:tc>
        <w:tc>
          <w:tcPr>
            <w:tcW w:type="dxa" w:w="2160"/>
          </w:tcPr>
          <w:p>
            <w:r>
              <w:t>Workflow Optimization</w:t>
            </w:r>
          </w:p>
        </w:tc>
        <w:tc>
          <w:tcPr>
            <w:tcW w:type="dxa" w:w="2160"/>
          </w:tcPr>
          <w:p>
            <w:r>
              <w:t>How do you measure the success of workflow optimization initiatives in your processing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1058-0365</w:t>
            </w:r>
          </w:p>
        </w:tc>
        <w:tc>
          <w:tcPr>
            <w:tcW w:type="dxa" w:w="2160"/>
          </w:tcPr>
          <w:p>
            <w:r>
              <w:t>Cost Savings</w:t>
            </w:r>
          </w:p>
        </w:tc>
        <w:tc>
          <w:tcPr>
            <w:tcW w:type="dxa" w:w="2160"/>
          </w:tcPr>
          <w:p>
            <w:r>
              <w:t>What percentage of your total operational costs is attributed to automation technologies, and how has this changed over the past three years?</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1058-0366</w:t>
            </w:r>
          </w:p>
        </w:tc>
        <w:tc>
          <w:tcPr>
            <w:tcW w:type="dxa" w:w="2160"/>
          </w:tcPr>
          <w:p>
            <w:r>
              <w:t>Precision Farming</w:t>
            </w:r>
          </w:p>
        </w:tc>
        <w:tc>
          <w:tcPr>
            <w:tcW w:type="dxa" w:w="2160"/>
          </w:tcPr>
          <w:p>
            <w:r>
              <w:t>Have you conducted any experiments to test the effectiveness of precision farming technologies? If yes, please provide details.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1058-0367</w:t>
            </w:r>
          </w:p>
        </w:tc>
        <w:tc>
          <w:tcPr>
            <w:tcW w:type="dxa" w:w="2160"/>
          </w:tcPr>
          <w:p>
            <w:r>
              <w:t>Robotics in Harvesting</w:t>
            </w:r>
          </w:p>
        </w:tc>
        <w:tc>
          <w:tcPr>
            <w:tcW w:type="dxa" w:w="2160"/>
          </w:tcPr>
          <w:p>
            <w:r>
              <w:t>What specific tasks do your robotic systems perform during the harvesting process, and how do you evaluate their performance?</w:t>
              <w:br/>
              <w:t>Answer type: Long text</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1058-0368</w:t>
            </w:r>
          </w:p>
        </w:tc>
        <w:tc>
          <w:tcPr>
            <w:tcW w:type="dxa" w:w="2160"/>
          </w:tcPr>
          <w:p>
            <w:r>
              <w:t>Data Analytics</w:t>
            </w:r>
          </w:p>
        </w:tc>
        <w:tc>
          <w:tcPr>
            <w:tcW w:type="dxa" w:w="2160"/>
          </w:tcPr>
          <w:p>
            <w:r>
              <w:t>How do you integrate data analytics findings into your operational strategy for millet farming?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1058-0369</w:t>
            </w:r>
          </w:p>
        </w:tc>
        <w:tc>
          <w:tcPr>
            <w:tcW w:type="dxa" w:w="2160"/>
          </w:tcPr>
          <w:p>
            <w:r>
              <w:t>IoT Applications</w:t>
            </w:r>
          </w:p>
        </w:tc>
        <w:tc>
          <w:tcPr>
            <w:tcW w:type="dxa" w:w="2160"/>
          </w:tcPr>
          <w:p>
            <w:r>
              <w:t>What specific IoT devices have you implemented, and what data do they provide that is critical for your operations?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1058-0370</w:t>
            </w:r>
          </w:p>
        </w:tc>
        <w:tc>
          <w:tcPr>
            <w:tcW w:type="dxa" w:w="2160"/>
          </w:tcPr>
          <w:p>
            <w:r>
              <w:t>Sensors</w:t>
            </w:r>
          </w:p>
        </w:tc>
        <w:tc>
          <w:tcPr>
            <w:tcW w:type="dxa" w:w="2160"/>
          </w:tcPr>
          <w:p>
            <w:r>
              <w:t>How do you ensure the accuracy and reliability of the data collected by your sensors?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1058-0371</w:t>
            </w:r>
          </w:p>
        </w:tc>
        <w:tc>
          <w:tcPr>
            <w:tcW w:type="dxa" w:w="2160"/>
          </w:tcPr>
          <w:p>
            <w:r>
              <w:t>Machine Learning</w:t>
            </w:r>
          </w:p>
        </w:tc>
        <w:tc>
          <w:tcPr>
            <w:tcW w:type="dxa" w:w="2160"/>
          </w:tcPr>
          <w:p>
            <w:r>
              <w:t>What types of datasets do you use for training your machine learning models, and how do you validate their outcomes?</w:t>
              <w:br/>
              <w:t>Answer type: Long text</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1058-0372</w:t>
            </w:r>
          </w:p>
        </w:tc>
        <w:tc>
          <w:tcPr>
            <w:tcW w:type="dxa" w:w="2160"/>
          </w:tcPr>
          <w:p>
            <w:r>
              <w:t>Workflow Optimization</w:t>
            </w:r>
          </w:p>
        </w:tc>
        <w:tc>
          <w:tcPr>
            <w:tcW w:type="dxa" w:w="2160"/>
          </w:tcPr>
          <w:p>
            <w:r>
              <w:t>What specific software or tools have you adopted for workflow optimization, and what metrics do you track to assess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1058-0373</w:t>
            </w:r>
          </w:p>
        </w:tc>
        <w:tc>
          <w:tcPr>
            <w:tcW w:type="dxa" w:w="2160"/>
          </w:tcPr>
          <w:p>
            <w:r>
              <w:t>Cost Savings</w:t>
            </w:r>
          </w:p>
        </w:tc>
        <w:tc>
          <w:tcPr>
            <w:tcW w:type="dxa" w:w="2160"/>
          </w:tcPr>
          <w:p>
            <w:r>
              <w:t>What is the estimated return on investment (ROI) for the automation technologies you have implemented in your millet operations?</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1058-0374</w:t>
            </w:r>
          </w:p>
        </w:tc>
        <w:tc>
          <w:tcPr>
            <w:tcW w:type="dxa" w:w="2160"/>
          </w:tcPr>
          <w:p>
            <w:r>
              <w:t>Technology Assessment</w:t>
            </w:r>
          </w:p>
        </w:tc>
        <w:tc>
          <w:tcPr>
            <w:tcW w:type="dxa" w:w="2160"/>
          </w:tcPr>
          <w:p>
            <w:r>
              <w:t>What automation technologies are you currently testing to improve efficiency in millet farming?</w:t>
              <w:br/>
              <w:t>Answer type: text</w:t>
              <w:br/>
              <w:t>Trigger: none</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1058-0375</w:t>
            </w:r>
          </w:p>
        </w:tc>
        <w:tc>
          <w:tcPr>
            <w:tcW w:type="dxa" w:w="2160"/>
          </w:tcPr>
          <w:p>
            <w:r>
              <w:t>Implementation Challenges</w:t>
            </w:r>
          </w:p>
        </w:tc>
        <w:tc>
          <w:tcPr>
            <w:tcW w:type="dxa" w:w="2160"/>
          </w:tcPr>
          <w:p>
            <w:r>
              <w:t>What challenges have you faced in implementing automation technologies in your millet farming operations?</w:t>
              <w:br/>
              <w:t>Answer type: text</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r>
        <w:tc>
          <w:tcPr>
            <w:tcW w:type="dxa" w:w="2160"/>
          </w:tcPr>
          <w:p>
            <w:r>
              <w:t>1058-0376</w:t>
            </w:r>
          </w:p>
        </w:tc>
        <w:tc>
          <w:tcPr>
            <w:tcW w:type="dxa" w:w="2160"/>
          </w:tcPr>
          <w:p>
            <w:r>
              <w:t>Cost-Benefit Analysis</w:t>
            </w:r>
          </w:p>
        </w:tc>
        <w:tc>
          <w:tcPr>
            <w:tcW w:type="dxa" w:w="2160"/>
          </w:tcPr>
          <w:p>
            <w:r>
              <w:t>How do you evaluate the cost-effectiveness of the automation technologies you are adopting for millet farming?</w:t>
              <w:br/>
              <w:t>Answer type: text</w:t>
              <w:br/>
              <w:t>Trigger: none</w:t>
              <w:br/>
              <w:t>Required: Yes</w:t>
              <w:br/>
              <w:t>Risk: Medium</w:t>
            </w:r>
          </w:p>
        </w:tc>
        <w:tc>
          <w:tcPr>
            <w:tcW w:type="dxa" w:w="2160"/>
          </w:tcPr>
          <w:p>
            <w:r>
              <w:t>Primary authority: Common</w:t>
              <w:br/>
              <w:t>Response: ___________________________</w:t>
              <w:br/>
              <w:t>Evidence: ___________________________</w:t>
              <w:br/>
              <w:t>Reviewer conclusion: ___________________________</w:t>
            </w:r>
          </w:p>
        </w:tc>
      </w:tr>
      <w:tr>
        <w:tc>
          <w:tcPr>
            <w:tcW w:type="dxa" w:w="2160"/>
          </w:tcPr>
          <w:p>
            <w:r>
              <w:t>1058-0377</w:t>
            </w:r>
          </w:p>
        </w:tc>
        <w:tc>
          <w:tcPr>
            <w:tcW w:type="dxa" w:w="2160"/>
          </w:tcPr>
          <w:p>
            <w:r>
              <w:t>Data Management</w:t>
            </w:r>
          </w:p>
        </w:tc>
        <w:tc>
          <w:tcPr>
            <w:tcW w:type="dxa" w:w="2160"/>
          </w:tcPr>
          <w:p>
            <w:r>
              <w:t>How do you manage data generated from automation technologies in your millet farming operations?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DATA-SOFTWARE-SYSTEMS-UTILIZATION (29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1058-0378</w:t>
            </w:r>
          </w:p>
        </w:tc>
        <w:tc>
          <w:tcPr>
            <w:tcW w:type="dxa" w:w="2160"/>
          </w:tcPr>
          <w:p>
            <w:r>
              <w:t>Farm Management Software</w:t>
            </w:r>
          </w:p>
        </w:tc>
        <w:tc>
          <w:tcPr>
            <w:tcW w:type="dxa" w:w="2160"/>
          </w:tcPr>
          <w:p>
            <w:r>
              <w:t>What specific farm management software do you utilize for millet production, and what features do you use to enhance operational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1058-0379</w:t>
            </w:r>
          </w:p>
        </w:tc>
        <w:tc>
          <w:tcPr>
            <w:tcW w:type="dxa" w:w="2160"/>
          </w:tcPr>
          <w:p>
            <w:r>
              <w:t>Data Collection</w:t>
            </w:r>
          </w:p>
        </w:tc>
        <w:tc>
          <w:tcPr>
            <w:tcW w:type="dxa" w:w="2160"/>
          </w:tcPr>
          <w:p>
            <w:r>
              <w:t>How do you collect data on millet crop yields and inputs, and what methods do you use to ensure the accuracy of this data?</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1058-0380</w:t>
            </w:r>
          </w:p>
        </w:tc>
        <w:tc>
          <w:tcPr>
            <w:tcW w:type="dxa" w:w="2160"/>
          </w:tcPr>
          <w:p>
            <w:r>
              <w:t>Analytics Tools</w:t>
            </w:r>
          </w:p>
        </w:tc>
        <w:tc>
          <w:tcPr>
            <w:tcW w:type="dxa" w:w="2160"/>
          </w:tcPr>
          <w:p>
            <w:r>
              <w:t>What analytics tools do you employ to analyze data collected from millet production, and how do these tools influence your decision-making process?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1058-0381</w:t>
            </w:r>
          </w:p>
        </w:tc>
        <w:tc>
          <w:tcPr>
            <w:tcW w:type="dxa" w:w="2160"/>
          </w:tcPr>
          <w:p>
            <w:r>
              <w:t>Decision Support Systems</w:t>
            </w:r>
          </w:p>
        </w:tc>
        <w:tc>
          <w:tcPr>
            <w:tcW w:type="dxa" w:w="2160"/>
          </w:tcPr>
          <w:p>
            <w:r>
              <w:t>Describe any decision support systems you have implemented to optimize millet production processes. What specific decisions have been influenced by these systems?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1058-0382</w:t>
            </w:r>
          </w:p>
        </w:tc>
        <w:tc>
          <w:tcPr>
            <w:tcW w:type="dxa" w:w="2160"/>
          </w:tcPr>
          <w:p>
            <w:r>
              <w:t>Cloud-Based Solutions</w:t>
            </w:r>
          </w:p>
        </w:tc>
        <w:tc>
          <w:tcPr>
            <w:tcW w:type="dxa" w:w="2160"/>
          </w:tcPr>
          <w:p>
            <w:r>
              <w:t>Are you using any cloud-based solutions for data storage or management in your millet farming operations? If so, please specify the services used and their purpose.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1058-0383</w:t>
            </w:r>
          </w:p>
        </w:tc>
        <w:tc>
          <w:tcPr>
            <w:tcW w:type="dxa" w:w="2160"/>
          </w:tcPr>
          <w:p>
            <w:r>
              <w:t>Data Security</w:t>
            </w:r>
          </w:p>
        </w:tc>
        <w:tc>
          <w:tcPr>
            <w:tcW w:type="dxa" w:w="2160"/>
          </w:tcPr>
          <w:p>
            <w:r>
              <w:t>What measures do you have in place to ensure the security of the data collected and managed in your millet farming operations?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1058-0384</w:t>
            </w:r>
          </w:p>
        </w:tc>
        <w:tc>
          <w:tcPr>
            <w:tcW w:type="dxa" w:w="2160"/>
          </w:tcPr>
          <w:p>
            <w:r>
              <w:t>Integration with Equipment</w:t>
            </w:r>
          </w:p>
        </w:tc>
        <w:tc>
          <w:tcPr>
            <w:tcW w:type="dxa" w:w="2160"/>
          </w:tcPr>
          <w:p>
            <w:r>
              <w:t>How do you integrate your software systems with farming equipment used in millet production? Please provide examples of the equipment and software involved.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1058-0385</w:t>
            </w:r>
          </w:p>
        </w:tc>
        <w:tc>
          <w:tcPr>
            <w:tcW w:type="dxa" w:w="2160"/>
          </w:tcPr>
          <w:p>
            <w:r>
              <w:t>Real-Time Monitoring</w:t>
            </w:r>
          </w:p>
        </w:tc>
        <w:tc>
          <w:tcPr>
            <w:tcW w:type="dxa" w:w="2160"/>
          </w:tcPr>
          <w:p>
            <w:r>
              <w:t>What systems do you have in place for real-time monitoring of millet crop conditions, and how do these systems impact your operational decisions?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1058-0386</w:t>
            </w:r>
          </w:p>
        </w:tc>
        <w:tc>
          <w:tcPr>
            <w:tcW w:type="dxa" w:w="2160"/>
          </w:tcPr>
          <w:p>
            <w:r>
              <w:t>Data Collection</w:t>
            </w:r>
          </w:p>
        </w:tc>
        <w:tc>
          <w:tcPr>
            <w:tcW w:type="dxa" w:w="2160"/>
          </w:tcPr>
          <w:p>
            <w:r>
              <w:t>What specific types of data do you collect regarding soil health and moisture levels for millet production, and how is this data utilized?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1058-0387</w:t>
            </w:r>
          </w:p>
        </w:tc>
        <w:tc>
          <w:tcPr>
            <w:tcW w:type="dxa" w:w="2160"/>
          </w:tcPr>
          <w:p>
            <w:r>
              <w:t>Analytics Tools</w:t>
            </w:r>
          </w:p>
        </w:tc>
        <w:tc>
          <w:tcPr>
            <w:tcW w:type="dxa" w:w="2160"/>
          </w:tcPr>
          <w:p>
            <w:r>
              <w:t>Can you provide examples of how analytics tools have led to changes in your millet farming practices or techniques?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1058-0388</w:t>
            </w:r>
          </w:p>
        </w:tc>
        <w:tc>
          <w:tcPr>
            <w:tcW w:type="dxa" w:w="2160"/>
          </w:tcPr>
          <w:p>
            <w:r>
              <w:t>Decision Support Systems</w:t>
            </w:r>
          </w:p>
        </w:tc>
        <w:tc>
          <w:tcPr>
            <w:tcW w:type="dxa" w:w="2160"/>
          </w:tcPr>
          <w:p>
            <w:r>
              <w:t>What criteria do you use in your decision support systems to assess the viability of different millet production strategies?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1058-0389</w:t>
            </w:r>
          </w:p>
        </w:tc>
        <w:tc>
          <w:tcPr>
            <w:tcW w:type="dxa" w:w="2160"/>
          </w:tcPr>
          <w:p>
            <w:r>
              <w:t>Cloud-Based Solutions</w:t>
            </w:r>
          </w:p>
        </w:tc>
        <w:tc>
          <w:tcPr>
            <w:tcW w:type="dxa" w:w="2160"/>
          </w:tcPr>
          <w:p>
            <w:r>
              <w:t>What challenges have you encountered when implementing cloud-based solutions for your millet farming operations?</w:t>
              <w:br/>
              <w:t>Answer type: Long text</w:t>
              <w:br/>
              <w:t>Trigger: Yes-No + details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1058-0390</w:t>
            </w:r>
          </w:p>
        </w:tc>
        <w:tc>
          <w:tcPr>
            <w:tcW w:type="dxa" w:w="2160"/>
          </w:tcPr>
          <w:p>
            <w:r>
              <w:t>Data Security</w:t>
            </w:r>
          </w:p>
        </w:tc>
        <w:tc>
          <w:tcPr>
            <w:tcW w:type="dxa" w:w="2160"/>
          </w:tcPr>
          <w:p>
            <w:r>
              <w:t>Have you experienced any data breaches or security incidents related to your data management systems? If so, please describe the incident and your response.</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1058-0391</w:t>
            </w:r>
          </w:p>
        </w:tc>
        <w:tc>
          <w:tcPr>
            <w:tcW w:type="dxa" w:w="2160"/>
          </w:tcPr>
          <w:p>
            <w:r>
              <w:t>Integration with Equipment</w:t>
            </w:r>
          </w:p>
        </w:tc>
        <w:tc>
          <w:tcPr>
            <w:tcW w:type="dxa" w:w="2160"/>
          </w:tcPr>
          <w:p>
            <w:r>
              <w:t>What types of data are exchanged between your software systems and farming equipment, and how is this data used to improve millet production?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1058-0392</w:t>
            </w:r>
          </w:p>
        </w:tc>
        <w:tc>
          <w:tcPr>
            <w:tcW w:type="dxa" w:w="2160"/>
          </w:tcPr>
          <w:p>
            <w:r>
              <w:t>Real-Time Monitoring</w:t>
            </w:r>
          </w:p>
        </w:tc>
        <w:tc>
          <w:tcPr>
            <w:tcW w:type="dxa" w:w="2160"/>
          </w:tcPr>
          <w:p>
            <w:r>
              <w:t>How frequently do you update real-time monitoring data for your millet crops, and what tools do you use for this monitoring?</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1058-0393</w:t>
            </w:r>
          </w:p>
        </w:tc>
        <w:tc>
          <w:tcPr>
            <w:tcW w:type="dxa" w:w="2160"/>
          </w:tcPr>
          <w:p>
            <w:r>
              <w:t>Data Collection</w:t>
            </w:r>
          </w:p>
        </w:tc>
        <w:tc>
          <w:tcPr>
            <w:tcW w:type="dxa" w:w="2160"/>
          </w:tcPr>
          <w:p>
            <w:r>
              <w:t>What specific software tools do you use for collecting data on pest and disease occurrences in your millet crops?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1058-0394</w:t>
            </w:r>
          </w:p>
        </w:tc>
        <w:tc>
          <w:tcPr>
            <w:tcW w:type="dxa" w:w="2160"/>
          </w:tcPr>
          <w:p>
            <w:r>
              <w:t>Analytics Tools</w:t>
            </w:r>
          </w:p>
        </w:tc>
        <w:tc>
          <w:tcPr>
            <w:tcW w:type="dxa" w:w="2160"/>
          </w:tcPr>
          <w:p>
            <w:r>
              <w:t>How do you evaluate the effectiveness of the analytics tools you use in your millet production? What metrics do you track?</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1058-0395</w:t>
            </w:r>
          </w:p>
        </w:tc>
        <w:tc>
          <w:tcPr>
            <w:tcW w:type="dxa" w:w="2160"/>
          </w:tcPr>
          <w:p>
            <w:r>
              <w:t>Decision Support Systems</w:t>
            </w:r>
          </w:p>
        </w:tc>
        <w:tc>
          <w:tcPr>
            <w:tcW w:type="dxa" w:w="2160"/>
          </w:tcPr>
          <w:p>
            <w:r>
              <w:t>What role do your decision support systems play in resource allocation for millet production? Can you provide specific examples?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1058-0396</w:t>
            </w:r>
          </w:p>
        </w:tc>
        <w:tc>
          <w:tcPr>
            <w:tcW w:type="dxa" w:w="2160"/>
          </w:tcPr>
          <w:p>
            <w:r>
              <w:t>Cloud-Based Solutions</w:t>
            </w:r>
          </w:p>
        </w:tc>
        <w:tc>
          <w:tcPr>
            <w:tcW w:type="dxa" w:w="2160"/>
          </w:tcPr>
          <w:p>
            <w:r>
              <w:t>What benefits have you experienced from using cloud-based solutions in your millet farming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1058-0397</w:t>
            </w:r>
          </w:p>
        </w:tc>
        <w:tc>
          <w:tcPr>
            <w:tcW w:type="dxa" w:w="2160"/>
          </w:tcPr>
          <w:p>
            <w:r>
              <w:t>Data Security</w:t>
            </w:r>
          </w:p>
        </w:tc>
        <w:tc>
          <w:tcPr>
            <w:tcW w:type="dxa" w:w="2160"/>
          </w:tcPr>
          <w:p>
            <w:r>
              <w:t>What specific protocols do you follow to ensure data security when using software systems for millet production?</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1058-0398</w:t>
            </w:r>
          </w:p>
        </w:tc>
        <w:tc>
          <w:tcPr>
            <w:tcW w:type="dxa" w:w="2160"/>
          </w:tcPr>
          <w:p>
            <w:r>
              <w:t>Integration with Equipment</w:t>
            </w:r>
          </w:p>
        </w:tc>
        <w:tc>
          <w:tcPr>
            <w:tcW w:type="dxa" w:w="2160"/>
          </w:tcPr>
          <w:p>
            <w:r>
              <w:t>Have you faced any integration issues between your software systems and farming equipment? If so, please describe the issues and how they were resolved.</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1058-0399</w:t>
            </w:r>
          </w:p>
        </w:tc>
        <w:tc>
          <w:tcPr>
            <w:tcW w:type="dxa" w:w="2160"/>
          </w:tcPr>
          <w:p>
            <w:r>
              <w:t>Real-Time Monitoring</w:t>
            </w:r>
          </w:p>
        </w:tc>
        <w:tc>
          <w:tcPr>
            <w:tcW w:type="dxa" w:w="2160"/>
          </w:tcPr>
          <w:p>
            <w:r>
              <w:t>What specific parameters do you monitor in real-time for your millet crops, and how do you respond to alerts generated by these systems?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1058-0400</w:t>
            </w:r>
          </w:p>
        </w:tc>
        <w:tc>
          <w:tcPr>
            <w:tcW w:type="dxa" w:w="2160"/>
          </w:tcPr>
          <w:p>
            <w:r>
              <w:t>Data Collection</w:t>
            </w:r>
          </w:p>
        </w:tc>
        <w:tc>
          <w:tcPr>
            <w:tcW w:type="dxa" w:w="2160"/>
          </w:tcPr>
          <w:p>
            <w:r>
              <w:t>How do you ensure compliance with data collection regulations related to environmental monitoring in millet farming?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1058-0401</w:t>
            </w:r>
          </w:p>
        </w:tc>
        <w:tc>
          <w:tcPr>
            <w:tcW w:type="dxa" w:w="2160"/>
          </w:tcPr>
          <w:p>
            <w:r>
              <w:t>Analytics Tools</w:t>
            </w:r>
          </w:p>
        </w:tc>
        <w:tc>
          <w:tcPr>
            <w:tcW w:type="dxa" w:w="2160"/>
          </w:tcPr>
          <w:p>
            <w:r>
              <w:t>What types of predictive analytics do you use to forecast millet yields, and how accurate have these predictions been?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1058-0402</w:t>
            </w:r>
          </w:p>
        </w:tc>
        <w:tc>
          <w:tcPr>
            <w:tcW w:type="dxa" w:w="2160"/>
          </w:tcPr>
          <w:p>
            <w:r>
              <w:t>Decision Support Systems</w:t>
            </w:r>
          </w:p>
        </w:tc>
        <w:tc>
          <w:tcPr>
            <w:tcW w:type="dxa" w:w="2160"/>
          </w:tcPr>
          <w:p>
            <w:r>
              <w:t>How do you incorporate feedback from your decision support systems into your operational practices for millet production?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1058-0403</w:t>
            </w:r>
          </w:p>
        </w:tc>
        <w:tc>
          <w:tcPr>
            <w:tcW w:type="dxa" w:w="2160"/>
          </w:tcPr>
          <w:p>
            <w:r>
              <w:t>Software Tools</w:t>
            </w:r>
          </w:p>
        </w:tc>
        <w:tc>
          <w:tcPr>
            <w:tcW w:type="dxa" w:w="2160"/>
          </w:tcPr>
          <w:p>
            <w:r>
              <w:t>What software tools do you utilize for data management in your R&amp;D projects related to millet farming?</w:t>
              <w:br/>
              <w:t>Answer type: text</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r>
        <w:tc>
          <w:tcPr>
            <w:tcW w:type="dxa" w:w="2160"/>
          </w:tcPr>
          <w:p>
            <w:r>
              <w:t>1058-0404</w:t>
            </w:r>
          </w:p>
        </w:tc>
        <w:tc>
          <w:tcPr>
            <w:tcW w:type="dxa" w:w="2160"/>
          </w:tcPr>
          <w:p>
            <w:r>
              <w:t>Data Analysis Techniques</w:t>
            </w:r>
          </w:p>
        </w:tc>
        <w:tc>
          <w:tcPr>
            <w:tcW w:type="dxa" w:w="2160"/>
          </w:tcPr>
          <w:p>
            <w:r>
              <w:t>What data analysis techniques do you employ to evaluate the results of your R&amp;D activities in millet farming?</w:t>
              <w:br/>
              <w:t>Answer type: text</w:t>
              <w:br/>
              <w:t>Trigger: none</w:t>
              <w:br/>
              <w:t>Required: Yes</w:t>
              <w:br/>
              <w:t>Risk: Medium</w:t>
            </w:r>
          </w:p>
        </w:tc>
        <w:tc>
          <w:tcPr>
            <w:tcW w:type="dxa" w:w="2160"/>
          </w:tcPr>
          <w:p>
            <w:r>
              <w:t>Primary authority: Common</w:t>
              <w:br/>
              <w:t>Response: ___________________________</w:t>
              <w:br/>
              <w:t>Evidence: ___________________________</w:t>
              <w:br/>
              <w:t>Reviewer conclusion: ___________________________</w:t>
            </w:r>
          </w:p>
        </w:tc>
      </w:tr>
      <w:tr>
        <w:tc>
          <w:tcPr>
            <w:tcW w:type="dxa" w:w="2160"/>
          </w:tcPr>
          <w:p>
            <w:r>
              <w:t>1058-0405</w:t>
            </w:r>
          </w:p>
        </w:tc>
        <w:tc>
          <w:tcPr>
            <w:tcW w:type="dxa" w:w="2160"/>
          </w:tcPr>
          <w:p>
            <w:r>
              <w:t>Integration Practices</w:t>
            </w:r>
          </w:p>
        </w:tc>
        <w:tc>
          <w:tcPr>
            <w:tcW w:type="dxa" w:w="2160"/>
          </w:tcPr>
          <w:p>
            <w:r>
              <w:t>How do you integrate various software systems to streamline your R&amp;D processes in millet farming?</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1058-0406</w:t>
            </w:r>
          </w:p>
        </w:tc>
        <w:tc>
          <w:tcPr>
            <w:tcW w:type="dxa" w:w="2160"/>
          </w:tcPr>
          <w:p>
            <w:r>
              <w:t>Data Security</w:t>
            </w:r>
          </w:p>
        </w:tc>
        <w:tc>
          <w:tcPr>
            <w:tcW w:type="dxa" w:w="2160"/>
          </w:tcPr>
          <w:p>
            <w:r>
              <w:t>What measures do you have in place to ensure the security of data collected during your R&amp;D activities?</w:t>
              <w:br/>
              <w:t>Answer type: text</w:t>
              <w:br/>
              <w:t>Trigger: none</w:t>
              <w:br/>
              <w:t>Required: Yes</w:t>
              <w:br/>
              <w:t>Risk: High</w:t>
            </w:r>
          </w:p>
        </w:tc>
        <w:tc>
          <w:tcPr>
            <w:tcW w:type="dxa" w:w="2160"/>
          </w:tcPr>
          <w:p>
            <w:r>
              <w:t>Primary authority: California FTB</w:t>
              <w:br/>
              <w:t>Response: ___________________________</w:t>
              <w:br/>
              <w:t>Evidence: ___________________________</w:t>
              <w:br/>
              <w:t>Reviewer conclusion: ___________________________</w:t>
            </w:r>
          </w:p>
        </w:tc>
      </w:tr>
    </w:tbl>
    <w:p/>
    <w:p>
      <w:pPr>
        <w:pStyle w:val="Heading2"/>
      </w:pPr>
      <w:r>
        <w:t>BYPRODUCTS-UTILIZATION-STRATEGIES (25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1058-0407</w:t>
            </w:r>
          </w:p>
        </w:tc>
        <w:tc>
          <w:tcPr>
            <w:tcW w:type="dxa" w:w="2160"/>
          </w:tcPr>
          <w:p>
            <w:r>
              <w:t>Animal Feed</w:t>
            </w:r>
          </w:p>
        </w:tc>
        <w:tc>
          <w:tcPr>
            <w:tcW w:type="dxa" w:w="2160"/>
          </w:tcPr>
          <w:p>
            <w:r>
              <w:t>What specific byproducts from millet processing are currently being utilized as animal feed, and what testing or experimentation has been conducted to assess their nutritional value?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1058-0408</w:t>
            </w:r>
          </w:p>
        </w:tc>
        <w:tc>
          <w:tcPr>
            <w:tcW w:type="dxa" w:w="2160"/>
          </w:tcPr>
          <w:p>
            <w:r>
              <w:t>Animal Feed</w:t>
            </w:r>
          </w:p>
        </w:tc>
        <w:tc>
          <w:tcPr>
            <w:tcW w:type="dxa" w:w="2160"/>
          </w:tcPr>
          <w:p>
            <w:r>
              <w:t>How do you ensure the safety and quality of millet byproducts used in animal feed, and what protocols are in place for monitoring this?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1058-0409</w:t>
            </w:r>
          </w:p>
        </w:tc>
        <w:tc>
          <w:tcPr>
            <w:tcW w:type="dxa" w:w="2160"/>
          </w:tcPr>
          <w:p>
            <w:r>
              <w:t>Bioenergy</w:t>
            </w:r>
          </w:p>
        </w:tc>
        <w:tc>
          <w:tcPr>
            <w:tcW w:type="dxa" w:w="2160"/>
          </w:tcPr>
          <w:p>
            <w:r>
              <w:t>What processes or technologies are being explored for converting millet byproducts into bioenergy, and what preliminary results have been observed?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1058-0410</w:t>
            </w:r>
          </w:p>
        </w:tc>
        <w:tc>
          <w:tcPr>
            <w:tcW w:type="dxa" w:w="2160"/>
          </w:tcPr>
          <w:p>
            <w:r>
              <w:t>Bioenergy</w:t>
            </w:r>
          </w:p>
        </w:tc>
        <w:tc>
          <w:tcPr>
            <w:tcW w:type="dxa" w:w="2160"/>
          </w:tcPr>
          <w:p>
            <w:r>
              <w:t>Have any pilot projects been initiated to test the feasibility of bioenergy production from millet byproducts? If so, what were the outcomes?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1058-0411</w:t>
            </w:r>
          </w:p>
        </w:tc>
        <w:tc>
          <w:tcPr>
            <w:tcW w:type="dxa" w:w="2160"/>
          </w:tcPr>
          <w:p>
            <w:r>
              <w:t>Composting</w:t>
            </w:r>
          </w:p>
        </w:tc>
        <w:tc>
          <w:tcPr>
            <w:tcW w:type="dxa" w:w="2160"/>
          </w:tcPr>
          <w:p>
            <w:r>
              <w:t>What specific millet byproducts are being considered for composting, and what research has been conducted to evaluate their effectiveness as composting materials?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1058-0412</w:t>
            </w:r>
          </w:p>
        </w:tc>
        <w:tc>
          <w:tcPr>
            <w:tcW w:type="dxa" w:w="2160"/>
          </w:tcPr>
          <w:p>
            <w:r>
              <w:t>Composting</w:t>
            </w:r>
          </w:p>
        </w:tc>
        <w:tc>
          <w:tcPr>
            <w:tcW w:type="dxa" w:w="2160"/>
          </w:tcPr>
          <w:p>
            <w:r>
              <w:t>What challenges have been encountered in composting millet byproducts, and what innovative solutions have been implemented to overcome these challenges?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1058-0413</w:t>
            </w:r>
          </w:p>
        </w:tc>
        <w:tc>
          <w:tcPr>
            <w:tcW w:type="dxa" w:w="2160"/>
          </w:tcPr>
          <w:p>
            <w:r>
              <w:t>Nutraceuticals</w:t>
            </w:r>
          </w:p>
        </w:tc>
        <w:tc>
          <w:tcPr>
            <w:tcW w:type="dxa" w:w="2160"/>
          </w:tcPr>
          <w:p>
            <w:r>
              <w:t>What nutraceutical products derived from millet byproducts are currently under development, and what scientific studies support their health benefits?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1058-0414</w:t>
            </w:r>
          </w:p>
        </w:tc>
        <w:tc>
          <w:tcPr>
            <w:tcW w:type="dxa" w:w="2160"/>
          </w:tcPr>
          <w:p>
            <w:r>
              <w:t>Nutraceuticals</w:t>
            </w:r>
          </w:p>
        </w:tc>
        <w:tc>
          <w:tcPr>
            <w:tcW w:type="dxa" w:w="2160"/>
          </w:tcPr>
          <w:p>
            <w:r>
              <w:t>How do you assess market demand for nutraceuticals derived from millet byproducts, and what research methodologies are employed in this assessment?</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1058-0415</w:t>
            </w:r>
          </w:p>
        </w:tc>
        <w:tc>
          <w:tcPr>
            <w:tcW w:type="dxa" w:w="2160"/>
          </w:tcPr>
          <w:p>
            <w:r>
              <w:t>Value-Added Products</w:t>
            </w:r>
          </w:p>
        </w:tc>
        <w:tc>
          <w:tcPr>
            <w:tcW w:type="dxa" w:w="2160"/>
          </w:tcPr>
          <w:p>
            <w:r>
              <w:t>What innovative value-added products are being developed from millet byproducts, and what experimental processes are being used to create these products?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1058-0416</w:t>
            </w:r>
          </w:p>
        </w:tc>
        <w:tc>
          <w:tcPr>
            <w:tcW w:type="dxa" w:w="2160"/>
          </w:tcPr>
          <w:p>
            <w:r>
              <w:t>Value-Added Products</w:t>
            </w:r>
          </w:p>
        </w:tc>
        <w:tc>
          <w:tcPr>
            <w:tcW w:type="dxa" w:w="2160"/>
          </w:tcPr>
          <w:p>
            <w:r>
              <w:t>What specific market opportunities have been identified for value-added products from millet byproducts, and what criteria were used to evaluate these opportunities?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1058-0417</w:t>
            </w:r>
          </w:p>
        </w:tc>
        <w:tc>
          <w:tcPr>
            <w:tcW w:type="dxa" w:w="2160"/>
          </w:tcPr>
          <w:p>
            <w:r>
              <w:t>Waste Management</w:t>
            </w:r>
          </w:p>
        </w:tc>
        <w:tc>
          <w:tcPr>
            <w:tcW w:type="dxa" w:w="2160"/>
          </w:tcPr>
          <w:p>
            <w:r>
              <w:t>What waste management strategies are currently in place for millet processing byproducts, and how do these strategies align with sustainability goals?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1058-0418</w:t>
            </w:r>
          </w:p>
        </w:tc>
        <w:tc>
          <w:tcPr>
            <w:tcW w:type="dxa" w:w="2160"/>
          </w:tcPr>
          <w:p>
            <w:r>
              <w:t>Waste Management</w:t>
            </w:r>
          </w:p>
        </w:tc>
        <w:tc>
          <w:tcPr>
            <w:tcW w:type="dxa" w:w="2160"/>
          </w:tcPr>
          <w:p>
            <w:r>
              <w:t>What metrics are used to measure the effectiveness of waste management practices for millet byproducts, and what results have been documented?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1058-0419</w:t>
            </w:r>
          </w:p>
        </w:tc>
        <w:tc>
          <w:tcPr>
            <w:tcW w:type="dxa" w:w="2160"/>
          </w:tcPr>
          <w:p>
            <w:r>
              <w:t>Market Opportunities</w:t>
            </w:r>
          </w:p>
        </w:tc>
        <w:tc>
          <w:tcPr>
            <w:tcW w:type="dxa" w:w="2160"/>
          </w:tcPr>
          <w:p>
            <w:r>
              <w:t>What market research has been conducted to identify potential buyers for millet byproducts, and what insights were gained from this research?</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1058-0420</w:t>
            </w:r>
          </w:p>
        </w:tc>
        <w:tc>
          <w:tcPr>
            <w:tcW w:type="dxa" w:w="2160"/>
          </w:tcPr>
          <w:p>
            <w:r>
              <w:t>Market Opportunities</w:t>
            </w:r>
          </w:p>
        </w:tc>
        <w:tc>
          <w:tcPr>
            <w:tcW w:type="dxa" w:w="2160"/>
          </w:tcPr>
          <w:p>
            <w:r>
              <w:t>What partnerships or collaborations have been established to enhance market access for millet byproducts, and what outcomes have resulted from these partnerships?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1058-0421</w:t>
            </w:r>
          </w:p>
        </w:tc>
        <w:tc>
          <w:tcPr>
            <w:tcW w:type="dxa" w:w="2160"/>
          </w:tcPr>
          <w:p>
            <w:r>
              <w:t>Innovation</w:t>
            </w:r>
          </w:p>
        </w:tc>
        <w:tc>
          <w:tcPr>
            <w:tcW w:type="dxa" w:w="2160"/>
          </w:tcPr>
          <w:p>
            <w:r>
              <w:t>What innovative technologies or methods are being explored for the processing of millet byproducts, and what preliminary results have been achieved?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1058-0422</w:t>
            </w:r>
          </w:p>
        </w:tc>
        <w:tc>
          <w:tcPr>
            <w:tcW w:type="dxa" w:w="2160"/>
          </w:tcPr>
          <w:p>
            <w:r>
              <w:t>Innovation</w:t>
            </w:r>
          </w:p>
        </w:tc>
        <w:tc>
          <w:tcPr>
            <w:tcW w:type="dxa" w:w="2160"/>
          </w:tcPr>
          <w:p>
            <w:r>
              <w:t>How does your organization foster a culture of innovation in utilizing millet byproducts, and what specific initiatives have been implemented?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1058-0423</w:t>
            </w:r>
          </w:p>
        </w:tc>
        <w:tc>
          <w:tcPr>
            <w:tcW w:type="dxa" w:w="2160"/>
          </w:tcPr>
          <w:p>
            <w:r>
              <w:t>Regulatory Compliance</w:t>
            </w:r>
          </w:p>
        </w:tc>
        <w:tc>
          <w:tcPr>
            <w:tcW w:type="dxa" w:w="2160"/>
          </w:tcPr>
          <w:p>
            <w:r>
              <w:t>What regulatory requirements must be met when utilizing millet byproducts for animal feed or other products, and how does your organization ensure compliance?</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1058-0424</w:t>
            </w:r>
          </w:p>
        </w:tc>
        <w:tc>
          <w:tcPr>
            <w:tcW w:type="dxa" w:w="2160"/>
          </w:tcPr>
          <w:p>
            <w:r>
              <w:t>Regulatory Compliance</w:t>
            </w:r>
          </w:p>
        </w:tc>
        <w:tc>
          <w:tcPr>
            <w:tcW w:type="dxa" w:w="2160"/>
          </w:tcPr>
          <w:p>
            <w:r>
              <w:t>What documentation is maintained to demonstrate compliance with regulations regarding the utilization of millet byproducts, and how is this documentation managed?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1058-0425</w:t>
            </w:r>
          </w:p>
        </w:tc>
        <w:tc>
          <w:tcPr>
            <w:tcW w:type="dxa" w:w="2160"/>
          </w:tcPr>
          <w:p>
            <w:r>
              <w:t>Cost Analysis</w:t>
            </w:r>
          </w:p>
        </w:tc>
        <w:tc>
          <w:tcPr>
            <w:tcW w:type="dxa" w:w="2160"/>
          </w:tcPr>
          <w:p>
            <w:r>
              <w:t>What cost analysis has been performed to evaluate the economic viability of utilizing millet byproducts for various applications, and what were the findings?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1058-0426</w:t>
            </w:r>
          </w:p>
        </w:tc>
        <w:tc>
          <w:tcPr>
            <w:tcW w:type="dxa" w:w="2160"/>
          </w:tcPr>
          <w:p>
            <w:r>
              <w:t>Cost Analysis</w:t>
            </w:r>
          </w:p>
        </w:tc>
        <w:tc>
          <w:tcPr>
            <w:tcW w:type="dxa" w:w="2160"/>
          </w:tcPr>
          <w:p>
            <w:r>
              <w:t>What financial metrics are tracked to assess the profitability of byproduct utilization strategies, and how are these metrics reported?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1058-0427</w:t>
            </w:r>
          </w:p>
        </w:tc>
        <w:tc>
          <w:tcPr>
            <w:tcW w:type="dxa" w:w="2160"/>
          </w:tcPr>
          <w:p>
            <w:r>
              <w:t>Consumer Education</w:t>
            </w:r>
          </w:p>
        </w:tc>
        <w:tc>
          <w:tcPr>
            <w:tcW w:type="dxa" w:w="2160"/>
          </w:tcPr>
          <w:p>
            <w:r>
              <w:t>What educational initiatives are in place to inform consumers about the benefits of products derived from millet byproducts, and how is their effectiveness evaluated?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1058-0428</w:t>
            </w:r>
          </w:p>
        </w:tc>
        <w:tc>
          <w:tcPr>
            <w:tcW w:type="dxa" w:w="2160"/>
          </w:tcPr>
          <w:p>
            <w:r>
              <w:t>Utilization Methods</w:t>
            </w:r>
          </w:p>
        </w:tc>
        <w:tc>
          <w:tcPr>
            <w:tcW w:type="dxa" w:w="2160"/>
          </w:tcPr>
          <w:p>
            <w:r>
              <w:t>What methods are you exploring to utilize byproducts generated from millet farming?</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1058-0429</w:t>
            </w:r>
          </w:p>
        </w:tc>
        <w:tc>
          <w:tcPr>
            <w:tcW w:type="dxa" w:w="2160"/>
          </w:tcPr>
          <w:p>
            <w:r>
              <w:t>Market Analysis</w:t>
            </w:r>
          </w:p>
        </w:tc>
        <w:tc>
          <w:tcPr>
            <w:tcW w:type="dxa" w:w="2160"/>
          </w:tcPr>
          <w:p>
            <w:r>
              <w:t>How do you assess the market potential for byproducts derived from millet farming?</w:t>
              <w:br/>
              <w:t>Answer type: text</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r>
        <w:tc>
          <w:tcPr>
            <w:tcW w:type="dxa" w:w="2160"/>
          </w:tcPr>
          <w:p>
            <w:r>
              <w:t>1058-0430</w:t>
            </w:r>
          </w:p>
        </w:tc>
        <w:tc>
          <w:tcPr>
            <w:tcW w:type="dxa" w:w="2160"/>
          </w:tcPr>
          <w:p>
            <w:r>
              <w:t>Sustainability Impact</w:t>
            </w:r>
          </w:p>
        </w:tc>
        <w:tc>
          <w:tcPr>
            <w:tcW w:type="dxa" w:w="2160"/>
          </w:tcPr>
          <w:p>
            <w:r>
              <w:t>What sustainability impacts do you consider when developing strategies for byproduct utilization?</w:t>
              <w:br/>
              <w:t>Answer type: text</w:t>
              <w:br/>
              <w:t>Trigger: none</w:t>
              <w:br/>
              <w:t>Required: Yes</w:t>
              <w:br/>
              <w:t>Risk: Medium</w:t>
            </w:r>
          </w:p>
        </w:tc>
        <w:tc>
          <w:tcPr>
            <w:tcW w:type="dxa" w:w="2160"/>
          </w:tcPr>
          <w:p>
            <w:r>
              <w:t>Primary authority: Common</w:t>
              <w:br/>
              <w:t>Response: ___________________________</w:t>
              <w:br/>
              <w:t>Evidence: ___________________________</w:t>
              <w:br/>
              <w:t>Reviewer conclusion: ___________________________</w:t>
            </w:r>
          </w:p>
        </w:tc>
      </w:tr>
      <w:tr>
        <w:tc>
          <w:tcPr>
            <w:tcW w:type="dxa" w:w="2160"/>
          </w:tcPr>
          <w:p>
            <w:r>
              <w:t>1058-0431</w:t>
            </w:r>
          </w:p>
        </w:tc>
        <w:tc>
          <w:tcPr>
            <w:tcW w:type="dxa" w:w="2160"/>
          </w:tcPr>
          <w:p>
            <w:r>
              <w:t>Regulatory Compliance</w:t>
            </w:r>
          </w:p>
        </w:tc>
        <w:tc>
          <w:tcPr>
            <w:tcW w:type="dxa" w:w="2160"/>
          </w:tcPr>
          <w:p>
            <w:r>
              <w:t>How do you ensure compliance with regulations regarding the utilization of agricultural byproducts?</w:t>
              <w:br/>
              <w:t>Answer type: text</w:t>
              <w:br/>
              <w:t>Trigger: none</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UTILITIES-ENVIRONMENTAL-IMPACT (25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1058-0432</w:t>
            </w:r>
          </w:p>
        </w:tc>
        <w:tc>
          <w:tcPr>
            <w:tcW w:type="dxa" w:w="2160"/>
          </w:tcPr>
          <w:p>
            <w:r>
              <w:t>Energy Consumption</w:t>
            </w:r>
          </w:p>
        </w:tc>
        <w:tc>
          <w:tcPr>
            <w:tcW w:type="dxa" w:w="2160"/>
          </w:tcPr>
          <w:p>
            <w:r>
              <w:t>What is the total energy consumption (in kWh) for your millet farming operations in 2025?</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1058-0433</w:t>
            </w:r>
          </w:p>
        </w:tc>
        <w:tc>
          <w:tcPr>
            <w:tcW w:type="dxa" w:w="2160"/>
          </w:tcPr>
          <w:p>
            <w:r>
              <w:t>Energy Consumption</w:t>
            </w:r>
          </w:p>
        </w:tc>
        <w:tc>
          <w:tcPr>
            <w:tcW w:type="dxa" w:w="2160"/>
          </w:tcPr>
          <w:p>
            <w:r>
              <w:t>What percentage of your energy consumption comes from renewable sources (e.g., solar, wind) for the year 2025?</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1058-0434</w:t>
            </w:r>
          </w:p>
        </w:tc>
        <w:tc>
          <w:tcPr>
            <w:tcW w:type="dxa" w:w="2160"/>
          </w:tcPr>
          <w:p>
            <w:r>
              <w:t>Water Usage</w:t>
            </w:r>
          </w:p>
        </w:tc>
        <w:tc>
          <w:tcPr>
            <w:tcW w:type="dxa" w:w="2160"/>
          </w:tcPr>
          <w:p>
            <w:r>
              <w:t>What is the total volume of water used (in gallons) for irrigation in your millet farming operations in 2025?</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1058-0435</w:t>
            </w:r>
          </w:p>
        </w:tc>
        <w:tc>
          <w:tcPr>
            <w:tcW w:type="dxa" w:w="2160"/>
          </w:tcPr>
          <w:p>
            <w:r>
              <w:t>Water Usage</w:t>
            </w:r>
          </w:p>
        </w:tc>
        <w:tc>
          <w:tcPr>
            <w:tcW w:type="dxa" w:w="2160"/>
          </w:tcPr>
          <w:p>
            <w:r>
              <w:t>What methods do you employ to monitor and optimize water usage in your millet farming operations?</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1058-0436</w:t>
            </w:r>
          </w:p>
        </w:tc>
        <w:tc>
          <w:tcPr>
            <w:tcW w:type="dxa" w:w="2160"/>
          </w:tcPr>
          <w:p>
            <w:r>
              <w:t>Pollution Control</w:t>
            </w:r>
          </w:p>
        </w:tc>
        <w:tc>
          <w:tcPr>
            <w:tcW w:type="dxa" w:w="2160"/>
          </w:tcPr>
          <w:p>
            <w:r>
              <w:t>Have you implemented any pollution control measures in your millet processing operations? If yes, please describe them.</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1058-0437</w:t>
            </w:r>
          </w:p>
        </w:tc>
        <w:tc>
          <w:tcPr>
            <w:tcW w:type="dxa" w:w="2160"/>
          </w:tcPr>
          <w:p>
            <w:r>
              <w:t>Pollution Control</w:t>
            </w:r>
          </w:p>
        </w:tc>
        <w:tc>
          <w:tcPr>
            <w:tcW w:type="dxa" w:w="2160"/>
          </w:tcPr>
          <w:p>
            <w:r>
              <w:t>What types of pollutants (e.g., waste, emissions) are generated in your millet processing, and how are they managed?</w:t>
              <w:br/>
              <w:t>Answer type: Long text</w:t>
              <w:br/>
              <w:t>Trigger: If previous question is 'Yes'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1058-0438</w:t>
            </w:r>
          </w:p>
        </w:tc>
        <w:tc>
          <w:tcPr>
            <w:tcW w:type="dxa" w:w="2160"/>
          </w:tcPr>
          <w:p>
            <w:r>
              <w:t>Resource Efficiency</w:t>
            </w:r>
          </w:p>
        </w:tc>
        <w:tc>
          <w:tcPr>
            <w:tcW w:type="dxa" w:w="2160"/>
          </w:tcPr>
          <w:p>
            <w:r>
              <w:t>What technologies or practices have you adopted to improve resource efficiency in your millet farming and processing?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1058-0439</w:t>
            </w:r>
          </w:p>
        </w:tc>
        <w:tc>
          <w:tcPr>
            <w:tcW w:type="dxa" w:w="2160"/>
          </w:tcPr>
          <w:p>
            <w:r>
              <w:t>Sustainability Metrics</w:t>
            </w:r>
          </w:p>
        </w:tc>
        <w:tc>
          <w:tcPr>
            <w:tcW w:type="dxa" w:w="2160"/>
          </w:tcPr>
          <w:p>
            <w:r>
              <w:t>What sustainability metrics do you track for your millet farming operations, and how do you measure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1058-0440</w:t>
            </w:r>
          </w:p>
        </w:tc>
        <w:tc>
          <w:tcPr>
            <w:tcW w:type="dxa" w:w="2160"/>
          </w:tcPr>
          <w:p>
            <w:r>
              <w:t>Environmental Assessments</w:t>
            </w:r>
          </w:p>
        </w:tc>
        <w:tc>
          <w:tcPr>
            <w:tcW w:type="dxa" w:w="2160"/>
          </w:tcPr>
          <w:p>
            <w:r>
              <w:t>Have you conducted any environmental impact assessments for your millet farming operations? If so, when was the last assessment conducted?</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1058-0441</w:t>
            </w:r>
          </w:p>
        </w:tc>
        <w:tc>
          <w:tcPr>
            <w:tcW w:type="dxa" w:w="2160"/>
          </w:tcPr>
          <w:p>
            <w:r>
              <w:t>Environmental Assessments</w:t>
            </w:r>
          </w:p>
        </w:tc>
        <w:tc>
          <w:tcPr>
            <w:tcW w:type="dxa" w:w="2160"/>
          </w:tcPr>
          <w:p>
            <w:r>
              <w:t>What were the key findings from your most recent environmental impact assessment?</w:t>
              <w:br/>
              <w:t>Answer type: Long text</w:t>
              <w:br/>
              <w:t>Trigger: If previous question is 'Yes'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1058-0442</w:t>
            </w:r>
          </w:p>
        </w:tc>
        <w:tc>
          <w:tcPr>
            <w:tcW w:type="dxa" w:w="2160"/>
          </w:tcPr>
          <w:p>
            <w:r>
              <w:t>Renewable Energy</w:t>
            </w:r>
          </w:p>
        </w:tc>
        <w:tc>
          <w:tcPr>
            <w:tcW w:type="dxa" w:w="2160"/>
          </w:tcPr>
          <w:p>
            <w:r>
              <w:t>What renewable energy systems (e.g., solar panels, wind turbines) are currently in use at your millet farm?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1058-0443</w:t>
            </w:r>
          </w:p>
        </w:tc>
        <w:tc>
          <w:tcPr>
            <w:tcW w:type="dxa" w:w="2160"/>
          </w:tcPr>
          <w:p>
            <w:r>
              <w:t>Carbon Offsets</w:t>
            </w:r>
          </w:p>
        </w:tc>
        <w:tc>
          <w:tcPr>
            <w:tcW w:type="dxa" w:w="2160"/>
          </w:tcPr>
          <w:p>
            <w:r>
              <w:t>Have you purchased any carbon offsets related to your millet farming operations? If yes,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1058-0444</w:t>
            </w:r>
          </w:p>
        </w:tc>
        <w:tc>
          <w:tcPr>
            <w:tcW w:type="dxa" w:w="2160"/>
          </w:tcPr>
          <w:p>
            <w:r>
              <w:t>Carbon Offsets</w:t>
            </w:r>
          </w:p>
        </w:tc>
        <w:tc>
          <w:tcPr>
            <w:tcW w:type="dxa" w:w="2160"/>
          </w:tcPr>
          <w:p>
            <w:r>
              <w:t>What specific projects or initiatives have you supported through carbon offset purchases?</w:t>
              <w:br/>
              <w:t>Answer type: Long text</w:t>
              <w:br/>
              <w:t>Trigger: If previous question is 'Yes'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1058-0445</w:t>
            </w:r>
          </w:p>
        </w:tc>
        <w:tc>
          <w:tcPr>
            <w:tcW w:type="dxa" w:w="2160"/>
          </w:tcPr>
          <w:p>
            <w:r>
              <w:t>Energy Consumption</w:t>
            </w:r>
          </w:p>
        </w:tc>
        <w:tc>
          <w:tcPr>
            <w:tcW w:type="dxa" w:w="2160"/>
          </w:tcPr>
          <w:p>
            <w:r>
              <w:t>What is the breakdown of your energy consumption by type (e.g., electricity, diesel) for the year 2025?</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1058-0446</w:t>
            </w:r>
          </w:p>
        </w:tc>
        <w:tc>
          <w:tcPr>
            <w:tcW w:type="dxa" w:w="2160"/>
          </w:tcPr>
          <w:p>
            <w:r>
              <w:t>Water Usage</w:t>
            </w:r>
          </w:p>
        </w:tc>
        <w:tc>
          <w:tcPr>
            <w:tcW w:type="dxa" w:w="2160"/>
          </w:tcPr>
          <w:p>
            <w:r>
              <w:t>What irrigation methods do you utilize (e.g., drip, flood, sprinkler) and how do they impact water efficiency?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1058-0447</w:t>
            </w:r>
          </w:p>
        </w:tc>
        <w:tc>
          <w:tcPr>
            <w:tcW w:type="dxa" w:w="2160"/>
          </w:tcPr>
          <w:p>
            <w:r>
              <w:t>Pollution Control</w:t>
            </w:r>
          </w:p>
        </w:tc>
        <w:tc>
          <w:tcPr>
            <w:tcW w:type="dxa" w:w="2160"/>
          </w:tcPr>
          <w:p>
            <w:r>
              <w:t>What regulatory standards do you comply with regarding emissions and waste management in your millet processing?</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1058-0448</w:t>
            </w:r>
          </w:p>
        </w:tc>
        <w:tc>
          <w:tcPr>
            <w:tcW w:type="dxa" w:w="2160"/>
          </w:tcPr>
          <w:p>
            <w:r>
              <w:t>Resource Efficiency</w:t>
            </w:r>
          </w:p>
        </w:tc>
        <w:tc>
          <w:tcPr>
            <w:tcW w:type="dxa" w:w="2160"/>
          </w:tcPr>
          <w:p>
            <w:r>
              <w:t>What specific metrics do you use to evaluate the efficiency of resource usage in your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1058-0449</w:t>
            </w:r>
          </w:p>
        </w:tc>
        <w:tc>
          <w:tcPr>
            <w:tcW w:type="dxa" w:w="2160"/>
          </w:tcPr>
          <w:p>
            <w:r>
              <w:t>Sustainability Metrics</w:t>
            </w:r>
          </w:p>
        </w:tc>
        <w:tc>
          <w:tcPr>
            <w:tcW w:type="dxa" w:w="2160"/>
          </w:tcPr>
          <w:p>
            <w:r>
              <w:t>How do you report your sustainability performance to stakeholders (e.g., customers, investors)?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1058-0450</w:t>
            </w:r>
          </w:p>
        </w:tc>
        <w:tc>
          <w:tcPr>
            <w:tcW w:type="dxa" w:w="2160"/>
          </w:tcPr>
          <w:p>
            <w:r>
              <w:t>Environmental Assessments</w:t>
            </w:r>
          </w:p>
        </w:tc>
        <w:tc>
          <w:tcPr>
            <w:tcW w:type="dxa" w:w="2160"/>
          </w:tcPr>
          <w:p>
            <w:r>
              <w:t>What challenges have you encountered in implementing recommendations from your environmental assessments?</w:t>
              <w:br/>
              <w:t>Answer type: Long text</w:t>
              <w:br/>
              <w:t>Trigger: If previous question is 'Yes'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1058-0451</w:t>
            </w:r>
          </w:p>
        </w:tc>
        <w:tc>
          <w:tcPr>
            <w:tcW w:type="dxa" w:w="2160"/>
          </w:tcPr>
          <w:p>
            <w:r>
              <w:t>Renewable Energy</w:t>
            </w:r>
          </w:p>
        </w:tc>
        <w:tc>
          <w:tcPr>
            <w:tcW w:type="dxa" w:w="2160"/>
          </w:tcPr>
          <w:p>
            <w:r>
              <w:t>What are your future plans for expanding renewable energy use in your millet farming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1058-0452</w:t>
            </w:r>
          </w:p>
        </w:tc>
        <w:tc>
          <w:tcPr>
            <w:tcW w:type="dxa" w:w="2160"/>
          </w:tcPr>
          <w:p>
            <w:r>
              <w:t>Carbon Offsets</w:t>
            </w:r>
          </w:p>
        </w:tc>
        <w:tc>
          <w:tcPr>
            <w:tcW w:type="dxa" w:w="2160"/>
          </w:tcPr>
          <w:p>
            <w:r>
              <w:t>What criteria do you use to select carbon offset projects for investment?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1058-0453</w:t>
            </w:r>
          </w:p>
        </w:tc>
        <w:tc>
          <w:tcPr>
            <w:tcW w:type="dxa" w:w="2160"/>
          </w:tcPr>
          <w:p>
            <w:r>
              <w:t>Utility Management</w:t>
            </w:r>
          </w:p>
        </w:tc>
        <w:tc>
          <w:tcPr>
            <w:tcW w:type="dxa" w:w="2160"/>
          </w:tcPr>
          <w:p>
            <w:r>
              <w:t>What strategies do you implement to manage utilities in a way that minimizes environmental impact in millet farming?</w:t>
              <w:br/>
              <w:t>Answer type: text</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r>
        <w:tc>
          <w:tcPr>
            <w:tcW w:type="dxa" w:w="2160"/>
          </w:tcPr>
          <w:p>
            <w:r>
              <w:t>1058-0454</w:t>
            </w:r>
          </w:p>
        </w:tc>
        <w:tc>
          <w:tcPr>
            <w:tcW w:type="dxa" w:w="2160"/>
          </w:tcPr>
          <w:p>
            <w:r>
              <w:t>Impact Assessment</w:t>
            </w:r>
          </w:p>
        </w:tc>
        <w:tc>
          <w:tcPr>
            <w:tcW w:type="dxa" w:w="2160"/>
          </w:tcPr>
          <w:p>
            <w:r>
              <w:t>How do you assess the environmental impact of your utility usage in millet farming?</w:t>
              <w:br/>
              <w:t>Answer type: text</w:t>
              <w:br/>
              <w:t>Trigger: none</w:t>
              <w:br/>
              <w:t>Required: Yes</w:t>
              <w:br/>
              <w:t>Risk: Medium</w:t>
            </w:r>
          </w:p>
        </w:tc>
        <w:tc>
          <w:tcPr>
            <w:tcW w:type="dxa" w:w="2160"/>
          </w:tcPr>
          <w:p>
            <w:r>
              <w:t>Primary authority: Common</w:t>
              <w:br/>
              <w:t>Response: ___________________________</w:t>
              <w:br/>
              <w:t>Evidence: ___________________________</w:t>
              <w:br/>
              <w:t>Reviewer conclusion: ___________________________</w:t>
            </w:r>
          </w:p>
        </w:tc>
      </w:tr>
      <w:tr>
        <w:tc>
          <w:tcPr>
            <w:tcW w:type="dxa" w:w="2160"/>
          </w:tcPr>
          <w:p>
            <w:r>
              <w:t>1058-0455</w:t>
            </w:r>
          </w:p>
        </w:tc>
        <w:tc>
          <w:tcPr>
            <w:tcW w:type="dxa" w:w="2160"/>
          </w:tcPr>
          <w:p>
            <w:r>
              <w:t>Cost Analysis</w:t>
            </w:r>
          </w:p>
        </w:tc>
        <w:tc>
          <w:tcPr>
            <w:tcW w:type="dxa" w:w="2160"/>
          </w:tcPr>
          <w:p>
            <w:r>
              <w:t>What cost analysis do you conduct to evaluate the efficiency of your utility usage in millet farming?</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1058-0456</w:t>
            </w:r>
          </w:p>
        </w:tc>
        <w:tc>
          <w:tcPr>
            <w:tcW w:type="dxa" w:w="2160"/>
          </w:tcPr>
          <w:p>
            <w:r>
              <w:t>Regulatory Compliance</w:t>
            </w:r>
          </w:p>
        </w:tc>
        <w:tc>
          <w:tcPr>
            <w:tcW w:type="dxa" w:w="2160"/>
          </w:tcPr>
          <w:p>
            <w:r>
              <w:t>How do you ensure compliance with environmental regulations related to utility usage in millet farming?</w:t>
              <w:br/>
              <w:t>Answer type: text</w:t>
              <w:br/>
              <w:t>Trigger: none</w:t>
              <w:br/>
              <w:t>Required: Yes</w:t>
              <w:br/>
              <w:t>Risk: High</w:t>
            </w:r>
          </w:p>
        </w:tc>
        <w:tc>
          <w:tcPr>
            <w:tcW w:type="dxa" w:w="2160"/>
          </w:tcPr>
          <w:p>
            <w:r>
              <w:t>Primary authority: California FTB</w:t>
              <w:br/>
              <w:t>Response: ___________________________</w:t>
              <w:br/>
              <w:t>Evidence: ___________________________</w:t>
              <w:br/>
              <w:t>Reviewer conclusion: ___________________________</w:t>
            </w:r>
          </w:p>
        </w:tc>
      </w:tr>
    </w:tbl>
    <w:p/>
    <w:p>
      <w:r>
        <w:br w:type="page"/>
      </w:r>
    </w:p>
    <w:p>
      <w:pPr>
        <w:pStyle w:val="Heading1"/>
      </w:pPr>
      <w:r>
        <w:t>Sources</w:t>
      </w:r>
    </w:p>
    <w:p>
      <w:pPr>
        <w:pStyle w:val="ListBullet"/>
      </w:pPr>
      <w:r>
        <w:t>IRS Form 6765 Instructions -- https://www.irs.gov/forms-pubs/about-form-6765</w:t>
      </w:r>
    </w:p>
    <w:p>
      <w:pPr>
        <w:pStyle w:val="ListBullet"/>
      </w:pPr>
      <w:r>
        <w:t>IRC Section 41 -- https://www.law.cornell.edu/uscode/text/26/41</w:t>
      </w:r>
    </w:p>
    <w:p>
      <w:pPr>
        <w:pStyle w:val="ListBullet"/>
      </w:pPr>
      <w:r>
        <w:t>California FTB Form 3523 Instructions -- https://www.ftb.ca.gov/forms/</w:t>
      </w:r>
    </w:p>
    <w:p>
      <w:pPr>
        <w:pStyle w:val="ListBullet"/>
      </w:pPr>
      <w:r>
        <w:t>U.S. Census NAICS -- https://www.census.gov/naics/</w:t>
      </w:r>
    </w:p>
    <w:p>
      <w:pPr>
        <w:pStyle w:val="Heading1"/>
      </w:pPr>
      <w:r>
        <w:t>Review Controls and Limitations</w:t>
      </w:r>
    </w:p>
    <w:p>
      <w:r>
        <w:t>A qualified U.S. tax professional must approve Section 41 conclusions, Section 174 coordination, funded-research positions, QRE classifications, controlled-group treatment, Section 280C treatment, elections, calculations, state allocations, and filing positions. Industry technical specialists should review matters within their disciplines when needed. This guide and its companion workbook do not guarantee a tax credit and do not replace professional tax, legal, regulatory, engineering, scientific, food-safety, environmental, or other technical advice.</w:t>
      </w:r>
    </w:p>
    <w:p>
      <w:pPr>
        <w:pStyle w:val="Heading1"/>
      </w:pPr>
      <w:r>
        <w:t>Permanent Numbering</w:t>
      </w:r>
    </w:p>
    <w:p>
      <w:r>
        <w:t>Business IDs and Question IDs are permanent and are never renumbered or reused. This pack is Business ID 1058 (Millet farms). Next Business ID:  ((not yet assigned)).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