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1059 -- Canola farms</w:t>
      </w:r>
    </w:p>
    <w:p>
      <w:pPr>
        <w:jc w:val="center"/>
      </w:pPr>
      <w:r>
        <w:t>Business ID: 1059</w:t>
        <w:br/>
        <w:t>Business Type: Canola farms</w:t>
        <w:br/>
        <w:t>Tax Year Design Basis: 2025</w:t>
        <w:br/>
        <w:t>Federal + California</w:t>
        <w:br/>
        <w:t>Question Range: 1059-0001 through 1059-0478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SEED-RECEIVING-AND-QUALITY-CHECKS</w:t>
            </w:r>
          </w:p>
        </w:tc>
        <w:tc>
          <w:tcPr>
            <w:tcW w:type="dxa" w:w="2880"/>
          </w:tcPr>
          <w:p>
            <w:r>
              <w:t>15</w:t>
            </w:r>
          </w:p>
        </w:tc>
        <w:tc>
          <w:tcPr>
            <w:tcW w:type="dxa" w:w="2880"/>
          </w:tcPr>
          <w:p>
            <w:r>
              <w:t>Assessing the processes involved in receiving and inspecting canola seeds for quality and viability.</w:t>
            </w:r>
          </w:p>
        </w:tc>
      </w:tr>
      <w:tr>
        <w:tc>
          <w:tcPr>
            <w:tcW w:type="dxa" w:w="2880"/>
          </w:tcPr>
          <w:p>
            <w:r>
              <w:t>PLANTING-AND-CULTIVATION-PRACTICES</w:t>
            </w:r>
          </w:p>
        </w:tc>
        <w:tc>
          <w:tcPr>
            <w:tcW w:type="dxa" w:w="2880"/>
          </w:tcPr>
          <w:p>
            <w:r>
              <w:t>20</w:t>
            </w:r>
          </w:p>
        </w:tc>
        <w:tc>
          <w:tcPr>
            <w:tcW w:type="dxa" w:w="2880"/>
          </w:tcPr>
          <w:p>
            <w:r>
              <w:t>Exploring the agricultural practices used in planting and cultivating canola crops.</w:t>
            </w:r>
          </w:p>
        </w:tc>
      </w:tr>
      <w:tr>
        <w:tc>
          <w:tcPr>
            <w:tcW w:type="dxa" w:w="2880"/>
          </w:tcPr>
          <w:p>
            <w:r>
              <w:t>HARVESTING-TECHNIQUES-AND-EQUIPMENT</w:t>
            </w:r>
          </w:p>
        </w:tc>
        <w:tc>
          <w:tcPr>
            <w:tcW w:type="dxa" w:w="2880"/>
          </w:tcPr>
          <w:p>
            <w:r>
              <w:t>13</w:t>
            </w:r>
          </w:p>
        </w:tc>
        <w:tc>
          <w:tcPr>
            <w:tcW w:type="dxa" w:w="2880"/>
          </w:tcPr>
          <w:p>
            <w:r>
              <w:t>Examining the machinery and techniques employed during the harvesting of canola.</w:t>
            </w:r>
          </w:p>
        </w:tc>
      </w:tr>
      <w:tr>
        <w:tc>
          <w:tcPr>
            <w:tcW w:type="dxa" w:w="2880"/>
          </w:tcPr>
          <w:p>
            <w:r>
              <w:t>EXTRACTION-OIL-PROCESSING</w:t>
            </w:r>
          </w:p>
        </w:tc>
        <w:tc>
          <w:tcPr>
            <w:tcW w:type="dxa" w:w="2880"/>
          </w:tcPr>
          <w:p>
            <w:r>
              <w:t>24</w:t>
            </w:r>
          </w:p>
        </w:tc>
        <w:tc>
          <w:tcPr>
            <w:tcW w:type="dxa" w:w="2880"/>
          </w:tcPr>
          <w:p>
            <w:r>
              <w:t>Detailing the processes and technologies used in extracting oil from canola seeds.</w:t>
            </w:r>
          </w:p>
        </w:tc>
      </w:tr>
      <w:tr>
        <w:tc>
          <w:tcPr>
            <w:tcW w:type="dxa" w:w="2880"/>
          </w:tcPr>
          <w:p>
            <w:r>
              <w:t>OIL-REFINING-AND-PURIFICATION</w:t>
            </w:r>
          </w:p>
        </w:tc>
        <w:tc>
          <w:tcPr>
            <w:tcW w:type="dxa" w:w="2880"/>
          </w:tcPr>
          <w:p>
            <w:r>
              <w:t>22</w:t>
            </w:r>
          </w:p>
        </w:tc>
        <w:tc>
          <w:tcPr>
            <w:tcW w:type="dxa" w:w="2880"/>
          </w:tcPr>
          <w:p>
            <w:r>
              <w:t>Investigating the refining processes that enhance the quality of extracted canola oil.</w:t>
            </w:r>
          </w:p>
        </w:tc>
      </w:tr>
      <w:tr>
        <w:tc>
          <w:tcPr>
            <w:tcW w:type="dxa" w:w="2880"/>
          </w:tcPr>
          <w:p>
            <w:r>
              <w:t>QUALITY-CONTROL-AND-LAB-TESTING</w:t>
            </w:r>
          </w:p>
        </w:tc>
        <w:tc>
          <w:tcPr>
            <w:tcW w:type="dxa" w:w="2880"/>
          </w:tcPr>
          <w:p>
            <w:r>
              <w:t>19</w:t>
            </w:r>
          </w:p>
        </w:tc>
        <w:tc>
          <w:tcPr>
            <w:tcW w:type="dxa" w:w="2880"/>
          </w:tcPr>
          <w:p>
            <w:r>
              <w:t>Understanding the quality control measures and laboratory testing protocols for canola products.</w:t>
            </w:r>
          </w:p>
        </w:tc>
      </w:tr>
      <w:tr>
        <w:tc>
          <w:tcPr>
            <w:tcW w:type="dxa" w:w="2880"/>
          </w:tcPr>
          <w:p>
            <w:r>
              <w:t>PACKAGING-AND-LABELING-REGULATIONS</w:t>
            </w:r>
          </w:p>
        </w:tc>
        <w:tc>
          <w:tcPr>
            <w:tcW w:type="dxa" w:w="2880"/>
          </w:tcPr>
          <w:p>
            <w:r>
              <w:t>17</w:t>
            </w:r>
          </w:p>
        </w:tc>
        <w:tc>
          <w:tcPr>
            <w:tcW w:type="dxa" w:w="2880"/>
          </w:tcPr>
          <w:p>
            <w:r>
              <w:t>Exploring the packaging methods and labeling requirements for canola oil products.</w:t>
            </w:r>
          </w:p>
        </w:tc>
      </w:tr>
      <w:tr>
        <w:tc>
          <w:tcPr>
            <w:tcW w:type="dxa" w:w="2880"/>
          </w:tcPr>
          <w:p>
            <w:r>
              <w:t>WASTE-MANAGEMENT-AND-BYPRODUCTS</w:t>
            </w:r>
          </w:p>
        </w:tc>
        <w:tc>
          <w:tcPr>
            <w:tcW w:type="dxa" w:w="2880"/>
          </w:tcPr>
          <w:p>
            <w:r>
              <w:t>16</w:t>
            </w:r>
          </w:p>
        </w:tc>
        <w:tc>
          <w:tcPr>
            <w:tcW w:type="dxa" w:w="2880"/>
          </w:tcPr>
          <w:p>
            <w:r>
              <w:t>Analyzing the management of waste and byproducts generated during canola processing.</w:t>
            </w:r>
          </w:p>
        </w:tc>
      </w:tr>
      <w:tr>
        <w:tc>
          <w:tcPr>
            <w:tcW w:type="dxa" w:w="2880"/>
          </w:tcPr>
          <w:p>
            <w:r>
              <w:t>ENERGY-USAGE-AND-UTILITIES</w:t>
            </w:r>
          </w:p>
        </w:tc>
        <w:tc>
          <w:tcPr>
            <w:tcW w:type="dxa" w:w="2880"/>
          </w:tcPr>
          <w:p>
            <w:r>
              <w:t>14</w:t>
            </w:r>
          </w:p>
        </w:tc>
        <w:tc>
          <w:tcPr>
            <w:tcW w:type="dxa" w:w="2880"/>
          </w:tcPr>
          <w:p>
            <w:r>
              <w:t>Assessing the energy consumption and utility management in canola processing facilities.</w:t>
            </w:r>
          </w:p>
        </w:tc>
      </w:tr>
      <w:tr>
        <w:tc>
          <w:tcPr>
            <w:tcW w:type="dxa" w:w="2880"/>
          </w:tcPr>
          <w:p>
            <w:r>
              <w:t>AUTOMATION-AND-TECHNOLOGY-INTEGRATION</w:t>
            </w:r>
          </w:p>
        </w:tc>
        <w:tc>
          <w:tcPr>
            <w:tcW w:type="dxa" w:w="2880"/>
          </w:tcPr>
          <w:p>
            <w:r>
              <w:t>20</w:t>
            </w:r>
          </w:p>
        </w:tc>
        <w:tc>
          <w:tcPr>
            <w:tcW w:type="dxa" w:w="2880"/>
          </w:tcPr>
          <w:p>
            <w:r>
              <w:t>Exploring the role of automation and technology in optimizing canola processing operations.</w:t>
            </w:r>
          </w:p>
        </w:tc>
      </w:tr>
      <w:tr>
        <w:tc>
          <w:tcPr>
            <w:tcW w:type="dxa" w:w="2880"/>
          </w:tcPr>
          <w:p>
            <w:r>
              <w:t>DATA-MANAGEMENT-AND-TRACEABILITY-SYSTEMS</w:t>
            </w:r>
          </w:p>
        </w:tc>
        <w:tc>
          <w:tcPr>
            <w:tcW w:type="dxa" w:w="2880"/>
          </w:tcPr>
          <w:p>
            <w:r>
              <w:t>18</w:t>
            </w:r>
          </w:p>
        </w:tc>
        <w:tc>
          <w:tcPr>
            <w:tcW w:type="dxa" w:w="2880"/>
          </w:tcPr>
          <w:p>
            <w:r>
              <w:t>Understanding the data management practices and traceability systems in place for canola production.</w:t>
            </w:r>
          </w:p>
        </w:tc>
      </w:tr>
      <w:tr>
        <w:tc>
          <w:tcPr>
            <w:tcW w:type="dxa" w:w="2880"/>
          </w:tcPr>
          <w:p>
            <w:r>
              <w:t>SUSTAINABILITY-PRACTICES-AND-CERTIFICATIONS</w:t>
            </w:r>
          </w:p>
        </w:tc>
        <w:tc>
          <w:tcPr>
            <w:tcW w:type="dxa" w:w="2880"/>
          </w:tcPr>
          <w:p>
            <w:r>
              <w:t>15</w:t>
            </w:r>
          </w:p>
        </w:tc>
        <w:tc>
          <w:tcPr>
            <w:tcW w:type="dxa" w:w="2880"/>
          </w:tcPr>
          <w:p>
            <w:r>
              <w:t>Evaluating sustainability practices and certifications relevant to canola farming and processing.</w:t>
            </w:r>
          </w:p>
        </w:tc>
      </w:tr>
      <w:tr>
        <w:tc>
          <w:tcPr>
            <w:tcW w:type="dxa" w:w="2880"/>
          </w:tcPr>
          <w:p>
            <w:r>
              <w:t>REGULATORY-COMPLIANCE-AND-INSPECTIONS</w:t>
            </w:r>
          </w:p>
        </w:tc>
        <w:tc>
          <w:tcPr>
            <w:tcW w:type="dxa" w:w="2880"/>
          </w:tcPr>
          <w:p>
            <w:r>
              <w:t>15</w:t>
            </w:r>
          </w:p>
        </w:tc>
        <w:tc>
          <w:tcPr>
            <w:tcW w:type="dxa" w:w="2880"/>
          </w:tcPr>
          <w:p>
            <w:r>
              <w:t>Examining the regulatory landscape and compliance inspections affecting canola operations.</w:t>
            </w:r>
          </w:p>
        </w:tc>
      </w:tr>
      <w:tr>
        <w:tc>
          <w:tcPr>
            <w:tcW w:type="dxa" w:w="2880"/>
          </w:tcPr>
          <w:p>
            <w:r>
              <w:t>RESEARCH-AND-DEVELOPMENT-INITIATIVES</w:t>
            </w:r>
          </w:p>
        </w:tc>
        <w:tc>
          <w:tcPr>
            <w:tcW w:type="dxa" w:w="2880"/>
          </w:tcPr>
          <w:p>
            <w:r>
              <w:t>13</w:t>
            </w:r>
          </w:p>
        </w:tc>
        <w:tc>
          <w:tcPr>
            <w:tcW w:type="dxa" w:w="2880"/>
          </w:tcPr>
          <w:p>
            <w:r>
              <w:t>Investigating R&amp;D efforts aimed at improving canola crop yields and processing efficiency.</w:t>
            </w:r>
          </w:p>
        </w:tc>
      </w:tr>
      <w:tr>
        <w:tc>
          <w:tcPr>
            <w:tcW w:type="dxa" w:w="2880"/>
          </w:tcPr>
          <w:p>
            <w:r>
              <w:t>MARKETING-AND-CONSUMER-ENGAGEMENT</w:t>
            </w:r>
          </w:p>
        </w:tc>
        <w:tc>
          <w:tcPr>
            <w:tcW w:type="dxa" w:w="2880"/>
          </w:tcPr>
          <w:p>
            <w:r>
              <w:t>11</w:t>
            </w:r>
          </w:p>
        </w:tc>
        <w:tc>
          <w:tcPr>
            <w:tcW w:type="dxa" w:w="2880"/>
          </w:tcPr>
          <w:p>
            <w:r>
              <w:t>Understanding marketing strategies and consumer engagement practices for canola products.</w:t>
            </w:r>
          </w:p>
        </w:tc>
      </w:tr>
      <w:tr>
        <w:tc>
          <w:tcPr>
            <w:tcW w:type="dxa" w:w="2880"/>
          </w:tcPr>
          <w:p>
            <w:r>
              <w:t>CROP-HEALTH-MONITORING-TECHNOLOGIES</w:t>
            </w:r>
          </w:p>
        </w:tc>
        <w:tc>
          <w:tcPr>
            <w:tcW w:type="dxa" w:w="2880"/>
          </w:tcPr>
          <w:p>
            <w:r>
              <w:t>14</w:t>
            </w:r>
          </w:p>
        </w:tc>
        <w:tc>
          <w:tcPr>
            <w:tcW w:type="dxa" w:w="2880"/>
          </w:tcPr>
          <w:p>
            <w:r>
              <w:t>Exploring technologies used for monitoring crop health and optimizing yield.</w:t>
            </w:r>
          </w:p>
        </w:tc>
      </w:tr>
      <w:tr>
        <w:tc>
          <w:tcPr>
            <w:tcW w:type="dxa" w:w="2880"/>
          </w:tcPr>
          <w:p>
            <w:r>
              <w:t>SOIL-AND-NUTRIENT-MANAGEMENT</w:t>
            </w:r>
          </w:p>
        </w:tc>
        <w:tc>
          <w:tcPr>
            <w:tcW w:type="dxa" w:w="2880"/>
          </w:tcPr>
          <w:p>
            <w:r>
              <w:t>16</w:t>
            </w:r>
          </w:p>
        </w:tc>
        <w:tc>
          <w:tcPr>
            <w:tcW w:type="dxa" w:w="2880"/>
          </w:tcPr>
          <w:p>
            <w:r>
              <w:t>Assessing practices for soil health and nutrient management in canola farming.</w:t>
            </w:r>
          </w:p>
        </w:tc>
      </w:tr>
      <w:tr>
        <w:tc>
          <w:tcPr>
            <w:tcW w:type="dxa" w:w="2880"/>
          </w:tcPr>
          <w:p>
            <w:r>
              <w:t>IRRIGATION-AND-WATER-MANAGEMENT</w:t>
            </w:r>
          </w:p>
        </w:tc>
        <w:tc>
          <w:tcPr>
            <w:tcW w:type="dxa" w:w="2880"/>
          </w:tcPr>
          <w:p>
            <w:r>
              <w:t>15</w:t>
            </w:r>
          </w:p>
        </w:tc>
        <w:tc>
          <w:tcPr>
            <w:tcW w:type="dxa" w:w="2880"/>
          </w:tcPr>
          <w:p>
            <w:r>
              <w:t>Examining irrigation strategies and water management practices for canola crops.</w:t>
            </w:r>
          </w:p>
        </w:tc>
      </w:tr>
      <w:tr>
        <w:tc>
          <w:tcPr>
            <w:tcW w:type="dxa" w:w="2880"/>
          </w:tcPr>
          <w:p>
            <w:r>
              <w:t>PEST-AND-DISEASE-MANAGEMENT</w:t>
            </w:r>
          </w:p>
        </w:tc>
        <w:tc>
          <w:tcPr>
            <w:tcW w:type="dxa" w:w="2880"/>
          </w:tcPr>
          <w:p>
            <w:r>
              <w:t>17</w:t>
            </w:r>
          </w:p>
        </w:tc>
        <w:tc>
          <w:tcPr>
            <w:tcW w:type="dxa" w:w="2880"/>
          </w:tcPr>
          <w:p>
            <w:r>
              <w:t>Investigating integrated pest and disease management strategies used in canola farming.</w:t>
            </w:r>
          </w:p>
        </w:tc>
      </w:tr>
      <w:tr>
        <w:tc>
          <w:tcPr>
            <w:tcW w:type="dxa" w:w="2880"/>
          </w:tcPr>
          <w:p>
            <w:r>
              <w:t>CROP-ROTATION-AND-AGRONOMIC-STRATEGIES</w:t>
            </w:r>
          </w:p>
        </w:tc>
        <w:tc>
          <w:tcPr>
            <w:tcW w:type="dxa" w:w="2880"/>
          </w:tcPr>
          <w:p>
            <w:r>
              <w:t>13</w:t>
            </w:r>
          </w:p>
        </w:tc>
        <w:tc>
          <w:tcPr>
            <w:tcW w:type="dxa" w:w="2880"/>
          </w:tcPr>
          <w:p>
            <w:r>
              <w:t>Exploring crop rotation practices and agronomic strategies for canola cultivation.</w:t>
            </w:r>
          </w:p>
        </w:tc>
      </w:tr>
      <w:tr>
        <w:tc>
          <w:tcPr>
            <w:tcW w:type="dxa" w:w="2880"/>
          </w:tcPr>
          <w:p>
            <w:r>
              <w:t>SUPPLY-CHAIN-MANAGEMENT-AND-LOGISTICS</w:t>
            </w:r>
          </w:p>
        </w:tc>
        <w:tc>
          <w:tcPr>
            <w:tcW w:type="dxa" w:w="2880"/>
          </w:tcPr>
          <w:p>
            <w:r>
              <w:t>15</w:t>
            </w:r>
          </w:p>
        </w:tc>
        <w:tc>
          <w:tcPr>
            <w:tcW w:type="dxa" w:w="2880"/>
          </w:tcPr>
          <w:p>
            <w:r>
              <w:t>Understanding the supply chain and logistics involved in canola production and distribution.</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1059-0001</w:t>
            </w:r>
          </w:p>
        </w:tc>
        <w:tc>
          <w:tcPr>
            <w:tcW w:type="dxa" w:w="2160"/>
          </w:tcPr>
          <w:p>
            <w:r>
              <w:t>Entity Structure</w:t>
            </w:r>
          </w:p>
        </w:tc>
        <w:tc>
          <w:tcPr>
            <w:tcW w:type="dxa" w:w="2160"/>
          </w:tcPr>
          <w:p>
            <w:r>
              <w:t>What is the legal structure of your canola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1059-0002</w:t>
            </w:r>
          </w:p>
        </w:tc>
        <w:tc>
          <w:tcPr>
            <w:tcW w:type="dxa" w:w="2160"/>
          </w:tcPr>
          <w:p>
            <w:r>
              <w:t>Ownership</w:t>
            </w:r>
          </w:p>
        </w:tc>
        <w:tc>
          <w:tcPr>
            <w:tcW w:type="dxa" w:w="2160"/>
          </w:tcPr>
          <w:p>
            <w:r>
              <w:t>Who are the primary owners or stakeholders in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1059-0003</w:t>
            </w:r>
          </w:p>
        </w:tc>
        <w:tc>
          <w:tcPr>
            <w:tcW w:type="dxa" w:w="2160"/>
          </w:tcPr>
          <w:p>
            <w:r>
              <w:t>Locations</w:t>
            </w:r>
          </w:p>
        </w:tc>
        <w:tc>
          <w:tcPr>
            <w:tcW w:type="dxa" w:w="2160"/>
          </w:tcPr>
          <w:p>
            <w:r>
              <w:t>List all locations where your canola farming operations are conducted, including addresses and types of operations at each site.</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1059-0004</w:t>
            </w:r>
          </w:p>
        </w:tc>
        <w:tc>
          <w:tcPr>
            <w:tcW w:type="dxa" w:w="2160"/>
          </w:tcPr>
          <w:p>
            <w:r>
              <w:t>Products</w:t>
            </w:r>
          </w:p>
        </w:tc>
        <w:tc>
          <w:tcPr>
            <w:tcW w:type="dxa" w:w="2160"/>
          </w:tcPr>
          <w:p>
            <w:r>
              <w:t>What specific canola products do you produce (e.g., oil, meal, seeds)?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1059-0005</w:t>
            </w:r>
          </w:p>
        </w:tc>
        <w:tc>
          <w:tcPr>
            <w:tcW w:type="dxa" w:w="2160"/>
          </w:tcPr>
          <w:p>
            <w:r>
              <w:t>Revenue</w:t>
            </w:r>
          </w:p>
        </w:tc>
        <w:tc>
          <w:tcPr>
            <w:tcW w:type="dxa" w:w="2160"/>
          </w:tcPr>
          <w:p>
            <w:r>
              <w:t>What was the total revenue generated from canola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1059-0006</w:t>
            </w:r>
          </w:p>
        </w:tc>
        <w:tc>
          <w:tcPr>
            <w:tcW w:type="dxa" w:w="2160"/>
          </w:tcPr>
          <w:p>
            <w:r>
              <w:t>Personnel</w:t>
            </w:r>
          </w:p>
        </w:tc>
        <w:tc>
          <w:tcPr>
            <w:tcW w:type="dxa" w:w="2160"/>
          </w:tcPr>
          <w:p>
            <w:r>
              <w:t>How many employees are directly involved in the farming and production of canola during the tax year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1059-0007</w:t>
            </w:r>
          </w:p>
        </w:tc>
        <w:tc>
          <w:tcPr>
            <w:tcW w:type="dxa" w:w="2160"/>
          </w:tcPr>
          <w:p>
            <w:r>
              <w:t>Records</w:t>
            </w:r>
          </w:p>
        </w:tc>
        <w:tc>
          <w:tcPr>
            <w:tcW w:type="dxa" w:w="2160"/>
          </w:tcPr>
          <w:p>
            <w:r>
              <w:t>What types of records do you maintain related to canola production (e.g., planting schedules, yield reports, experimentation logs)?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1059-0008</w:t>
            </w:r>
          </w:p>
        </w:tc>
        <w:tc>
          <w:tcPr>
            <w:tcW w:type="dxa" w:w="2160"/>
          </w:tcPr>
          <w:p>
            <w:r>
              <w:t>Lead Facts</w:t>
            </w:r>
          </w:p>
        </w:tc>
        <w:tc>
          <w:tcPr>
            <w:tcW w:type="dxa" w:w="2160"/>
          </w:tcPr>
          <w:p>
            <w:r>
              <w:t>Describe any innovative practices or technologies you implemented in the cultivation of canola during the tax year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1059-0009</w:t>
            </w:r>
          </w:p>
        </w:tc>
        <w:tc>
          <w:tcPr>
            <w:tcW w:type="dxa" w:w="2160"/>
          </w:tcPr>
          <w:p>
            <w:r>
              <w:t>Entity Structure</w:t>
            </w:r>
          </w:p>
        </w:tc>
        <w:tc>
          <w:tcPr>
            <w:tcW w:type="dxa" w:w="2160"/>
          </w:tcPr>
          <w:p>
            <w:r>
              <w:t>Is your business part of a larger agricultural group or cooperative?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1059-0010</w:t>
            </w:r>
          </w:p>
        </w:tc>
        <w:tc>
          <w:tcPr>
            <w:tcW w:type="dxa" w:w="2160"/>
          </w:tcPr>
          <w:p>
            <w:r>
              <w:t>Ownership</w:t>
            </w:r>
          </w:p>
        </w:tc>
        <w:tc>
          <w:tcPr>
            <w:tcW w:type="dxa" w:w="2160"/>
          </w:tcPr>
          <w:p>
            <w:r>
              <w:t>Are there any external investors or partners involved in the business?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1059-0011</w:t>
            </w:r>
          </w:p>
        </w:tc>
        <w:tc>
          <w:tcPr>
            <w:tcW w:type="dxa" w:w="2160"/>
          </w:tcPr>
          <w:p>
            <w:r>
              <w:t>Locations</w:t>
            </w:r>
          </w:p>
        </w:tc>
        <w:tc>
          <w:tcPr>
            <w:tcW w:type="dxa" w:w="2160"/>
          </w:tcPr>
          <w:p>
            <w:r>
              <w:t>Do you operate in multiple states? If yes, please list the states and the nature of operations in each.</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1059-0012</w:t>
            </w:r>
          </w:p>
        </w:tc>
        <w:tc>
          <w:tcPr>
            <w:tcW w:type="dxa" w:w="2160"/>
          </w:tcPr>
          <w:p>
            <w:r>
              <w:t>Products</w:t>
            </w:r>
          </w:p>
        </w:tc>
        <w:tc>
          <w:tcPr>
            <w:tcW w:type="dxa" w:w="2160"/>
          </w:tcPr>
          <w:p>
            <w:r>
              <w:t>What are the primary uses for your canola products (e.g., food, biofuel, industrial applications)?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1059-0013</w:t>
            </w:r>
          </w:p>
        </w:tc>
        <w:tc>
          <w:tcPr>
            <w:tcW w:type="dxa" w:w="2160"/>
          </w:tcPr>
          <w:p>
            <w:r>
              <w:t>Revenue</w:t>
            </w:r>
          </w:p>
        </w:tc>
        <w:tc>
          <w:tcPr>
            <w:tcW w:type="dxa" w:w="2160"/>
          </w:tcPr>
          <w:p>
            <w:r>
              <w:t>What percentage of your total revenue comes from canola products compared to other agricultural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1059-0014</w:t>
            </w:r>
          </w:p>
        </w:tc>
        <w:tc>
          <w:tcPr>
            <w:tcW w:type="dxa" w:w="2160"/>
          </w:tcPr>
          <w:p>
            <w:r>
              <w:t>Personnel</w:t>
            </w:r>
          </w:p>
        </w:tc>
        <w:tc>
          <w:tcPr>
            <w:tcW w:type="dxa" w:w="2160"/>
          </w:tcPr>
          <w:p>
            <w:r>
              <w:t>What qualifications or training do your employees have in relation to canola farming and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1059-0015</w:t>
            </w:r>
          </w:p>
        </w:tc>
        <w:tc>
          <w:tcPr>
            <w:tcW w:type="dxa" w:w="2160"/>
          </w:tcPr>
          <w:p>
            <w:r>
              <w:t>Records</w:t>
            </w:r>
          </w:p>
        </w:tc>
        <w:tc>
          <w:tcPr>
            <w:tcW w:type="dxa" w:w="2160"/>
          </w:tcPr>
          <w:p>
            <w:r>
              <w:t>How do you document experimental trials or innovations in canola farming? Please provide examples.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1059-0016</w:t>
            </w:r>
          </w:p>
        </w:tc>
        <w:tc>
          <w:tcPr>
            <w:tcW w:type="dxa" w:w="2160"/>
          </w:tcPr>
          <w:p>
            <w:r>
              <w:t>Lead Facts</w:t>
            </w:r>
          </w:p>
        </w:tc>
        <w:tc>
          <w:tcPr>
            <w:tcW w:type="dxa" w:w="2160"/>
          </w:tcPr>
          <w:p>
            <w:r>
              <w:t>Have you collaborated with any research institutions or universities for canola-related projects?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1059-0017</w:t>
            </w:r>
          </w:p>
        </w:tc>
        <w:tc>
          <w:tcPr>
            <w:tcW w:type="dxa" w:w="2160"/>
          </w:tcPr>
          <w:p>
            <w:r>
              <w:t>Entity Structure</w:t>
            </w:r>
          </w:p>
        </w:tc>
        <w:tc>
          <w:tcPr>
            <w:tcW w:type="dxa" w:w="2160"/>
          </w:tcPr>
          <w:p>
            <w:r>
              <w:t>Does your business have any subsidiaries or affiliated entities involved in canola production? If yes, please list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1059-0018</w:t>
            </w:r>
          </w:p>
        </w:tc>
        <w:tc>
          <w:tcPr>
            <w:tcW w:type="dxa" w:w="2160"/>
          </w:tcPr>
          <w:p>
            <w:r>
              <w:t>Ownership</w:t>
            </w:r>
          </w:p>
        </w:tc>
        <w:tc>
          <w:tcPr>
            <w:tcW w:type="dxa" w:w="2160"/>
          </w:tcPr>
          <w:p>
            <w:r>
              <w:t>Are there any ownership changes anticipated in the near future?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1059-0019</w:t>
            </w:r>
          </w:p>
        </w:tc>
        <w:tc>
          <w:tcPr>
            <w:tcW w:type="dxa" w:w="2160"/>
          </w:tcPr>
          <w:p>
            <w:r>
              <w:t>Locations</w:t>
            </w:r>
          </w:p>
        </w:tc>
        <w:tc>
          <w:tcPr>
            <w:tcW w:type="dxa" w:w="2160"/>
          </w:tcPr>
          <w:p>
            <w:r>
              <w:t>What is the primary method of transportation for your canola products from the farm to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1059-0020</w:t>
            </w:r>
          </w:p>
        </w:tc>
        <w:tc>
          <w:tcPr>
            <w:tcW w:type="dxa" w:w="2160"/>
          </w:tcPr>
          <w:p>
            <w:r>
              <w:t>Products</w:t>
            </w:r>
          </w:p>
        </w:tc>
        <w:tc>
          <w:tcPr>
            <w:tcW w:type="dxa" w:w="2160"/>
          </w:tcPr>
          <w:p>
            <w:r>
              <w:t>Are there any new canola varieties you are experimenting with or planning to introduce? If so,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1059-0021</w:t>
            </w:r>
          </w:p>
        </w:tc>
        <w:tc>
          <w:tcPr>
            <w:tcW w:type="dxa" w:w="2160"/>
          </w:tcPr>
          <w:p>
            <w:r>
              <w:t>Business Overview</w:t>
            </w:r>
          </w:p>
        </w:tc>
        <w:tc>
          <w:tcPr>
            <w:tcW w:type="dxa" w:w="2160"/>
          </w:tcPr>
          <w:p>
            <w:r>
              <w:t>What specific innovations or improvements have you implemented in your canola farming operations in the past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1059-0022</w:t>
            </w:r>
          </w:p>
        </w:tc>
        <w:tc>
          <w:tcPr>
            <w:tcW w:type="dxa" w:w="2160"/>
          </w:tcPr>
          <w:p>
            <w:r>
              <w:t>Research Activities</w:t>
            </w:r>
          </w:p>
        </w:tc>
        <w:tc>
          <w:tcPr>
            <w:tcW w:type="dxa" w:w="2160"/>
          </w:tcPr>
          <w:p>
            <w:r>
              <w:t>Can you describe any experimental techniques or methodologies you have tested to enhance canola yield?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1059-0023</w:t>
            </w:r>
          </w:p>
        </w:tc>
        <w:tc>
          <w:tcPr>
            <w:tcW w:type="dxa" w:w="2160"/>
          </w:tcPr>
          <w:p>
            <w:r>
              <w:t>Return Status</w:t>
            </w:r>
          </w:p>
        </w:tc>
        <w:tc>
          <w:tcPr>
            <w:tcW w:type="dxa" w:w="2160"/>
          </w:tcPr>
          <w:p>
            <w:r>
              <w:t>What is the current status of your R&amp;D tax credit return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1059-0024</w:t>
            </w:r>
          </w:p>
        </w:tc>
        <w:tc>
          <w:tcPr>
            <w:tcW w:type="dxa" w:w="2160"/>
          </w:tcPr>
          <w:p>
            <w:r>
              <w:t>Prior Credits</w:t>
            </w:r>
          </w:p>
        </w:tc>
        <w:tc>
          <w:tcPr>
            <w:tcW w:type="dxa" w:w="2160"/>
          </w:tcPr>
          <w:p>
            <w:r>
              <w:t>Have you claimed R&amp;D tax credits in any of the previous three tax years? If so, please specify the amounts claimed for each year.</w:t>
              <w:br/>
              <w:t>Answer type: Repeating table</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1059-0025</w:t>
            </w:r>
          </w:p>
        </w:tc>
        <w:tc>
          <w:tcPr>
            <w:tcW w:type="dxa" w:w="2160"/>
          </w:tcPr>
          <w:p>
            <w:r>
              <w:t>Aggregation</w:t>
            </w:r>
          </w:p>
        </w:tc>
        <w:tc>
          <w:tcPr>
            <w:tcW w:type="dxa" w:w="2160"/>
          </w:tcPr>
          <w:p>
            <w:r>
              <w:t>Are you aggregating R&amp;D expenses across multiple canola farm locations for the 2025 tax year? If yes, please list the locations and their respective R&amp;D expenditures.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1059-0026</w:t>
            </w:r>
          </w:p>
        </w:tc>
        <w:tc>
          <w:tcPr>
            <w:tcW w:type="dxa" w:w="2160"/>
          </w:tcPr>
          <w:p>
            <w:r>
              <w:t>Elections</w:t>
            </w:r>
          </w:p>
        </w:tc>
        <w:tc>
          <w:tcPr>
            <w:tcW w:type="dxa" w:w="2160"/>
          </w:tcPr>
          <w:p>
            <w:r>
              <w:t>Have you made any elections regarding the treatment of R&amp;D expenses for the 2025 tax year? If yes, please describe the elections made.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1059-0027</w:t>
            </w:r>
          </w:p>
        </w:tc>
        <w:tc>
          <w:tcPr>
            <w:tcW w:type="dxa" w:w="2160"/>
          </w:tcPr>
          <w:p>
            <w:r>
              <w:t>Amended Returns</w:t>
            </w:r>
          </w:p>
        </w:tc>
        <w:tc>
          <w:tcPr>
            <w:tcW w:type="dxa" w:w="2160"/>
          </w:tcPr>
          <w:p>
            <w:r>
              <w:t>Did you amend any prior year returns to claim additional R&amp;D credits? If yes, please provide details on the years amended and the reasons for the amendments.</w:t>
              <w:br/>
              <w:t>Answer type: Long text</w:t>
              <w:br/>
              <w:t>Trigger: Always</w:t>
              <w:br/>
              <w:t>Required: No</w:t>
              <w:br/>
              <w:t>Risk: High</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1059-0028</w:t>
            </w:r>
          </w:p>
        </w:tc>
        <w:tc>
          <w:tcPr>
            <w:tcW w:type="dxa" w:w="2160"/>
          </w:tcPr>
          <w:p>
            <w:r>
              <w:t>Section 174 Compliance</w:t>
            </w:r>
          </w:p>
        </w:tc>
        <w:tc>
          <w:tcPr>
            <w:tcW w:type="dxa" w:w="2160"/>
          </w:tcPr>
          <w:p>
            <w:r>
              <w:t>For the 2025 tax year, have you incurred any R&amp;D expenses that you are treating as capitalized under Section 174? Please provide a breakdown of those expenses.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1059-0029</w:t>
            </w:r>
          </w:p>
        </w:tc>
        <w:tc>
          <w:tcPr>
            <w:tcW w:type="dxa" w:w="2160"/>
          </w:tcPr>
          <w:p>
            <w:r>
              <w:t>Return Status</w:t>
            </w:r>
          </w:p>
        </w:tc>
        <w:tc>
          <w:tcPr>
            <w:tcW w:type="dxa" w:w="2160"/>
          </w:tcPr>
          <w:p>
            <w:r>
              <w:t>What is the expected date for filing your R&amp;D tax credit return for 2025?</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1059-0030</w:t>
            </w:r>
          </w:p>
        </w:tc>
        <w:tc>
          <w:tcPr>
            <w:tcW w:type="dxa" w:w="2160"/>
          </w:tcPr>
          <w:p>
            <w:r>
              <w:t>Prior Credits</w:t>
            </w:r>
          </w:p>
        </w:tc>
        <w:tc>
          <w:tcPr>
            <w:tcW w:type="dxa" w:w="2160"/>
          </w:tcPr>
          <w:p>
            <w:r>
              <w:t>What types of R&amp;D activities did you engage in during the prior years that contributed to the credits claimed? Please specify the activities.</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1059-0031</w:t>
            </w:r>
          </w:p>
        </w:tc>
        <w:tc>
          <w:tcPr>
            <w:tcW w:type="dxa" w:w="2160"/>
          </w:tcPr>
          <w:p>
            <w:r>
              <w:t>Aggregation</w:t>
            </w:r>
          </w:p>
        </w:tc>
        <w:tc>
          <w:tcPr>
            <w:tcW w:type="dxa" w:w="2160"/>
          </w:tcPr>
          <w:p>
            <w:r>
              <w:t>Are you planning to aggregate R&amp;D activities from different departments or divisions within your canola farming operations for this tax year? If yes, please explain how you will aggregate them.</w:t>
              <w:br/>
              <w:t>Answer type: Long text</w:t>
              <w:br/>
              <w:t>Trigger: Yes-No + details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1059-0032</w:t>
            </w:r>
          </w:p>
        </w:tc>
        <w:tc>
          <w:tcPr>
            <w:tcW w:type="dxa" w:w="2160"/>
          </w:tcPr>
          <w:p>
            <w:r>
              <w:t>Elections</w:t>
            </w:r>
          </w:p>
        </w:tc>
        <w:tc>
          <w:tcPr>
            <w:tcW w:type="dxa" w:w="2160"/>
          </w:tcPr>
          <w:p>
            <w:r>
              <w:t>Have you opted for the alternative simplified credit method for calculating your R&amp;D tax credit? If yes, please provide the rationale for this choice.</w:t>
              <w:br/>
              <w:t>Answer type: Yes-No + details</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1059-0033</w:t>
            </w:r>
          </w:p>
        </w:tc>
        <w:tc>
          <w:tcPr>
            <w:tcW w:type="dxa" w:w="2160"/>
          </w:tcPr>
          <w:p>
            <w:r>
              <w:t>Tax Compliance</w:t>
            </w:r>
          </w:p>
        </w:tc>
        <w:tc>
          <w:tcPr>
            <w:tcW w:type="dxa" w:w="2160"/>
          </w:tcPr>
          <w:p>
            <w:r>
              <w:t>Have you documented all eligible R&amp;D expenses related to your canola farming for the tax year 2025?</w:t>
              <w:br/>
              <w:t>Answer type: boolean</w:t>
              <w:br/>
              <w:t>Trigger: none</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1059-0034</w:t>
            </w:r>
          </w:p>
        </w:tc>
        <w:tc>
          <w:tcPr>
            <w:tcW w:type="dxa" w:w="2160"/>
          </w:tcPr>
          <w:p>
            <w:r>
              <w:t>State Compliance</w:t>
            </w:r>
          </w:p>
        </w:tc>
        <w:tc>
          <w:tcPr>
            <w:tcW w:type="dxa" w:w="2160"/>
          </w:tcPr>
          <w:p>
            <w:r>
              <w:t>Are you familiar with the specific requirements for claiming the R&amp;D tax credit in California for agricultural activities?</w:t>
              <w:br/>
              <w:t>Answer type: boolean</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1059-0035</w:t>
            </w:r>
          </w:p>
        </w:tc>
        <w:tc>
          <w:tcPr>
            <w:tcW w:type="dxa" w:w="2160"/>
          </w:tcPr>
          <w:p>
            <w:r>
              <w:t>Documentation</w:t>
            </w:r>
          </w:p>
        </w:tc>
        <w:tc>
          <w:tcPr>
            <w:tcW w:type="dxa" w:w="2160"/>
          </w:tcPr>
          <w:p>
            <w:r>
              <w:t>What types of records do you maintain to substantiate your R&amp;D claims related to canola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1059-0036</w:t>
            </w:r>
          </w:p>
        </w:tc>
        <w:tc>
          <w:tcPr>
            <w:tcW w:type="dxa" w:w="2160"/>
          </w:tcPr>
          <w:p>
            <w:r>
              <w:t>Expense Tracking</w:t>
            </w:r>
          </w:p>
        </w:tc>
        <w:tc>
          <w:tcPr>
            <w:tcW w:type="dxa" w:w="2160"/>
          </w:tcPr>
          <w:p>
            <w:r>
              <w:t>How do you categorize and track your R&amp;D expenses specifically related to canola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1059-0037</w:t>
            </w:r>
          </w:p>
        </w:tc>
        <w:tc>
          <w:tcPr>
            <w:tcW w:type="dxa" w:w="2160"/>
          </w:tcPr>
          <w:p>
            <w:r>
              <w:t>Project Inventory</w:t>
            </w:r>
          </w:p>
        </w:tc>
        <w:tc>
          <w:tcPr>
            <w:tcW w:type="dxa" w:w="2160"/>
          </w:tcPr>
          <w:p>
            <w:r>
              <w:t>What specific projects related to canola farming did you initiate in 2025 that aimed to improve yield or reduce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1059-0038</w:t>
            </w:r>
          </w:p>
        </w:tc>
        <w:tc>
          <w:tcPr>
            <w:tcW w:type="dxa" w:w="2160"/>
          </w:tcPr>
          <w:p>
            <w:r>
              <w:t>Uncertainty</w:t>
            </w:r>
          </w:p>
        </w:tc>
        <w:tc>
          <w:tcPr>
            <w:tcW w:type="dxa" w:w="2160"/>
          </w:tcPr>
          <w:p>
            <w:r>
              <w:t>Can you describe any uncertainties you faced in the development of new canola varieties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1059-0039</w:t>
            </w:r>
          </w:p>
        </w:tc>
        <w:tc>
          <w:tcPr>
            <w:tcW w:type="dxa" w:w="2160"/>
          </w:tcPr>
          <w:p>
            <w:r>
              <w:t>Alternatives</w:t>
            </w:r>
          </w:p>
        </w:tc>
        <w:tc>
          <w:tcPr>
            <w:tcW w:type="dxa" w:w="2160"/>
          </w:tcPr>
          <w:p>
            <w:r>
              <w:t>What alternative methods or technologies did you consider for canola cultivation in 2025,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1059-0040</w:t>
            </w:r>
          </w:p>
        </w:tc>
        <w:tc>
          <w:tcPr>
            <w:tcW w:type="dxa" w:w="2160"/>
          </w:tcPr>
          <w:p>
            <w:r>
              <w:t>Experiments</w:t>
            </w:r>
          </w:p>
        </w:tc>
        <w:tc>
          <w:tcPr>
            <w:tcW w:type="dxa" w:w="2160"/>
          </w:tcPr>
          <w:p>
            <w:r>
              <w:t>What specific experiments did you conduct in 2025 to test new fertilizers or pest control methods for canola crops?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1059-0041</w:t>
            </w:r>
          </w:p>
        </w:tc>
        <w:tc>
          <w:tcPr>
            <w:tcW w:type="dxa" w:w="2160"/>
          </w:tcPr>
          <w:p>
            <w:r>
              <w:t>Measurements</w:t>
            </w:r>
          </w:p>
        </w:tc>
        <w:tc>
          <w:tcPr>
            <w:tcW w:type="dxa" w:w="2160"/>
          </w:tcPr>
          <w:p>
            <w:r>
              <w:t>How did you measure the success of your canola farming projects in 2025? Please provide specific metrics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1059-0042</w:t>
            </w:r>
          </w:p>
        </w:tc>
        <w:tc>
          <w:tcPr>
            <w:tcW w:type="dxa" w:w="2160"/>
          </w:tcPr>
          <w:p>
            <w:r>
              <w:t>Costs</w:t>
            </w:r>
          </w:p>
        </w:tc>
        <w:tc>
          <w:tcPr>
            <w:tcW w:type="dxa" w:w="2160"/>
          </w:tcPr>
          <w:p>
            <w:r>
              <w:t>What were the total costs associated with your R&amp;D projects in canola farming for 2025? Please break down costs by category (e.g., labor, materials, equipment).</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1059-0043</w:t>
            </w:r>
          </w:p>
        </w:tc>
        <w:tc>
          <w:tcPr>
            <w:tcW w:type="dxa" w:w="2160"/>
          </w:tcPr>
          <w:p>
            <w:r>
              <w:t>Evidence</w:t>
            </w:r>
          </w:p>
        </w:tc>
        <w:tc>
          <w:tcPr>
            <w:tcW w:type="dxa" w:w="2160"/>
          </w:tcPr>
          <w:p>
            <w:r>
              <w:t>What documentation do you have to support the R&amp;D activities conducted in your canola projects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1059-0044</w:t>
            </w:r>
          </w:p>
        </w:tc>
        <w:tc>
          <w:tcPr>
            <w:tcW w:type="dxa" w:w="2160"/>
          </w:tcPr>
          <w:p>
            <w:r>
              <w:t>Project Inventory</w:t>
            </w:r>
          </w:p>
        </w:tc>
        <w:tc>
          <w:tcPr>
            <w:tcW w:type="dxa" w:w="2160"/>
          </w:tcPr>
          <w:p>
            <w:r>
              <w:t>How many distinct R&amp;D projects related to canola farming were initiated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1059-0045</w:t>
            </w:r>
          </w:p>
        </w:tc>
        <w:tc>
          <w:tcPr>
            <w:tcW w:type="dxa" w:w="2160"/>
          </w:tcPr>
          <w:p>
            <w:r>
              <w:t>Uncertainty</w:t>
            </w:r>
          </w:p>
        </w:tc>
        <w:tc>
          <w:tcPr>
            <w:tcW w:type="dxa" w:w="2160"/>
          </w:tcPr>
          <w:p>
            <w:r>
              <w:t>What specific technical challenges did you encounter when developing new canola strains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1059-0046</w:t>
            </w:r>
          </w:p>
        </w:tc>
        <w:tc>
          <w:tcPr>
            <w:tcW w:type="dxa" w:w="2160"/>
          </w:tcPr>
          <w:p>
            <w:r>
              <w:t>Alternatives</w:t>
            </w:r>
          </w:p>
        </w:tc>
        <w:tc>
          <w:tcPr>
            <w:tcW w:type="dxa" w:w="2160"/>
          </w:tcPr>
          <w:p>
            <w:r>
              <w:t>Did you explore any alternative crops or farming techniques in 2025? If so, what were they?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1059-0047</w:t>
            </w:r>
          </w:p>
        </w:tc>
        <w:tc>
          <w:tcPr>
            <w:tcW w:type="dxa" w:w="2160"/>
          </w:tcPr>
          <w:p>
            <w:r>
              <w:t>Experiments</w:t>
            </w:r>
          </w:p>
        </w:tc>
        <w:tc>
          <w:tcPr>
            <w:tcW w:type="dxa" w:w="2160"/>
          </w:tcPr>
          <w:p>
            <w:r>
              <w:t>What was the hypothesis behind the experiments conducted on pest control methods in your canola projects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1059-0048</w:t>
            </w:r>
          </w:p>
        </w:tc>
        <w:tc>
          <w:tcPr>
            <w:tcW w:type="dxa" w:w="2160"/>
          </w:tcPr>
          <w:p>
            <w:r>
              <w:t>Measurements</w:t>
            </w:r>
          </w:p>
        </w:tc>
        <w:tc>
          <w:tcPr>
            <w:tcW w:type="dxa" w:w="2160"/>
          </w:tcPr>
          <w:p>
            <w:r>
              <w:t>What specific data collection methods did you use to assess the effectiveness of your R&amp;D projects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1059-0049</w:t>
            </w:r>
          </w:p>
        </w:tc>
        <w:tc>
          <w:tcPr>
            <w:tcW w:type="dxa" w:w="2160"/>
          </w:tcPr>
          <w:p>
            <w:r>
              <w:t>Costs</w:t>
            </w:r>
          </w:p>
        </w:tc>
        <w:tc>
          <w:tcPr>
            <w:tcW w:type="dxa" w:w="2160"/>
          </w:tcPr>
          <w:p>
            <w:r>
              <w:t>What percentage of your total operational budget in 2025 was allocated to R&amp;D activities in canola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1059-0050</w:t>
            </w:r>
          </w:p>
        </w:tc>
        <w:tc>
          <w:tcPr>
            <w:tcW w:type="dxa" w:w="2160"/>
          </w:tcPr>
          <w:p>
            <w:r>
              <w:t>Evidence</w:t>
            </w:r>
          </w:p>
        </w:tc>
        <w:tc>
          <w:tcPr>
            <w:tcW w:type="dxa" w:w="2160"/>
          </w:tcPr>
          <w:p>
            <w:r>
              <w:t>Can you provide examples of how your R&amp;D activities in 2025 led to measurable improvements in canola yield or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1059-0051</w:t>
            </w:r>
          </w:p>
        </w:tc>
        <w:tc>
          <w:tcPr>
            <w:tcW w:type="dxa" w:w="2160"/>
          </w:tcPr>
          <w:p>
            <w:r>
              <w:t>Project Inventory</w:t>
            </w:r>
          </w:p>
        </w:tc>
        <w:tc>
          <w:tcPr>
            <w:tcW w:type="dxa" w:w="2160"/>
          </w:tcPr>
          <w:p>
            <w:r>
              <w:t>What was the duration of each R&amp;D project related to canola farming that you undertook in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1059-0052</w:t>
            </w:r>
          </w:p>
        </w:tc>
        <w:tc>
          <w:tcPr>
            <w:tcW w:type="dxa" w:w="2160"/>
          </w:tcPr>
          <w:p>
            <w:r>
              <w:t>Uncertainty</w:t>
            </w:r>
          </w:p>
        </w:tc>
        <w:tc>
          <w:tcPr>
            <w:tcW w:type="dxa" w:w="2160"/>
          </w:tcPr>
          <w:p>
            <w:r>
              <w:t>What were the key assumptions made at the outset of your R&amp;D projects in canola farming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1059-0053</w:t>
            </w:r>
          </w:p>
        </w:tc>
        <w:tc>
          <w:tcPr>
            <w:tcW w:type="dxa" w:w="2160"/>
          </w:tcPr>
          <w:p>
            <w:r>
              <w:t>Alternatives</w:t>
            </w:r>
          </w:p>
        </w:tc>
        <w:tc>
          <w:tcPr>
            <w:tcW w:type="dxa" w:w="2160"/>
          </w:tcPr>
          <w:p>
            <w:r>
              <w:t>Were there any regulatory or environmental constraints that influenced the alternatives you considered for your canola projects in 2025?</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1059-0054</w:t>
            </w:r>
          </w:p>
        </w:tc>
        <w:tc>
          <w:tcPr>
            <w:tcW w:type="dxa" w:w="2160"/>
          </w:tcPr>
          <w:p>
            <w:r>
              <w:t>Experiments</w:t>
            </w:r>
          </w:p>
        </w:tc>
        <w:tc>
          <w:tcPr>
            <w:tcW w:type="dxa" w:w="2160"/>
          </w:tcPr>
          <w:p>
            <w:r>
              <w:t>What was the outcome of the experiments conducted on new irrigation techniques for canola farming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1059-0055</w:t>
            </w:r>
          </w:p>
        </w:tc>
        <w:tc>
          <w:tcPr>
            <w:tcW w:type="dxa" w:w="2160"/>
          </w:tcPr>
          <w:p>
            <w:r>
              <w:t>Measurements</w:t>
            </w:r>
          </w:p>
        </w:tc>
        <w:tc>
          <w:tcPr>
            <w:tcW w:type="dxa" w:w="2160"/>
          </w:tcPr>
          <w:p>
            <w:r>
              <w:t>How did you validate the results of your R&amp;D projects in canola farming for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1059-0056</w:t>
            </w:r>
          </w:p>
        </w:tc>
        <w:tc>
          <w:tcPr>
            <w:tcW w:type="dxa" w:w="2160"/>
          </w:tcPr>
          <w:p>
            <w:r>
              <w:t>Project Identification</w:t>
            </w:r>
          </w:p>
        </w:tc>
        <w:tc>
          <w:tcPr>
            <w:tcW w:type="dxa" w:w="2160"/>
          </w:tcPr>
          <w:p>
            <w:r>
              <w:t>Can you identify a specific project in 2025 that involved developing a new canola variety?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1059-0057</w:t>
            </w:r>
          </w:p>
        </w:tc>
        <w:tc>
          <w:tcPr>
            <w:tcW w:type="dxa" w:w="2160"/>
          </w:tcPr>
          <w:p>
            <w:r>
              <w:t>Technological Nature</w:t>
            </w:r>
          </w:p>
        </w:tc>
        <w:tc>
          <w:tcPr>
            <w:tcW w:type="dxa" w:w="2160"/>
          </w:tcPr>
          <w:p>
            <w:r>
              <w:t>Describe any new agricultural techniques or technologies you experimented with in 2025 to improve canola yield. What specific uncertainties did you encounter during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1059-0058</w:t>
            </w:r>
          </w:p>
        </w:tc>
        <w:tc>
          <w:tcPr>
            <w:tcW w:type="dxa" w:w="2160"/>
          </w:tcPr>
          <w:p>
            <w:r>
              <w:t>Experimentation</w:t>
            </w:r>
          </w:p>
        </w:tc>
        <w:tc>
          <w:tcPr>
            <w:tcW w:type="dxa" w:w="2160"/>
          </w:tcPr>
          <w:p>
            <w:r>
              <w:t>For each new technique or technology tested in 2025, outline the systematic process you followed to test its effectiveness. How did you document the results of these experiments?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1059-0059</w:t>
            </w:r>
          </w:p>
        </w:tc>
        <w:tc>
          <w:tcPr>
            <w:tcW w:type="dxa" w:w="2160"/>
          </w:tcPr>
          <w:p>
            <w:r>
              <w:t>Permitted Purpose</w:t>
            </w:r>
          </w:p>
        </w:tc>
        <w:tc>
          <w:tcPr>
            <w:tcW w:type="dxa" w:w="2160"/>
          </w:tcPr>
          <w:p>
            <w:r>
              <w:t>Identify the specific business components related to your canola farming operations that were intended to be improved through experimentation in 2025. How do these components relate to the overall business goals?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1059-0060</w:t>
            </w:r>
          </w:p>
        </w:tc>
        <w:tc>
          <w:tcPr>
            <w:tcW w:type="dxa" w:w="2160"/>
          </w:tcPr>
          <w:p>
            <w:r>
              <w:t>Section 174 Uncertainty</w:t>
            </w:r>
          </w:p>
        </w:tc>
        <w:tc>
          <w:tcPr>
            <w:tcW w:type="dxa" w:w="2160"/>
          </w:tcPr>
          <w:p>
            <w:r>
              <w:t>What challenges did you face in determining the feasibility of the new canola varieties or farming practices you were testing in 2025? Please provide specific examples of uncertainties that arose during the development process.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1059-0061</w:t>
            </w:r>
          </w:p>
        </w:tc>
        <w:tc>
          <w:tcPr>
            <w:tcW w:type="dxa" w:w="2160"/>
          </w:tcPr>
          <w:p>
            <w:r>
              <w:t>Business Component</w:t>
            </w:r>
          </w:p>
        </w:tc>
        <w:tc>
          <w:tcPr>
            <w:tcW w:type="dxa" w:w="2160"/>
          </w:tcPr>
          <w:p>
            <w:r>
              <w:t>List any collaborations with research institutions or industry partners in 2025 aimed at developing new canola farming techniques. What role did these collaborations play in addressing technological uncertainties?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1059-0062</w:t>
            </w:r>
          </w:p>
        </w:tc>
        <w:tc>
          <w:tcPr>
            <w:tcW w:type="dxa" w:w="2160"/>
          </w:tcPr>
          <w:p>
            <w:r>
              <w:t>Commercial Production</w:t>
            </w:r>
          </w:p>
        </w:tc>
        <w:tc>
          <w:tcPr>
            <w:tcW w:type="dxa" w:w="2160"/>
          </w:tcPr>
          <w:p>
            <w:r>
              <w:t>Did your canola farm engage in any activities that were primarily focused on the commercial production of canola without any experimental or innovative components?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1059-0063</w:t>
            </w:r>
          </w:p>
        </w:tc>
        <w:tc>
          <w:tcPr>
            <w:tcW w:type="dxa" w:w="2160"/>
          </w:tcPr>
          <w:p>
            <w:r>
              <w:t>Adaptation</w:t>
            </w:r>
          </w:p>
        </w:tc>
        <w:tc>
          <w:tcPr>
            <w:tcW w:type="dxa" w:w="2160"/>
          </w:tcPr>
          <w:p>
            <w:r>
              <w:t>Were any of your research activities primarily adaptations of existing canola varieties or farming techniques rather than original research? If so, please describe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1059-0064</w:t>
            </w:r>
          </w:p>
        </w:tc>
        <w:tc>
          <w:tcPr>
            <w:tcW w:type="dxa" w:w="2160"/>
          </w:tcPr>
          <w:p>
            <w:r>
              <w:t>Duplication</w:t>
            </w:r>
          </w:p>
        </w:tc>
        <w:tc>
          <w:tcPr>
            <w:tcW w:type="dxa" w:w="2160"/>
          </w:tcPr>
          <w:p>
            <w:r>
              <w:t>Did your farm conduct any activities that involved duplicating existing processes or technologies used in canola farming without any modifications or improvements?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1059-0065</w:t>
            </w:r>
          </w:p>
        </w:tc>
        <w:tc>
          <w:tcPr>
            <w:tcW w:type="dxa" w:w="2160"/>
          </w:tcPr>
          <w:p>
            <w:r>
              <w:t>Routine Testing</w:t>
            </w:r>
          </w:p>
        </w:tc>
        <w:tc>
          <w:tcPr>
            <w:tcW w:type="dxa" w:w="2160"/>
          </w:tcPr>
          <w:p>
            <w:r>
              <w:t>Were any of the tests performed on canola crops routine quality checks or standard agricultural practices rather than experimental trials? If yes,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1059-0066</w:t>
            </w:r>
          </w:p>
        </w:tc>
        <w:tc>
          <w:tcPr>
            <w:tcW w:type="dxa" w:w="2160"/>
          </w:tcPr>
          <w:p>
            <w:r>
              <w:t>Foreign/Funded Research</w:t>
            </w:r>
          </w:p>
        </w:tc>
        <w:tc>
          <w:tcPr>
            <w:tcW w:type="dxa" w:w="2160"/>
          </w:tcPr>
          <w:p>
            <w:r>
              <w:t>Did your canola farm participate in any foreign-funded research projects that did not contribute to the development of new or improved canola varieties?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1059-0067</w:t>
            </w:r>
          </w:p>
        </w:tc>
        <w:tc>
          <w:tcPr>
            <w:tcW w:type="dxa" w:w="2160"/>
          </w:tcPr>
          <w:p>
            <w:r>
              <w:t>Unsupported Estimates</w:t>
            </w:r>
          </w:p>
        </w:tc>
        <w:tc>
          <w:tcPr>
            <w:tcW w:type="dxa" w:w="2160"/>
          </w:tcPr>
          <w:p>
            <w:r>
              <w:t>Did you rely on unsupported estimates for any research activities related to canola production? If so, please describe the basis for these estimates.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1059-0068</w:t>
            </w:r>
          </w:p>
        </w:tc>
        <w:tc>
          <w:tcPr>
            <w:tcW w:type="dxa" w:w="2160"/>
          </w:tcPr>
          <w:p>
            <w:r>
              <w:t>Routine Operations</w:t>
            </w:r>
          </w:p>
        </w:tc>
        <w:tc>
          <w:tcPr>
            <w:tcW w:type="dxa" w:w="2160"/>
          </w:tcPr>
          <w:p>
            <w:r>
              <w:t>Can you identify any activities that were conducted purely for routine operations in the canola farming process, without any innovative research component?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1059-0069</w:t>
            </w:r>
          </w:p>
        </w:tc>
        <w:tc>
          <w:tcPr>
            <w:tcW w:type="dxa" w:w="2160"/>
          </w:tcPr>
          <w:p>
            <w:r>
              <w:t>Compliance</w:t>
            </w:r>
          </w:p>
        </w:tc>
        <w:tc>
          <w:tcPr>
            <w:tcW w:type="dxa" w:w="2160"/>
          </w:tcPr>
          <w:p>
            <w:r>
              <w:t>Were there any compliance-related activities that did not involve experimental research or development in your canola farming operations? If yes, please provide examples.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1059-0070</w:t>
            </w:r>
          </w:p>
        </w:tc>
        <w:tc>
          <w:tcPr>
            <w:tcW w:type="dxa" w:w="2160"/>
          </w:tcPr>
          <w:p>
            <w:r>
              <w:t>Non-qualifying Research</w:t>
            </w:r>
          </w:p>
        </w:tc>
        <w:tc>
          <w:tcPr>
            <w:tcW w:type="dxa" w:w="2160"/>
          </w:tcPr>
          <w:p>
            <w:r>
              <w:t>Did your farm conduct any research that is explicitly excluded from R&amp;D tax credits under IRC Section 41, such as research in social sciences or humanities? Please detail these activities.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1059-0071</w:t>
            </w:r>
          </w:p>
        </w:tc>
        <w:tc>
          <w:tcPr>
            <w:tcW w:type="dxa" w:w="2160"/>
          </w:tcPr>
          <w:p>
            <w:r>
              <w:t>Employee Roles</w:t>
            </w:r>
          </w:p>
        </w:tc>
        <w:tc>
          <w:tcPr>
            <w:tcW w:type="dxa" w:w="2160"/>
          </w:tcPr>
          <w:p>
            <w:r>
              <w:t>What specific roles did your employees play in the development or improvement of canola farming techniques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1059-0072</w:t>
            </w:r>
          </w:p>
        </w:tc>
        <w:tc>
          <w:tcPr>
            <w:tcW w:type="dxa" w:w="2160"/>
          </w:tcPr>
          <w:p>
            <w:r>
              <w:t>Wage Allocation</w:t>
            </w:r>
          </w:p>
        </w:tc>
        <w:tc>
          <w:tcPr>
            <w:tcW w:type="dxa" w:w="2160"/>
          </w:tcPr>
          <w:p>
            <w:r>
              <w:t>What percentage of each employee's time was dedicated to qualified research activities (QRA) related to canola farming in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1059-0073</w:t>
            </w:r>
          </w:p>
        </w:tc>
        <w:tc>
          <w:tcPr>
            <w:tcW w:type="dxa" w:w="2160"/>
          </w:tcPr>
          <w:p>
            <w:r>
              <w:t>Compensation Structure</w:t>
            </w:r>
          </w:p>
        </w:tc>
        <w:tc>
          <w:tcPr>
            <w:tcW w:type="dxa" w:w="2160"/>
          </w:tcPr>
          <w:p>
            <w:r>
              <w:t>What was the total compensation (including wages, benefits, and bonuses) for employees directly involved in R&amp;D activities for canola farming in 2025?</w:t>
              <w:br/>
              <w:t>Answer type: Currency</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1059-0074</w:t>
            </w:r>
          </w:p>
        </w:tc>
        <w:tc>
          <w:tcPr>
            <w:tcW w:type="dxa" w:w="2160"/>
          </w:tcPr>
          <w:p>
            <w:r>
              <w:t>Employee Training</w:t>
            </w:r>
          </w:p>
        </w:tc>
        <w:tc>
          <w:tcPr>
            <w:tcW w:type="dxa" w:w="2160"/>
          </w:tcPr>
          <w:p>
            <w:r>
              <w:t>Did any employees receive specialized training in agricultural research methodologies during 2025 to enhance canola production? If yes, please describe the training and its relevance to R&amp;D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1059-0075</w:t>
            </w:r>
          </w:p>
        </w:tc>
        <w:tc>
          <w:tcPr>
            <w:tcW w:type="dxa" w:w="2160"/>
          </w:tcPr>
          <w:p>
            <w:r>
              <w:t>Employee Involvement</w:t>
            </w:r>
          </w:p>
        </w:tc>
        <w:tc>
          <w:tcPr>
            <w:tcW w:type="dxa" w:w="2160"/>
          </w:tcPr>
          <w:p>
            <w:r>
              <w:t>How many employees were directly involved in experimental trials or testing of new canola varieties in 2025?</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1059-0076</w:t>
            </w:r>
          </w:p>
        </w:tc>
        <w:tc>
          <w:tcPr>
            <w:tcW w:type="dxa" w:w="2160"/>
          </w:tcPr>
          <w:p>
            <w:r>
              <w:t>Project Documentation</w:t>
            </w:r>
          </w:p>
        </w:tc>
        <w:tc>
          <w:tcPr>
            <w:tcW w:type="dxa" w:w="2160"/>
          </w:tcPr>
          <w:p>
            <w:r>
              <w:t>Can you provide documentation showing the allocation of wages for employees engaged in R&amp;D activities for canola farming? Please specify the type of documentation available.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1059-0077</w:t>
            </w:r>
          </w:p>
        </w:tc>
        <w:tc>
          <w:tcPr>
            <w:tcW w:type="dxa" w:w="2160"/>
          </w:tcPr>
          <w:p>
            <w:r>
              <w:t>Time Tracking</w:t>
            </w:r>
          </w:p>
        </w:tc>
        <w:tc>
          <w:tcPr>
            <w:tcW w:type="dxa" w:w="2160"/>
          </w:tcPr>
          <w:p>
            <w:r>
              <w:t>What methods did you use to track the time employees spent on qualified research activities related to canola farming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1059-0078</w:t>
            </w:r>
          </w:p>
        </w:tc>
        <w:tc>
          <w:tcPr>
            <w:tcW w:type="dxa" w:w="2160"/>
          </w:tcPr>
          <w:p>
            <w:r>
              <w:t>Employee Qualifications</w:t>
            </w:r>
          </w:p>
        </w:tc>
        <w:tc>
          <w:tcPr>
            <w:tcW w:type="dxa" w:w="2160"/>
          </w:tcPr>
          <w:p>
            <w:r>
              <w:t>What qualifications or expertise did employees possess that contributed to their roles in R&amp;D for canola farming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1059-0079</w:t>
            </w:r>
          </w:p>
        </w:tc>
        <w:tc>
          <w:tcPr>
            <w:tcW w:type="dxa" w:w="2160"/>
          </w:tcPr>
          <w:p>
            <w:r>
              <w:t>Project Goals</w:t>
            </w:r>
          </w:p>
        </w:tc>
        <w:tc>
          <w:tcPr>
            <w:tcW w:type="dxa" w:w="2160"/>
          </w:tcPr>
          <w:p>
            <w:r>
              <w:t>What specific R&amp;D goals were set for your employees working on canola farming in 2025, and how were these goals aligned with your overall business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1059-0080</w:t>
            </w:r>
          </w:p>
        </w:tc>
        <w:tc>
          <w:tcPr>
            <w:tcW w:type="dxa" w:w="2160"/>
          </w:tcPr>
          <w:p>
            <w:r>
              <w:t>Employee Contributions</w:t>
            </w:r>
          </w:p>
        </w:tc>
        <w:tc>
          <w:tcPr>
            <w:tcW w:type="dxa" w:w="2160"/>
          </w:tcPr>
          <w:p>
            <w:r>
              <w:t>Describe any innovative techniques or processes developed by employees that were implemented in canola farming during 2025. How were these innovations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1059-0081</w:t>
            </w:r>
          </w:p>
        </w:tc>
        <w:tc>
          <w:tcPr>
            <w:tcW w:type="dxa" w:w="2160"/>
          </w:tcPr>
          <w:p>
            <w:r>
              <w:t>Experimental Inputs</w:t>
            </w:r>
          </w:p>
        </w:tc>
        <w:tc>
          <w:tcPr>
            <w:tcW w:type="dxa" w:w="2160"/>
          </w:tcPr>
          <w:p>
            <w:r>
              <w:t>During the 2025 tax year, what specific supplies did you purchase that were used in experimental activities related to canola farming, and how did these supplies contribute to the development of new or improved agricultural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1059-0082</w:t>
            </w:r>
          </w:p>
        </w:tc>
        <w:tc>
          <w:tcPr>
            <w:tcW w:type="dxa" w:w="2160"/>
          </w:tcPr>
          <w:p>
            <w:r>
              <w:t>Supply Exclusions</w:t>
            </w:r>
          </w:p>
        </w:tc>
        <w:tc>
          <w:tcPr>
            <w:tcW w:type="dxa" w:w="2160"/>
          </w:tcPr>
          <w:p>
            <w:r>
              <w:t>Can you identify any supplies purchased in 2025 that were used for routine farming operations rather than experimental activities? Please specify these supplies and their intended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1059-0083</w:t>
            </w:r>
          </w:p>
        </w:tc>
        <w:tc>
          <w:tcPr>
            <w:tcW w:type="dxa" w:w="2160"/>
          </w:tcPr>
          <w:p>
            <w:r>
              <w:t>Experimental Supplies Documentation</w:t>
            </w:r>
          </w:p>
        </w:tc>
        <w:tc>
          <w:tcPr>
            <w:tcW w:type="dxa" w:w="2160"/>
          </w:tcPr>
          <w:p>
            <w:r>
              <w:t>What documentation do you have to support the experimental use of supplies purchased in 2025? Please describe the type of records maintained (e.g., invoices, project reports) and their relevance to the R&amp;D activities.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1059-0084</w:t>
            </w:r>
          </w:p>
        </w:tc>
        <w:tc>
          <w:tcPr>
            <w:tcW w:type="dxa" w:w="2160"/>
          </w:tcPr>
          <w:p>
            <w:r>
              <w:t>Supply Cost Allocation</w:t>
            </w:r>
          </w:p>
        </w:tc>
        <w:tc>
          <w:tcPr>
            <w:tcW w:type="dxa" w:w="2160"/>
          </w:tcPr>
          <w:p>
            <w:r>
              <w:t>For the supplies used in your experimental activities in 2025, how did you allocate costs between R&amp;D and non-R&amp;D activities? Please provide details on your allocation method.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1059-0085</w:t>
            </w:r>
          </w:p>
        </w:tc>
        <w:tc>
          <w:tcPr>
            <w:tcW w:type="dxa" w:w="2160"/>
          </w:tcPr>
          <w:p>
            <w:r>
              <w:t>Supplier Information</w:t>
            </w:r>
          </w:p>
        </w:tc>
        <w:tc>
          <w:tcPr>
            <w:tcW w:type="dxa" w:w="2160"/>
          </w:tcPr>
          <w:p>
            <w:r>
              <w:t>List the suppliers from whom you procured experimental supplies in 2025, and indicate whether these suppliers specialize in agricultural R&amp;D materials. How does this specialization support your claim for R&amp;D tax credits?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1059-0086</w:t>
            </w:r>
          </w:p>
        </w:tc>
        <w:tc>
          <w:tcPr>
            <w:tcW w:type="dxa" w:w="2160"/>
          </w:tcPr>
          <w:p>
            <w:r>
              <w:t>Contractor Services</w:t>
            </w:r>
          </w:p>
        </w:tc>
        <w:tc>
          <w:tcPr>
            <w:tcW w:type="dxa" w:w="2160"/>
          </w:tcPr>
          <w:p>
            <w:r>
              <w:t>What specific contractor services were engaged for R&amp;D activities related to your canola farming operations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1059-0087</w:t>
            </w:r>
          </w:p>
        </w:tc>
        <w:tc>
          <w:tcPr>
            <w:tcW w:type="dxa" w:w="2160"/>
          </w:tcPr>
          <w:p>
            <w:r>
              <w:t>U.S. Location</w:t>
            </w:r>
          </w:p>
        </w:tc>
        <w:tc>
          <w:tcPr>
            <w:tcW w:type="dxa" w:w="2160"/>
          </w:tcPr>
          <w:p>
            <w:r>
              <w:t>In which U.S. states did the contracted R&amp;D services take place for your canola farm in 2025?</w:t>
              <w:br/>
              <w:t>Answer type: Multi-select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1059-0088</w:t>
            </w:r>
          </w:p>
        </w:tc>
        <w:tc>
          <w:tcPr>
            <w:tcW w:type="dxa" w:w="2160"/>
          </w:tcPr>
          <w:p>
            <w:r>
              <w:t>Rights</w:t>
            </w:r>
          </w:p>
        </w:tc>
        <w:tc>
          <w:tcPr>
            <w:tcW w:type="dxa" w:w="2160"/>
          </w:tcPr>
          <w:p>
            <w:r>
              <w:t>What rights did your canola farm retain over the results of the R&amp;D conducted by contractors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1059-0089</w:t>
            </w:r>
          </w:p>
        </w:tc>
        <w:tc>
          <w:tcPr>
            <w:tcW w:type="dxa" w:w="2160"/>
          </w:tcPr>
          <w:p>
            <w:r>
              <w:t>Economic Risk</w:t>
            </w:r>
          </w:p>
        </w:tc>
        <w:tc>
          <w:tcPr>
            <w:tcW w:type="dxa" w:w="2160"/>
          </w:tcPr>
          <w:p>
            <w:r>
              <w:t>What economic risks did your canola farm assume when contracting for R&amp;D services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1059-0090</w:t>
            </w:r>
          </w:p>
        </w:tc>
        <w:tc>
          <w:tcPr>
            <w:tcW w:type="dxa" w:w="2160"/>
          </w:tcPr>
          <w:p>
            <w:r>
              <w:t>Eligible Amount</w:t>
            </w:r>
          </w:p>
        </w:tc>
        <w:tc>
          <w:tcPr>
            <w:tcW w:type="dxa" w:w="2160"/>
          </w:tcPr>
          <w:p>
            <w:r>
              <w:t>What was the total amount paid to contractors for R&amp;D services related to your canola farming in 2025?</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1059-0091</w:t>
            </w:r>
          </w:p>
        </w:tc>
        <w:tc>
          <w:tcPr>
            <w:tcW w:type="dxa" w:w="2160"/>
          </w:tcPr>
          <w:p>
            <w:r>
              <w:t>Contractor Agreement</w:t>
            </w:r>
          </w:p>
        </w:tc>
        <w:tc>
          <w:tcPr>
            <w:tcW w:type="dxa" w:w="2160"/>
          </w:tcPr>
          <w:p>
            <w:r>
              <w:t>Did you have a written agreement with contractors for R&amp;D services in 2025? If yes, please provide details of the agreement.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1059-0092</w:t>
            </w:r>
          </w:p>
        </w:tc>
        <w:tc>
          <w:tcPr>
            <w:tcW w:type="dxa" w:w="2160"/>
          </w:tcPr>
          <w:p>
            <w:r>
              <w:t>Contractor Qualifications</w:t>
            </w:r>
          </w:p>
        </w:tc>
        <w:tc>
          <w:tcPr>
            <w:tcW w:type="dxa" w:w="2160"/>
          </w:tcPr>
          <w:p>
            <w:r>
              <w:t>What qualifications or expertise did the contractors possess that justified their engagement for R&amp;D activities in your canola farming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1059-0093</w:t>
            </w:r>
          </w:p>
        </w:tc>
        <w:tc>
          <w:tcPr>
            <w:tcW w:type="dxa" w:w="2160"/>
          </w:tcPr>
          <w:p>
            <w:r>
              <w:t>Cloud Computing Services</w:t>
            </w:r>
          </w:p>
        </w:tc>
        <w:tc>
          <w:tcPr>
            <w:tcW w:type="dxa" w:w="2160"/>
          </w:tcPr>
          <w:p>
            <w:r>
              <w:t>During the tax year 2025, did your canola farm utilize any third-party cloud computing services for data analysis related to crop yield optimization or pest management? Please specify the services used and the nature of the analysis conducted.</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1059-0094</w:t>
            </w:r>
          </w:p>
        </w:tc>
        <w:tc>
          <w:tcPr>
            <w:tcW w:type="dxa" w:w="2160"/>
          </w:tcPr>
          <w:p>
            <w:r>
              <w:t>Software Development</w:t>
            </w:r>
          </w:p>
        </w:tc>
        <w:tc>
          <w:tcPr>
            <w:tcW w:type="dxa" w:w="2160"/>
          </w:tcPr>
          <w:p>
            <w:r>
              <w:t>Did your canola farm engage any third-party vendors to develop custom software solutions for precision agriculture techniques, such as remote sensing or soil health monitoring, during the 2025 tax year? If yes, please provide details on the project scope and objectives.</w:t>
              <w:br/>
              <w:t>Answer type: Yes-No + details</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1059-0095</w:t>
            </w:r>
          </w:p>
        </w:tc>
        <w:tc>
          <w:tcPr>
            <w:tcW w:type="dxa" w:w="2160"/>
          </w:tcPr>
          <w:p>
            <w:r>
              <w:t>Project Documentation</w:t>
            </w:r>
          </w:p>
        </w:tc>
        <w:tc>
          <w:tcPr>
            <w:tcW w:type="dxa" w:w="2160"/>
          </w:tcPr>
          <w:p>
            <w:r>
              <w:t>Can you provide detailed records of the specific canola varieties you experimented with during the tax year 2025, including planting dates and growth conditions?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1059-0096</w:t>
            </w:r>
          </w:p>
        </w:tc>
        <w:tc>
          <w:tcPr>
            <w:tcW w:type="dxa" w:w="2160"/>
          </w:tcPr>
          <w:p>
            <w:r>
              <w:t>Cost Tracking</w:t>
            </w:r>
          </w:p>
        </w:tc>
        <w:tc>
          <w:tcPr>
            <w:tcW w:type="dxa" w:w="2160"/>
          </w:tcPr>
          <w:p>
            <w:r>
              <w:t>What costs were directly associated with the experimental planting of canola crops in 2025, including seed, labor, and equipment? Please itemize these costs.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1059-0097</w:t>
            </w:r>
          </w:p>
        </w:tc>
        <w:tc>
          <w:tcPr>
            <w:tcW w:type="dxa" w:w="2160"/>
          </w:tcPr>
          <w:p>
            <w:r>
              <w:t>Experimentation Records</w:t>
            </w:r>
          </w:p>
        </w:tc>
        <w:tc>
          <w:tcPr>
            <w:tcW w:type="dxa" w:w="2160"/>
          </w:tcPr>
          <w:p>
            <w:r>
              <w:t>Can you describe any specific challenges or failures encountered during the experimentation with canola crops in 2025, and how these informed your subsequent research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1059-0098</w:t>
            </w:r>
          </w:p>
        </w:tc>
        <w:tc>
          <w:tcPr>
            <w:tcW w:type="dxa" w:w="2160"/>
          </w:tcPr>
          <w:p>
            <w:r>
              <w:t>Project Objectives</w:t>
            </w:r>
          </w:p>
        </w:tc>
        <w:tc>
          <w:tcPr>
            <w:tcW w:type="dxa" w:w="2160"/>
          </w:tcPr>
          <w:p>
            <w:r>
              <w:t>What were the primary objectives of your R&amp;D projects related to canola farming in 2025, and how did they differ from routine agricultural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1059-0099</w:t>
            </w:r>
          </w:p>
        </w:tc>
        <w:tc>
          <w:tcPr>
            <w:tcW w:type="dxa" w:w="2160"/>
          </w:tcPr>
          <w:p>
            <w:r>
              <w:t>Documentation of Changes</w:t>
            </w:r>
          </w:p>
        </w:tc>
        <w:tc>
          <w:tcPr>
            <w:tcW w:type="dxa" w:w="2160"/>
          </w:tcPr>
          <w:p>
            <w:r>
              <w:t>Can you provide records of any modifications made to your canola farming techniques or processes as a result of your R&amp;D activities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1059-0100</w:t>
            </w:r>
          </w:p>
        </w:tc>
        <w:tc>
          <w:tcPr>
            <w:tcW w:type="dxa" w:w="2160"/>
          </w:tcPr>
          <w:p>
            <w:r>
              <w:t>Research Collaboration</w:t>
            </w:r>
          </w:p>
        </w:tc>
        <w:tc>
          <w:tcPr>
            <w:tcW w:type="dxa" w:w="2160"/>
          </w:tcPr>
          <w:p>
            <w:r>
              <w:t>Did you collaborate with any external research institutions or universities on your canola R&amp;D projects in 2025?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1059-0101</w:t>
            </w:r>
          </w:p>
        </w:tc>
        <w:tc>
          <w:tcPr>
            <w:tcW w:type="dxa" w:w="2160"/>
          </w:tcPr>
          <w:p>
            <w:r>
              <w:t>Data Collection</w:t>
            </w:r>
          </w:p>
        </w:tc>
        <w:tc>
          <w:tcPr>
            <w:tcW w:type="dxa" w:w="2160"/>
          </w:tcPr>
          <w:p>
            <w:r>
              <w:t>What types of data did you collect during your R&amp;D activities for canola crops in 2025, and how was this data used to assess the success of your experiments?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1059-0102</w:t>
            </w:r>
          </w:p>
        </w:tc>
        <w:tc>
          <w:tcPr>
            <w:tcW w:type="dxa" w:w="2160"/>
          </w:tcPr>
          <w:p>
            <w:r>
              <w:t>Regulatory Compliance</w:t>
            </w:r>
          </w:p>
        </w:tc>
        <w:tc>
          <w:tcPr>
            <w:tcW w:type="dxa" w:w="2160"/>
          </w:tcPr>
          <w:p>
            <w:r>
              <w:t>Were there any regulatory approvals or permits required for your R&amp;D activities related to canola farming in 2025? If so, please provide documentation.</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1059-0103</w:t>
            </w:r>
          </w:p>
        </w:tc>
        <w:tc>
          <w:tcPr>
            <w:tcW w:type="dxa" w:w="2160"/>
          </w:tcPr>
          <w:p>
            <w:r>
              <w:t>Project Timelines</w:t>
            </w:r>
          </w:p>
        </w:tc>
        <w:tc>
          <w:tcPr>
            <w:tcW w:type="dxa" w:w="2160"/>
          </w:tcPr>
          <w:p>
            <w:r>
              <w:t>Can you outline the timeline of your R&amp;D projects related to canola farming in 2025, including key milestones and completion dates?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1059-0104</w:t>
            </w:r>
          </w:p>
        </w:tc>
        <w:tc>
          <w:tcPr>
            <w:tcW w:type="dxa" w:w="2160"/>
          </w:tcPr>
          <w:p>
            <w:r>
              <w:t>Outcome Measurement</w:t>
            </w:r>
          </w:p>
        </w:tc>
        <w:tc>
          <w:tcPr>
            <w:tcW w:type="dxa" w:w="2160"/>
          </w:tcPr>
          <w:p>
            <w:r>
              <w:t>What metrics did you use to evaluate the outcomes of your R&amp;D projects on canola farming in 2025,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1059-0105</w:t>
            </w:r>
          </w:p>
        </w:tc>
        <w:tc>
          <w:tcPr>
            <w:tcW w:type="dxa" w:w="2160"/>
          </w:tcPr>
          <w:p>
            <w:r>
              <w:t>Qualified Research Activities (QRA)</w:t>
            </w:r>
          </w:p>
        </w:tc>
        <w:tc>
          <w:tcPr>
            <w:tcW w:type="dxa" w:w="2160"/>
          </w:tcPr>
          <w:p>
            <w:r>
              <w:t>Describe any experimental processes you implemented in 2025 to improve canola yield or oil quality. What specific hypotheses were tested?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1059-0106</w:t>
            </w:r>
          </w:p>
        </w:tc>
        <w:tc>
          <w:tcPr>
            <w:tcW w:type="dxa" w:w="2160"/>
          </w:tcPr>
          <w:p>
            <w:r>
              <w:t>Qualified Research Expenses (QRE)</w:t>
            </w:r>
          </w:p>
        </w:tc>
        <w:tc>
          <w:tcPr>
            <w:tcW w:type="dxa" w:w="2160"/>
          </w:tcPr>
          <w:p>
            <w:r>
              <w:t>What percentage of your total expenses in 2025 were directly related to R&amp;D activities for canola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1059-0107</w:t>
            </w:r>
          </w:p>
        </w:tc>
        <w:tc>
          <w:tcPr>
            <w:tcW w:type="dxa" w:w="2160"/>
          </w:tcPr>
          <w:p>
            <w:r>
              <w:t>Employee Involvement</w:t>
            </w:r>
          </w:p>
        </w:tc>
        <w:tc>
          <w:tcPr>
            <w:tcW w:type="dxa" w:w="2160"/>
          </w:tcPr>
          <w:p>
            <w:r>
              <w:t>List all employees involved in R&amp;D activities for canola farming in 2025, including their roles and the time spent on R&amp;D projects. How was their time tracked?</w:t>
              <w:br/>
              <w:t>Answer type: Repeating table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1059-0108</w:t>
            </w:r>
          </w:p>
        </w:tc>
        <w:tc>
          <w:tcPr>
            <w:tcW w:type="dxa" w:w="2160"/>
          </w:tcPr>
          <w:p>
            <w:r>
              <w:t>Contract Research</w:t>
            </w:r>
          </w:p>
        </w:tc>
        <w:tc>
          <w:tcPr>
            <w:tcW w:type="dxa" w:w="2160"/>
          </w:tcPr>
          <w:p>
            <w:r>
              <w:t xml:space="preserve">Did you engage any third-party contractors for R&amp;D activities related to canola farming in 2025? If yes, provide details of the contracts and the nature of the work performed. </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1059-0109</w:t>
            </w:r>
          </w:p>
        </w:tc>
        <w:tc>
          <w:tcPr>
            <w:tcW w:type="dxa" w:w="2160"/>
          </w:tcPr>
          <w:p>
            <w:r>
              <w:t>Prototype Development</w:t>
            </w:r>
          </w:p>
        </w:tc>
        <w:tc>
          <w:tcPr>
            <w:tcW w:type="dxa" w:w="2160"/>
          </w:tcPr>
          <w:p>
            <w:r>
              <w:t xml:space="preserve">Did you develop any prototypes or pilot projects for new canola varieties or farming techniques in 2025? Describe the process and outcomes.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1059-0110</w:t>
            </w:r>
          </w:p>
        </w:tc>
        <w:tc>
          <w:tcPr>
            <w:tcW w:type="dxa" w:w="2160"/>
          </w:tcPr>
          <w:p>
            <w:r>
              <w:t>Documentation</w:t>
            </w:r>
          </w:p>
        </w:tc>
        <w:tc>
          <w:tcPr>
            <w:tcW w:type="dxa" w:w="2160"/>
          </w:tcPr>
          <w:p>
            <w:r>
              <w:t xml:space="preserve">What documentation do you maintain to support your R&amp;D activities and expenses for canola farming in 2025? Include types of records and their organization. </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1059-0111</w:t>
            </w:r>
          </w:p>
        </w:tc>
        <w:tc>
          <w:tcPr>
            <w:tcW w:type="dxa" w:w="2160"/>
          </w:tcPr>
          <w:p>
            <w:r>
              <w:t>Technology Assessment</w:t>
            </w:r>
          </w:p>
        </w:tc>
        <w:tc>
          <w:tcPr>
            <w:tcW w:type="dxa" w:w="2160"/>
          </w:tcPr>
          <w:p>
            <w:r>
              <w:t xml:space="preserve">What new technologies or methodologies did you explore in 2025 to enhance canola production? Describe any trials or evaluations conducted.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1059-0112</w:t>
            </w:r>
          </w:p>
        </w:tc>
        <w:tc>
          <w:tcPr>
            <w:tcW w:type="dxa" w:w="2160"/>
          </w:tcPr>
          <w:p>
            <w:r>
              <w:t>Failure Analysis</w:t>
            </w:r>
          </w:p>
        </w:tc>
        <w:tc>
          <w:tcPr>
            <w:tcW w:type="dxa" w:w="2160"/>
          </w:tcPr>
          <w:p>
            <w:r>
              <w:t>Provide examples of any R&amp;D projects related to canola farming in 2025 that did not yield the expected results. What were the lessons learned?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1059-0113</w:t>
            </w:r>
          </w:p>
        </w:tc>
        <w:tc>
          <w:tcPr>
            <w:tcW w:type="dxa" w:w="2160"/>
          </w:tcPr>
          <w:p>
            <w:r>
              <w:t>Regulatory Compliance</w:t>
            </w:r>
          </w:p>
        </w:tc>
        <w:tc>
          <w:tcPr>
            <w:tcW w:type="dxa" w:w="2160"/>
          </w:tcPr>
          <w:p>
            <w:r>
              <w:t xml:space="preserve">Did you conduct any R&amp;D activities in 2025 to comply with agricultural regulations specific to canola farming? If so, please detail these activities. </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1059-0114</w:t>
            </w:r>
          </w:p>
        </w:tc>
        <w:tc>
          <w:tcPr>
            <w:tcW w:type="dxa" w:w="2160"/>
          </w:tcPr>
          <w:p>
            <w:r>
              <w:t>Collaboration</w:t>
            </w:r>
          </w:p>
        </w:tc>
        <w:tc>
          <w:tcPr>
            <w:tcW w:type="dxa" w:w="2160"/>
          </w:tcPr>
          <w:p>
            <w:r>
              <w:t xml:space="preserve">Did you collaborate with any universities or research institutions in 2025 for R&amp;D related to canola farming? Describe the nature of the collaboration and its outcomes. </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1059-0115</w:t>
            </w:r>
          </w:p>
        </w:tc>
        <w:tc>
          <w:tcPr>
            <w:tcW w:type="dxa" w:w="2160"/>
          </w:tcPr>
          <w:p>
            <w:r>
              <w:t>Expense Allocation</w:t>
            </w:r>
          </w:p>
        </w:tc>
        <w:tc>
          <w:tcPr>
            <w:tcW w:type="dxa" w:w="2160"/>
          </w:tcPr>
          <w:p>
            <w:r>
              <w:t xml:space="preserve">How do you allocate shared expenses between R&amp;D and other operational activities in your canola farming business for 2025? Provide details on your allocation method. </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1059-0116</w:t>
            </w:r>
          </w:p>
        </w:tc>
        <w:tc>
          <w:tcPr>
            <w:tcW w:type="dxa" w:w="2160"/>
          </w:tcPr>
          <w:p>
            <w:r>
              <w:t>Qualified Research Activities</w:t>
            </w:r>
          </w:p>
        </w:tc>
        <w:tc>
          <w:tcPr>
            <w:tcW w:type="dxa" w:w="2160"/>
          </w:tcPr>
          <w:p>
            <w:r>
              <w:t>Did your canola farm engage in any experimental development activities to improve crop yield or resistance to pests during the tax year 2025?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1059-0117</w:t>
            </w:r>
          </w:p>
        </w:tc>
        <w:tc>
          <w:tcPr>
            <w:tcW w:type="dxa" w:w="2160"/>
          </w:tcPr>
          <w:p>
            <w:r>
              <w:t>Qualified Research Activities</w:t>
            </w:r>
          </w:p>
        </w:tc>
        <w:tc>
          <w:tcPr>
            <w:tcW w:type="dxa" w:w="2160"/>
          </w:tcPr>
          <w:p>
            <w:r>
              <w:t>What specific methodologies or techniques were employed in your research to enhance canola seed genetics?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1059-0118</w:t>
            </w:r>
          </w:p>
        </w:tc>
        <w:tc>
          <w:tcPr>
            <w:tcW w:type="dxa" w:w="2160"/>
          </w:tcPr>
          <w:p>
            <w:r>
              <w:t>Qualified Research Expenses</w:t>
            </w:r>
          </w:p>
        </w:tc>
        <w:tc>
          <w:tcPr>
            <w:tcW w:type="dxa" w:w="2160"/>
          </w:tcPr>
          <w:p>
            <w:r>
              <w:t>Please itemize your total qualified research expenses (QREs) related to canola farming for 2025, including wages, supplies, and contract research.</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1059-0119</w:t>
            </w:r>
          </w:p>
        </w:tc>
        <w:tc>
          <w:tcPr>
            <w:tcW w:type="dxa" w:w="2160"/>
          </w:tcPr>
          <w:p>
            <w:r>
              <w:t>Qualified Research Expenses</w:t>
            </w:r>
          </w:p>
        </w:tc>
        <w:tc>
          <w:tcPr>
            <w:tcW w:type="dxa" w:w="2160"/>
          </w:tcPr>
          <w:p>
            <w:r>
              <w:t>What percentage of your total research expenses was allocated to activities directly related to canola farming in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1059-0120</w:t>
            </w:r>
          </w:p>
        </w:tc>
        <w:tc>
          <w:tcPr>
            <w:tcW w:type="dxa" w:w="2160"/>
          </w:tcPr>
          <w:p>
            <w:r>
              <w:t>Research Process Documentation</w:t>
            </w:r>
          </w:p>
        </w:tc>
        <w:tc>
          <w:tcPr>
            <w:tcW w:type="dxa" w:w="2160"/>
          </w:tcPr>
          <w:p>
            <w:r>
              <w:t>Can you provide documentation that demonstrates the uncertainty faced during your research activities on canola crop improvement?</w:t>
              <w:br/>
              <w:t>Answer type: Yes-No + details</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1059-0121</w:t>
            </w:r>
          </w:p>
        </w:tc>
        <w:tc>
          <w:tcPr>
            <w:tcW w:type="dxa" w:w="2160"/>
          </w:tcPr>
          <w:p>
            <w:r>
              <w:t>Research Process Documentation</w:t>
            </w:r>
          </w:p>
        </w:tc>
        <w:tc>
          <w:tcPr>
            <w:tcW w:type="dxa" w:w="2160"/>
          </w:tcPr>
          <w:p>
            <w:r>
              <w:t>What specific hypotheses were tested during your research on canola crops, and what were the outcomes?</w:t>
              <w:br/>
              <w:t>Answer type: Long text + evidence</w:t>
              <w:br/>
              <w:t>Trigger: Yes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1059-0122</w:t>
            </w:r>
          </w:p>
        </w:tc>
        <w:tc>
          <w:tcPr>
            <w:tcW w:type="dxa" w:w="2160"/>
          </w:tcPr>
          <w:p>
            <w:r>
              <w:t>Contract Research Expenses</w:t>
            </w:r>
          </w:p>
        </w:tc>
        <w:tc>
          <w:tcPr>
            <w:tcW w:type="dxa" w:w="2160"/>
          </w:tcPr>
          <w:p>
            <w:r>
              <w:t>Did you engage any third-party contractors for research related to canola farming? If yes, please specify the nature of the work and total costs incurred.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1059-0123</w:t>
            </w:r>
          </w:p>
        </w:tc>
        <w:tc>
          <w:tcPr>
            <w:tcW w:type="dxa" w:w="2160"/>
          </w:tcPr>
          <w:p>
            <w:r>
              <w:t>Supply Costs</w:t>
            </w:r>
          </w:p>
        </w:tc>
        <w:tc>
          <w:tcPr>
            <w:tcW w:type="dxa" w:w="2160"/>
          </w:tcPr>
          <w:p>
            <w:r>
              <w:t>What types of supplies were purchased specifically for research purposes in canola farming in 2025, and what were their costs?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1059-0124</w:t>
            </w:r>
          </w:p>
        </w:tc>
        <w:tc>
          <w:tcPr>
            <w:tcW w:type="dxa" w:w="2160"/>
          </w:tcPr>
          <w:p>
            <w:r>
              <w:t>Wage Allocation</w:t>
            </w:r>
          </w:p>
        </w:tc>
        <w:tc>
          <w:tcPr>
            <w:tcW w:type="dxa" w:w="2160"/>
          </w:tcPr>
          <w:p>
            <w:r>
              <w:t>How were wages allocated for employees involved in research activities on your canola farm? Please provide the percentage of time spent on R&amp;D versus routine operations.</w:t>
              <w:br/>
              <w:t>Answer type: Integer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1059-0125</w:t>
            </w:r>
          </w:p>
        </w:tc>
        <w:tc>
          <w:tcPr>
            <w:tcW w:type="dxa" w:w="2160"/>
          </w:tcPr>
          <w:p>
            <w:r>
              <w:t>Location of Research Activities</w:t>
            </w:r>
          </w:p>
        </w:tc>
        <w:tc>
          <w:tcPr>
            <w:tcW w:type="dxa" w:w="2160"/>
          </w:tcPr>
          <w:p>
            <w:r>
              <w:t>Where were your R&amp;D activities conducted? Please specify if they were on-site at your farm or at another location.</w:t>
              <w:br/>
              <w:t>Answer type: Single select</w:t>
              <w:br/>
              <w:t>Trigger: Always</w:t>
              <w:br/>
              <w:t>Required: No</w:t>
              <w:br/>
              <w:t>Risk: Low</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1059-0126</w:t>
            </w:r>
          </w:p>
        </w:tc>
        <w:tc>
          <w:tcPr>
            <w:tcW w:type="dxa" w:w="2160"/>
          </w:tcPr>
          <w:p>
            <w:r>
              <w:t>Regulatory Compliance</w:t>
            </w:r>
          </w:p>
        </w:tc>
        <w:tc>
          <w:tcPr>
            <w:tcW w:type="dxa" w:w="2160"/>
          </w:tcPr>
          <w:p>
            <w:r>
              <w:t>Were any of your research activities on canola crops subject to state or federal regulations? If yes, please provide details of compliance measures taken.</w:t>
              <w:br/>
              <w:t>Answer type: Yes-No + details</w:t>
              <w:br/>
              <w:t>Trigger: Yes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1059-0127</w:t>
            </w:r>
          </w:p>
        </w:tc>
        <w:tc>
          <w:tcPr>
            <w:tcW w:type="dxa" w:w="2160"/>
          </w:tcPr>
          <w:p>
            <w:r>
              <w:t>Final Conclusions</w:t>
            </w:r>
          </w:p>
        </w:tc>
        <w:tc>
          <w:tcPr>
            <w:tcW w:type="dxa" w:w="2160"/>
          </w:tcPr>
          <w:p>
            <w:r>
              <w:t>What specific advancements in canola crop yield or disease resistance were achieved through your R&amp;D activities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1059-0128</w:t>
            </w:r>
          </w:p>
        </w:tc>
        <w:tc>
          <w:tcPr>
            <w:tcW w:type="dxa" w:w="2160"/>
          </w:tcPr>
          <w:p>
            <w:r>
              <w:t>Open Issues</w:t>
            </w:r>
          </w:p>
        </w:tc>
        <w:tc>
          <w:tcPr>
            <w:tcW w:type="dxa" w:w="2160"/>
          </w:tcPr>
          <w:p>
            <w:r>
              <w:t>Are there any unresolved issues or disputes regarding the classification of your R&amp;D expenses for the 2025 tax year? If so, please detail.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1059-0129</w:t>
            </w:r>
          </w:p>
        </w:tc>
        <w:tc>
          <w:tcPr>
            <w:tcW w:type="dxa" w:w="2160"/>
          </w:tcPr>
          <w:p>
            <w:r>
              <w:t>Certification</w:t>
            </w:r>
          </w:p>
        </w:tc>
        <w:tc>
          <w:tcPr>
            <w:tcW w:type="dxa" w:w="2160"/>
          </w:tcPr>
          <w:p>
            <w:r>
              <w:t>Can you confirm that all claimed R&amp;D activities were conducted in-house or through qualified contractors, and provide documentation to support this?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1059-0130</w:t>
            </w:r>
          </w:p>
        </w:tc>
        <w:tc>
          <w:tcPr>
            <w:tcW w:type="dxa" w:w="2160"/>
          </w:tcPr>
          <w:p>
            <w:r>
              <w:t>Review</w:t>
            </w:r>
          </w:p>
        </w:tc>
        <w:tc>
          <w:tcPr>
            <w:tcW w:type="dxa" w:w="2160"/>
          </w:tcPr>
          <w:p>
            <w:r>
              <w:t>What metrics or KPIs do you use to evaluate the success of your R&amp;D initiatives related to canola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1059-0131</w:t>
            </w:r>
          </w:p>
        </w:tc>
        <w:tc>
          <w:tcPr>
            <w:tcW w:type="dxa" w:w="2160"/>
          </w:tcPr>
          <w:p>
            <w:r>
              <w:t>Next-Year Controls</w:t>
            </w:r>
          </w:p>
        </w:tc>
        <w:tc>
          <w:tcPr>
            <w:tcW w:type="dxa" w:w="2160"/>
          </w:tcPr>
          <w:p>
            <w:r>
              <w:t>What steps have you implemented to improve documentation and evidence gathering for R&amp;D activities in the upcoming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1059-0132</w:t>
            </w:r>
          </w:p>
        </w:tc>
        <w:tc>
          <w:tcPr>
            <w:tcW w:type="dxa" w:w="2160"/>
          </w:tcPr>
          <w:p>
            <w:r>
              <w:t>Final Conclusions</w:t>
            </w:r>
          </w:p>
        </w:tc>
        <w:tc>
          <w:tcPr>
            <w:tcW w:type="dxa" w:w="2160"/>
          </w:tcPr>
          <w:p>
            <w:r>
              <w:t>What percentage of your total operating expenses in 2025 were allocated to R&amp;D activities?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1059-0133</w:t>
            </w:r>
          </w:p>
        </w:tc>
        <w:tc>
          <w:tcPr>
            <w:tcW w:type="dxa" w:w="2160"/>
          </w:tcPr>
          <w:p>
            <w:r>
              <w:t>Open Issues</w:t>
            </w:r>
          </w:p>
        </w:tc>
        <w:tc>
          <w:tcPr>
            <w:tcW w:type="dxa" w:w="2160"/>
          </w:tcPr>
          <w:p>
            <w:r>
              <w:t>Have there been any changes in the regulatory environment affecting your R&amp;D activities since the last filing? Please specify.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1059-0134</w:t>
            </w:r>
          </w:p>
        </w:tc>
        <w:tc>
          <w:tcPr>
            <w:tcW w:type="dxa" w:w="2160"/>
          </w:tcPr>
          <w:p>
            <w:r>
              <w:t>Certification</w:t>
            </w:r>
          </w:p>
        </w:tc>
        <w:tc>
          <w:tcPr>
            <w:tcW w:type="dxa" w:w="2160"/>
          </w:tcPr>
          <w:p>
            <w:r>
              <w:t>Did you conduct any experiments that failed to meet the criteria for qualified research under IRC Section 41? If yes, please explain.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1059-0135</w:t>
            </w:r>
          </w:p>
        </w:tc>
        <w:tc>
          <w:tcPr>
            <w:tcW w:type="dxa" w:w="2160"/>
          </w:tcPr>
          <w:p>
            <w:r>
              <w:t>Review</w:t>
            </w:r>
          </w:p>
        </w:tc>
        <w:tc>
          <w:tcPr>
            <w:tcW w:type="dxa" w:w="2160"/>
          </w:tcPr>
          <w:p>
            <w:r>
              <w:t>What specific technologies or methodologies were utilized in your R&amp;D efforts for canola farming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1059-0136</w:t>
            </w:r>
          </w:p>
        </w:tc>
        <w:tc>
          <w:tcPr>
            <w:tcW w:type="dxa" w:w="2160"/>
          </w:tcPr>
          <w:p>
            <w:r>
              <w:t>Next-Year Controls</w:t>
            </w:r>
          </w:p>
        </w:tc>
        <w:tc>
          <w:tcPr>
            <w:tcW w:type="dxa" w:w="2160"/>
          </w:tcPr>
          <w:p>
            <w:r>
              <w:t>What training or resources will be provided to staff to enhance their understanding of R&amp;D tax credit eligibility and documentation requirements for 2026?</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SEED-RECEIVING-AND-QUALITY-CHECKS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1059-0137</w:t>
            </w:r>
          </w:p>
        </w:tc>
        <w:tc>
          <w:tcPr>
            <w:tcW w:type="dxa" w:w="2160"/>
          </w:tcPr>
          <w:p>
            <w:r>
              <w:t>Seed Sourcing</w:t>
            </w:r>
          </w:p>
        </w:tc>
        <w:tc>
          <w:tcPr>
            <w:tcW w:type="dxa" w:w="2160"/>
          </w:tcPr>
          <w:p>
            <w:r>
              <w:t>What specific criteria do you use to select suppliers for your canola seeds, and how do you assess their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1059-0138</w:t>
            </w:r>
          </w:p>
        </w:tc>
        <w:tc>
          <w:tcPr>
            <w:tcW w:type="dxa" w:w="2160"/>
          </w:tcPr>
          <w:p>
            <w:r>
              <w:t>Quality Standards</w:t>
            </w:r>
          </w:p>
        </w:tc>
        <w:tc>
          <w:tcPr>
            <w:tcW w:type="dxa" w:w="2160"/>
          </w:tcPr>
          <w:p>
            <w:r>
              <w:t>What quality standards do your canola seeds need to meet upon arrival, and how are these standards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1059-0139</w:t>
            </w:r>
          </w:p>
        </w:tc>
        <w:tc>
          <w:tcPr>
            <w:tcW w:type="dxa" w:w="2160"/>
          </w:tcPr>
          <w:p>
            <w:r>
              <w:t>Moisture Content</w:t>
            </w:r>
          </w:p>
        </w:tc>
        <w:tc>
          <w:tcPr>
            <w:tcW w:type="dxa" w:w="2160"/>
          </w:tcPr>
          <w:p>
            <w:r>
              <w:t>What is the acceptable moisture content range for incoming canola seeds, and how do you measure it?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1059-0140</w:t>
            </w:r>
          </w:p>
        </w:tc>
        <w:tc>
          <w:tcPr>
            <w:tcW w:type="dxa" w:w="2160"/>
          </w:tcPr>
          <w:p>
            <w:r>
              <w:t>Purity Testing</w:t>
            </w:r>
          </w:p>
        </w:tc>
        <w:tc>
          <w:tcPr>
            <w:tcW w:type="dxa" w:w="2160"/>
          </w:tcPr>
          <w:p>
            <w:r>
              <w:t>Describe the methods you use for purity testing of canola seeds, including any specific protocols followed. Are these methods documented?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1059-0141</w:t>
            </w:r>
          </w:p>
        </w:tc>
        <w:tc>
          <w:tcPr>
            <w:tcW w:type="dxa" w:w="2160"/>
          </w:tcPr>
          <w:p>
            <w:r>
              <w:t>Pest Inspection</w:t>
            </w:r>
          </w:p>
        </w:tc>
        <w:tc>
          <w:tcPr>
            <w:tcW w:type="dxa" w:w="2160"/>
          </w:tcPr>
          <w:p>
            <w:r>
              <w:t>What procedures do you have in place for inspecting canola seeds for pests, and how do you document any findings?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1059-0142</w:t>
            </w:r>
          </w:p>
        </w:tc>
        <w:tc>
          <w:tcPr>
            <w:tcW w:type="dxa" w:w="2160"/>
          </w:tcPr>
          <w:p>
            <w:r>
              <w:t>Storage Conditions</w:t>
            </w:r>
          </w:p>
        </w:tc>
        <w:tc>
          <w:tcPr>
            <w:tcW w:type="dxa" w:w="2160"/>
          </w:tcPr>
          <w:p>
            <w:r>
              <w:t>What specific storage conditions are required for canola seeds after receiving, and how do you monitor these conditions?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1059-0143</w:t>
            </w:r>
          </w:p>
        </w:tc>
        <w:tc>
          <w:tcPr>
            <w:tcW w:type="dxa" w:w="2160"/>
          </w:tcPr>
          <w:p>
            <w:r>
              <w:t>Seed Sourcing</w:t>
            </w:r>
          </w:p>
        </w:tc>
        <w:tc>
          <w:tcPr>
            <w:tcW w:type="dxa" w:w="2160"/>
          </w:tcPr>
          <w:p>
            <w:r>
              <w:t>How do you evaluate the genetic diversity of the canola seeds sourced, and what impact does this have on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1059-0144</w:t>
            </w:r>
          </w:p>
        </w:tc>
        <w:tc>
          <w:tcPr>
            <w:tcW w:type="dxa" w:w="2160"/>
          </w:tcPr>
          <w:p>
            <w:r>
              <w:t>Quality Standards</w:t>
            </w:r>
          </w:p>
        </w:tc>
        <w:tc>
          <w:tcPr>
            <w:tcW w:type="dxa" w:w="2160"/>
          </w:tcPr>
          <w:p>
            <w:r>
              <w:t>What specific quality certifications do your canola seeds hold, and how do you verify these certifications upon receipt?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1059-0145</w:t>
            </w:r>
          </w:p>
        </w:tc>
        <w:tc>
          <w:tcPr>
            <w:tcW w:type="dxa" w:w="2160"/>
          </w:tcPr>
          <w:p>
            <w:r>
              <w:t>Moisture Content</w:t>
            </w:r>
          </w:p>
        </w:tc>
        <w:tc>
          <w:tcPr>
            <w:tcW w:type="dxa" w:w="2160"/>
          </w:tcPr>
          <w:p>
            <w:r>
              <w:t>How frequently do you conduct moisture content tests on incoming canola seeds, and what equipment do you use for these tests?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1059-0146</w:t>
            </w:r>
          </w:p>
        </w:tc>
        <w:tc>
          <w:tcPr>
            <w:tcW w:type="dxa" w:w="2160"/>
          </w:tcPr>
          <w:p>
            <w:r>
              <w:t>Purity Testing</w:t>
            </w:r>
          </w:p>
        </w:tc>
        <w:tc>
          <w:tcPr>
            <w:tcW w:type="dxa" w:w="2160"/>
          </w:tcPr>
          <w:p>
            <w:r>
              <w:t>What thresholds do you use to determine the purity of canola seeds, and what actions are taken if these thresholds are not met?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1059-0147</w:t>
            </w:r>
          </w:p>
        </w:tc>
        <w:tc>
          <w:tcPr>
            <w:tcW w:type="dxa" w:w="2160"/>
          </w:tcPr>
          <w:p>
            <w:r>
              <w:t>Pest Inspection</w:t>
            </w:r>
          </w:p>
        </w:tc>
        <w:tc>
          <w:tcPr>
            <w:tcW w:type="dxa" w:w="2160"/>
          </w:tcPr>
          <w:p>
            <w:r>
              <w:t>What specific pests do you look for during seed inspection, and how do you handle contaminated batches?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1059-0148</w:t>
            </w:r>
          </w:p>
        </w:tc>
        <w:tc>
          <w:tcPr>
            <w:tcW w:type="dxa" w:w="2160"/>
          </w:tcPr>
          <w:p>
            <w:r>
              <w:t>Storage Conditions</w:t>
            </w:r>
          </w:p>
        </w:tc>
        <w:tc>
          <w:tcPr>
            <w:tcW w:type="dxa" w:w="2160"/>
          </w:tcPr>
          <w:p>
            <w:r>
              <w:t>How do you ensure that the storage conditions for canola seeds comply with industry best practices, and what records do you keep to demonstrate compliance?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1059-0149</w:t>
            </w:r>
          </w:p>
        </w:tc>
        <w:tc>
          <w:tcPr>
            <w:tcW w:type="dxa" w:w="2160"/>
          </w:tcPr>
          <w:p>
            <w:r>
              <w:t>Seed Sourcing</w:t>
            </w:r>
          </w:p>
        </w:tc>
        <w:tc>
          <w:tcPr>
            <w:tcW w:type="dxa" w:w="2160"/>
          </w:tcPr>
          <w:p>
            <w:r>
              <w:t>What role does traceability play in your seed sourcing process, and how do you maintain records to support this?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1059-0150</w:t>
            </w:r>
          </w:p>
        </w:tc>
        <w:tc>
          <w:tcPr>
            <w:tcW w:type="dxa" w:w="2160"/>
          </w:tcPr>
          <w:p>
            <w:r>
              <w:t>Quality Standards</w:t>
            </w:r>
          </w:p>
        </w:tc>
        <w:tc>
          <w:tcPr>
            <w:tcW w:type="dxa" w:w="2160"/>
          </w:tcPr>
          <w:p>
            <w:r>
              <w:t>How do you handle discrepancies between the expected quality standards and the actual quality of the received canola seeds?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1059-0151</w:t>
            </w:r>
          </w:p>
        </w:tc>
        <w:tc>
          <w:tcPr>
            <w:tcW w:type="dxa" w:w="2160"/>
          </w:tcPr>
          <w:p>
            <w:r>
              <w:t>Moisture Content</w:t>
            </w:r>
          </w:p>
        </w:tc>
        <w:tc>
          <w:tcPr>
            <w:tcW w:type="dxa" w:w="2160"/>
          </w:tcPr>
          <w:p>
            <w:r>
              <w:t>What is the process for addressing seeds that exceed the acceptable moisture content, and how is this documented?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PLANTING-AND-CULTIVATION-PRACTICES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1059-0152</w:t>
            </w:r>
          </w:p>
        </w:tc>
        <w:tc>
          <w:tcPr>
            <w:tcW w:type="dxa" w:w="2160"/>
          </w:tcPr>
          <w:p>
            <w:r>
              <w:t>Soil Preparation</w:t>
            </w:r>
          </w:p>
        </w:tc>
        <w:tc>
          <w:tcPr>
            <w:tcW w:type="dxa" w:w="2160"/>
          </w:tcPr>
          <w:p>
            <w:r>
              <w:t>What specific soil amendments did you apply prior to planting your canola crops in 2025, and what were the results of any soil tests conducted?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1059-0153</w:t>
            </w:r>
          </w:p>
        </w:tc>
        <w:tc>
          <w:tcPr>
            <w:tcW w:type="dxa" w:w="2160"/>
          </w:tcPr>
          <w:p>
            <w:r>
              <w:t>Soil Preparation</w:t>
            </w:r>
          </w:p>
        </w:tc>
        <w:tc>
          <w:tcPr>
            <w:tcW w:type="dxa" w:w="2160"/>
          </w:tcPr>
          <w:p>
            <w:r>
              <w:t>How do you determine the optimal soil pH for your canola crops, and what adjustments have you made based on soil testing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1059-0154</w:t>
            </w:r>
          </w:p>
        </w:tc>
        <w:tc>
          <w:tcPr>
            <w:tcW w:type="dxa" w:w="2160"/>
          </w:tcPr>
          <w:p>
            <w:r>
              <w:t>Crop Rotation</w:t>
            </w:r>
          </w:p>
        </w:tc>
        <w:tc>
          <w:tcPr>
            <w:tcW w:type="dxa" w:w="2160"/>
          </w:tcPr>
          <w:p>
            <w:r>
              <w:t>What specific crop rotation practices do you implement to enhance soil health and reduce pest pressure for your canola crops?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1059-0155</w:t>
            </w:r>
          </w:p>
        </w:tc>
        <w:tc>
          <w:tcPr>
            <w:tcW w:type="dxa" w:w="2160"/>
          </w:tcPr>
          <w:p>
            <w:r>
              <w:t>Crop Rotation</w:t>
            </w:r>
          </w:p>
        </w:tc>
        <w:tc>
          <w:tcPr>
            <w:tcW w:type="dxa" w:w="2160"/>
          </w:tcPr>
          <w:p>
            <w:r>
              <w:t>Can you describe any experimental crop rotations you have tested in 2025, including the rationale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1059-0156</w:t>
            </w:r>
          </w:p>
        </w:tc>
        <w:tc>
          <w:tcPr>
            <w:tcW w:type="dxa" w:w="2160"/>
          </w:tcPr>
          <w:p>
            <w:r>
              <w:t>Fertilization Techniques</w:t>
            </w:r>
          </w:p>
        </w:tc>
        <w:tc>
          <w:tcPr>
            <w:tcW w:type="dxa" w:w="2160"/>
          </w:tcPr>
          <w:p>
            <w:r>
              <w:t>What specific fertilization techniques did you experiment with in 2025, and how did you measure their effectiveness on canola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1059-0157</w:t>
            </w:r>
          </w:p>
        </w:tc>
        <w:tc>
          <w:tcPr>
            <w:tcW w:type="dxa" w:w="2160"/>
          </w:tcPr>
          <w:p>
            <w:r>
              <w:t>Fertilization Techniques</w:t>
            </w:r>
          </w:p>
        </w:tc>
        <w:tc>
          <w:tcPr>
            <w:tcW w:type="dxa" w:w="2160"/>
          </w:tcPr>
          <w:p>
            <w:r>
              <w:t>What types of fertilizers (organic, synthetic) did you use in 2025, and how did you adjust application rates based on soil nutrient analysis?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1059-0158</w:t>
            </w:r>
          </w:p>
        </w:tc>
        <w:tc>
          <w:tcPr>
            <w:tcW w:type="dxa" w:w="2160"/>
          </w:tcPr>
          <w:p>
            <w:r>
              <w:t>Irrigation Methods</w:t>
            </w:r>
          </w:p>
        </w:tc>
        <w:tc>
          <w:tcPr>
            <w:tcW w:type="dxa" w:w="2160"/>
          </w:tcPr>
          <w:p>
            <w:r>
              <w:t>What innovative irrigation methods did you implement in 2025 to optimize water usage for your canola crops?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1059-0159</w:t>
            </w:r>
          </w:p>
        </w:tc>
        <w:tc>
          <w:tcPr>
            <w:tcW w:type="dxa" w:w="2160"/>
          </w:tcPr>
          <w:p>
            <w:r>
              <w:t>Irrigation Methods</w:t>
            </w:r>
          </w:p>
        </w:tc>
        <w:tc>
          <w:tcPr>
            <w:tcW w:type="dxa" w:w="2160"/>
          </w:tcPr>
          <w:p>
            <w:r>
              <w:t>How do you monitor soil moisture levels, and what adjustments have you made to your irrigation practices based on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1059-0160</w:t>
            </w:r>
          </w:p>
        </w:tc>
        <w:tc>
          <w:tcPr>
            <w:tcW w:type="dxa" w:w="2160"/>
          </w:tcPr>
          <w:p>
            <w:r>
              <w:t>Pesticide Use</w:t>
            </w:r>
          </w:p>
        </w:tc>
        <w:tc>
          <w:tcPr>
            <w:tcW w:type="dxa" w:w="2160"/>
          </w:tcPr>
          <w:p>
            <w:r>
              <w:t>What specific pest management strategies did you employ in 2025, and how did you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1059-0161</w:t>
            </w:r>
          </w:p>
        </w:tc>
        <w:tc>
          <w:tcPr>
            <w:tcW w:type="dxa" w:w="2160"/>
          </w:tcPr>
          <w:p>
            <w:r>
              <w:t>Pesticide Use</w:t>
            </w:r>
          </w:p>
        </w:tc>
        <w:tc>
          <w:tcPr>
            <w:tcW w:type="dxa" w:w="2160"/>
          </w:tcPr>
          <w:p>
            <w:r>
              <w:t>Can you detail any new pesticide application techniques you trialed in 2025, including the rationale behind their use?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1059-0162</w:t>
            </w:r>
          </w:p>
        </w:tc>
        <w:tc>
          <w:tcPr>
            <w:tcW w:type="dxa" w:w="2160"/>
          </w:tcPr>
          <w:p>
            <w:r>
              <w:t>Sustainability Practices</w:t>
            </w:r>
          </w:p>
        </w:tc>
        <w:tc>
          <w:tcPr>
            <w:tcW w:type="dxa" w:w="2160"/>
          </w:tcPr>
          <w:p>
            <w:r>
              <w:t>What sustainable farming practices did you adopt in 2025 to minimize environmental impact while cultivating canola?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1059-0163</w:t>
            </w:r>
          </w:p>
        </w:tc>
        <w:tc>
          <w:tcPr>
            <w:tcW w:type="dxa" w:w="2160"/>
          </w:tcPr>
          <w:p>
            <w:r>
              <w:t>Sustainability Practices</w:t>
            </w:r>
          </w:p>
        </w:tc>
        <w:tc>
          <w:tcPr>
            <w:tcW w:type="dxa" w:w="2160"/>
          </w:tcPr>
          <w:p>
            <w:r>
              <w:t>How do you measure the effectiveness of your sustainability practices in relation to canola crop yield and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1059-0164</w:t>
            </w:r>
          </w:p>
        </w:tc>
        <w:tc>
          <w:tcPr>
            <w:tcW w:type="dxa" w:w="2160"/>
          </w:tcPr>
          <w:p>
            <w:r>
              <w:t>Soil Preparation</w:t>
            </w:r>
          </w:p>
        </w:tc>
        <w:tc>
          <w:tcPr>
            <w:tcW w:type="dxa" w:w="2160"/>
          </w:tcPr>
          <w:p>
            <w:r>
              <w:t>What specific tillage practices did you employ in 2025, and how did they compare to previous years in terms of soil structure and crop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1059-0165</w:t>
            </w:r>
          </w:p>
        </w:tc>
        <w:tc>
          <w:tcPr>
            <w:tcW w:type="dxa" w:w="2160"/>
          </w:tcPr>
          <w:p>
            <w:r>
              <w:t>Crop Rotation</w:t>
            </w:r>
          </w:p>
        </w:tc>
        <w:tc>
          <w:tcPr>
            <w:tcW w:type="dxa" w:w="2160"/>
          </w:tcPr>
          <w:p>
            <w:r>
              <w:t>What challenges did you face in implementing your crop rotation strategy in 2025,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1059-0166</w:t>
            </w:r>
          </w:p>
        </w:tc>
        <w:tc>
          <w:tcPr>
            <w:tcW w:type="dxa" w:w="2160"/>
          </w:tcPr>
          <w:p>
            <w:r>
              <w:t>Fertilization Techniques</w:t>
            </w:r>
          </w:p>
        </w:tc>
        <w:tc>
          <w:tcPr>
            <w:tcW w:type="dxa" w:w="2160"/>
          </w:tcPr>
          <w:p>
            <w:r>
              <w:t>What specific nutrient deficiencies did you identify in your soil tests, and how did you adjust your fertilization approach in response?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1059-0167</w:t>
            </w:r>
          </w:p>
        </w:tc>
        <w:tc>
          <w:tcPr>
            <w:tcW w:type="dxa" w:w="2160"/>
          </w:tcPr>
          <w:p>
            <w:r>
              <w:t>Irrigation Methods</w:t>
            </w:r>
          </w:p>
        </w:tc>
        <w:tc>
          <w:tcPr>
            <w:tcW w:type="dxa" w:w="2160"/>
          </w:tcPr>
          <w:p>
            <w:r>
              <w:t>What technological innovations (e.g., sensors, automation) did you integrate into your irrigation practices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1059-0168</w:t>
            </w:r>
          </w:p>
        </w:tc>
        <w:tc>
          <w:tcPr>
            <w:tcW w:type="dxa" w:w="2160"/>
          </w:tcPr>
          <w:p>
            <w:r>
              <w:t>Pesticide Use</w:t>
            </w:r>
          </w:p>
        </w:tc>
        <w:tc>
          <w:tcPr>
            <w:tcW w:type="dxa" w:w="2160"/>
          </w:tcPr>
          <w:p>
            <w:r>
              <w:t>How do you document and track pesticide applications, and what changes have you made to improve this process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1059-0169</w:t>
            </w:r>
          </w:p>
        </w:tc>
        <w:tc>
          <w:tcPr>
            <w:tcW w:type="dxa" w:w="2160"/>
          </w:tcPr>
          <w:p>
            <w:r>
              <w:t>Sustainability Practices</w:t>
            </w:r>
          </w:p>
        </w:tc>
        <w:tc>
          <w:tcPr>
            <w:tcW w:type="dxa" w:w="2160"/>
          </w:tcPr>
          <w:p>
            <w:r>
              <w:t>What metrics do you use to assess the long-term sustainability of your canola farming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1059-0170</w:t>
            </w:r>
          </w:p>
        </w:tc>
        <w:tc>
          <w:tcPr>
            <w:tcW w:type="dxa" w:w="2160"/>
          </w:tcPr>
          <w:p>
            <w:r>
              <w:t>Innovative Practices</w:t>
            </w:r>
          </w:p>
        </w:tc>
        <w:tc>
          <w:tcPr>
            <w:tcW w:type="dxa" w:w="2160"/>
          </w:tcPr>
          <w:p>
            <w:r>
              <w:t>What new planting techniques have you tested to improve canola growth efficiency?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1059-0171</w:t>
            </w:r>
          </w:p>
        </w:tc>
        <w:tc>
          <w:tcPr>
            <w:tcW w:type="dxa" w:w="2160"/>
          </w:tcPr>
          <w:p>
            <w:r>
              <w:t>Sustainability</w:t>
            </w:r>
          </w:p>
        </w:tc>
        <w:tc>
          <w:tcPr>
            <w:tcW w:type="dxa" w:w="2160"/>
          </w:tcPr>
          <w:p>
            <w:r>
              <w:t>How have you integrated sustainable practices into your canola cultivation methods?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HARVESTING-TECHNIQUES-AND-EQUIPMENT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1059-0172</w:t>
            </w:r>
          </w:p>
        </w:tc>
        <w:tc>
          <w:tcPr>
            <w:tcW w:type="dxa" w:w="2160"/>
          </w:tcPr>
          <w:p>
            <w:r>
              <w:t>Harvest Timing</w:t>
            </w:r>
          </w:p>
        </w:tc>
        <w:tc>
          <w:tcPr>
            <w:tcW w:type="dxa" w:w="2160"/>
          </w:tcPr>
          <w:p>
            <w:r>
              <w:t>What specific criteria do you use to determine the optimal harvest timing for your canola crop?</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1059-0173</w:t>
            </w:r>
          </w:p>
        </w:tc>
        <w:tc>
          <w:tcPr>
            <w:tcW w:type="dxa" w:w="2160"/>
          </w:tcPr>
          <w:p>
            <w:r>
              <w:t>Combine Harvesters</w:t>
            </w:r>
          </w:p>
        </w:tc>
        <w:tc>
          <w:tcPr>
            <w:tcW w:type="dxa" w:w="2160"/>
          </w:tcPr>
          <w:p>
            <w:r>
              <w:t>What modifications or customizations have you implemented on your combine harvesters to improve efficiency or yield during canola harvesting?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1059-0174</w:t>
            </w:r>
          </w:p>
        </w:tc>
        <w:tc>
          <w:tcPr>
            <w:tcW w:type="dxa" w:w="2160"/>
          </w:tcPr>
          <w:p>
            <w:r>
              <w:t>Crop Yield Measurement</w:t>
            </w:r>
          </w:p>
        </w:tc>
        <w:tc>
          <w:tcPr>
            <w:tcW w:type="dxa" w:w="2160"/>
          </w:tcPr>
          <w:p>
            <w:r>
              <w:t>How do you measure and record the crop yield during the harvesting process, and what tools or technologies do you utilize for this measurement?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1059-0175</w:t>
            </w:r>
          </w:p>
        </w:tc>
        <w:tc>
          <w:tcPr>
            <w:tcW w:type="dxa" w:w="2160"/>
          </w:tcPr>
          <w:p>
            <w:r>
              <w:t>Post-Harvest Handling</w:t>
            </w:r>
          </w:p>
        </w:tc>
        <w:tc>
          <w:tcPr>
            <w:tcW w:type="dxa" w:w="2160"/>
          </w:tcPr>
          <w:p>
            <w:r>
              <w:t>Describe the techniques you employ for post-harvest handling of canola to minimize spoilage and maintain quality. What innovations have you tested in this area?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1059-0176</w:t>
            </w:r>
          </w:p>
        </w:tc>
        <w:tc>
          <w:tcPr>
            <w:tcW w:type="dxa" w:w="2160"/>
          </w:tcPr>
          <w:p>
            <w:r>
              <w:t>Equipment Maintenance</w:t>
            </w:r>
          </w:p>
        </w:tc>
        <w:tc>
          <w:tcPr>
            <w:tcW w:type="dxa" w:w="2160"/>
          </w:tcPr>
          <w:p>
            <w:r>
              <w:t>What specific maintenance protocols do you follow for your harvesting equipment, and how do you document any experimental changes to these protocols?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1059-0177</w:t>
            </w:r>
          </w:p>
        </w:tc>
        <w:tc>
          <w:tcPr>
            <w:tcW w:type="dxa" w:w="2160"/>
          </w:tcPr>
          <w:p>
            <w:r>
              <w:t>Safety Protocols</w:t>
            </w:r>
          </w:p>
        </w:tc>
        <w:tc>
          <w:tcPr>
            <w:tcW w:type="dxa" w:w="2160"/>
          </w:tcPr>
          <w:p>
            <w:r>
              <w:t>What safety protocols are in place for your harvesting operations, and have you conducted any experiments to improve these protocols?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1059-0178</w:t>
            </w:r>
          </w:p>
        </w:tc>
        <w:tc>
          <w:tcPr>
            <w:tcW w:type="dxa" w:w="2160"/>
          </w:tcPr>
          <w:p>
            <w:r>
              <w:t>Harvest Timing</w:t>
            </w:r>
          </w:p>
        </w:tc>
        <w:tc>
          <w:tcPr>
            <w:tcW w:type="dxa" w:w="2160"/>
          </w:tcPr>
          <w:p>
            <w:r>
              <w:t>Have you conducted any trials to assess the impact of different harvest timings on the yield or quality of your canola? If so, please detail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1059-0179</w:t>
            </w:r>
          </w:p>
        </w:tc>
        <w:tc>
          <w:tcPr>
            <w:tcW w:type="dxa" w:w="2160"/>
          </w:tcPr>
          <w:p>
            <w:r>
              <w:t>Combine Harvesters</w:t>
            </w:r>
          </w:p>
        </w:tc>
        <w:tc>
          <w:tcPr>
            <w:tcW w:type="dxa" w:w="2160"/>
          </w:tcPr>
          <w:p>
            <w:r>
              <w:t>What specific features of your combine harvesters have you found to be most effective in optimizing canola harvests?</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1059-0180</w:t>
            </w:r>
          </w:p>
        </w:tc>
        <w:tc>
          <w:tcPr>
            <w:tcW w:type="dxa" w:w="2160"/>
          </w:tcPr>
          <w:p>
            <w:r>
              <w:t>Crop Yield Measurement</w:t>
            </w:r>
          </w:p>
        </w:tc>
        <w:tc>
          <w:tcPr>
            <w:tcW w:type="dxa" w:w="2160"/>
          </w:tcPr>
          <w:p>
            <w:r>
              <w:t>What is the average percentage of yield loss you experience during the harvesting of canola, and what steps have you taken to reduce this loss?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1059-0181</w:t>
            </w:r>
          </w:p>
        </w:tc>
        <w:tc>
          <w:tcPr>
            <w:tcW w:type="dxa" w:w="2160"/>
          </w:tcPr>
          <w:p>
            <w:r>
              <w:t>Post-Harvest Handling</w:t>
            </w:r>
          </w:p>
        </w:tc>
        <w:tc>
          <w:tcPr>
            <w:tcW w:type="dxa" w:w="2160"/>
          </w:tcPr>
          <w:p>
            <w:r>
              <w:t>What technologies or methods have you experimented with in your post-harvest handling processes, and what results did you observe?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1059-0182</w:t>
            </w:r>
          </w:p>
        </w:tc>
        <w:tc>
          <w:tcPr>
            <w:tcW w:type="dxa" w:w="2160"/>
          </w:tcPr>
          <w:p>
            <w:r>
              <w:t>Equipment Maintenance</w:t>
            </w:r>
          </w:p>
        </w:tc>
        <w:tc>
          <w:tcPr>
            <w:tcW w:type="dxa" w:w="2160"/>
          </w:tcPr>
          <w:p>
            <w:r>
              <w:t>How often do you conduct experimental maintenance on your harvesting equipment, and what metrics do you use to evaluate its effectiveness?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1059-0183</w:t>
            </w:r>
          </w:p>
        </w:tc>
        <w:tc>
          <w:tcPr>
            <w:tcW w:type="dxa" w:w="2160"/>
          </w:tcPr>
          <w:p>
            <w:r>
              <w:t>Safety Protocols</w:t>
            </w:r>
          </w:p>
        </w:tc>
        <w:tc>
          <w:tcPr>
            <w:tcW w:type="dxa" w:w="2160"/>
          </w:tcPr>
          <w:p>
            <w:r>
              <w:t>Have you implemented any new safety technologies during harvesting operations, and what has been the impact on worker safety or efficiency?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1059-0184</w:t>
            </w:r>
          </w:p>
        </w:tc>
        <w:tc>
          <w:tcPr>
            <w:tcW w:type="dxa" w:w="2160"/>
          </w:tcPr>
          <w:p>
            <w:r>
              <w:t>Harvest Timing</w:t>
            </w:r>
          </w:p>
        </w:tc>
        <w:tc>
          <w:tcPr>
            <w:tcW w:type="dxa" w:w="2160"/>
          </w:tcPr>
          <w:p>
            <w:r>
              <w:t>What historical data do you rely on to make decisions about harvest timing, and how has this data influenced your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EXTRACTION-OIL-PROCESSING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1059-0185</w:t>
            </w:r>
          </w:p>
        </w:tc>
        <w:tc>
          <w:tcPr>
            <w:tcW w:type="dxa" w:w="2160"/>
          </w:tcPr>
          <w:p>
            <w:r>
              <w:t>Mechanical Extraction Techniques</w:t>
            </w:r>
          </w:p>
        </w:tc>
        <w:tc>
          <w:tcPr>
            <w:tcW w:type="dxa" w:w="2160"/>
          </w:tcPr>
          <w:p>
            <w:r>
              <w:t>What specific mechanical extraction methods do you utilize for canola oil extraction, and what are the operational parameters (e.g., pressure, temperature) for these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1059-0186</w:t>
            </w:r>
          </w:p>
        </w:tc>
        <w:tc>
          <w:tcPr>
            <w:tcW w:type="dxa" w:w="2160"/>
          </w:tcPr>
          <w:p>
            <w:r>
              <w:t>Solvent Extraction Processes</w:t>
            </w:r>
          </w:p>
        </w:tc>
        <w:tc>
          <w:tcPr>
            <w:tcW w:type="dxa" w:w="2160"/>
          </w:tcPr>
          <w:p>
            <w:r>
              <w:t>What solvents are used in your solvent extraction process for canola oil, and how do you ensure compliance with safety and environmental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1059-0187</w:t>
            </w:r>
          </w:p>
        </w:tc>
        <w:tc>
          <w:tcPr>
            <w:tcW w:type="dxa" w:w="2160"/>
          </w:tcPr>
          <w:p>
            <w:r>
              <w:t>Refining Processes</w:t>
            </w:r>
          </w:p>
        </w:tc>
        <w:tc>
          <w:tcPr>
            <w:tcW w:type="dxa" w:w="2160"/>
          </w:tcPr>
          <w:p>
            <w:r>
              <w:t>Describe the refining processes applied to the extracted canola oil, including any chemical treatments and their intended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1059-0188</w:t>
            </w:r>
          </w:p>
        </w:tc>
        <w:tc>
          <w:tcPr>
            <w:tcW w:type="dxa" w:w="2160"/>
          </w:tcPr>
          <w:p>
            <w:r>
              <w:t>Oil Yield Optimization</w:t>
            </w:r>
          </w:p>
        </w:tc>
        <w:tc>
          <w:tcPr>
            <w:tcW w:type="dxa" w:w="2160"/>
          </w:tcPr>
          <w:p>
            <w:r>
              <w:t>What experimental methods have you implemented to optimize oil yield from canola seeds, and what results have you observed?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1059-0189</w:t>
            </w:r>
          </w:p>
        </w:tc>
        <w:tc>
          <w:tcPr>
            <w:tcW w:type="dxa" w:w="2160"/>
          </w:tcPr>
          <w:p>
            <w:r>
              <w:t>Equipment Specifications</w:t>
            </w:r>
          </w:p>
        </w:tc>
        <w:tc>
          <w:tcPr>
            <w:tcW w:type="dxa" w:w="2160"/>
          </w:tcPr>
          <w:p>
            <w:r>
              <w:t>What specific equipment do you use for oil extraction, and how do you evaluate its performance in terms of efficiency and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1059-0190</w:t>
            </w:r>
          </w:p>
        </w:tc>
        <w:tc>
          <w:tcPr>
            <w:tcW w:type="dxa" w:w="2160"/>
          </w:tcPr>
          <w:p>
            <w:r>
              <w:t>Energy Consumption</w:t>
            </w:r>
          </w:p>
        </w:tc>
        <w:tc>
          <w:tcPr>
            <w:tcW w:type="dxa" w:w="2160"/>
          </w:tcPr>
          <w:p>
            <w:r>
              <w:t>What is the average energy consumption (in kWh) per ton of canola seeds processed, and how have you sought to reduce this consumption?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1059-0191</w:t>
            </w:r>
          </w:p>
        </w:tc>
        <w:tc>
          <w:tcPr>
            <w:tcW w:type="dxa" w:w="2160"/>
          </w:tcPr>
          <w:p>
            <w:r>
              <w:t>Mechanical Extraction Efficiency</w:t>
            </w:r>
          </w:p>
        </w:tc>
        <w:tc>
          <w:tcPr>
            <w:tcW w:type="dxa" w:w="2160"/>
          </w:tcPr>
          <w:p>
            <w:r>
              <w:t>How do you measure the efficiency of your mechanical extraction methods, and what benchmarks do you use for comparison?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1059-0192</w:t>
            </w:r>
          </w:p>
        </w:tc>
        <w:tc>
          <w:tcPr>
            <w:tcW w:type="dxa" w:w="2160"/>
          </w:tcPr>
          <w:p>
            <w:r>
              <w:t>Solvent Recovery</w:t>
            </w:r>
          </w:p>
        </w:tc>
        <w:tc>
          <w:tcPr>
            <w:tcW w:type="dxa" w:w="2160"/>
          </w:tcPr>
          <w:p>
            <w:r>
              <w:t>What techniques do you employ for solvent recovery post-extraction, and how do you assess their effectiveness?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1059-0193</w:t>
            </w:r>
          </w:p>
        </w:tc>
        <w:tc>
          <w:tcPr>
            <w:tcW w:type="dxa" w:w="2160"/>
          </w:tcPr>
          <w:p>
            <w:r>
              <w:t>Quality Control</w:t>
            </w:r>
          </w:p>
        </w:tc>
        <w:tc>
          <w:tcPr>
            <w:tcW w:type="dxa" w:w="2160"/>
          </w:tcPr>
          <w:p>
            <w:r>
              <w:t>What quality control measures do you have in place during the extraction process to ensure the purity of the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1059-0194</w:t>
            </w:r>
          </w:p>
        </w:tc>
        <w:tc>
          <w:tcPr>
            <w:tcW w:type="dxa" w:w="2160"/>
          </w:tcPr>
          <w:p>
            <w:r>
              <w:t>Process Variability</w:t>
            </w:r>
          </w:p>
        </w:tc>
        <w:tc>
          <w:tcPr>
            <w:tcW w:type="dxa" w:w="2160"/>
          </w:tcPr>
          <w:p>
            <w:r>
              <w:t>What variations in seed quality have you encountered, and how do these affect your extraction process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1059-0195</w:t>
            </w:r>
          </w:p>
        </w:tc>
        <w:tc>
          <w:tcPr>
            <w:tcW w:type="dxa" w:w="2160"/>
          </w:tcPr>
          <w:p>
            <w:r>
              <w:t>Experimental Techniques</w:t>
            </w:r>
          </w:p>
        </w:tc>
        <w:tc>
          <w:tcPr>
            <w:tcW w:type="dxa" w:w="2160"/>
          </w:tcPr>
          <w:p>
            <w:r>
              <w:t>Have you experimented with any novel extraction techniques or technologies, and what were the outcomes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1059-0196</w:t>
            </w:r>
          </w:p>
        </w:tc>
        <w:tc>
          <w:tcPr>
            <w:tcW w:type="dxa" w:w="2160"/>
          </w:tcPr>
          <w:p>
            <w:r>
              <w:t>Byproduct Utilization</w:t>
            </w:r>
          </w:p>
        </w:tc>
        <w:tc>
          <w:tcPr>
            <w:tcW w:type="dxa" w:w="2160"/>
          </w:tcPr>
          <w:p>
            <w:r>
              <w:t>What byproducts result from your extraction process, and how do you utilize or manage these byproducts?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1059-0197</w:t>
            </w:r>
          </w:p>
        </w:tc>
        <w:tc>
          <w:tcPr>
            <w:tcW w:type="dxa" w:w="2160"/>
          </w:tcPr>
          <w:p>
            <w:r>
              <w:t>Process Documentation</w:t>
            </w:r>
          </w:p>
        </w:tc>
        <w:tc>
          <w:tcPr>
            <w:tcW w:type="dxa" w:w="2160"/>
          </w:tcPr>
          <w:p>
            <w:r>
              <w:t>How do you document the extraction processes and any modifications made during the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1059-0198</w:t>
            </w:r>
          </w:p>
        </w:tc>
        <w:tc>
          <w:tcPr>
            <w:tcW w:type="dxa" w:w="2160"/>
          </w:tcPr>
          <w:p>
            <w:r>
              <w:t>Regulatory Compliance</w:t>
            </w:r>
          </w:p>
        </w:tc>
        <w:tc>
          <w:tcPr>
            <w:tcW w:type="dxa" w:w="2160"/>
          </w:tcPr>
          <w:p>
            <w:r>
              <w:t>What regulatory compliance checks do you perform related to your extraction processes, and how do you document these checks?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1059-0199</w:t>
            </w:r>
          </w:p>
        </w:tc>
        <w:tc>
          <w:tcPr>
            <w:tcW w:type="dxa" w:w="2160"/>
          </w:tcPr>
          <w:p>
            <w:r>
              <w:t>Process Improvements</w:t>
            </w:r>
          </w:p>
        </w:tc>
        <w:tc>
          <w:tcPr>
            <w:tcW w:type="dxa" w:w="2160"/>
          </w:tcPr>
          <w:p>
            <w:r>
              <w:t>What specific improvements have you made to your extraction processes in the past year, and what prompted these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1059-0200</w:t>
            </w:r>
          </w:p>
        </w:tc>
        <w:tc>
          <w:tcPr>
            <w:tcW w:type="dxa" w:w="2160"/>
          </w:tcPr>
          <w:p>
            <w:r>
              <w:t>Cost Analysis</w:t>
            </w:r>
          </w:p>
        </w:tc>
        <w:tc>
          <w:tcPr>
            <w:tcW w:type="dxa" w:w="2160"/>
          </w:tcPr>
          <w:p>
            <w:r>
              <w:t>What are the average costs associated with your extraction processes, including labor, materials, and overhead?</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1059-0201</w:t>
            </w:r>
          </w:p>
        </w:tc>
        <w:tc>
          <w:tcPr>
            <w:tcW w:type="dxa" w:w="2160"/>
          </w:tcPr>
          <w:p>
            <w:r>
              <w:t>Yield Metrics</w:t>
            </w:r>
          </w:p>
        </w:tc>
        <w:tc>
          <w:tcPr>
            <w:tcW w:type="dxa" w:w="2160"/>
          </w:tcPr>
          <w:p>
            <w:r>
              <w:t>What are your average oil yields (in liters) per ton of canola seeds processed, and how do you track this data?</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1059-0202</w:t>
            </w:r>
          </w:p>
        </w:tc>
        <w:tc>
          <w:tcPr>
            <w:tcW w:type="dxa" w:w="2160"/>
          </w:tcPr>
          <w:p>
            <w:r>
              <w:t>Energy Efficiency Initiatives</w:t>
            </w:r>
          </w:p>
        </w:tc>
        <w:tc>
          <w:tcPr>
            <w:tcW w:type="dxa" w:w="2160"/>
          </w:tcPr>
          <w:p>
            <w:r>
              <w:t>What initiatives have you undertaken to improve energy efficiency in your extraction processes, and what results have you achieved?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1059-0203</w:t>
            </w:r>
          </w:p>
        </w:tc>
        <w:tc>
          <w:tcPr>
            <w:tcW w:type="dxa" w:w="2160"/>
          </w:tcPr>
          <w:p>
            <w:r>
              <w:t>Technology Upgrades</w:t>
            </w:r>
          </w:p>
        </w:tc>
        <w:tc>
          <w:tcPr>
            <w:tcW w:type="dxa" w:w="2160"/>
          </w:tcPr>
          <w:p>
            <w:r>
              <w:t>Have you implemented any new technologies or equipment in your extraction processes in the past year? If so, please describe them and their impact.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1059-0204</w:t>
            </w:r>
          </w:p>
        </w:tc>
        <w:tc>
          <w:tcPr>
            <w:tcW w:type="dxa" w:w="2160"/>
          </w:tcPr>
          <w:p>
            <w:r>
              <w:t>Research and Development</w:t>
            </w:r>
          </w:p>
        </w:tc>
        <w:tc>
          <w:tcPr>
            <w:tcW w:type="dxa" w:w="2160"/>
          </w:tcPr>
          <w:p>
            <w:r>
              <w:t>What R&amp;D activities related to extraction processes have you undertaken, including any collaborations or partnerships?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1059-0205</w:t>
            </w:r>
          </w:p>
        </w:tc>
        <w:tc>
          <w:tcPr>
            <w:tcW w:type="dxa" w:w="2160"/>
          </w:tcPr>
          <w:p>
            <w:r>
              <w:t>Environmental Impact</w:t>
            </w:r>
          </w:p>
        </w:tc>
        <w:tc>
          <w:tcPr>
            <w:tcW w:type="dxa" w:w="2160"/>
          </w:tcPr>
          <w:p>
            <w:r>
              <w:t>How do you assess the environmental impact of your extraction processes, and what measures do you take to mitigate negative effects?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1059-0206</w:t>
            </w:r>
          </w:p>
        </w:tc>
        <w:tc>
          <w:tcPr>
            <w:tcW w:type="dxa" w:w="2160"/>
          </w:tcPr>
          <w:p>
            <w:r>
              <w:t>Process Innovation</w:t>
            </w:r>
          </w:p>
        </w:tc>
        <w:tc>
          <w:tcPr>
            <w:tcW w:type="dxa" w:w="2160"/>
          </w:tcPr>
          <w:p>
            <w:r>
              <w:t>What new extraction methods have you implemented to improve oil yield from canola seeds?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1059-0207</w:t>
            </w:r>
          </w:p>
        </w:tc>
        <w:tc>
          <w:tcPr>
            <w:tcW w:type="dxa" w:w="2160"/>
          </w:tcPr>
          <w:p>
            <w:r>
              <w:t>Efficiency Improvements</w:t>
            </w:r>
          </w:p>
        </w:tc>
        <w:tc>
          <w:tcPr>
            <w:tcW w:type="dxa" w:w="2160"/>
          </w:tcPr>
          <w:p>
            <w:r>
              <w:t>Can you describe any technological advancements you have adopted in your oil extraction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1059-0208</w:t>
            </w:r>
          </w:p>
        </w:tc>
        <w:tc>
          <w:tcPr>
            <w:tcW w:type="dxa" w:w="2160"/>
          </w:tcPr>
          <w:p>
            <w:r>
              <w:t>Quality Control</w:t>
            </w:r>
          </w:p>
        </w:tc>
        <w:tc>
          <w:tcPr>
            <w:tcW w:type="dxa" w:w="2160"/>
          </w:tcPr>
          <w:p>
            <w:r>
              <w:t>What measures do you take to ensure the quality of oil extracted from your canola?</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OIL-REFINING-AND-PURIFICATION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1059-0209</w:t>
            </w:r>
          </w:p>
        </w:tc>
        <w:tc>
          <w:tcPr>
            <w:tcW w:type="dxa" w:w="2160"/>
          </w:tcPr>
          <w:p>
            <w:r>
              <w:t>Deodorization</w:t>
            </w:r>
          </w:p>
        </w:tc>
        <w:tc>
          <w:tcPr>
            <w:tcW w:type="dxa" w:w="2160"/>
          </w:tcPr>
          <w:p>
            <w:r>
              <w:t>What specific methods did you employ during the deodorization process of canola oil in 2025, and how did they differ from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1059-0210</w:t>
            </w:r>
          </w:p>
        </w:tc>
        <w:tc>
          <w:tcPr>
            <w:tcW w:type="dxa" w:w="2160"/>
          </w:tcPr>
          <w:p>
            <w:r>
              <w:t>Deodorization</w:t>
            </w:r>
          </w:p>
        </w:tc>
        <w:tc>
          <w:tcPr>
            <w:tcW w:type="dxa" w:w="2160"/>
          </w:tcPr>
          <w:p>
            <w:r>
              <w:t>Did you conduct any experiments to optimize the deodorization conditions (temperature, time, vacuum level) in 2025? If yes, please detail the findings.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1059-0211</w:t>
            </w:r>
          </w:p>
        </w:tc>
        <w:tc>
          <w:tcPr>
            <w:tcW w:type="dxa" w:w="2160"/>
          </w:tcPr>
          <w:p>
            <w:r>
              <w:t>Bleaching</w:t>
            </w:r>
          </w:p>
        </w:tc>
        <w:tc>
          <w:tcPr>
            <w:tcW w:type="dxa" w:w="2160"/>
          </w:tcPr>
          <w:p>
            <w:r>
              <w:t>What new bleaching agents or technologies did you test in 2025, and what were the results compared to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1059-0212</w:t>
            </w:r>
          </w:p>
        </w:tc>
        <w:tc>
          <w:tcPr>
            <w:tcW w:type="dxa" w:w="2160"/>
          </w:tcPr>
          <w:p>
            <w:r>
              <w:t>Bleaching</w:t>
            </w:r>
          </w:p>
        </w:tc>
        <w:tc>
          <w:tcPr>
            <w:tcW w:type="dxa" w:w="2160"/>
          </w:tcPr>
          <w:p>
            <w:r>
              <w:t>How did you measure the effectiveness of the bleaching process in 2025? Please provide specific metrics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1059-0213</w:t>
            </w:r>
          </w:p>
        </w:tc>
        <w:tc>
          <w:tcPr>
            <w:tcW w:type="dxa" w:w="2160"/>
          </w:tcPr>
          <w:p>
            <w:r>
              <w:t>Winterization</w:t>
            </w:r>
          </w:p>
        </w:tc>
        <w:tc>
          <w:tcPr>
            <w:tcW w:type="dxa" w:w="2160"/>
          </w:tcPr>
          <w:p>
            <w:r>
              <w:t>What experimental approaches did you take to improve the winterization process for canola oil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1059-0214</w:t>
            </w:r>
          </w:p>
        </w:tc>
        <w:tc>
          <w:tcPr>
            <w:tcW w:type="dxa" w:w="2160"/>
          </w:tcPr>
          <w:p>
            <w:r>
              <w:t>Winterization</w:t>
            </w:r>
          </w:p>
        </w:tc>
        <w:tc>
          <w:tcPr>
            <w:tcW w:type="dxa" w:w="2160"/>
          </w:tcPr>
          <w:p>
            <w:r>
              <w:t>Did you encounter any challenges during the winterization process in 2025 that required innovative solutions? Please describe.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1059-0215</w:t>
            </w:r>
          </w:p>
        </w:tc>
        <w:tc>
          <w:tcPr>
            <w:tcW w:type="dxa" w:w="2160"/>
          </w:tcPr>
          <w:p>
            <w:r>
              <w:t>Quality Control</w:t>
            </w:r>
          </w:p>
        </w:tc>
        <w:tc>
          <w:tcPr>
            <w:tcW w:type="dxa" w:w="2160"/>
          </w:tcPr>
          <w:p>
            <w:r>
              <w:t>What new quality control measures were implemented in 2025 to ensure the purity of refined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1059-0216</w:t>
            </w:r>
          </w:p>
        </w:tc>
        <w:tc>
          <w:tcPr>
            <w:tcW w:type="dxa" w:w="2160"/>
          </w:tcPr>
          <w:p>
            <w:r>
              <w:t>Quality Control</w:t>
            </w:r>
          </w:p>
        </w:tc>
        <w:tc>
          <w:tcPr>
            <w:tcW w:type="dxa" w:w="2160"/>
          </w:tcPr>
          <w:p>
            <w:r>
              <w:t>How did you document the quality control tests performed on the canola oil in 2025? Please provide examples of records maintained.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1059-0217</w:t>
            </w:r>
          </w:p>
        </w:tc>
        <w:tc>
          <w:tcPr>
            <w:tcW w:type="dxa" w:w="2160"/>
          </w:tcPr>
          <w:p>
            <w:r>
              <w:t>Chemical Treatments</w:t>
            </w:r>
          </w:p>
        </w:tc>
        <w:tc>
          <w:tcPr>
            <w:tcW w:type="dxa" w:w="2160"/>
          </w:tcPr>
          <w:p>
            <w:r>
              <w:t>What novel chemical treatments were explored in 2025 to enhance the oil refining process? Please detail the experiments conducted.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1059-0218</w:t>
            </w:r>
          </w:p>
        </w:tc>
        <w:tc>
          <w:tcPr>
            <w:tcW w:type="dxa" w:w="2160"/>
          </w:tcPr>
          <w:p>
            <w:r>
              <w:t>Chemical Treatments</w:t>
            </w:r>
          </w:p>
        </w:tc>
        <w:tc>
          <w:tcPr>
            <w:tcW w:type="dxa" w:w="2160"/>
          </w:tcPr>
          <w:p>
            <w:r>
              <w:t>How did you assess the efficacy of the chemical treatments applied in 2025? What specific outcomes were measured?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1059-0219</w:t>
            </w:r>
          </w:p>
        </w:tc>
        <w:tc>
          <w:tcPr>
            <w:tcW w:type="dxa" w:w="2160"/>
          </w:tcPr>
          <w:p>
            <w:r>
              <w:t>Regulatory Compliance</w:t>
            </w:r>
          </w:p>
        </w:tc>
        <w:tc>
          <w:tcPr>
            <w:tcW w:type="dxa" w:w="2160"/>
          </w:tcPr>
          <w:p>
            <w:r>
              <w:t>What regulatory changes affecting the refining of canola oil were you aware of in 2025, and how did they impact your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1059-0220</w:t>
            </w:r>
          </w:p>
        </w:tc>
        <w:tc>
          <w:tcPr>
            <w:tcW w:type="dxa" w:w="2160"/>
          </w:tcPr>
          <w:p>
            <w:r>
              <w:t>Regulatory Compliance</w:t>
            </w:r>
          </w:p>
        </w:tc>
        <w:tc>
          <w:tcPr>
            <w:tcW w:type="dxa" w:w="2160"/>
          </w:tcPr>
          <w:p>
            <w:r>
              <w:t>Did you conduct any compliance audits in 2025 related to the refining processes? If so, what were the findings?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1059-0221</w:t>
            </w:r>
          </w:p>
        </w:tc>
        <w:tc>
          <w:tcPr>
            <w:tcW w:type="dxa" w:w="2160"/>
          </w:tcPr>
          <w:p>
            <w:r>
              <w:t>Deodorization</w:t>
            </w:r>
          </w:p>
        </w:tc>
        <w:tc>
          <w:tcPr>
            <w:tcW w:type="dxa" w:w="2160"/>
          </w:tcPr>
          <w:p>
            <w:r>
              <w:t>How did you ensure that the deodorization process met industry standards in 2025? Please provide evidence of compliance.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1059-0222</w:t>
            </w:r>
          </w:p>
        </w:tc>
        <w:tc>
          <w:tcPr>
            <w:tcW w:type="dxa" w:w="2160"/>
          </w:tcPr>
          <w:p>
            <w:r>
              <w:t>Bleaching</w:t>
            </w:r>
          </w:p>
        </w:tc>
        <w:tc>
          <w:tcPr>
            <w:tcW w:type="dxa" w:w="2160"/>
          </w:tcPr>
          <w:p>
            <w:r>
              <w:t>What specific parameters were monitored during the bleaching process in 2025, and how did they affect the final product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1059-0223</w:t>
            </w:r>
          </w:p>
        </w:tc>
        <w:tc>
          <w:tcPr>
            <w:tcW w:type="dxa" w:w="2160"/>
          </w:tcPr>
          <w:p>
            <w:r>
              <w:t>Winterization</w:t>
            </w:r>
          </w:p>
        </w:tc>
        <w:tc>
          <w:tcPr>
            <w:tcW w:type="dxa" w:w="2160"/>
          </w:tcPr>
          <w:p>
            <w:r>
              <w:t>What innovations did you implement in the winterization process in 2025,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1059-0224</w:t>
            </w:r>
          </w:p>
        </w:tc>
        <w:tc>
          <w:tcPr>
            <w:tcW w:type="dxa" w:w="2160"/>
          </w:tcPr>
          <w:p>
            <w:r>
              <w:t>Quality Control</w:t>
            </w:r>
          </w:p>
        </w:tc>
        <w:tc>
          <w:tcPr>
            <w:tcW w:type="dxa" w:w="2160"/>
          </w:tcPr>
          <w:p>
            <w:r>
              <w:t>How frequently were quality control checks performed on canola oil in 2025, and what specific criteria were used?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1059-0225</w:t>
            </w:r>
          </w:p>
        </w:tc>
        <w:tc>
          <w:tcPr>
            <w:tcW w:type="dxa" w:w="2160"/>
          </w:tcPr>
          <w:p>
            <w:r>
              <w:t>Chemical Treatments</w:t>
            </w:r>
          </w:p>
        </w:tc>
        <w:tc>
          <w:tcPr>
            <w:tcW w:type="dxa" w:w="2160"/>
          </w:tcPr>
          <w:p>
            <w:r>
              <w:t>What specific chemical treatments were abandoned in 2025, and what were the reasons for their discontinuation?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1059-0226</w:t>
            </w:r>
          </w:p>
        </w:tc>
        <w:tc>
          <w:tcPr>
            <w:tcW w:type="dxa" w:w="2160"/>
          </w:tcPr>
          <w:p>
            <w:r>
              <w:t>Regulatory Compliance</w:t>
            </w:r>
          </w:p>
        </w:tc>
        <w:tc>
          <w:tcPr>
            <w:tcW w:type="dxa" w:w="2160"/>
          </w:tcPr>
          <w:p>
            <w:r>
              <w:t>What steps did you take to ensure compliance with environmental regulations during the refining processes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1059-0227</w:t>
            </w:r>
          </w:p>
        </w:tc>
        <w:tc>
          <w:tcPr>
            <w:tcW w:type="dxa" w:w="2160"/>
          </w:tcPr>
          <w:p>
            <w:r>
              <w:t>Quality Control</w:t>
            </w:r>
          </w:p>
        </w:tc>
        <w:tc>
          <w:tcPr>
            <w:tcW w:type="dxa" w:w="2160"/>
          </w:tcPr>
          <w:p>
            <w:r>
              <w:t>What training did staff receive in 2025 regarding quality control measures for refined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1059-0228</w:t>
            </w:r>
          </w:p>
        </w:tc>
        <w:tc>
          <w:tcPr>
            <w:tcW w:type="dxa" w:w="2160"/>
          </w:tcPr>
          <w:p>
            <w:r>
              <w:t>Refining Techniques</w:t>
            </w:r>
          </w:p>
        </w:tc>
        <w:tc>
          <w:tcPr>
            <w:tcW w:type="dxa" w:w="2160"/>
          </w:tcPr>
          <w:p>
            <w:r>
              <w:t>What new refining techniques have you explored to enhance the purity of your canola oil?</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1059-0229</w:t>
            </w:r>
          </w:p>
        </w:tc>
        <w:tc>
          <w:tcPr>
            <w:tcW w:type="dxa" w:w="2160"/>
          </w:tcPr>
          <w:p>
            <w:r>
              <w:t>Regulatory Compliance</w:t>
            </w:r>
          </w:p>
        </w:tc>
        <w:tc>
          <w:tcPr>
            <w:tcW w:type="dxa" w:w="2160"/>
          </w:tcPr>
          <w:p>
            <w:r>
              <w:t>How do you ensure compliance with health and safety regulations during the refining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1059-0230</w:t>
            </w:r>
          </w:p>
        </w:tc>
        <w:tc>
          <w:tcPr>
            <w:tcW w:type="dxa" w:w="2160"/>
          </w:tcPr>
          <w:p>
            <w:r>
              <w:t>Cost Management</w:t>
            </w:r>
          </w:p>
        </w:tc>
        <w:tc>
          <w:tcPr>
            <w:tcW w:type="dxa" w:w="2160"/>
          </w:tcPr>
          <w:p>
            <w:r>
              <w:t>What strategies have you implemented to reduce costs in your oil refining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QUALITY-CONTROL-AND-LAB-TESTING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1059-0231</w:t>
            </w:r>
          </w:p>
        </w:tc>
        <w:tc>
          <w:tcPr>
            <w:tcW w:type="dxa" w:w="2160"/>
          </w:tcPr>
          <w:p>
            <w:r>
              <w:t>Lab Equipment</w:t>
            </w:r>
          </w:p>
        </w:tc>
        <w:tc>
          <w:tcPr>
            <w:tcW w:type="dxa" w:w="2160"/>
          </w:tcPr>
          <w:p>
            <w:r>
              <w:t>What specific laboratory equipment do you utilize for testing the quality of canola oil, and how does each piece contribute to your quality control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1059-0232</w:t>
            </w:r>
          </w:p>
        </w:tc>
        <w:tc>
          <w:tcPr>
            <w:tcW w:type="dxa" w:w="2160"/>
          </w:tcPr>
          <w:p>
            <w:r>
              <w:t>Chemical Analysis</w:t>
            </w:r>
          </w:p>
        </w:tc>
        <w:tc>
          <w:tcPr>
            <w:tcW w:type="dxa" w:w="2160"/>
          </w:tcPr>
          <w:p>
            <w:r>
              <w:t>Which chemical analysis methods do you employ to assess the fatty acid composition of your canola oil, and what are the typical results you expect?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1059-0233</w:t>
            </w:r>
          </w:p>
        </w:tc>
        <w:tc>
          <w:tcPr>
            <w:tcW w:type="dxa" w:w="2160"/>
          </w:tcPr>
          <w:p>
            <w:r>
              <w:t>Sensory Evaluation</w:t>
            </w:r>
          </w:p>
        </w:tc>
        <w:tc>
          <w:tcPr>
            <w:tcW w:type="dxa" w:w="2160"/>
          </w:tcPr>
          <w:p>
            <w:r>
              <w:t>Can you describe your sensory evaluation protocols for canola oil, including the criteria used for taste, aroma, and texture?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1059-0234</w:t>
            </w:r>
          </w:p>
        </w:tc>
        <w:tc>
          <w:tcPr>
            <w:tcW w:type="dxa" w:w="2160"/>
          </w:tcPr>
          <w:p>
            <w:r>
              <w:t>Shelf-Life Testing</w:t>
            </w:r>
          </w:p>
        </w:tc>
        <w:tc>
          <w:tcPr>
            <w:tcW w:type="dxa" w:w="2160"/>
          </w:tcPr>
          <w:p>
            <w:r>
              <w:t>What procedures do you follow for shelf-life testing of your canola oil, and what factors do you monitor during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1059-0235</w:t>
            </w:r>
          </w:p>
        </w:tc>
        <w:tc>
          <w:tcPr>
            <w:tcW w:type="dxa" w:w="2160"/>
          </w:tcPr>
          <w:p>
            <w:r>
              <w:t>Certifications</w:t>
            </w:r>
          </w:p>
        </w:tc>
        <w:tc>
          <w:tcPr>
            <w:tcW w:type="dxa" w:w="2160"/>
          </w:tcPr>
          <w:p>
            <w:r>
              <w:t>What certifications do your canola products hold regarding quality control, and how do these certifications impact your testing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1059-0236</w:t>
            </w:r>
          </w:p>
        </w:tc>
        <w:tc>
          <w:tcPr>
            <w:tcW w:type="dxa" w:w="2160"/>
          </w:tcPr>
          <w:p>
            <w:r>
              <w:t>Traceability Systems</w:t>
            </w:r>
          </w:p>
        </w:tc>
        <w:tc>
          <w:tcPr>
            <w:tcW w:type="dxa" w:w="2160"/>
          </w:tcPr>
          <w:p>
            <w:r>
              <w:t>How do you implement traceability systems in your quality control processes for canola oil, and what information is tracked?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1059-0237</w:t>
            </w:r>
          </w:p>
        </w:tc>
        <w:tc>
          <w:tcPr>
            <w:tcW w:type="dxa" w:w="2160"/>
          </w:tcPr>
          <w:p>
            <w:r>
              <w:t>Lab Equipment</w:t>
            </w:r>
          </w:p>
        </w:tc>
        <w:tc>
          <w:tcPr>
            <w:tcW w:type="dxa" w:w="2160"/>
          </w:tcPr>
          <w:p>
            <w:r>
              <w:t>How often is your laboratory equipment calibrated, and what standards do you follow for this calibration?</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1059-0238</w:t>
            </w:r>
          </w:p>
        </w:tc>
        <w:tc>
          <w:tcPr>
            <w:tcW w:type="dxa" w:w="2160"/>
          </w:tcPr>
          <w:p>
            <w:r>
              <w:t>Chemical Analysis</w:t>
            </w:r>
          </w:p>
        </w:tc>
        <w:tc>
          <w:tcPr>
            <w:tcW w:type="dxa" w:w="2160"/>
          </w:tcPr>
          <w:p>
            <w:r>
              <w:t>What specific chemical tests do you perform to detect contaminants in your canola oil, and how do you respond to any findings?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1059-0239</w:t>
            </w:r>
          </w:p>
        </w:tc>
        <w:tc>
          <w:tcPr>
            <w:tcW w:type="dxa" w:w="2160"/>
          </w:tcPr>
          <w:p>
            <w:r>
              <w:t>Sensory Evaluation</w:t>
            </w:r>
          </w:p>
        </w:tc>
        <w:tc>
          <w:tcPr>
            <w:tcW w:type="dxa" w:w="2160"/>
          </w:tcPr>
          <w:p>
            <w:r>
              <w:t>How frequently do you conduct sensory evaluations on your canola oil, and who is involved in this process?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1059-0240</w:t>
            </w:r>
          </w:p>
        </w:tc>
        <w:tc>
          <w:tcPr>
            <w:tcW w:type="dxa" w:w="2160"/>
          </w:tcPr>
          <w:p>
            <w:r>
              <w:t>Shelf-Life Testing</w:t>
            </w:r>
          </w:p>
        </w:tc>
        <w:tc>
          <w:tcPr>
            <w:tcW w:type="dxa" w:w="2160"/>
          </w:tcPr>
          <w:p>
            <w:r>
              <w:t>What is the typical shelf-life you establish for your canola oil, and what testing supports this determination?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1059-0241</w:t>
            </w:r>
          </w:p>
        </w:tc>
        <w:tc>
          <w:tcPr>
            <w:tcW w:type="dxa" w:w="2160"/>
          </w:tcPr>
          <w:p>
            <w:r>
              <w:t>Certifications</w:t>
            </w:r>
          </w:p>
        </w:tc>
        <w:tc>
          <w:tcPr>
            <w:tcW w:type="dxa" w:w="2160"/>
          </w:tcPr>
          <w:p>
            <w:r>
              <w:t>How do you maintain compliance with industry standards related to quality control for your canola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1059-0242</w:t>
            </w:r>
          </w:p>
        </w:tc>
        <w:tc>
          <w:tcPr>
            <w:tcW w:type="dxa" w:w="2160"/>
          </w:tcPr>
          <w:p>
            <w:r>
              <w:t>Traceability Systems</w:t>
            </w:r>
          </w:p>
        </w:tc>
        <w:tc>
          <w:tcPr>
            <w:tcW w:type="dxa" w:w="2160"/>
          </w:tcPr>
          <w:p>
            <w:r>
              <w:t>What software or systems do you use for tracking quality control data related to your canola oil production?</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1059-0243</w:t>
            </w:r>
          </w:p>
        </w:tc>
        <w:tc>
          <w:tcPr>
            <w:tcW w:type="dxa" w:w="2160"/>
          </w:tcPr>
          <w:p>
            <w:r>
              <w:t>Lab Equipment</w:t>
            </w:r>
          </w:p>
        </w:tc>
        <w:tc>
          <w:tcPr>
            <w:tcW w:type="dxa" w:w="2160"/>
          </w:tcPr>
          <w:p>
            <w:r>
              <w:t>What safety protocols are in place for the operation of laboratory equipment used in testing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1059-0244</w:t>
            </w:r>
          </w:p>
        </w:tc>
        <w:tc>
          <w:tcPr>
            <w:tcW w:type="dxa" w:w="2160"/>
          </w:tcPr>
          <w:p>
            <w:r>
              <w:t>Chemical Analysis</w:t>
            </w:r>
          </w:p>
        </w:tc>
        <w:tc>
          <w:tcPr>
            <w:tcW w:type="dxa" w:w="2160"/>
          </w:tcPr>
          <w:p>
            <w:r>
              <w:t>How do you ensure the accuracy and reliability of chemical analysis results for your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1059-0245</w:t>
            </w:r>
          </w:p>
        </w:tc>
        <w:tc>
          <w:tcPr>
            <w:tcW w:type="dxa" w:w="2160"/>
          </w:tcPr>
          <w:p>
            <w:r>
              <w:t>Sensory Evaluation</w:t>
            </w:r>
          </w:p>
        </w:tc>
        <w:tc>
          <w:tcPr>
            <w:tcW w:type="dxa" w:w="2160"/>
          </w:tcPr>
          <w:p>
            <w:r>
              <w:t>What training do your staff undergo for conducting sensory evaluations of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1059-0246</w:t>
            </w:r>
          </w:p>
        </w:tc>
        <w:tc>
          <w:tcPr>
            <w:tcW w:type="dxa" w:w="2160"/>
          </w:tcPr>
          <w:p>
            <w:r>
              <w:t>Shelf-Life Testing</w:t>
            </w:r>
          </w:p>
        </w:tc>
        <w:tc>
          <w:tcPr>
            <w:tcW w:type="dxa" w:w="2160"/>
          </w:tcPr>
          <w:p>
            <w:r>
              <w:t>What environmental conditions do you simulate during shelf-life testing of your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1059-0247</w:t>
            </w:r>
          </w:p>
        </w:tc>
        <w:tc>
          <w:tcPr>
            <w:tcW w:type="dxa" w:w="2160"/>
          </w:tcPr>
          <w:p>
            <w:r>
              <w:t>Certifications</w:t>
            </w:r>
          </w:p>
        </w:tc>
        <w:tc>
          <w:tcPr>
            <w:tcW w:type="dxa" w:w="2160"/>
          </w:tcPr>
          <w:p>
            <w:r>
              <w:t>Can you list the specific quality control standards that your canola products adhere to, and how are these standards verified?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1059-0248</w:t>
            </w:r>
          </w:p>
        </w:tc>
        <w:tc>
          <w:tcPr>
            <w:tcW w:type="dxa" w:w="2160"/>
          </w:tcPr>
          <w:p>
            <w:r>
              <w:t>Traceability Systems</w:t>
            </w:r>
          </w:p>
        </w:tc>
        <w:tc>
          <w:tcPr>
            <w:tcW w:type="dxa" w:w="2160"/>
          </w:tcPr>
          <w:p>
            <w:r>
              <w:t>What challenges have you faced in implementing traceability systems for your canola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1059-0249</w:t>
            </w:r>
          </w:p>
        </w:tc>
        <w:tc>
          <w:tcPr>
            <w:tcW w:type="dxa" w:w="2160"/>
          </w:tcPr>
          <w:p>
            <w:r>
              <w:t>Testing Procedures</w:t>
            </w:r>
          </w:p>
        </w:tc>
        <w:tc>
          <w:tcPr>
            <w:tcW w:type="dxa" w:w="2160"/>
          </w:tcPr>
          <w:p>
            <w:r>
              <w:t>What laboratory tests do you conduct to assess the quality of your canola oil?</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PACKAGING-AND-LABELING-REGULATIONS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1059-0250</w:t>
            </w:r>
          </w:p>
        </w:tc>
        <w:tc>
          <w:tcPr>
            <w:tcW w:type="dxa" w:w="2160"/>
          </w:tcPr>
          <w:p>
            <w:r>
              <w:t>Packaging Materials</w:t>
            </w:r>
          </w:p>
        </w:tc>
        <w:tc>
          <w:tcPr>
            <w:tcW w:type="dxa" w:w="2160"/>
          </w:tcPr>
          <w:p>
            <w:r>
              <w:t>What specific materials are used in the packaging of your canola oil products, and how do they comply with industry standards for safety and sustainability?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1059-0251</w:t>
            </w:r>
          </w:p>
        </w:tc>
        <w:tc>
          <w:tcPr>
            <w:tcW w:type="dxa" w:w="2160"/>
          </w:tcPr>
          <w:p>
            <w:r>
              <w:t>Labeling Standards</w:t>
            </w:r>
          </w:p>
        </w:tc>
        <w:tc>
          <w:tcPr>
            <w:tcW w:type="dxa" w:w="2160"/>
          </w:tcPr>
          <w:p>
            <w:r>
              <w:t>What labeling requirements do you follow for your canola oil products, including nutritional information and ingredient listings?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1059-0252</w:t>
            </w:r>
          </w:p>
        </w:tc>
        <w:tc>
          <w:tcPr>
            <w:tcW w:type="dxa" w:w="2160"/>
          </w:tcPr>
          <w:p>
            <w:r>
              <w:t>Sustainability in Packaging</w:t>
            </w:r>
          </w:p>
        </w:tc>
        <w:tc>
          <w:tcPr>
            <w:tcW w:type="dxa" w:w="2160"/>
          </w:tcPr>
          <w:p>
            <w:r>
              <w:t>Describe any innovative packaging solutions you have implemented that enhance sustainability in your canola oil products. How are these solutions tested for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1059-0253</w:t>
            </w:r>
          </w:p>
        </w:tc>
        <w:tc>
          <w:tcPr>
            <w:tcW w:type="dxa" w:w="2160"/>
          </w:tcPr>
          <w:p>
            <w:r>
              <w:t>Consumer Safety</w:t>
            </w:r>
          </w:p>
        </w:tc>
        <w:tc>
          <w:tcPr>
            <w:tcW w:type="dxa" w:w="2160"/>
          </w:tcPr>
          <w:p>
            <w:r>
              <w:t>What measures do you take to ensure consumer safety in the packaging of your canola oil products, particularly regarding contamination risks?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1059-0254</w:t>
            </w:r>
          </w:p>
        </w:tc>
        <w:tc>
          <w:tcPr>
            <w:tcW w:type="dxa" w:w="2160"/>
          </w:tcPr>
          <w:p>
            <w:r>
              <w:t>Traceability</w:t>
            </w:r>
          </w:p>
        </w:tc>
        <w:tc>
          <w:tcPr>
            <w:tcW w:type="dxa" w:w="2160"/>
          </w:tcPr>
          <w:p>
            <w:r>
              <w:t>How do you ensure traceability of your packaging materials back to their source, and what documentation do you maintain to support this?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1059-0255</w:t>
            </w:r>
          </w:p>
        </w:tc>
        <w:tc>
          <w:tcPr>
            <w:tcW w:type="dxa" w:w="2160"/>
          </w:tcPr>
          <w:p>
            <w:r>
              <w:t>Regulatory Compliance</w:t>
            </w:r>
          </w:p>
        </w:tc>
        <w:tc>
          <w:tcPr>
            <w:tcW w:type="dxa" w:w="2160"/>
          </w:tcPr>
          <w:p>
            <w:r>
              <w:t>What specific federal and state regulations do you comply with regarding the packaging and labeling of canola oil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1059-0256</w:t>
            </w:r>
          </w:p>
        </w:tc>
        <w:tc>
          <w:tcPr>
            <w:tcW w:type="dxa" w:w="2160"/>
          </w:tcPr>
          <w:p>
            <w:r>
              <w:t>Packaging Materials</w:t>
            </w:r>
          </w:p>
        </w:tc>
        <w:tc>
          <w:tcPr>
            <w:tcW w:type="dxa" w:w="2160"/>
          </w:tcPr>
          <w:p>
            <w:r>
              <w:t>Have you conducted any tests to evaluate the effectiveness of your packaging materials in preserving the quality of canola oil? If so, please describe the tests and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1059-0257</w:t>
            </w:r>
          </w:p>
        </w:tc>
        <w:tc>
          <w:tcPr>
            <w:tcW w:type="dxa" w:w="2160"/>
          </w:tcPr>
          <w:p>
            <w:r>
              <w:t>Labeling Standards</w:t>
            </w:r>
          </w:p>
        </w:tc>
        <w:tc>
          <w:tcPr>
            <w:tcW w:type="dxa" w:w="2160"/>
          </w:tcPr>
          <w:p>
            <w:r>
              <w:t>What processes do you have in place to ensure that your product labels are accurate and compliant with current labeling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1059-0258</w:t>
            </w:r>
          </w:p>
        </w:tc>
        <w:tc>
          <w:tcPr>
            <w:tcW w:type="dxa" w:w="2160"/>
          </w:tcPr>
          <w:p>
            <w:r>
              <w:t>Sustainability in Packaging</w:t>
            </w:r>
          </w:p>
        </w:tc>
        <w:tc>
          <w:tcPr>
            <w:tcW w:type="dxa" w:w="2160"/>
          </w:tcPr>
          <w:p>
            <w:r>
              <w:t>What percentage of your packaging materials are sourced from sustainable or recycled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1059-0259</w:t>
            </w:r>
          </w:p>
        </w:tc>
        <w:tc>
          <w:tcPr>
            <w:tcW w:type="dxa" w:w="2160"/>
          </w:tcPr>
          <w:p>
            <w:r>
              <w:t>Consumer Safety</w:t>
            </w:r>
          </w:p>
        </w:tc>
        <w:tc>
          <w:tcPr>
            <w:tcW w:type="dxa" w:w="2160"/>
          </w:tcPr>
          <w:p>
            <w:r>
              <w:t>What protocols do you have in place for handling consumer complaints related to packaging defects or labeling inaccuracies?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1059-0260</w:t>
            </w:r>
          </w:p>
        </w:tc>
        <w:tc>
          <w:tcPr>
            <w:tcW w:type="dxa" w:w="2160"/>
          </w:tcPr>
          <w:p>
            <w:r>
              <w:t>Traceability</w:t>
            </w:r>
          </w:p>
        </w:tc>
        <w:tc>
          <w:tcPr>
            <w:tcW w:type="dxa" w:w="2160"/>
          </w:tcPr>
          <w:p>
            <w:r>
              <w:t>How frequently do you review and update your traceability procedures for packaging materials?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1059-0261</w:t>
            </w:r>
          </w:p>
        </w:tc>
        <w:tc>
          <w:tcPr>
            <w:tcW w:type="dxa" w:w="2160"/>
          </w:tcPr>
          <w:p>
            <w:r>
              <w:t>Regulatory Compliance</w:t>
            </w:r>
          </w:p>
        </w:tc>
        <w:tc>
          <w:tcPr>
            <w:tcW w:type="dxa" w:w="2160"/>
          </w:tcPr>
          <w:p>
            <w:r>
              <w:t>What training do your employees receive regarding compliance with packaging and labeling regulations for canola oil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1059-0262</w:t>
            </w:r>
          </w:p>
        </w:tc>
        <w:tc>
          <w:tcPr>
            <w:tcW w:type="dxa" w:w="2160"/>
          </w:tcPr>
          <w:p>
            <w:r>
              <w:t>Packaging Materials</w:t>
            </w:r>
          </w:p>
        </w:tc>
        <w:tc>
          <w:tcPr>
            <w:tcW w:type="dxa" w:w="2160"/>
          </w:tcPr>
          <w:p>
            <w:r>
              <w:t>What specific testing methods do you employ to assess the compatibility of your packaging materials with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1059-0263</w:t>
            </w:r>
          </w:p>
        </w:tc>
        <w:tc>
          <w:tcPr>
            <w:tcW w:type="dxa" w:w="2160"/>
          </w:tcPr>
          <w:p>
            <w:r>
              <w:t>Labeling Standards</w:t>
            </w:r>
          </w:p>
        </w:tc>
        <w:tc>
          <w:tcPr>
            <w:tcW w:type="dxa" w:w="2160"/>
          </w:tcPr>
          <w:p>
            <w:r>
              <w:t>Have you ever had to change your labeling practices due to regulatory updates? If yes, please provide details.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1059-0264</w:t>
            </w:r>
          </w:p>
        </w:tc>
        <w:tc>
          <w:tcPr>
            <w:tcW w:type="dxa" w:w="2160"/>
          </w:tcPr>
          <w:p>
            <w:r>
              <w:t>Sustainability in Packaging</w:t>
            </w:r>
          </w:p>
        </w:tc>
        <w:tc>
          <w:tcPr>
            <w:tcW w:type="dxa" w:w="2160"/>
          </w:tcPr>
          <w:p>
            <w:r>
              <w:t>What initiatives do you have in place to reduce waste associated with your packaging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1059-0265</w:t>
            </w:r>
          </w:p>
        </w:tc>
        <w:tc>
          <w:tcPr>
            <w:tcW w:type="dxa" w:w="2160"/>
          </w:tcPr>
          <w:p>
            <w:r>
              <w:t>Consumer Safety</w:t>
            </w:r>
          </w:p>
        </w:tc>
        <w:tc>
          <w:tcPr>
            <w:tcW w:type="dxa" w:w="2160"/>
          </w:tcPr>
          <w:p>
            <w:r>
              <w:t>How do you monitor and evaluate the effectiveness of your consumer safety measures related to packaging and labeling?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1059-0266</w:t>
            </w:r>
          </w:p>
        </w:tc>
        <w:tc>
          <w:tcPr>
            <w:tcW w:type="dxa" w:w="2160"/>
          </w:tcPr>
          <w:p>
            <w:r>
              <w:t>Regulatory Compliance</w:t>
            </w:r>
          </w:p>
        </w:tc>
        <w:tc>
          <w:tcPr>
            <w:tcW w:type="dxa" w:w="2160"/>
          </w:tcPr>
          <w:p>
            <w:r>
              <w:t>What labeling requirements do you follow for your canola oil products?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WASTE-MANAGEMENT-AND-BYPRODUCTS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1059-0267</w:t>
            </w:r>
          </w:p>
        </w:tc>
        <w:tc>
          <w:tcPr>
            <w:tcW w:type="dxa" w:w="2160"/>
          </w:tcPr>
          <w:p>
            <w:r>
              <w:t>Byproduct Utilization</w:t>
            </w:r>
          </w:p>
        </w:tc>
        <w:tc>
          <w:tcPr>
            <w:tcW w:type="dxa" w:w="2160"/>
          </w:tcPr>
          <w:p>
            <w:r>
              <w:t>What specific byproducts are generated during your canola processing, and how are they currently utilized or disposed of?</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1059-0268</w:t>
            </w:r>
          </w:p>
        </w:tc>
        <w:tc>
          <w:tcPr>
            <w:tcW w:type="dxa" w:w="2160"/>
          </w:tcPr>
          <w:p>
            <w:r>
              <w:t>Waste Reduction Strategies</w:t>
            </w:r>
          </w:p>
        </w:tc>
        <w:tc>
          <w:tcPr>
            <w:tcW w:type="dxa" w:w="2160"/>
          </w:tcPr>
          <w:p>
            <w:r>
              <w:t>What innovative waste reduction strategies have you implemented in your canola processing operations over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1059-0269</w:t>
            </w:r>
          </w:p>
        </w:tc>
        <w:tc>
          <w:tcPr>
            <w:tcW w:type="dxa" w:w="2160"/>
          </w:tcPr>
          <w:p>
            <w:r>
              <w:t>Composting</w:t>
            </w:r>
          </w:p>
        </w:tc>
        <w:tc>
          <w:tcPr>
            <w:tcW w:type="dxa" w:w="2160"/>
          </w:tcPr>
          <w:p>
            <w:r>
              <w:t>Have you implemented any composting practices for organic waste generated from canola processing? If yes, please describe the process and materials involved.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1059-0270</w:t>
            </w:r>
          </w:p>
        </w:tc>
        <w:tc>
          <w:tcPr>
            <w:tcW w:type="dxa" w:w="2160"/>
          </w:tcPr>
          <w:p>
            <w:r>
              <w:t>Environmental Impact</w:t>
            </w:r>
          </w:p>
        </w:tc>
        <w:tc>
          <w:tcPr>
            <w:tcW w:type="dxa" w:w="2160"/>
          </w:tcPr>
          <w:p>
            <w:r>
              <w:t>What measures do you take to assess the environmental impact of waste generated from your canola processing?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1059-0271</w:t>
            </w:r>
          </w:p>
        </w:tc>
        <w:tc>
          <w:tcPr>
            <w:tcW w:type="dxa" w:w="2160"/>
          </w:tcPr>
          <w:p>
            <w:r>
              <w:t>Regulatory Requirements</w:t>
            </w:r>
          </w:p>
        </w:tc>
        <w:tc>
          <w:tcPr>
            <w:tcW w:type="dxa" w:w="2160"/>
          </w:tcPr>
          <w:p>
            <w:r>
              <w:t>Which regulatory requirements related to waste management and byproduct disposal are applicable to your canola processing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1059-0272</w:t>
            </w:r>
          </w:p>
        </w:tc>
        <w:tc>
          <w:tcPr>
            <w:tcW w:type="dxa" w:w="2160"/>
          </w:tcPr>
          <w:p>
            <w:r>
              <w:t>Sustainability Initiatives</w:t>
            </w:r>
          </w:p>
        </w:tc>
        <w:tc>
          <w:tcPr>
            <w:tcW w:type="dxa" w:w="2160"/>
          </w:tcPr>
          <w:p>
            <w:r>
              <w:t>What sustainability initiatives have you adopted to minimize waste in your canola processing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1059-0273</w:t>
            </w:r>
          </w:p>
        </w:tc>
        <w:tc>
          <w:tcPr>
            <w:tcW w:type="dxa" w:w="2160"/>
          </w:tcPr>
          <w:p>
            <w:r>
              <w:t>Byproduct Utilization</w:t>
            </w:r>
          </w:p>
        </w:tc>
        <w:tc>
          <w:tcPr>
            <w:tcW w:type="dxa" w:w="2160"/>
          </w:tcPr>
          <w:p>
            <w:r>
              <w:t>Do you sell any byproducts from your canola processing? If so, please specify which byproducts and the sales process.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1059-0274</w:t>
            </w:r>
          </w:p>
        </w:tc>
        <w:tc>
          <w:tcPr>
            <w:tcW w:type="dxa" w:w="2160"/>
          </w:tcPr>
          <w:p>
            <w:r>
              <w:t>Waste Reduction Strategies</w:t>
            </w:r>
          </w:p>
        </w:tc>
        <w:tc>
          <w:tcPr>
            <w:tcW w:type="dxa" w:w="2160"/>
          </w:tcPr>
          <w:p>
            <w:r>
              <w:t>What percentage of waste generated from canola processing is currently being recycled or repurposed?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1059-0275</w:t>
            </w:r>
          </w:p>
        </w:tc>
        <w:tc>
          <w:tcPr>
            <w:tcW w:type="dxa" w:w="2160"/>
          </w:tcPr>
          <w:p>
            <w:r>
              <w:t>Composting</w:t>
            </w:r>
          </w:p>
        </w:tc>
        <w:tc>
          <w:tcPr>
            <w:tcW w:type="dxa" w:w="2160"/>
          </w:tcPr>
          <w:p>
            <w:r>
              <w:t>What types of organic materials from your canola processing are suitable for composting, and how do you ensure their quality for composting?</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1059-0276</w:t>
            </w:r>
          </w:p>
        </w:tc>
        <w:tc>
          <w:tcPr>
            <w:tcW w:type="dxa" w:w="2160"/>
          </w:tcPr>
          <w:p>
            <w:r>
              <w:t>Environmental Impact</w:t>
            </w:r>
          </w:p>
        </w:tc>
        <w:tc>
          <w:tcPr>
            <w:tcW w:type="dxa" w:w="2160"/>
          </w:tcPr>
          <w:p>
            <w:r>
              <w:t>Have you conducted any studies or assessments to measure the environmental impact of your waste management practices? If yes, please summarize the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1059-0277</w:t>
            </w:r>
          </w:p>
        </w:tc>
        <w:tc>
          <w:tcPr>
            <w:tcW w:type="dxa" w:w="2160"/>
          </w:tcPr>
          <w:p>
            <w:r>
              <w:t>Regulatory Requirements</w:t>
            </w:r>
          </w:p>
        </w:tc>
        <w:tc>
          <w:tcPr>
            <w:tcW w:type="dxa" w:w="2160"/>
          </w:tcPr>
          <w:p>
            <w:r>
              <w:t>How do you ensure compliance with local and federal regulations regarding waste management in your canola processing operations?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1059-0278</w:t>
            </w:r>
          </w:p>
        </w:tc>
        <w:tc>
          <w:tcPr>
            <w:tcW w:type="dxa" w:w="2160"/>
          </w:tcPr>
          <w:p>
            <w:r>
              <w:t>Sustainability Initiatives</w:t>
            </w:r>
          </w:p>
        </w:tc>
        <w:tc>
          <w:tcPr>
            <w:tcW w:type="dxa" w:w="2160"/>
          </w:tcPr>
          <w:p>
            <w:r>
              <w:t>What specific goals have you set for reducing waste in your canola processing operations over the next five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1059-0279</w:t>
            </w:r>
          </w:p>
        </w:tc>
        <w:tc>
          <w:tcPr>
            <w:tcW w:type="dxa" w:w="2160"/>
          </w:tcPr>
          <w:p>
            <w:r>
              <w:t>Byproduct Utilization</w:t>
            </w:r>
          </w:p>
        </w:tc>
        <w:tc>
          <w:tcPr>
            <w:tcW w:type="dxa" w:w="2160"/>
          </w:tcPr>
          <w:p>
            <w:r>
              <w:t>What challenges do you face in utilizing byproducts from your canola processing, and how are you addressing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1059-0280</w:t>
            </w:r>
          </w:p>
        </w:tc>
        <w:tc>
          <w:tcPr>
            <w:tcW w:type="dxa" w:w="2160"/>
          </w:tcPr>
          <w:p>
            <w:r>
              <w:t>Waste Reduction Strategies</w:t>
            </w:r>
          </w:p>
        </w:tc>
        <w:tc>
          <w:tcPr>
            <w:tcW w:type="dxa" w:w="2160"/>
          </w:tcPr>
          <w:p>
            <w:r>
              <w:t>What quantifiable results have you achieved in waste reduction since implementing your current waste management strategies?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1059-0281</w:t>
            </w:r>
          </w:p>
        </w:tc>
        <w:tc>
          <w:tcPr>
            <w:tcW w:type="dxa" w:w="2160"/>
          </w:tcPr>
          <w:p>
            <w:r>
              <w:t>Composting</w:t>
            </w:r>
          </w:p>
        </w:tc>
        <w:tc>
          <w:tcPr>
            <w:tcW w:type="dxa" w:w="2160"/>
          </w:tcPr>
          <w:p>
            <w:r>
              <w:t>How do you monitor and evaluate the effectiveness of your composting practices for canola processing waste?</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1059-0282</w:t>
            </w:r>
          </w:p>
        </w:tc>
        <w:tc>
          <w:tcPr>
            <w:tcW w:type="dxa" w:w="2160"/>
          </w:tcPr>
          <w:p>
            <w:r>
              <w:t>Byproduct Utilization</w:t>
            </w:r>
          </w:p>
        </w:tc>
        <w:tc>
          <w:tcPr>
            <w:tcW w:type="dxa" w:w="2160"/>
          </w:tcPr>
          <w:p>
            <w:r>
              <w:t>How do you manage and utilize byproducts generated during the canola oil extraction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ENERGY-USAGE-AND-UTILITIES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1059-0283</w:t>
            </w:r>
          </w:p>
        </w:tc>
        <w:tc>
          <w:tcPr>
            <w:tcW w:type="dxa" w:w="2160"/>
          </w:tcPr>
          <w:p>
            <w:r>
              <w:t>Energy Efficiency Assessment</w:t>
            </w:r>
          </w:p>
        </w:tc>
        <w:tc>
          <w:tcPr>
            <w:tcW w:type="dxa" w:w="2160"/>
          </w:tcPr>
          <w:p>
            <w:r>
              <w:t>What specific energy efficiency measures have you implemented in your canola processing facility over the past year, and what were the estimated energy savings from these measures?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1059-0284</w:t>
            </w:r>
          </w:p>
        </w:tc>
        <w:tc>
          <w:tcPr>
            <w:tcW w:type="dxa" w:w="2160"/>
          </w:tcPr>
          <w:p>
            <w:r>
              <w:t>Renewable Energy Sources</w:t>
            </w:r>
          </w:p>
        </w:tc>
        <w:tc>
          <w:tcPr>
            <w:tcW w:type="dxa" w:w="2160"/>
          </w:tcPr>
          <w:p>
            <w:r>
              <w:t>Have you integrated any renewable energy sources (e.g., solar, wind) into your canola processing operations? If yes, please describe the systems used and their impact on energy consumption.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1059-0285</w:t>
            </w:r>
          </w:p>
        </w:tc>
        <w:tc>
          <w:tcPr>
            <w:tcW w:type="dxa" w:w="2160"/>
          </w:tcPr>
          <w:p>
            <w:r>
              <w:t>Utility Monitoring</w:t>
            </w:r>
          </w:p>
        </w:tc>
        <w:tc>
          <w:tcPr>
            <w:tcW w:type="dxa" w:w="2160"/>
          </w:tcPr>
          <w:p>
            <w:r>
              <w:t>What systems do you have in place for monitoring energy consumption in your canola processing facility? Please provide details on the frequency and methods of monitoring.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1059-0286</w:t>
            </w:r>
          </w:p>
        </w:tc>
        <w:tc>
          <w:tcPr>
            <w:tcW w:type="dxa" w:w="2160"/>
          </w:tcPr>
          <w:p>
            <w:r>
              <w:t>Cost Management</w:t>
            </w:r>
          </w:p>
        </w:tc>
        <w:tc>
          <w:tcPr>
            <w:tcW w:type="dxa" w:w="2160"/>
          </w:tcPr>
          <w:p>
            <w:r>
              <w:t>What percentage of your total operational costs is attributed to energy consumption in your canola processing facility?</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1059-0287</w:t>
            </w:r>
          </w:p>
        </w:tc>
        <w:tc>
          <w:tcPr>
            <w:tcW w:type="dxa" w:w="2160"/>
          </w:tcPr>
          <w:p>
            <w:r>
              <w:t>Environmental Impact</w:t>
            </w:r>
          </w:p>
        </w:tc>
        <w:tc>
          <w:tcPr>
            <w:tcW w:type="dxa" w:w="2160"/>
          </w:tcPr>
          <w:p>
            <w:r>
              <w:t>What measures do you take to minimize the environmental impact of energy consumption in your canola processing operations? Please provide specific examples.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1059-0288</w:t>
            </w:r>
          </w:p>
        </w:tc>
        <w:tc>
          <w:tcPr>
            <w:tcW w:type="dxa" w:w="2160"/>
          </w:tcPr>
          <w:p>
            <w:r>
              <w:t>Regulatory Compliance</w:t>
            </w:r>
          </w:p>
        </w:tc>
        <w:tc>
          <w:tcPr>
            <w:tcW w:type="dxa" w:w="2160"/>
          </w:tcPr>
          <w:p>
            <w:r>
              <w:t>Are you compliant with local and federal regulations regarding energy consumption and emissions for your canola processing facility? Please detail any compliance audits conducted in the past year.</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1059-0289</w:t>
            </w:r>
          </w:p>
        </w:tc>
        <w:tc>
          <w:tcPr>
            <w:tcW w:type="dxa" w:w="2160"/>
          </w:tcPr>
          <w:p>
            <w:r>
              <w:t>Energy Efficiency Assessment</w:t>
            </w:r>
          </w:p>
        </w:tc>
        <w:tc>
          <w:tcPr>
            <w:tcW w:type="dxa" w:w="2160"/>
          </w:tcPr>
          <w:p>
            <w:r>
              <w:t>What specific technologies have you experimented with to improve energy efficiency in your canola processing operations? Please specify any trials conducted and their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1059-0290</w:t>
            </w:r>
          </w:p>
        </w:tc>
        <w:tc>
          <w:tcPr>
            <w:tcW w:type="dxa" w:w="2160"/>
          </w:tcPr>
          <w:p>
            <w:r>
              <w:t>Renewable Energy Sources</w:t>
            </w:r>
          </w:p>
        </w:tc>
        <w:tc>
          <w:tcPr>
            <w:tcW w:type="dxa" w:w="2160"/>
          </w:tcPr>
          <w:p>
            <w:r>
              <w:t>What percentage of your total energy usage in the past year was sourced from renewable energy?</w:t>
              <w:br/>
              <w:t>Answer type: Percentage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1059-0291</w:t>
            </w:r>
          </w:p>
        </w:tc>
        <w:tc>
          <w:tcPr>
            <w:tcW w:type="dxa" w:w="2160"/>
          </w:tcPr>
          <w:p>
            <w:r>
              <w:t>Utility Monitoring</w:t>
            </w:r>
          </w:p>
        </w:tc>
        <w:tc>
          <w:tcPr>
            <w:tcW w:type="dxa" w:w="2160"/>
          </w:tcPr>
          <w:p>
            <w:r>
              <w:t>How often do you review your energy consumption data, and what actions do you take based on this analysis?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1059-0292</w:t>
            </w:r>
          </w:p>
        </w:tc>
        <w:tc>
          <w:tcPr>
            <w:tcW w:type="dxa" w:w="2160"/>
          </w:tcPr>
          <w:p>
            <w:r>
              <w:t>Cost Management</w:t>
            </w:r>
          </w:p>
        </w:tc>
        <w:tc>
          <w:tcPr>
            <w:tcW w:type="dxa" w:w="2160"/>
          </w:tcPr>
          <w:p>
            <w:r>
              <w:t>What specific cost management strategies have you implemented to reduce energy expenses in your canola processing facility?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1059-0293</w:t>
            </w:r>
          </w:p>
        </w:tc>
        <w:tc>
          <w:tcPr>
            <w:tcW w:type="dxa" w:w="2160"/>
          </w:tcPr>
          <w:p>
            <w:r>
              <w:t>Environmental Impact</w:t>
            </w:r>
          </w:p>
        </w:tc>
        <w:tc>
          <w:tcPr>
            <w:tcW w:type="dxa" w:w="2160"/>
          </w:tcPr>
          <w:p>
            <w:r>
              <w:t>Have you conducted any assessments to evaluate the environmental impact of your energy consumption? If so, please describe the findings and any subsequent actions taken.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1059-0294</w:t>
            </w:r>
          </w:p>
        </w:tc>
        <w:tc>
          <w:tcPr>
            <w:tcW w:type="dxa" w:w="2160"/>
          </w:tcPr>
          <w:p>
            <w:r>
              <w:t>Regulatory Compliance</w:t>
            </w:r>
          </w:p>
        </w:tc>
        <w:tc>
          <w:tcPr>
            <w:tcW w:type="dxa" w:w="2160"/>
          </w:tcPr>
          <w:p>
            <w:r>
              <w:t>What specific regulatory requirements related to energy usage does your canola processing facility adhere to? Please list any relevant permits or certifications.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1059-0295</w:t>
            </w:r>
          </w:p>
        </w:tc>
        <w:tc>
          <w:tcPr>
            <w:tcW w:type="dxa" w:w="2160"/>
          </w:tcPr>
          <w:p>
            <w:r>
              <w:t>Energy Efficiency Assessment</w:t>
            </w:r>
          </w:p>
        </w:tc>
        <w:tc>
          <w:tcPr>
            <w:tcW w:type="dxa" w:w="2160"/>
          </w:tcPr>
          <w:p>
            <w:r>
              <w:t>Can you provide documentation of any energy audits performed in the last year, including recommendations made and actions taken?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1059-0296</w:t>
            </w:r>
          </w:p>
        </w:tc>
        <w:tc>
          <w:tcPr>
            <w:tcW w:type="dxa" w:w="2160"/>
          </w:tcPr>
          <w:p>
            <w:r>
              <w:t>Renewable Energy Sources</w:t>
            </w:r>
          </w:p>
        </w:tc>
        <w:tc>
          <w:tcPr>
            <w:tcW w:type="dxa" w:w="2160"/>
          </w:tcPr>
          <w:p>
            <w:r>
              <w:t>What challenges have you faced in integrating renewable energy sources into your canola processing operations, and how have you addressed these challenges?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AUTOMATION-AND-TECHNOLOGY-INTEGRATION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1059-0297</w:t>
            </w:r>
          </w:p>
        </w:tc>
        <w:tc>
          <w:tcPr>
            <w:tcW w:type="dxa" w:w="2160"/>
          </w:tcPr>
          <w:p>
            <w:r>
              <w:t>Automated Systems</w:t>
            </w:r>
          </w:p>
        </w:tc>
        <w:tc>
          <w:tcPr>
            <w:tcW w:type="dxa" w:w="2160"/>
          </w:tcPr>
          <w:p>
            <w:r>
              <w:t>What specific automated systems have been implemented in your canola processing operations, and how do they contribute to efficiency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1059-0298</w:t>
            </w:r>
          </w:p>
        </w:tc>
        <w:tc>
          <w:tcPr>
            <w:tcW w:type="dxa" w:w="2160"/>
          </w:tcPr>
          <w:p>
            <w:r>
              <w:t>Data Analytics</w:t>
            </w:r>
          </w:p>
        </w:tc>
        <w:tc>
          <w:tcPr>
            <w:tcW w:type="dxa" w:w="2160"/>
          </w:tcPr>
          <w:p>
            <w:r>
              <w:t>Can you describe any data analytics tools used to monitor the performance of your canola processing systems? Please provide examples of metrics analyzed.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1059-0299</w:t>
            </w:r>
          </w:p>
        </w:tc>
        <w:tc>
          <w:tcPr>
            <w:tcW w:type="dxa" w:w="2160"/>
          </w:tcPr>
          <w:p>
            <w:r>
              <w:t>Process Optimization</w:t>
            </w:r>
          </w:p>
        </w:tc>
        <w:tc>
          <w:tcPr>
            <w:tcW w:type="dxa" w:w="2160"/>
          </w:tcPr>
          <w:p>
            <w:r>
              <w:t>What experimental processes have been tested to optimize the extraction yield of canola oil, and what results were observed?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1059-0300</w:t>
            </w:r>
          </w:p>
        </w:tc>
        <w:tc>
          <w:tcPr>
            <w:tcW w:type="dxa" w:w="2160"/>
          </w:tcPr>
          <w:p>
            <w:r>
              <w:t>Machine Learning</w:t>
            </w:r>
          </w:p>
        </w:tc>
        <w:tc>
          <w:tcPr>
            <w:tcW w:type="dxa" w:w="2160"/>
          </w:tcPr>
          <w:p>
            <w:r>
              <w:t>Have you utilized machine learning algorithms to predict outcomes in your canola processing operations? If so, please describe the application and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1059-0301</w:t>
            </w:r>
          </w:p>
        </w:tc>
        <w:tc>
          <w:tcPr>
            <w:tcW w:type="dxa" w:w="2160"/>
          </w:tcPr>
          <w:p>
            <w:r>
              <w:t>Software Integration</w:t>
            </w:r>
          </w:p>
        </w:tc>
        <w:tc>
          <w:tcPr>
            <w:tcW w:type="dxa" w:w="2160"/>
          </w:tcPr>
          <w:p>
            <w:r>
              <w:t>What software systems have been integrated to facilitate real-time monitoring of your canola processing operations, and how do they interact?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1059-0302</w:t>
            </w:r>
          </w:p>
        </w:tc>
        <w:tc>
          <w:tcPr>
            <w:tcW w:type="dxa" w:w="2160"/>
          </w:tcPr>
          <w:p>
            <w:r>
              <w:t>Real-Time Monitoring</w:t>
            </w:r>
          </w:p>
        </w:tc>
        <w:tc>
          <w:tcPr>
            <w:tcW w:type="dxa" w:w="2160"/>
          </w:tcPr>
          <w:p>
            <w:r>
              <w:t>What real-time monitoring technologies have you adopted, and how have they impacted your operational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1059-0303</w:t>
            </w:r>
          </w:p>
        </w:tc>
        <w:tc>
          <w:tcPr>
            <w:tcW w:type="dxa" w:w="2160"/>
          </w:tcPr>
          <w:p>
            <w:r>
              <w:t>Automated Systems</w:t>
            </w:r>
          </w:p>
        </w:tc>
        <w:tc>
          <w:tcPr>
            <w:tcW w:type="dxa" w:w="2160"/>
          </w:tcPr>
          <w:p>
            <w:r>
              <w:t>What challenges did you face when implementing automated systems in your canola processing, and how were these challenges addressed?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1059-0304</w:t>
            </w:r>
          </w:p>
        </w:tc>
        <w:tc>
          <w:tcPr>
            <w:tcW w:type="dxa" w:w="2160"/>
          </w:tcPr>
          <w:p>
            <w:r>
              <w:t>Data Analytics</w:t>
            </w:r>
          </w:p>
        </w:tc>
        <w:tc>
          <w:tcPr>
            <w:tcW w:type="dxa" w:w="2160"/>
          </w:tcPr>
          <w:p>
            <w:r>
              <w:t>How frequently do you analyze data from your canola processing operations, and what specific decisions have been influenced by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1059-0305</w:t>
            </w:r>
          </w:p>
        </w:tc>
        <w:tc>
          <w:tcPr>
            <w:tcW w:type="dxa" w:w="2160"/>
          </w:tcPr>
          <w:p>
            <w:r>
              <w:t>Process Optimization</w:t>
            </w:r>
          </w:p>
        </w:tc>
        <w:tc>
          <w:tcPr>
            <w:tcW w:type="dxa" w:w="2160"/>
          </w:tcPr>
          <w:p>
            <w:r>
              <w:t>What experimental designs have you employed to test new processing methods for canola, and what were the outcomes?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1059-0306</w:t>
            </w:r>
          </w:p>
        </w:tc>
        <w:tc>
          <w:tcPr>
            <w:tcW w:type="dxa" w:w="2160"/>
          </w:tcPr>
          <w:p>
            <w:r>
              <w:t>Machine Learning</w:t>
            </w:r>
          </w:p>
        </w:tc>
        <w:tc>
          <w:tcPr>
            <w:tcW w:type="dxa" w:w="2160"/>
          </w:tcPr>
          <w:p>
            <w:r>
              <w:t>Can you provide examples of how machine learning has been used to enhance the quality of processed canola oil?</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1059-0307</w:t>
            </w:r>
          </w:p>
        </w:tc>
        <w:tc>
          <w:tcPr>
            <w:tcW w:type="dxa" w:w="2160"/>
          </w:tcPr>
          <w:p>
            <w:r>
              <w:t>Software Integration</w:t>
            </w:r>
          </w:p>
        </w:tc>
        <w:tc>
          <w:tcPr>
            <w:tcW w:type="dxa" w:w="2160"/>
          </w:tcPr>
          <w:p>
            <w:r>
              <w:t>What specific software platforms are used for integrating data across your canola processing operations, and what benefits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1059-0308</w:t>
            </w:r>
          </w:p>
        </w:tc>
        <w:tc>
          <w:tcPr>
            <w:tcW w:type="dxa" w:w="2160"/>
          </w:tcPr>
          <w:p>
            <w:r>
              <w:t>Real-Time Monitoring</w:t>
            </w:r>
          </w:p>
        </w:tc>
        <w:tc>
          <w:tcPr>
            <w:tcW w:type="dxa" w:w="2160"/>
          </w:tcPr>
          <w:p>
            <w:r>
              <w:t>What specific parameters are monitored in real-time during canola processing, and how do these parameters influence operational adjustments?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1059-0309</w:t>
            </w:r>
          </w:p>
        </w:tc>
        <w:tc>
          <w:tcPr>
            <w:tcW w:type="dxa" w:w="2160"/>
          </w:tcPr>
          <w:p>
            <w:r>
              <w:t>Automated Systems</w:t>
            </w:r>
          </w:p>
        </w:tc>
        <w:tc>
          <w:tcPr>
            <w:tcW w:type="dxa" w:w="2160"/>
          </w:tcPr>
          <w:p>
            <w:r>
              <w:t>What type of feedback mechanisms are in place for your automated systems, and how do they contribute to continuous improvement?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1059-0310</w:t>
            </w:r>
          </w:p>
        </w:tc>
        <w:tc>
          <w:tcPr>
            <w:tcW w:type="dxa" w:w="2160"/>
          </w:tcPr>
          <w:p>
            <w:r>
              <w:t>Data Analytics</w:t>
            </w:r>
          </w:p>
        </w:tc>
        <w:tc>
          <w:tcPr>
            <w:tcW w:type="dxa" w:w="2160"/>
          </w:tcPr>
          <w:p>
            <w:r>
              <w:t>How do you ensure the accuracy of the data collected from your processing operations, and what validation processes are in place?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1059-0311</w:t>
            </w:r>
          </w:p>
        </w:tc>
        <w:tc>
          <w:tcPr>
            <w:tcW w:type="dxa" w:w="2160"/>
          </w:tcPr>
          <w:p>
            <w:r>
              <w:t>Process Optimization</w:t>
            </w:r>
          </w:p>
        </w:tc>
        <w:tc>
          <w:tcPr>
            <w:tcW w:type="dxa" w:w="2160"/>
          </w:tcPr>
          <w:p>
            <w:r>
              <w:t>What specific experiments have been conducted to reduce waste in canola processing, and what were the findings?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1059-0312</w:t>
            </w:r>
          </w:p>
        </w:tc>
        <w:tc>
          <w:tcPr>
            <w:tcW w:type="dxa" w:w="2160"/>
          </w:tcPr>
          <w:p>
            <w:r>
              <w:t>Machine Learning</w:t>
            </w:r>
          </w:p>
        </w:tc>
        <w:tc>
          <w:tcPr>
            <w:tcW w:type="dxa" w:w="2160"/>
          </w:tcPr>
          <w:p>
            <w:r>
              <w:t>What data sets are utilized for training machine learning models in your canola processing, and how do you evaluate their performance?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1059-0313</w:t>
            </w:r>
          </w:p>
        </w:tc>
        <w:tc>
          <w:tcPr>
            <w:tcW w:type="dxa" w:w="2160"/>
          </w:tcPr>
          <w:p>
            <w:r>
              <w:t>Software Integration</w:t>
            </w:r>
          </w:p>
        </w:tc>
        <w:tc>
          <w:tcPr>
            <w:tcW w:type="dxa" w:w="2160"/>
          </w:tcPr>
          <w:p>
            <w:r>
              <w:t>How has the integration of software systems influenced the scalability of your canola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1059-0314</w:t>
            </w:r>
          </w:p>
        </w:tc>
        <w:tc>
          <w:tcPr>
            <w:tcW w:type="dxa" w:w="2160"/>
          </w:tcPr>
          <w:p>
            <w:r>
              <w:t>Real-Time Monitoring</w:t>
            </w:r>
          </w:p>
        </w:tc>
        <w:tc>
          <w:tcPr>
            <w:tcW w:type="dxa" w:w="2160"/>
          </w:tcPr>
          <w:p>
            <w:r>
              <w:t>What specific technologies are employed for real-time monitoring, and how do they enhance the safety and efficiency of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1059-0315</w:t>
            </w:r>
          </w:p>
        </w:tc>
        <w:tc>
          <w:tcPr>
            <w:tcW w:type="dxa" w:w="2160"/>
          </w:tcPr>
          <w:p>
            <w:r>
              <w:t>Technology Adoption</w:t>
            </w:r>
          </w:p>
        </w:tc>
        <w:tc>
          <w:tcPr>
            <w:tcW w:type="dxa" w:w="2160"/>
          </w:tcPr>
          <w:p>
            <w:r>
              <w:t>What new technologies have you integrated into your canola farming operations to enhance productivity?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1059-0316</w:t>
            </w:r>
          </w:p>
        </w:tc>
        <w:tc>
          <w:tcPr>
            <w:tcW w:type="dxa" w:w="2160"/>
          </w:tcPr>
          <w:p>
            <w:r>
              <w:t>Data Analytics</w:t>
            </w:r>
          </w:p>
        </w:tc>
        <w:tc>
          <w:tcPr>
            <w:tcW w:type="dxa" w:w="2160"/>
          </w:tcPr>
          <w:p>
            <w:r>
              <w:t>How do you leverage data analytics to improve decision-making in your canola farming practices?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DATA-MANAGEMENT-AND-TRACEABILITY-SYSTEMS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1059-0317</w:t>
            </w:r>
          </w:p>
        </w:tc>
        <w:tc>
          <w:tcPr>
            <w:tcW w:type="dxa" w:w="2160"/>
          </w:tcPr>
          <w:p>
            <w:r>
              <w:t>Data Collection Practices</w:t>
            </w:r>
          </w:p>
        </w:tc>
        <w:tc>
          <w:tcPr>
            <w:tcW w:type="dxa" w:w="2160"/>
          </w:tcPr>
          <w:p>
            <w:r>
              <w:t>What specific data points do you collect during the canola growing season to monitor crop health and yield?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1059-0318</w:t>
            </w:r>
          </w:p>
        </w:tc>
        <w:tc>
          <w:tcPr>
            <w:tcW w:type="dxa" w:w="2160"/>
          </w:tcPr>
          <w:p>
            <w:r>
              <w:t>Traceability Software</w:t>
            </w:r>
          </w:p>
        </w:tc>
        <w:tc>
          <w:tcPr>
            <w:tcW w:type="dxa" w:w="2160"/>
          </w:tcPr>
          <w:p>
            <w:r>
              <w:t>Which software solutions are utilized for tracking the growth stages and harvest of canola crops?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1059-0319</w:t>
            </w:r>
          </w:p>
        </w:tc>
        <w:tc>
          <w:tcPr>
            <w:tcW w:type="dxa" w:w="2160"/>
          </w:tcPr>
          <w:p>
            <w:r>
              <w:t>Regulatory Reporting</w:t>
            </w:r>
          </w:p>
        </w:tc>
        <w:tc>
          <w:tcPr>
            <w:tcW w:type="dxa" w:w="2160"/>
          </w:tcPr>
          <w:p>
            <w:r>
              <w:t>How do you ensure that data collected for regulatory reporting on canola production is accurate and complete?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1059-0320</w:t>
            </w:r>
          </w:p>
        </w:tc>
        <w:tc>
          <w:tcPr>
            <w:tcW w:type="dxa" w:w="2160"/>
          </w:tcPr>
          <w:p>
            <w:r>
              <w:t>Supply Chain Management</w:t>
            </w:r>
          </w:p>
        </w:tc>
        <w:tc>
          <w:tcPr>
            <w:tcW w:type="dxa" w:w="2160"/>
          </w:tcPr>
          <w:p>
            <w:r>
              <w:t>What systems are in place to trace the supply chain of canola seeds from procurement to harvest?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1059-0321</w:t>
            </w:r>
          </w:p>
        </w:tc>
        <w:tc>
          <w:tcPr>
            <w:tcW w:type="dxa" w:w="2160"/>
          </w:tcPr>
          <w:p>
            <w:r>
              <w:t>Data Security</w:t>
            </w:r>
          </w:p>
        </w:tc>
        <w:tc>
          <w:tcPr>
            <w:tcW w:type="dxa" w:w="2160"/>
          </w:tcPr>
          <w:p>
            <w:r>
              <w:t>What measures do you implement to protect the data collected on canola production from unauthorized access?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1059-0322</w:t>
            </w:r>
          </w:p>
        </w:tc>
        <w:tc>
          <w:tcPr>
            <w:tcW w:type="dxa" w:w="2160"/>
          </w:tcPr>
          <w:p>
            <w:r>
              <w:t>Compliance Tracking</w:t>
            </w:r>
          </w:p>
        </w:tc>
        <w:tc>
          <w:tcPr>
            <w:tcW w:type="dxa" w:w="2160"/>
          </w:tcPr>
          <w:p>
            <w:r>
              <w:t>How do you track compliance with agricultural regulations specific to canola production?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1059-0323</w:t>
            </w:r>
          </w:p>
        </w:tc>
        <w:tc>
          <w:tcPr>
            <w:tcW w:type="dxa" w:w="2160"/>
          </w:tcPr>
          <w:p>
            <w:r>
              <w:t>Data Collection Practices</w:t>
            </w:r>
          </w:p>
        </w:tc>
        <w:tc>
          <w:tcPr>
            <w:tcW w:type="dxa" w:w="2160"/>
          </w:tcPr>
          <w:p>
            <w:r>
              <w:t>What frequency do you collect data on soil health and nutrient levels during the canola growing cycle?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1059-0324</w:t>
            </w:r>
          </w:p>
        </w:tc>
        <w:tc>
          <w:tcPr>
            <w:tcW w:type="dxa" w:w="2160"/>
          </w:tcPr>
          <w:p>
            <w:r>
              <w:t>Traceability Software</w:t>
            </w:r>
          </w:p>
        </w:tc>
        <w:tc>
          <w:tcPr>
            <w:tcW w:type="dxa" w:w="2160"/>
          </w:tcPr>
          <w:p>
            <w:r>
              <w:t>How do you integrate traceability software with your existing farm management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1059-0325</w:t>
            </w:r>
          </w:p>
        </w:tc>
        <w:tc>
          <w:tcPr>
            <w:tcW w:type="dxa" w:w="2160"/>
          </w:tcPr>
          <w:p>
            <w:r>
              <w:t>Regulatory Reporting</w:t>
            </w:r>
          </w:p>
        </w:tc>
        <w:tc>
          <w:tcPr>
            <w:tcW w:type="dxa" w:w="2160"/>
          </w:tcPr>
          <w:p>
            <w:r>
              <w:t>What types of reports do you generate for regulatory bodies concerning canola production?</w:t>
              <w:br/>
              <w:t>Answer type: Multi-select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1059-0326</w:t>
            </w:r>
          </w:p>
        </w:tc>
        <w:tc>
          <w:tcPr>
            <w:tcW w:type="dxa" w:w="2160"/>
          </w:tcPr>
          <w:p>
            <w:r>
              <w:t>Supply Chain Management</w:t>
            </w:r>
          </w:p>
        </w:tc>
        <w:tc>
          <w:tcPr>
            <w:tcW w:type="dxa" w:w="2160"/>
          </w:tcPr>
          <w:p>
            <w:r>
              <w:t>How do you assess the reliability of your suppliers for canola seeds and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1059-0327</w:t>
            </w:r>
          </w:p>
        </w:tc>
        <w:tc>
          <w:tcPr>
            <w:tcW w:type="dxa" w:w="2160"/>
          </w:tcPr>
          <w:p>
            <w:r>
              <w:t>Data Security</w:t>
            </w:r>
          </w:p>
        </w:tc>
        <w:tc>
          <w:tcPr>
            <w:tcW w:type="dxa" w:w="2160"/>
          </w:tcPr>
          <w:p>
            <w:r>
              <w:t>What protocols do you have in place for data backup and recovery related to canola production data?</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1059-0328</w:t>
            </w:r>
          </w:p>
        </w:tc>
        <w:tc>
          <w:tcPr>
            <w:tcW w:type="dxa" w:w="2160"/>
          </w:tcPr>
          <w:p>
            <w:r>
              <w:t>Compliance Tracking</w:t>
            </w:r>
          </w:p>
        </w:tc>
        <w:tc>
          <w:tcPr>
            <w:tcW w:type="dxa" w:w="2160"/>
          </w:tcPr>
          <w:p>
            <w:r>
              <w:t>What audits or reviews do you conduct to ensure compliance with canola production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1059-0329</w:t>
            </w:r>
          </w:p>
        </w:tc>
        <w:tc>
          <w:tcPr>
            <w:tcW w:type="dxa" w:w="2160"/>
          </w:tcPr>
          <w:p>
            <w:r>
              <w:t>Data Collection Practices</w:t>
            </w:r>
          </w:p>
        </w:tc>
        <w:tc>
          <w:tcPr>
            <w:tcW w:type="dxa" w:w="2160"/>
          </w:tcPr>
          <w:p>
            <w:r>
              <w:t>What technology do you use to collect real-time data on weather conditions affecting canola growth?</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1059-0330</w:t>
            </w:r>
          </w:p>
        </w:tc>
        <w:tc>
          <w:tcPr>
            <w:tcW w:type="dxa" w:w="2160"/>
          </w:tcPr>
          <w:p>
            <w:r>
              <w:t>Traceability Software</w:t>
            </w:r>
          </w:p>
        </w:tc>
        <w:tc>
          <w:tcPr>
            <w:tcW w:type="dxa" w:w="2160"/>
          </w:tcPr>
          <w:p>
            <w:r>
              <w:t>How do you evaluate the effectiveness of your traceability software in enhancing operational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1059-0331</w:t>
            </w:r>
          </w:p>
        </w:tc>
        <w:tc>
          <w:tcPr>
            <w:tcW w:type="dxa" w:w="2160"/>
          </w:tcPr>
          <w:p>
            <w:r>
              <w:t>Regulatory Reporting</w:t>
            </w:r>
          </w:p>
        </w:tc>
        <w:tc>
          <w:tcPr>
            <w:tcW w:type="dxa" w:w="2160"/>
          </w:tcPr>
          <w:p>
            <w:r>
              <w:t>How often do you submit reports to regulatory authorities regarding your canola production practices?</w:t>
              <w:br/>
              <w:t>Answer type: Integer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1059-0332</w:t>
            </w:r>
          </w:p>
        </w:tc>
        <w:tc>
          <w:tcPr>
            <w:tcW w:type="dxa" w:w="2160"/>
          </w:tcPr>
          <w:p>
            <w:r>
              <w:t>Supply Chain Management</w:t>
            </w:r>
          </w:p>
        </w:tc>
        <w:tc>
          <w:tcPr>
            <w:tcW w:type="dxa" w:w="2160"/>
          </w:tcPr>
          <w:p>
            <w:r>
              <w:t>What criteria do you use to evaluate the performance of logistics providers in your canola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1059-0333</w:t>
            </w:r>
          </w:p>
        </w:tc>
        <w:tc>
          <w:tcPr>
            <w:tcW w:type="dxa" w:w="2160"/>
          </w:tcPr>
          <w:p>
            <w:r>
              <w:t>Data Security</w:t>
            </w:r>
          </w:p>
        </w:tc>
        <w:tc>
          <w:tcPr>
            <w:tcW w:type="dxa" w:w="2160"/>
          </w:tcPr>
          <w:p>
            <w:r>
              <w:t>What training do your employees receive regarding data security and privacy related to canola production information?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1059-0334</w:t>
            </w:r>
          </w:p>
        </w:tc>
        <w:tc>
          <w:tcPr>
            <w:tcW w:type="dxa" w:w="2160"/>
          </w:tcPr>
          <w:p>
            <w:r>
              <w:t>Data Management</w:t>
            </w:r>
          </w:p>
        </w:tc>
        <w:tc>
          <w:tcPr>
            <w:tcW w:type="dxa" w:w="2160"/>
          </w:tcPr>
          <w:p>
            <w:r>
              <w:t>What systems do you have in place to track the data related to your canola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SUSTAINABILITY-PRACTICES-AND-CERTIFICATIONS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1059-0335</w:t>
            </w:r>
          </w:p>
        </w:tc>
        <w:tc>
          <w:tcPr>
            <w:tcW w:type="dxa" w:w="2160"/>
          </w:tcPr>
          <w:p>
            <w:r>
              <w:t>Sustainable Farming</w:t>
            </w:r>
          </w:p>
        </w:tc>
        <w:tc>
          <w:tcPr>
            <w:tcW w:type="dxa" w:w="2160"/>
          </w:tcPr>
          <w:p>
            <w:r>
              <w:t>What specific sustainable farming practices have you implemented on your canola farm to enhance soil health and reduce chemical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1059-0336</w:t>
            </w:r>
          </w:p>
        </w:tc>
        <w:tc>
          <w:tcPr>
            <w:tcW w:type="dxa" w:w="2160"/>
          </w:tcPr>
          <w:p>
            <w:r>
              <w:t>Certification Processes</w:t>
            </w:r>
          </w:p>
        </w:tc>
        <w:tc>
          <w:tcPr>
            <w:tcW w:type="dxa" w:w="2160"/>
          </w:tcPr>
          <w:p>
            <w:r>
              <w:t>Which sustainability certifications (e.g., USDA Organic, Non-GMO Project) have you pursued for your canola products, and what was the process for obtaining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1059-0337</w:t>
            </w:r>
          </w:p>
        </w:tc>
        <w:tc>
          <w:tcPr>
            <w:tcW w:type="dxa" w:w="2160"/>
          </w:tcPr>
          <w:p>
            <w:r>
              <w:t>Environmental Stewardship</w:t>
            </w:r>
          </w:p>
        </w:tc>
        <w:tc>
          <w:tcPr>
            <w:tcW w:type="dxa" w:w="2160"/>
          </w:tcPr>
          <w:p>
            <w:r>
              <w:t>Can you describe any initiatives you have undertaken to promote biodiversity on your canola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1059-0338</w:t>
            </w:r>
          </w:p>
        </w:tc>
        <w:tc>
          <w:tcPr>
            <w:tcW w:type="dxa" w:w="2160"/>
          </w:tcPr>
          <w:p>
            <w:r>
              <w:t>Carbon Footprint</w:t>
            </w:r>
          </w:p>
        </w:tc>
        <w:tc>
          <w:tcPr>
            <w:tcW w:type="dxa" w:w="2160"/>
          </w:tcPr>
          <w:p>
            <w:r>
              <w:t>What measures have you implemented to calculate and reduce your farm's carbon footprint, specifically related to canola production?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1059-0339</w:t>
            </w:r>
          </w:p>
        </w:tc>
        <w:tc>
          <w:tcPr>
            <w:tcW w:type="dxa" w:w="2160"/>
          </w:tcPr>
          <w:p>
            <w:r>
              <w:t>Community Engagement</w:t>
            </w:r>
          </w:p>
        </w:tc>
        <w:tc>
          <w:tcPr>
            <w:tcW w:type="dxa" w:w="2160"/>
          </w:tcPr>
          <w:p>
            <w:r>
              <w:t>How do you engage with the local community to promote sustainable practices in canola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1059-0340</w:t>
            </w:r>
          </w:p>
        </w:tc>
        <w:tc>
          <w:tcPr>
            <w:tcW w:type="dxa" w:w="2160"/>
          </w:tcPr>
          <w:p>
            <w:r>
              <w:t>Sustainable Farming</w:t>
            </w:r>
          </w:p>
        </w:tc>
        <w:tc>
          <w:tcPr>
            <w:tcW w:type="dxa" w:w="2160"/>
          </w:tcPr>
          <w:p>
            <w:r>
              <w:t>What specific technology or innovation have you adopted to improve sustainability in your canola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1059-0341</w:t>
            </w:r>
          </w:p>
        </w:tc>
        <w:tc>
          <w:tcPr>
            <w:tcW w:type="dxa" w:w="2160"/>
          </w:tcPr>
          <w:p>
            <w:r>
              <w:t>Certification Processes</w:t>
            </w:r>
          </w:p>
        </w:tc>
        <w:tc>
          <w:tcPr>
            <w:tcW w:type="dxa" w:w="2160"/>
          </w:tcPr>
          <w:p>
            <w:r>
              <w:t>What challenges have you faced during the certification process for sustainable practices in canola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1059-0342</w:t>
            </w:r>
          </w:p>
        </w:tc>
        <w:tc>
          <w:tcPr>
            <w:tcW w:type="dxa" w:w="2160"/>
          </w:tcPr>
          <w:p>
            <w:r>
              <w:t>Environmental Stewardship</w:t>
            </w:r>
          </w:p>
        </w:tc>
        <w:tc>
          <w:tcPr>
            <w:tcW w:type="dxa" w:w="2160"/>
          </w:tcPr>
          <w:p>
            <w:r>
              <w:t>What specific practices do you employ to manage water resources sustainably on your canola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1059-0343</w:t>
            </w:r>
          </w:p>
        </w:tc>
        <w:tc>
          <w:tcPr>
            <w:tcW w:type="dxa" w:w="2160"/>
          </w:tcPr>
          <w:p>
            <w:r>
              <w:t>Carbon Footprint</w:t>
            </w:r>
          </w:p>
        </w:tc>
        <w:tc>
          <w:tcPr>
            <w:tcW w:type="dxa" w:w="2160"/>
          </w:tcPr>
          <w:p>
            <w:r>
              <w:t>Have you conducted a carbon audit for your canola farming operations? If so, what were the key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1059-0344</w:t>
            </w:r>
          </w:p>
        </w:tc>
        <w:tc>
          <w:tcPr>
            <w:tcW w:type="dxa" w:w="2160"/>
          </w:tcPr>
          <w:p>
            <w:r>
              <w:t>Community Engagement</w:t>
            </w:r>
          </w:p>
        </w:tc>
        <w:tc>
          <w:tcPr>
            <w:tcW w:type="dxa" w:w="2160"/>
          </w:tcPr>
          <w:p>
            <w:r>
              <w:t>What partnerships have you formed with local organizations to promote sustainability in agriculture?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1059-0345</w:t>
            </w:r>
          </w:p>
        </w:tc>
        <w:tc>
          <w:tcPr>
            <w:tcW w:type="dxa" w:w="2160"/>
          </w:tcPr>
          <w:p>
            <w:r>
              <w:t>Sustainable Farming</w:t>
            </w:r>
          </w:p>
        </w:tc>
        <w:tc>
          <w:tcPr>
            <w:tcW w:type="dxa" w:w="2160"/>
          </w:tcPr>
          <w:p>
            <w:r>
              <w:t>What specific crop rotation practices do you use to enhance sustainability in canola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1059-0346</w:t>
            </w:r>
          </w:p>
        </w:tc>
        <w:tc>
          <w:tcPr>
            <w:tcW w:type="dxa" w:w="2160"/>
          </w:tcPr>
          <w:p>
            <w:r>
              <w:t>Certification Processes</w:t>
            </w:r>
          </w:p>
        </w:tc>
        <w:tc>
          <w:tcPr>
            <w:tcW w:type="dxa" w:w="2160"/>
          </w:tcPr>
          <w:p>
            <w:r>
              <w:t>How do you ensure ongoing compliance with sustainability certifications for your canola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1059-0347</w:t>
            </w:r>
          </w:p>
        </w:tc>
        <w:tc>
          <w:tcPr>
            <w:tcW w:type="dxa" w:w="2160"/>
          </w:tcPr>
          <w:p>
            <w:r>
              <w:t>Environmental Stewardship</w:t>
            </w:r>
          </w:p>
        </w:tc>
        <w:tc>
          <w:tcPr>
            <w:tcW w:type="dxa" w:w="2160"/>
          </w:tcPr>
          <w:p>
            <w:r>
              <w:t>What steps do you take to minimize pesticide use in your canola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1059-0348</w:t>
            </w:r>
          </w:p>
        </w:tc>
        <w:tc>
          <w:tcPr>
            <w:tcW w:type="dxa" w:w="2160"/>
          </w:tcPr>
          <w:p>
            <w:r>
              <w:t>Carbon Footprint</w:t>
            </w:r>
          </w:p>
        </w:tc>
        <w:tc>
          <w:tcPr>
            <w:tcW w:type="dxa" w:w="2160"/>
          </w:tcPr>
          <w:p>
            <w:r>
              <w:t>What percentage of your energy usage in canola farming comes from renewable sources?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1059-0349</w:t>
            </w:r>
          </w:p>
        </w:tc>
        <w:tc>
          <w:tcPr>
            <w:tcW w:type="dxa" w:w="2160"/>
          </w:tcPr>
          <w:p>
            <w:r>
              <w:t>Community Engagement</w:t>
            </w:r>
          </w:p>
        </w:tc>
        <w:tc>
          <w:tcPr>
            <w:tcW w:type="dxa" w:w="2160"/>
          </w:tcPr>
          <w:p>
            <w:r>
              <w:t>How do you measure the impact of your community engagement efforts related to sustainability?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REGULATORY-COMPLIANCE-AND-INSPECTIONS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1059-0350</w:t>
            </w:r>
          </w:p>
        </w:tc>
        <w:tc>
          <w:tcPr>
            <w:tcW w:type="dxa" w:w="2160"/>
          </w:tcPr>
          <w:p>
            <w:r>
              <w:t>FDA Regulations</w:t>
            </w:r>
          </w:p>
        </w:tc>
        <w:tc>
          <w:tcPr>
            <w:tcW w:type="dxa" w:w="2160"/>
          </w:tcPr>
          <w:p>
            <w:r>
              <w:t>What specific FDA regulations apply to the cultivation and processing of canola on your farm?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1059-0351</w:t>
            </w:r>
          </w:p>
        </w:tc>
        <w:tc>
          <w:tcPr>
            <w:tcW w:type="dxa" w:w="2160"/>
          </w:tcPr>
          <w:p>
            <w:r>
              <w:t>State Regulations</w:t>
            </w:r>
          </w:p>
        </w:tc>
        <w:tc>
          <w:tcPr>
            <w:tcW w:type="dxa" w:w="2160"/>
          </w:tcPr>
          <w:p>
            <w:r>
              <w:t>Which state-specific regulations govern the use of pesticides and herbicides in your canola farming operations?</w:t>
              <w:br/>
              <w:t>Answer type: Long text</w:t>
              <w:br/>
              <w:t>Trigger: Always</w:t>
              <w:br/>
              <w:t>Required: No</w:t>
              <w:br/>
              <w:t>Risk: Medium</w:t>
            </w:r>
          </w:p>
        </w:tc>
        <w:tc>
          <w:tcPr>
            <w:tcW w:type="dxa" w:w="2160"/>
          </w:tcPr>
          <w:p>
            <w:r>
              <w:t>Primary authority: State Agricultural Department Guidelines</w:t>
              <w:br/>
              <w:t>Response: ___________________________</w:t>
              <w:br/>
              <w:t>Evidence: ___________________________</w:t>
              <w:br/>
              <w:t>Reviewer conclusion: ___________________________</w:t>
            </w:r>
          </w:p>
        </w:tc>
      </w:tr>
      <w:tr>
        <w:tc>
          <w:tcPr>
            <w:tcW w:type="dxa" w:w="2160"/>
          </w:tcPr>
          <w:p>
            <w:r>
              <w:t>1059-0352</w:t>
            </w:r>
          </w:p>
        </w:tc>
        <w:tc>
          <w:tcPr>
            <w:tcW w:type="dxa" w:w="2160"/>
          </w:tcPr>
          <w:p>
            <w:r>
              <w:t>Organic Certification</w:t>
            </w:r>
          </w:p>
        </w:tc>
        <w:tc>
          <w:tcPr>
            <w:tcW w:type="dxa" w:w="2160"/>
          </w:tcPr>
          <w:p>
            <w:r>
              <w:t>What steps have you taken to maintain your organic certification for canola, and how do you document compliance with organic standards?</w:t>
              <w:br/>
              <w:t>Answer type: Long text + evidence</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1059-0353</w:t>
            </w:r>
          </w:p>
        </w:tc>
        <w:tc>
          <w:tcPr>
            <w:tcW w:type="dxa" w:w="2160"/>
          </w:tcPr>
          <w:p>
            <w:r>
              <w:t>Food Safety Standards</w:t>
            </w:r>
          </w:p>
        </w:tc>
        <w:tc>
          <w:tcPr>
            <w:tcW w:type="dxa" w:w="2160"/>
          </w:tcPr>
          <w:p>
            <w:r>
              <w:t>Describe the food safety standards your canola products adhere to, including any specific guidelines for handling and processing. How do you ensure compliance?</w:t>
              <w:br/>
              <w:t>Answer type: Long text + evidence</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1059-0354</w:t>
            </w:r>
          </w:p>
        </w:tc>
        <w:tc>
          <w:tcPr>
            <w:tcW w:type="dxa" w:w="2160"/>
          </w:tcPr>
          <w:p>
            <w:r>
              <w:t>Inspection Protocols</w:t>
            </w:r>
          </w:p>
        </w:tc>
        <w:tc>
          <w:tcPr>
            <w:tcW w:type="dxa" w:w="2160"/>
          </w:tcPr>
          <w:p>
            <w:r>
              <w:t>What are the protocols followed during inspections of your canola farming operations, and how do you prepare for these inspections?</w:t>
              <w:br/>
              <w:t>Answer type: Long text</w:t>
              <w:br/>
              <w:t>Trigger: Always</w:t>
              <w:br/>
              <w:t>Required: No</w:t>
              <w:br/>
              <w:t>Risk: Medium</w:t>
            </w:r>
          </w:p>
        </w:tc>
        <w:tc>
          <w:tcPr>
            <w:tcW w:type="dxa" w:w="2160"/>
          </w:tcPr>
          <w:p>
            <w:r>
              <w:t>Primary authority: State Agricultural Inspection Guidelines</w:t>
              <w:br/>
              <w:t>Response: ___________________________</w:t>
              <w:br/>
              <w:t>Evidence: ___________________________</w:t>
              <w:br/>
              <w:t>Reviewer conclusion: ___________________________</w:t>
            </w:r>
          </w:p>
        </w:tc>
      </w:tr>
      <w:tr>
        <w:tc>
          <w:tcPr>
            <w:tcW w:type="dxa" w:w="2160"/>
          </w:tcPr>
          <w:p>
            <w:r>
              <w:t>1059-0355</w:t>
            </w:r>
          </w:p>
        </w:tc>
        <w:tc>
          <w:tcPr>
            <w:tcW w:type="dxa" w:w="2160"/>
          </w:tcPr>
          <w:p>
            <w:r>
              <w:t>Record-Keeping Requirements</w:t>
            </w:r>
          </w:p>
        </w:tc>
        <w:tc>
          <w:tcPr>
            <w:tcW w:type="dxa" w:w="2160"/>
          </w:tcPr>
          <w:p>
            <w:r>
              <w:t>What specific records do you maintain to demonstrate compliance with agricultural regulations, and how long are these records kept?</w:t>
              <w:br/>
              <w:t>Answer type: Repeating table</w:t>
              <w:br/>
              <w:t>Trigger: Always</w:t>
              <w:br/>
              <w:t>Required: No</w:t>
              <w:br/>
              <w:t>Risk: Medium</w:t>
            </w:r>
          </w:p>
        </w:tc>
        <w:tc>
          <w:tcPr>
            <w:tcW w:type="dxa" w:w="2160"/>
          </w:tcPr>
          <w:p>
            <w:r>
              <w:t>Primary authority: State Agricultural Department Guidelines</w:t>
              <w:br/>
              <w:t>Response: ___________________________</w:t>
              <w:br/>
              <w:t>Evidence: ___________________________</w:t>
              <w:br/>
              <w:t>Reviewer conclusion: ___________________________</w:t>
            </w:r>
          </w:p>
        </w:tc>
      </w:tr>
      <w:tr>
        <w:tc>
          <w:tcPr>
            <w:tcW w:type="dxa" w:w="2160"/>
          </w:tcPr>
          <w:p>
            <w:r>
              <w:t>1059-0356</w:t>
            </w:r>
          </w:p>
        </w:tc>
        <w:tc>
          <w:tcPr>
            <w:tcW w:type="dxa" w:w="2160"/>
          </w:tcPr>
          <w:p>
            <w:r>
              <w:t>FDA Regulations</w:t>
            </w:r>
          </w:p>
        </w:tc>
        <w:tc>
          <w:tcPr>
            <w:tcW w:type="dxa" w:w="2160"/>
          </w:tcPr>
          <w:p>
            <w:r>
              <w:t>Have you ever received any citations or warnings from the FDA regarding your canola farming practices? If yes, please provide details.</w:t>
              <w:br/>
              <w:t>Answer type: Yes-No + details</w:t>
              <w:br/>
              <w:t>Trigger: Always</w:t>
              <w:br/>
              <w:t>Required: No</w:t>
              <w:br/>
              <w:t>Risk: High</w:t>
            </w:r>
          </w:p>
        </w:tc>
        <w:tc>
          <w:tcPr>
            <w:tcW w:type="dxa" w:w="2160"/>
          </w:tcPr>
          <w:p>
            <w:r>
              <w:t>Primary authority: FDA Compliance Records</w:t>
              <w:br/>
              <w:t>Response: ___________________________</w:t>
              <w:br/>
              <w:t>Evidence: ___________________________</w:t>
              <w:br/>
              <w:t>Reviewer conclusion: ___________________________</w:t>
            </w:r>
          </w:p>
        </w:tc>
      </w:tr>
      <w:tr>
        <w:tc>
          <w:tcPr>
            <w:tcW w:type="dxa" w:w="2160"/>
          </w:tcPr>
          <w:p>
            <w:r>
              <w:t>1059-0357</w:t>
            </w:r>
          </w:p>
        </w:tc>
        <w:tc>
          <w:tcPr>
            <w:tcW w:type="dxa" w:w="2160"/>
          </w:tcPr>
          <w:p>
            <w:r>
              <w:t>State Regulations</w:t>
            </w:r>
          </w:p>
        </w:tc>
        <w:tc>
          <w:tcPr>
            <w:tcW w:type="dxa" w:w="2160"/>
          </w:tcPr>
          <w:p>
            <w:r>
              <w:t>What state agencies are involved in the regulation of your canola farming operations, and what are their specific roles?</w:t>
              <w:br/>
              <w:t>Answer type: Long text</w:t>
              <w:br/>
              <w:t>Trigger: Always</w:t>
              <w:br/>
              <w:t>Required: No</w:t>
              <w:br/>
              <w:t>Risk: Medium</w:t>
            </w:r>
          </w:p>
        </w:tc>
        <w:tc>
          <w:tcPr>
            <w:tcW w:type="dxa" w:w="2160"/>
          </w:tcPr>
          <w:p>
            <w:r>
              <w:t>Primary authority: State Regulatory Framework</w:t>
              <w:br/>
              <w:t>Response: ___________________________</w:t>
              <w:br/>
              <w:t>Evidence: ___________________________</w:t>
              <w:br/>
              <w:t>Reviewer conclusion: ___________________________</w:t>
            </w:r>
          </w:p>
        </w:tc>
      </w:tr>
      <w:tr>
        <w:tc>
          <w:tcPr>
            <w:tcW w:type="dxa" w:w="2160"/>
          </w:tcPr>
          <w:p>
            <w:r>
              <w:t>1059-0358</w:t>
            </w:r>
          </w:p>
        </w:tc>
        <w:tc>
          <w:tcPr>
            <w:tcW w:type="dxa" w:w="2160"/>
          </w:tcPr>
          <w:p>
            <w:r>
              <w:t>Organic Certification</w:t>
            </w:r>
          </w:p>
        </w:tc>
        <w:tc>
          <w:tcPr>
            <w:tcW w:type="dxa" w:w="2160"/>
          </w:tcPr>
          <w:p>
            <w:r>
              <w:t>What challenges have you faced in maintaining your organic certification for canola, and how have you addressed them?</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1059-0359</w:t>
            </w:r>
          </w:p>
        </w:tc>
        <w:tc>
          <w:tcPr>
            <w:tcW w:type="dxa" w:w="2160"/>
          </w:tcPr>
          <w:p>
            <w:r>
              <w:t>Food Safety Standards</w:t>
            </w:r>
          </w:p>
        </w:tc>
        <w:tc>
          <w:tcPr>
            <w:tcW w:type="dxa" w:w="2160"/>
          </w:tcPr>
          <w:p>
            <w:r>
              <w:t>How do you train your staff on food safety standards relevant to canola production, and how often is this training conducted?</w:t>
              <w:br/>
              <w:t>Answer type: Long text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1059-0360</w:t>
            </w:r>
          </w:p>
        </w:tc>
        <w:tc>
          <w:tcPr>
            <w:tcW w:type="dxa" w:w="2160"/>
          </w:tcPr>
          <w:p>
            <w:r>
              <w:t>Inspection Protocols</w:t>
            </w:r>
          </w:p>
        </w:tc>
        <w:tc>
          <w:tcPr>
            <w:tcW w:type="dxa" w:w="2160"/>
          </w:tcPr>
          <w:p>
            <w:r>
              <w:t>How frequently are your canola farming operations inspected by state or federal authorities, and what is the process for these inspections?</w:t>
              <w:br/>
              <w:t>Answer type: Long text</w:t>
              <w:br/>
              <w:t>Trigger: Always</w:t>
              <w:br/>
              <w:t>Required: No</w:t>
              <w:br/>
              <w:t>Risk: Medium</w:t>
            </w:r>
          </w:p>
        </w:tc>
        <w:tc>
          <w:tcPr>
            <w:tcW w:type="dxa" w:w="2160"/>
          </w:tcPr>
          <w:p>
            <w:r>
              <w:t>Primary authority: State Agricultural Inspection Guidelines</w:t>
              <w:br/>
              <w:t>Response: ___________________________</w:t>
              <w:br/>
              <w:t>Evidence: ___________________________</w:t>
              <w:br/>
              <w:t>Reviewer conclusion: ___________________________</w:t>
            </w:r>
          </w:p>
        </w:tc>
      </w:tr>
      <w:tr>
        <w:tc>
          <w:tcPr>
            <w:tcW w:type="dxa" w:w="2160"/>
          </w:tcPr>
          <w:p>
            <w:r>
              <w:t>1059-0361</w:t>
            </w:r>
          </w:p>
        </w:tc>
        <w:tc>
          <w:tcPr>
            <w:tcW w:type="dxa" w:w="2160"/>
          </w:tcPr>
          <w:p>
            <w:r>
              <w:t>Record-Keeping Requirements</w:t>
            </w:r>
          </w:p>
        </w:tc>
        <w:tc>
          <w:tcPr>
            <w:tcW w:type="dxa" w:w="2160"/>
          </w:tcPr>
          <w:p>
            <w:r>
              <w:t>What electronic or manual systems do you use for record-keeping related to compliance inspections, and how do you ensure their accuracy?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1059-0362</w:t>
            </w:r>
          </w:p>
        </w:tc>
        <w:tc>
          <w:tcPr>
            <w:tcW w:type="dxa" w:w="2160"/>
          </w:tcPr>
          <w:p>
            <w:r>
              <w:t>FDA Regulations</w:t>
            </w:r>
          </w:p>
        </w:tc>
        <w:tc>
          <w:tcPr>
            <w:tcW w:type="dxa" w:w="2160"/>
          </w:tcPr>
          <w:p>
            <w:r>
              <w:t>What labeling requirements do you follow for your canola products under FDA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1059-0363</w:t>
            </w:r>
          </w:p>
        </w:tc>
        <w:tc>
          <w:tcPr>
            <w:tcW w:type="dxa" w:w="2160"/>
          </w:tcPr>
          <w:p>
            <w:r>
              <w:t>State Regulations</w:t>
            </w:r>
          </w:p>
        </w:tc>
        <w:tc>
          <w:tcPr>
            <w:tcW w:type="dxa" w:w="2160"/>
          </w:tcPr>
          <w:p>
            <w:r>
              <w:t>How do you stay updated on changes to state regulations affecting canola farming, and what resources do you utilize?</w:t>
              <w:br/>
              <w:t>Answer type: Long text</w:t>
              <w:br/>
              <w:t>Trigger: Always</w:t>
              <w:br/>
              <w:t>Required: No</w:t>
              <w:br/>
              <w:t>Risk: Low</w:t>
            </w:r>
          </w:p>
        </w:tc>
        <w:tc>
          <w:tcPr>
            <w:tcW w:type="dxa" w:w="2160"/>
          </w:tcPr>
          <w:p>
            <w:r>
              <w:t>Primary authority: State Agricultural Department Guidelines</w:t>
              <w:br/>
              <w:t>Response: ___________________________</w:t>
              <w:br/>
              <w:t>Evidence: ___________________________</w:t>
              <w:br/>
              <w:t>Reviewer conclusion: ___________________________</w:t>
            </w:r>
          </w:p>
        </w:tc>
      </w:tr>
      <w:tr>
        <w:tc>
          <w:tcPr>
            <w:tcW w:type="dxa" w:w="2160"/>
          </w:tcPr>
          <w:p>
            <w:r>
              <w:t>1059-0364</w:t>
            </w:r>
          </w:p>
        </w:tc>
        <w:tc>
          <w:tcPr>
            <w:tcW w:type="dxa" w:w="2160"/>
          </w:tcPr>
          <w:p>
            <w:r>
              <w:t>Organic Certification</w:t>
            </w:r>
          </w:p>
        </w:tc>
        <w:tc>
          <w:tcPr>
            <w:tcW w:type="dxa" w:w="2160"/>
          </w:tcPr>
          <w:p>
            <w:r>
              <w:t>What third-party audits do you undergo to verify your compliance with organic standards for canola, and how often do these audits occur?</w:t>
              <w:br/>
              <w:t>Answer type: Long text</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bl>
    <w:p/>
    <w:p>
      <w:pPr>
        <w:pStyle w:val="Heading2"/>
      </w:pPr>
      <w:r>
        <w:t>RESEARCH-AND-DEVELOPMENT-INITIATIVES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1059-0365</w:t>
            </w:r>
          </w:p>
        </w:tc>
        <w:tc>
          <w:tcPr>
            <w:tcW w:type="dxa" w:w="2160"/>
          </w:tcPr>
          <w:p>
            <w:r>
              <w:t>Genetic Research</w:t>
            </w:r>
          </w:p>
        </w:tc>
        <w:tc>
          <w:tcPr>
            <w:tcW w:type="dxa" w:w="2160"/>
          </w:tcPr>
          <w:p>
            <w:r>
              <w:t>What specific genetic modifications or traits are you investigating to enhance canola crop yields?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1059-0366</w:t>
            </w:r>
          </w:p>
        </w:tc>
        <w:tc>
          <w:tcPr>
            <w:tcW w:type="dxa" w:w="2160"/>
          </w:tcPr>
          <w:p>
            <w:r>
              <w:t>Varietal Development</w:t>
            </w:r>
          </w:p>
        </w:tc>
        <w:tc>
          <w:tcPr>
            <w:tcW w:type="dxa" w:w="2160"/>
          </w:tcPr>
          <w:p>
            <w:r>
              <w:t>Can you describe any new canola varieties you are developing or testing, including their expected yield improvements?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1059-0367</w:t>
            </w:r>
          </w:p>
        </w:tc>
        <w:tc>
          <w:tcPr>
            <w:tcW w:type="dxa" w:w="2160"/>
          </w:tcPr>
          <w:p>
            <w:r>
              <w:t>Agronomic Studies</w:t>
            </w:r>
          </w:p>
        </w:tc>
        <w:tc>
          <w:tcPr>
            <w:tcW w:type="dxa" w:w="2160"/>
          </w:tcPr>
          <w:p>
            <w:r>
              <w:t>What agronomic practices are you experimenting with to optimize canola growth conditions,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1059-0368</w:t>
            </w:r>
          </w:p>
        </w:tc>
        <w:tc>
          <w:tcPr>
            <w:tcW w:type="dxa" w:w="2160"/>
          </w:tcPr>
          <w:p>
            <w:r>
              <w:t>Process Innovation</w:t>
            </w:r>
          </w:p>
        </w:tc>
        <w:tc>
          <w:tcPr>
            <w:tcW w:type="dxa" w:w="2160"/>
          </w:tcPr>
          <w:p>
            <w:r>
              <w:t>What innovative processing techniques are you developing to improve the efficiency of canola oil extraction?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1059-0369</w:t>
            </w:r>
          </w:p>
        </w:tc>
        <w:tc>
          <w:tcPr>
            <w:tcW w:type="dxa" w:w="2160"/>
          </w:tcPr>
          <w:p>
            <w:r>
              <w:t>Collaborations</w:t>
            </w:r>
          </w:p>
        </w:tc>
        <w:tc>
          <w:tcPr>
            <w:tcW w:type="dxa" w:w="2160"/>
          </w:tcPr>
          <w:p>
            <w:r>
              <w:t xml:space="preserve">Have you collaborated with any research institutions or universities on canola research projects? If yes, please provide details about the collaboration. </w:t>
              <w:br/>
              <w:t>Answer type: Yes-No + details</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1059-0370</w:t>
            </w:r>
          </w:p>
        </w:tc>
        <w:tc>
          <w:tcPr>
            <w:tcW w:type="dxa" w:w="2160"/>
          </w:tcPr>
          <w:p>
            <w:r>
              <w:t>Funding Opportunities</w:t>
            </w:r>
          </w:p>
        </w:tc>
        <w:tc>
          <w:tcPr>
            <w:tcW w:type="dxa" w:w="2160"/>
          </w:tcPr>
          <w:p>
            <w:r>
              <w:t>What types of funding have you pursued for your R&amp;D initiatives related to canola farming, and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1059-0371</w:t>
            </w:r>
          </w:p>
        </w:tc>
        <w:tc>
          <w:tcPr>
            <w:tcW w:type="dxa" w:w="2160"/>
          </w:tcPr>
          <w:p>
            <w:r>
              <w:t>Genetic Research</w:t>
            </w:r>
          </w:p>
        </w:tc>
        <w:tc>
          <w:tcPr>
            <w:tcW w:type="dxa" w:w="2160"/>
          </w:tcPr>
          <w:p>
            <w:r>
              <w:t>What challenges have you encountered in your genetic research for canola,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1059-0372</w:t>
            </w:r>
          </w:p>
        </w:tc>
        <w:tc>
          <w:tcPr>
            <w:tcW w:type="dxa" w:w="2160"/>
          </w:tcPr>
          <w:p>
            <w:r>
              <w:t>Varietal Development</w:t>
            </w:r>
          </w:p>
        </w:tc>
        <w:tc>
          <w:tcPr>
            <w:tcW w:type="dxa" w:w="2160"/>
          </w:tcPr>
          <w:p>
            <w:r>
              <w:t>What specific traits are you selecting for in your varietal development projects, and how do they differ from existing varieties?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1059-0373</w:t>
            </w:r>
          </w:p>
        </w:tc>
        <w:tc>
          <w:tcPr>
            <w:tcW w:type="dxa" w:w="2160"/>
          </w:tcPr>
          <w:p>
            <w:r>
              <w:t>Agronomic Studies</w:t>
            </w:r>
          </w:p>
        </w:tc>
        <w:tc>
          <w:tcPr>
            <w:tcW w:type="dxa" w:w="2160"/>
          </w:tcPr>
          <w:p>
            <w:r>
              <w:t>How do you document and analyze the results of your agronomic studies related to canola?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1059-0374</w:t>
            </w:r>
          </w:p>
        </w:tc>
        <w:tc>
          <w:tcPr>
            <w:tcW w:type="dxa" w:w="2160"/>
          </w:tcPr>
          <w:p>
            <w:r>
              <w:t>Process Innovation</w:t>
            </w:r>
          </w:p>
        </w:tc>
        <w:tc>
          <w:tcPr>
            <w:tcW w:type="dxa" w:w="2160"/>
          </w:tcPr>
          <w:p>
            <w:r>
              <w:t>What metrics do you use to evaluate the success of your new processing techniques for canola oil?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1059-0375</w:t>
            </w:r>
          </w:p>
        </w:tc>
        <w:tc>
          <w:tcPr>
            <w:tcW w:type="dxa" w:w="2160"/>
          </w:tcPr>
          <w:p>
            <w:r>
              <w:t>Collaborations</w:t>
            </w:r>
          </w:p>
        </w:tc>
        <w:tc>
          <w:tcPr>
            <w:tcW w:type="dxa" w:w="2160"/>
          </w:tcPr>
          <w:p>
            <w:r>
              <w:t>What specific outcomes or advancements have resulted from your collaborations in canola research?</w:t>
              <w:br/>
              <w:t>Answer type: Long text</w:t>
              <w:br/>
              <w:t>Trigger: Yes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1059-0376</w:t>
            </w:r>
          </w:p>
        </w:tc>
        <w:tc>
          <w:tcPr>
            <w:tcW w:type="dxa" w:w="2160"/>
          </w:tcPr>
          <w:p>
            <w:r>
              <w:t>Funding Opportunities</w:t>
            </w:r>
          </w:p>
        </w:tc>
        <w:tc>
          <w:tcPr>
            <w:tcW w:type="dxa" w:w="2160"/>
          </w:tcPr>
          <w:p>
            <w:r>
              <w:t>Have you received any grants or subsidies for your R&amp;D activities in canola?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1059-0377</w:t>
            </w:r>
          </w:p>
        </w:tc>
        <w:tc>
          <w:tcPr>
            <w:tcW w:type="dxa" w:w="2160"/>
          </w:tcPr>
          <w:p>
            <w:r>
              <w:t>General R&amp;D</w:t>
            </w:r>
          </w:p>
        </w:tc>
        <w:tc>
          <w:tcPr>
            <w:tcW w:type="dxa" w:w="2160"/>
          </w:tcPr>
          <w:p>
            <w:r>
              <w:t>Can you provide a timeline of your major R&amp;D initiatives related to canola over the past year?</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MARKETING-AND-CONSUMER-ENGAGEMENT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1059-0378</w:t>
            </w:r>
          </w:p>
        </w:tc>
        <w:tc>
          <w:tcPr>
            <w:tcW w:type="dxa" w:w="2160"/>
          </w:tcPr>
          <w:p>
            <w:r>
              <w:t>Branding</w:t>
            </w:r>
          </w:p>
        </w:tc>
        <w:tc>
          <w:tcPr>
            <w:tcW w:type="dxa" w:w="2160"/>
          </w:tcPr>
          <w:p>
            <w:r>
              <w:t>What specific branding strategies have you implemented to differentiate your canola products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1059-0379</w:t>
            </w:r>
          </w:p>
        </w:tc>
        <w:tc>
          <w:tcPr>
            <w:tcW w:type="dxa" w:w="2160"/>
          </w:tcPr>
          <w:p>
            <w:r>
              <w:t>Market Research</w:t>
            </w:r>
          </w:p>
        </w:tc>
        <w:tc>
          <w:tcPr>
            <w:tcW w:type="dxa" w:w="2160"/>
          </w:tcPr>
          <w:p>
            <w:r>
              <w:t>Can you describe any market research initiatives conducted in the past year to understand consumer preferences for canola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1059-0380</w:t>
            </w:r>
          </w:p>
        </w:tc>
        <w:tc>
          <w:tcPr>
            <w:tcW w:type="dxa" w:w="2160"/>
          </w:tcPr>
          <w:p>
            <w:r>
              <w:t>Consumer Education</w:t>
            </w:r>
          </w:p>
        </w:tc>
        <w:tc>
          <w:tcPr>
            <w:tcW w:type="dxa" w:w="2160"/>
          </w:tcPr>
          <w:p>
            <w:r>
              <w:t>What consumer education programs or materials have you developed to inform customers about the health benefits of canola oil?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1059-0381</w:t>
            </w:r>
          </w:p>
        </w:tc>
        <w:tc>
          <w:tcPr>
            <w:tcW w:type="dxa" w:w="2160"/>
          </w:tcPr>
          <w:p>
            <w:r>
              <w:t>Sustainability Messaging</w:t>
            </w:r>
          </w:p>
        </w:tc>
        <w:tc>
          <w:tcPr>
            <w:tcW w:type="dxa" w:w="2160"/>
          </w:tcPr>
          <w:p>
            <w:r>
              <w:t>How do you communicate your sustainability practices related to canola farming to your consumers? Please provide examples of messaging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1059-0382</w:t>
            </w:r>
          </w:p>
        </w:tc>
        <w:tc>
          <w:tcPr>
            <w:tcW w:type="dxa" w:w="2160"/>
          </w:tcPr>
          <w:p>
            <w:r>
              <w:t>Digital Marketing</w:t>
            </w:r>
          </w:p>
        </w:tc>
        <w:tc>
          <w:tcPr>
            <w:tcW w:type="dxa" w:w="2160"/>
          </w:tcPr>
          <w:p>
            <w:r>
              <w:t>What digital marketing channels (e.g., social media, email campaigns) have you utilized to promote your canola products, and what metrics do you track to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1059-0383</w:t>
            </w:r>
          </w:p>
        </w:tc>
        <w:tc>
          <w:tcPr>
            <w:tcW w:type="dxa" w:w="2160"/>
          </w:tcPr>
          <w:p>
            <w:r>
              <w:t>Product Differentiation</w:t>
            </w:r>
          </w:p>
        </w:tc>
        <w:tc>
          <w:tcPr>
            <w:tcW w:type="dxa" w:w="2160"/>
          </w:tcPr>
          <w:p>
            <w:r>
              <w:t>What unique features or attributes of your canola products do you highlight to distinguish them from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1059-0384</w:t>
            </w:r>
          </w:p>
        </w:tc>
        <w:tc>
          <w:tcPr>
            <w:tcW w:type="dxa" w:w="2160"/>
          </w:tcPr>
          <w:p>
            <w:r>
              <w:t>Branding</w:t>
            </w:r>
          </w:p>
        </w:tc>
        <w:tc>
          <w:tcPr>
            <w:tcW w:type="dxa" w:w="2160"/>
          </w:tcPr>
          <w:p>
            <w:r>
              <w:t>Have you conducted any brand perception studies to assess how consumers view your canola brand compared to others?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1059-0385</w:t>
            </w:r>
          </w:p>
        </w:tc>
        <w:tc>
          <w:tcPr>
            <w:tcW w:type="dxa" w:w="2160"/>
          </w:tcPr>
          <w:p>
            <w:r>
              <w:t>Market Research</w:t>
            </w:r>
          </w:p>
        </w:tc>
        <w:tc>
          <w:tcPr>
            <w:tcW w:type="dxa" w:w="2160"/>
          </w:tcPr>
          <w:p>
            <w:r>
              <w:t>What specific consumer segments have you targeted in your marketing efforts for canola products, and how did you identify these segments?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1059-0386</w:t>
            </w:r>
          </w:p>
        </w:tc>
        <w:tc>
          <w:tcPr>
            <w:tcW w:type="dxa" w:w="2160"/>
          </w:tcPr>
          <w:p>
            <w:r>
              <w:t>Sustainability Messaging</w:t>
            </w:r>
          </w:p>
        </w:tc>
        <w:tc>
          <w:tcPr>
            <w:tcW w:type="dxa" w:w="2160"/>
          </w:tcPr>
          <w:p>
            <w:r>
              <w:t>What sustainability certifications or partnerships have you pursued to enhance the credibility of your sustainability messaging for canola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1059-0387</w:t>
            </w:r>
          </w:p>
        </w:tc>
        <w:tc>
          <w:tcPr>
            <w:tcW w:type="dxa" w:w="2160"/>
          </w:tcPr>
          <w:p>
            <w:r>
              <w:t>Digital Marketing</w:t>
            </w:r>
          </w:p>
        </w:tc>
        <w:tc>
          <w:tcPr>
            <w:tcW w:type="dxa" w:w="2160"/>
          </w:tcPr>
          <w:p>
            <w:r>
              <w:t>What specific digital marketing campaigns have you launched in the last year for your canola products, and what were the campaign goals?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1059-0388</w:t>
            </w:r>
          </w:p>
        </w:tc>
        <w:tc>
          <w:tcPr>
            <w:tcW w:type="dxa" w:w="2160"/>
          </w:tcPr>
          <w:p>
            <w:r>
              <w:t>Consumer Education</w:t>
            </w:r>
          </w:p>
        </w:tc>
        <w:tc>
          <w:tcPr>
            <w:tcW w:type="dxa" w:w="2160"/>
          </w:tcPr>
          <w:p>
            <w:r>
              <w:t>How do you measure the effectiveness of your consumer education initiatives regarding canola oil? Please provide any metrics or feedback collected.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CROP-HEALTH-MONITORING-TECHNOLOGIES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1059-0389</w:t>
            </w:r>
          </w:p>
        </w:tc>
        <w:tc>
          <w:tcPr>
            <w:tcW w:type="dxa" w:w="2160"/>
          </w:tcPr>
          <w:p>
            <w:r>
              <w:t>Remote Sensing</w:t>
            </w:r>
          </w:p>
        </w:tc>
        <w:tc>
          <w:tcPr>
            <w:tcW w:type="dxa" w:w="2160"/>
          </w:tcPr>
          <w:p>
            <w:r>
              <w:t>What specific remote sensing technologies have you implemented to monitor crop health, and how do they differ from previous methods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1059-0390</w:t>
            </w:r>
          </w:p>
        </w:tc>
        <w:tc>
          <w:tcPr>
            <w:tcW w:type="dxa" w:w="2160"/>
          </w:tcPr>
          <w:p>
            <w:r>
              <w:t>Drones</w:t>
            </w:r>
          </w:p>
        </w:tc>
        <w:tc>
          <w:tcPr>
            <w:tcW w:type="dxa" w:w="2160"/>
          </w:tcPr>
          <w:p>
            <w:r>
              <w:t>How are drones utilized in your operations for crop health monitoring, and what specific data do they collect that contributes to yield optimization?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1059-0391</w:t>
            </w:r>
          </w:p>
        </w:tc>
        <w:tc>
          <w:tcPr>
            <w:tcW w:type="dxa" w:w="2160"/>
          </w:tcPr>
          <w:p>
            <w:r>
              <w:t>Soil Health Assessments</w:t>
            </w:r>
          </w:p>
        </w:tc>
        <w:tc>
          <w:tcPr>
            <w:tcW w:type="dxa" w:w="2160"/>
          </w:tcPr>
          <w:p>
            <w:r>
              <w:t>What methodologies do you apply for soil health assessments, and how have these methodologies evolved to improve crop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1059-0392</w:t>
            </w:r>
          </w:p>
        </w:tc>
        <w:tc>
          <w:tcPr>
            <w:tcW w:type="dxa" w:w="2160"/>
          </w:tcPr>
          <w:p>
            <w:r>
              <w:t>Pest Monitoring</w:t>
            </w:r>
          </w:p>
        </w:tc>
        <w:tc>
          <w:tcPr>
            <w:tcW w:type="dxa" w:w="2160"/>
          </w:tcPr>
          <w:p>
            <w:r>
              <w:t>Describe the pest monitoring technologies you have implemented and how they have changed your approach to pest management in canola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1059-0393</w:t>
            </w:r>
          </w:p>
        </w:tc>
        <w:tc>
          <w:tcPr>
            <w:tcW w:type="dxa" w:w="2160"/>
          </w:tcPr>
          <w:p>
            <w:r>
              <w:t>Data Analytics</w:t>
            </w:r>
          </w:p>
        </w:tc>
        <w:tc>
          <w:tcPr>
            <w:tcW w:type="dxa" w:w="2160"/>
          </w:tcPr>
          <w:p>
            <w:r>
              <w:t>What specific data analytics tools do you use to analyze crop health data, and what insights have you gained that directly impact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1059-0394</w:t>
            </w:r>
          </w:p>
        </w:tc>
        <w:tc>
          <w:tcPr>
            <w:tcW w:type="dxa" w:w="2160"/>
          </w:tcPr>
          <w:p>
            <w:r>
              <w:t>Precision Agriculture</w:t>
            </w:r>
          </w:p>
        </w:tc>
        <w:tc>
          <w:tcPr>
            <w:tcW w:type="dxa" w:w="2160"/>
          </w:tcPr>
          <w:p>
            <w:r>
              <w:t>How does your use of precision agriculture techniques differ from traditional farming methods, and what measurable outcomes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1059-0395</w:t>
            </w:r>
          </w:p>
        </w:tc>
        <w:tc>
          <w:tcPr>
            <w:tcW w:type="dxa" w:w="2160"/>
          </w:tcPr>
          <w:p>
            <w:r>
              <w:t>Remote Sensing</w:t>
            </w:r>
          </w:p>
        </w:tc>
        <w:tc>
          <w:tcPr>
            <w:tcW w:type="dxa" w:w="2160"/>
          </w:tcPr>
          <w:p>
            <w:r>
              <w:t>Can you provide examples of specific experiments conducted using remote sensing data that led to significant changes in your farming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1059-0396</w:t>
            </w:r>
          </w:p>
        </w:tc>
        <w:tc>
          <w:tcPr>
            <w:tcW w:type="dxa" w:w="2160"/>
          </w:tcPr>
          <w:p>
            <w:r>
              <w:t>Drones</w:t>
            </w:r>
          </w:p>
        </w:tc>
        <w:tc>
          <w:tcPr>
            <w:tcW w:type="dxa" w:w="2160"/>
          </w:tcPr>
          <w:p>
            <w:r>
              <w:t>What challenges have you faced when integrating drone technology into your crop monitoring processes,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1059-0397</w:t>
            </w:r>
          </w:p>
        </w:tc>
        <w:tc>
          <w:tcPr>
            <w:tcW w:type="dxa" w:w="2160"/>
          </w:tcPr>
          <w:p>
            <w:r>
              <w:t>Soil Health Assessments</w:t>
            </w:r>
          </w:p>
        </w:tc>
        <w:tc>
          <w:tcPr>
            <w:tcW w:type="dxa" w:w="2160"/>
          </w:tcPr>
          <w:p>
            <w:r>
              <w:t>Have you conducted any experimental trials to test new soil health assessment techniques? If so, what were the results and implications for your crop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1059-0398</w:t>
            </w:r>
          </w:p>
        </w:tc>
        <w:tc>
          <w:tcPr>
            <w:tcW w:type="dxa" w:w="2160"/>
          </w:tcPr>
          <w:p>
            <w:r>
              <w:t>Pest Monitoring</w:t>
            </w:r>
          </w:p>
        </w:tc>
        <w:tc>
          <w:tcPr>
            <w:tcW w:type="dxa" w:w="2160"/>
          </w:tcPr>
          <w:p>
            <w:r>
              <w:t>What specific pest monitoring technologies have you experimented with, and how did these experiments inform your pest management strategies?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1059-0399</w:t>
            </w:r>
          </w:p>
        </w:tc>
        <w:tc>
          <w:tcPr>
            <w:tcW w:type="dxa" w:w="2160"/>
          </w:tcPr>
          <w:p>
            <w:r>
              <w:t>Data Analytics</w:t>
            </w:r>
          </w:p>
        </w:tc>
        <w:tc>
          <w:tcPr>
            <w:tcW w:type="dxa" w:w="2160"/>
          </w:tcPr>
          <w:p>
            <w:r>
              <w:t>What types of data have you collected for analysis in relation to crop health, and how do you ensure the accuracy and reliability of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1059-0400</w:t>
            </w:r>
          </w:p>
        </w:tc>
        <w:tc>
          <w:tcPr>
            <w:tcW w:type="dxa" w:w="2160"/>
          </w:tcPr>
          <w:p>
            <w:r>
              <w:t>Precision Agriculture</w:t>
            </w:r>
          </w:p>
        </w:tc>
        <w:tc>
          <w:tcPr>
            <w:tcW w:type="dxa" w:w="2160"/>
          </w:tcPr>
          <w:p>
            <w:r>
              <w:t>Can you describe any recent innovations in precision agriculture that you have implemented, and what was the experimental basis for adopting these innovations?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1059-0401</w:t>
            </w:r>
          </w:p>
        </w:tc>
        <w:tc>
          <w:tcPr>
            <w:tcW w:type="dxa" w:w="2160"/>
          </w:tcPr>
          <w:p>
            <w:r>
              <w:t>General Assessment</w:t>
            </w:r>
          </w:p>
        </w:tc>
        <w:tc>
          <w:tcPr>
            <w:tcW w:type="dxa" w:w="2160"/>
          </w:tcPr>
          <w:p>
            <w:r>
              <w:t>How do you evaluate the overall effectiveness of your crop health monitoring technologies in relation to yield optimization?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1059-0402</w:t>
            </w:r>
          </w:p>
        </w:tc>
        <w:tc>
          <w:tcPr>
            <w:tcW w:type="dxa" w:w="2160"/>
          </w:tcPr>
          <w:p>
            <w:r>
              <w:t>General Assessment</w:t>
            </w:r>
          </w:p>
        </w:tc>
        <w:tc>
          <w:tcPr>
            <w:tcW w:type="dxa" w:w="2160"/>
          </w:tcPr>
          <w:p>
            <w:r>
              <w:t>What is the budget allocated for research and development related to crop health monitoring technologies, and how do you measure the return on investment?</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SOIL-AND-NUTRIENT-MANAGEMENT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1059-0403</w:t>
            </w:r>
          </w:p>
        </w:tc>
        <w:tc>
          <w:tcPr>
            <w:tcW w:type="dxa" w:w="2160"/>
          </w:tcPr>
          <w:p>
            <w:r>
              <w:t>Soil Testing</w:t>
            </w:r>
          </w:p>
        </w:tc>
        <w:tc>
          <w:tcPr>
            <w:tcW w:type="dxa" w:w="2160"/>
          </w:tcPr>
          <w:p>
            <w:r>
              <w:t>What specific soil tests did you conduct to assess nutrient levels prior to planting canola in 2025,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1059-0404</w:t>
            </w:r>
          </w:p>
        </w:tc>
        <w:tc>
          <w:tcPr>
            <w:tcW w:type="dxa" w:w="2160"/>
          </w:tcPr>
          <w:p>
            <w:r>
              <w:t>Fertilizer Application</w:t>
            </w:r>
          </w:p>
        </w:tc>
        <w:tc>
          <w:tcPr>
            <w:tcW w:type="dxa" w:w="2160"/>
          </w:tcPr>
          <w:p>
            <w:r>
              <w:t>Describe the innovative methods you used for fertilizer application in your canola fields in 2025, including any new technologies or techniques implemented.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1059-0405</w:t>
            </w:r>
          </w:p>
        </w:tc>
        <w:tc>
          <w:tcPr>
            <w:tcW w:type="dxa" w:w="2160"/>
          </w:tcPr>
          <w:p>
            <w:r>
              <w:t>Nutrient Cycling</w:t>
            </w:r>
          </w:p>
        </w:tc>
        <w:tc>
          <w:tcPr>
            <w:tcW w:type="dxa" w:w="2160"/>
          </w:tcPr>
          <w:p>
            <w:r>
              <w:t>What specific practices did you implement in 2025 to enhance nutrient cycling in your canola farming operations, and how did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1059-0406</w:t>
            </w:r>
          </w:p>
        </w:tc>
        <w:tc>
          <w:tcPr>
            <w:tcW w:type="dxa" w:w="2160"/>
          </w:tcPr>
          <w:p>
            <w:r>
              <w:t>Cover Cropping</w:t>
            </w:r>
          </w:p>
        </w:tc>
        <w:tc>
          <w:tcPr>
            <w:tcW w:type="dxa" w:w="2160"/>
          </w:tcPr>
          <w:p>
            <w:r>
              <w:t>Did you implement any cover cropping strategies in 2025? If yes, please detail the types of cover crops used and their intended benefits for soil health.</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1059-0407</w:t>
            </w:r>
          </w:p>
        </w:tc>
        <w:tc>
          <w:tcPr>
            <w:tcW w:type="dxa" w:w="2160"/>
          </w:tcPr>
          <w:p>
            <w:r>
              <w:t>Erosion Control</w:t>
            </w:r>
          </w:p>
        </w:tc>
        <w:tc>
          <w:tcPr>
            <w:tcW w:type="dxa" w:w="2160"/>
          </w:tcPr>
          <w:p>
            <w:r>
              <w:t>What erosion control measures did you adopt in 2025 to protect your canola fields, and how did you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1059-0408</w:t>
            </w:r>
          </w:p>
        </w:tc>
        <w:tc>
          <w:tcPr>
            <w:tcW w:type="dxa" w:w="2160"/>
          </w:tcPr>
          <w:p>
            <w:r>
              <w:t>Sustainability Practices</w:t>
            </w:r>
          </w:p>
        </w:tc>
        <w:tc>
          <w:tcPr>
            <w:tcW w:type="dxa" w:w="2160"/>
          </w:tcPr>
          <w:p>
            <w:r>
              <w:t>What innovative sustainability practices did you implement in 2025 related to soil and nutrient management for your canola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1059-0409</w:t>
            </w:r>
          </w:p>
        </w:tc>
        <w:tc>
          <w:tcPr>
            <w:tcW w:type="dxa" w:w="2160"/>
          </w:tcPr>
          <w:p>
            <w:r>
              <w:t>Soil Testing</w:t>
            </w:r>
          </w:p>
        </w:tc>
        <w:tc>
          <w:tcPr>
            <w:tcW w:type="dxa" w:w="2160"/>
          </w:tcPr>
          <w:p>
            <w:r>
              <w:t>How frequently did you conduct soil testing throughout the 2025 growing season, and what changes did you make based on the results?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1059-0410</w:t>
            </w:r>
          </w:p>
        </w:tc>
        <w:tc>
          <w:tcPr>
            <w:tcW w:type="dxa" w:w="2160"/>
          </w:tcPr>
          <w:p>
            <w:r>
              <w:t>Fertilizer Application</w:t>
            </w:r>
          </w:p>
        </w:tc>
        <w:tc>
          <w:tcPr>
            <w:tcW w:type="dxa" w:w="2160"/>
          </w:tcPr>
          <w:p>
            <w:r>
              <w:t>What specific types of fertilizers did you apply to your canola fields in 2025, and what was the rationale behind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1059-0411</w:t>
            </w:r>
          </w:p>
        </w:tc>
        <w:tc>
          <w:tcPr>
            <w:tcW w:type="dxa" w:w="2160"/>
          </w:tcPr>
          <w:p>
            <w:r>
              <w:t>Nutrient Cycling</w:t>
            </w:r>
          </w:p>
        </w:tc>
        <w:tc>
          <w:tcPr>
            <w:tcW w:type="dxa" w:w="2160"/>
          </w:tcPr>
          <w:p>
            <w:r>
              <w:t>Can you describe any experimental approaches you took in 2025 to improve nutrient cycling in your canola farming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1059-0412</w:t>
            </w:r>
          </w:p>
        </w:tc>
        <w:tc>
          <w:tcPr>
            <w:tcW w:type="dxa" w:w="2160"/>
          </w:tcPr>
          <w:p>
            <w:r>
              <w:t>Cover Cropping</w:t>
            </w:r>
          </w:p>
        </w:tc>
        <w:tc>
          <w:tcPr>
            <w:tcW w:type="dxa" w:w="2160"/>
          </w:tcPr>
          <w:p>
            <w:r>
              <w:t>What were the specific goals of your cover cropping strategy in 2025, and how did you assess their impact on soil health?</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1059-0413</w:t>
            </w:r>
          </w:p>
        </w:tc>
        <w:tc>
          <w:tcPr>
            <w:tcW w:type="dxa" w:w="2160"/>
          </w:tcPr>
          <w:p>
            <w:r>
              <w:t>Erosion Control</w:t>
            </w:r>
          </w:p>
        </w:tc>
        <w:tc>
          <w:tcPr>
            <w:tcW w:type="dxa" w:w="2160"/>
          </w:tcPr>
          <w:p>
            <w:r>
              <w:t>What specific erosion control techniques did you test in 2025, and how did you document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1059-0414</w:t>
            </w:r>
          </w:p>
        </w:tc>
        <w:tc>
          <w:tcPr>
            <w:tcW w:type="dxa" w:w="2160"/>
          </w:tcPr>
          <w:p>
            <w:r>
              <w:t>Sustainability Practices</w:t>
            </w:r>
          </w:p>
        </w:tc>
        <w:tc>
          <w:tcPr>
            <w:tcW w:type="dxa" w:w="2160"/>
          </w:tcPr>
          <w:p>
            <w:r>
              <w:t>In 2025, what new sustainability metrics did you track related to soil health and nutrient management for your canola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1059-0415</w:t>
            </w:r>
          </w:p>
        </w:tc>
        <w:tc>
          <w:tcPr>
            <w:tcW w:type="dxa" w:w="2160"/>
          </w:tcPr>
          <w:p>
            <w:r>
              <w:t>Soil Testing</w:t>
            </w:r>
          </w:p>
        </w:tc>
        <w:tc>
          <w:tcPr>
            <w:tcW w:type="dxa" w:w="2160"/>
          </w:tcPr>
          <w:p>
            <w:r>
              <w:t>What specific soil amendments did you use in 2025 based on your soil test results, and how did you determine their application rates?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1059-0416</w:t>
            </w:r>
          </w:p>
        </w:tc>
        <w:tc>
          <w:tcPr>
            <w:tcW w:type="dxa" w:w="2160"/>
          </w:tcPr>
          <w:p>
            <w:r>
              <w:t>Fertilizer Application</w:t>
            </w:r>
          </w:p>
        </w:tc>
        <w:tc>
          <w:tcPr>
            <w:tcW w:type="dxa" w:w="2160"/>
          </w:tcPr>
          <w:p>
            <w:r>
              <w:t>How did you adjust your fertilizer application schedule in 2025 based on weather conditions and soil moisture levels?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1059-0417</w:t>
            </w:r>
          </w:p>
        </w:tc>
        <w:tc>
          <w:tcPr>
            <w:tcW w:type="dxa" w:w="2160"/>
          </w:tcPr>
          <w:p>
            <w:r>
              <w:t>Nutrient Cycling</w:t>
            </w:r>
          </w:p>
        </w:tc>
        <w:tc>
          <w:tcPr>
            <w:tcW w:type="dxa" w:w="2160"/>
          </w:tcPr>
          <w:p>
            <w:r>
              <w:t>What innovative techniques did you trial in 2025 to enhance nutrient retention in your canola fields?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1059-0418</w:t>
            </w:r>
          </w:p>
        </w:tc>
        <w:tc>
          <w:tcPr>
            <w:tcW w:type="dxa" w:w="2160"/>
          </w:tcPr>
          <w:p>
            <w:r>
              <w:t>Cover Cropping</w:t>
            </w:r>
          </w:p>
        </w:tc>
        <w:tc>
          <w:tcPr>
            <w:tcW w:type="dxa" w:w="2160"/>
          </w:tcPr>
          <w:p>
            <w:r>
              <w:t>How did you monitor the growth and impact of cover crops in 2025, and what specific data did you collect?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IRRIGATION-AND-WATER-MANAGEMENT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1059-0419</w:t>
            </w:r>
          </w:p>
        </w:tc>
        <w:tc>
          <w:tcPr>
            <w:tcW w:type="dxa" w:w="2160"/>
          </w:tcPr>
          <w:p>
            <w:r>
              <w:t>Irrigation Systems</w:t>
            </w:r>
          </w:p>
        </w:tc>
        <w:tc>
          <w:tcPr>
            <w:tcW w:type="dxa" w:w="2160"/>
          </w:tcPr>
          <w:p>
            <w:r>
              <w:t>What type of irrigation system did you implement for your canola crops in 2025, and what experimental changes did you make to improve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1059-0420</w:t>
            </w:r>
          </w:p>
        </w:tc>
        <w:tc>
          <w:tcPr>
            <w:tcW w:type="dxa" w:w="2160"/>
          </w:tcPr>
          <w:p>
            <w:r>
              <w:t>Water Conservation</w:t>
            </w:r>
          </w:p>
        </w:tc>
        <w:tc>
          <w:tcPr>
            <w:tcW w:type="dxa" w:w="2160"/>
          </w:tcPr>
          <w:p>
            <w:r>
              <w:t>Can you describe any innovative water conservation techniques you tested in 2025 that were not part of your standard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1059-0421</w:t>
            </w:r>
          </w:p>
        </w:tc>
        <w:tc>
          <w:tcPr>
            <w:tcW w:type="dxa" w:w="2160"/>
          </w:tcPr>
          <w:p>
            <w:r>
              <w:t>Drip Irrigation</w:t>
            </w:r>
          </w:p>
        </w:tc>
        <w:tc>
          <w:tcPr>
            <w:tcW w:type="dxa" w:w="2160"/>
          </w:tcPr>
          <w:p>
            <w:r>
              <w:t>Did you conduct any trials with drip irrigation systems in 2025, and what were the results of these trials compared to traditional methods?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1059-0422</w:t>
            </w:r>
          </w:p>
        </w:tc>
        <w:tc>
          <w:tcPr>
            <w:tcW w:type="dxa" w:w="2160"/>
          </w:tcPr>
          <w:p>
            <w:r>
              <w:t>Rainwater Harvesting</w:t>
            </w:r>
          </w:p>
        </w:tc>
        <w:tc>
          <w:tcPr>
            <w:tcW w:type="dxa" w:w="2160"/>
          </w:tcPr>
          <w:p>
            <w:r>
              <w:t>What rainwater harvesting systems did you test in 2025, and how did you measure their impact on crop yield and water usage?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1059-0423</w:t>
            </w:r>
          </w:p>
        </w:tc>
        <w:tc>
          <w:tcPr>
            <w:tcW w:type="dxa" w:w="2160"/>
          </w:tcPr>
          <w:p>
            <w:r>
              <w:t>Regulatory Requirements</w:t>
            </w:r>
          </w:p>
        </w:tc>
        <w:tc>
          <w:tcPr>
            <w:tcW w:type="dxa" w:w="2160"/>
          </w:tcPr>
          <w:p>
            <w:r>
              <w:t>What regulatory requirements did you address in your irrigation strategy for 2025, and how did these influence your experimental practices?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1059-0424</w:t>
            </w:r>
          </w:p>
        </w:tc>
        <w:tc>
          <w:tcPr>
            <w:tcW w:type="dxa" w:w="2160"/>
          </w:tcPr>
          <w:p>
            <w:r>
              <w:t>Environmental Impact</w:t>
            </w:r>
          </w:p>
        </w:tc>
        <w:tc>
          <w:tcPr>
            <w:tcW w:type="dxa" w:w="2160"/>
          </w:tcPr>
          <w:p>
            <w:r>
              <w:t>What environmental impact assessments did you conduct for your irrigation practices in 2025, and what experimental changes were made based on those assessments?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1059-0425</w:t>
            </w:r>
          </w:p>
        </w:tc>
        <w:tc>
          <w:tcPr>
            <w:tcW w:type="dxa" w:w="2160"/>
          </w:tcPr>
          <w:p>
            <w:r>
              <w:t>Irrigation Systems</w:t>
            </w:r>
          </w:p>
        </w:tc>
        <w:tc>
          <w:tcPr>
            <w:tcW w:type="dxa" w:w="2160"/>
          </w:tcPr>
          <w:p>
            <w:r>
              <w:t>How did you modify your irrigation scheduling in 2025 based on crop growth stages, and what was the rationale behind these modifications?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1059-0426</w:t>
            </w:r>
          </w:p>
        </w:tc>
        <w:tc>
          <w:tcPr>
            <w:tcW w:type="dxa" w:w="2160"/>
          </w:tcPr>
          <w:p>
            <w:r>
              <w:t>Water Conservation</w:t>
            </w:r>
          </w:p>
        </w:tc>
        <w:tc>
          <w:tcPr>
            <w:tcW w:type="dxa" w:w="2160"/>
          </w:tcPr>
          <w:p>
            <w:r>
              <w:t>In 2025, did you experiment with soil moisture sensors to optimize irrigation, and what were the findings?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1059-0427</w:t>
            </w:r>
          </w:p>
        </w:tc>
        <w:tc>
          <w:tcPr>
            <w:tcW w:type="dxa" w:w="2160"/>
          </w:tcPr>
          <w:p>
            <w:r>
              <w:t>Drip Irrigation</w:t>
            </w:r>
          </w:p>
        </w:tc>
        <w:tc>
          <w:tcPr>
            <w:tcW w:type="dxa" w:w="2160"/>
          </w:tcPr>
          <w:p>
            <w:r>
              <w:t>What specific metrics did you use to evaluate the performance of your drip irrigation system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1059-0428</w:t>
            </w:r>
          </w:p>
        </w:tc>
        <w:tc>
          <w:tcPr>
            <w:tcW w:type="dxa" w:w="2160"/>
          </w:tcPr>
          <w:p>
            <w:r>
              <w:t>Rainwater Harvesting</w:t>
            </w:r>
          </w:p>
        </w:tc>
        <w:tc>
          <w:tcPr>
            <w:tcW w:type="dxa" w:w="2160"/>
          </w:tcPr>
          <w:p>
            <w:r>
              <w:t>How did you integrate rainwater harvesting with your existing irrigation practices in 2025, and what challenges did you encounter?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1059-0429</w:t>
            </w:r>
          </w:p>
        </w:tc>
        <w:tc>
          <w:tcPr>
            <w:tcW w:type="dxa" w:w="2160"/>
          </w:tcPr>
          <w:p>
            <w:r>
              <w:t>Regulatory Requirements</w:t>
            </w:r>
          </w:p>
        </w:tc>
        <w:tc>
          <w:tcPr>
            <w:tcW w:type="dxa" w:w="2160"/>
          </w:tcPr>
          <w:p>
            <w:r>
              <w:t>What documentation did you maintain to demonstrate compliance with irrigation-related regulations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1059-0430</w:t>
            </w:r>
          </w:p>
        </w:tc>
        <w:tc>
          <w:tcPr>
            <w:tcW w:type="dxa" w:w="2160"/>
          </w:tcPr>
          <w:p>
            <w:r>
              <w:t>Environmental Impact</w:t>
            </w:r>
          </w:p>
        </w:tc>
        <w:tc>
          <w:tcPr>
            <w:tcW w:type="dxa" w:w="2160"/>
          </w:tcPr>
          <w:p>
            <w:r>
              <w:t>What experimental practices did you implement in 2025 to mitigate the environmental impact of your irrigation methods?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1059-0431</w:t>
            </w:r>
          </w:p>
        </w:tc>
        <w:tc>
          <w:tcPr>
            <w:tcW w:type="dxa" w:w="2160"/>
          </w:tcPr>
          <w:p>
            <w:r>
              <w:t>Irrigation Systems</w:t>
            </w:r>
          </w:p>
        </w:tc>
        <w:tc>
          <w:tcPr>
            <w:tcW w:type="dxa" w:w="2160"/>
          </w:tcPr>
          <w:p>
            <w:r>
              <w:t>Did you collaborate with any agricultural experts or institutions to develop your irrigation strategies in 2025? If so, what was the nature of this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1059-0432</w:t>
            </w:r>
          </w:p>
        </w:tc>
        <w:tc>
          <w:tcPr>
            <w:tcW w:type="dxa" w:w="2160"/>
          </w:tcPr>
          <w:p>
            <w:r>
              <w:t>Water Conservation</w:t>
            </w:r>
          </w:p>
        </w:tc>
        <w:tc>
          <w:tcPr>
            <w:tcW w:type="dxa" w:w="2160"/>
          </w:tcPr>
          <w:p>
            <w:r>
              <w:t>What percentage of your water usage in 2025 was sourced from innovative conservation methods, and how did you calculate this?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1059-0433</w:t>
            </w:r>
          </w:p>
        </w:tc>
        <w:tc>
          <w:tcPr>
            <w:tcW w:type="dxa" w:w="2160"/>
          </w:tcPr>
          <w:p>
            <w:r>
              <w:t>Environmental Impact</w:t>
            </w:r>
          </w:p>
        </w:tc>
        <w:tc>
          <w:tcPr>
            <w:tcW w:type="dxa" w:w="2160"/>
          </w:tcPr>
          <w:p>
            <w:r>
              <w:t>How did you assess the long-term sustainability of your irrigation practices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PEST-AND-DISEASE-MANAGEMENT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1059-0434</w:t>
            </w:r>
          </w:p>
        </w:tc>
        <w:tc>
          <w:tcPr>
            <w:tcW w:type="dxa" w:w="2160"/>
          </w:tcPr>
          <w:p>
            <w:r>
              <w:t>IPM strategies</w:t>
            </w:r>
          </w:p>
        </w:tc>
        <w:tc>
          <w:tcPr>
            <w:tcW w:type="dxa" w:w="2160"/>
          </w:tcPr>
          <w:p>
            <w:r>
              <w:t>What specific integrated pest management (IPM) strategies have you implemented on your canola farm in the past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1059-0435</w:t>
            </w:r>
          </w:p>
        </w:tc>
        <w:tc>
          <w:tcPr>
            <w:tcW w:type="dxa" w:w="2160"/>
          </w:tcPr>
          <w:p>
            <w:r>
              <w:t>Chemical controls</w:t>
            </w:r>
          </w:p>
        </w:tc>
        <w:tc>
          <w:tcPr>
            <w:tcW w:type="dxa" w:w="2160"/>
          </w:tcPr>
          <w:p>
            <w:r>
              <w:t>List the chemical controls used for pest management on your canola farm, including the specific pests targeted and application methods employed.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1059-0436</w:t>
            </w:r>
          </w:p>
        </w:tc>
        <w:tc>
          <w:tcPr>
            <w:tcW w:type="dxa" w:w="2160"/>
          </w:tcPr>
          <w:p>
            <w:r>
              <w:t>Biological controls</w:t>
            </w:r>
          </w:p>
        </w:tc>
        <w:tc>
          <w:tcPr>
            <w:tcW w:type="dxa" w:w="2160"/>
          </w:tcPr>
          <w:p>
            <w:r>
              <w:t>Describe any biological controls you have employed in your canola farming practices, including the organisms used and their intended effects.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1059-0437</w:t>
            </w:r>
          </w:p>
        </w:tc>
        <w:tc>
          <w:tcPr>
            <w:tcW w:type="dxa" w:w="2160"/>
          </w:tcPr>
          <w:p>
            <w:r>
              <w:t>Monitoring systems</w:t>
            </w:r>
          </w:p>
        </w:tc>
        <w:tc>
          <w:tcPr>
            <w:tcW w:type="dxa" w:w="2160"/>
          </w:tcPr>
          <w:p>
            <w:r>
              <w:t>What monitoring systems do you have in place to track pest populations and disease incidence in your canola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1059-0438</w:t>
            </w:r>
          </w:p>
        </w:tc>
        <w:tc>
          <w:tcPr>
            <w:tcW w:type="dxa" w:w="2160"/>
          </w:tcPr>
          <w:p>
            <w:r>
              <w:t>Regulatory compliance</w:t>
            </w:r>
          </w:p>
        </w:tc>
        <w:tc>
          <w:tcPr>
            <w:tcW w:type="dxa" w:w="2160"/>
          </w:tcPr>
          <w:p>
            <w:r>
              <w:t>What regulatory compliance measures related to pest and disease management do you follow in your canola farming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1059-0439</w:t>
            </w:r>
          </w:p>
        </w:tc>
        <w:tc>
          <w:tcPr>
            <w:tcW w:type="dxa" w:w="2160"/>
          </w:tcPr>
          <w:p>
            <w:r>
              <w:t>Sustainability practices</w:t>
            </w:r>
          </w:p>
        </w:tc>
        <w:tc>
          <w:tcPr>
            <w:tcW w:type="dxa" w:w="2160"/>
          </w:tcPr>
          <w:p>
            <w:r>
              <w:t>How do your pest and disease management practices align with sustainability goals on your canola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1059-0440</w:t>
            </w:r>
          </w:p>
        </w:tc>
        <w:tc>
          <w:tcPr>
            <w:tcW w:type="dxa" w:w="2160"/>
          </w:tcPr>
          <w:p>
            <w:r>
              <w:t>IPM strategies</w:t>
            </w:r>
          </w:p>
        </w:tc>
        <w:tc>
          <w:tcPr>
            <w:tcW w:type="dxa" w:w="2160"/>
          </w:tcPr>
          <w:p>
            <w:r>
              <w:t>Have you conducted any trials to evaluate the effectiveness of different IPM strategies on your canola crops? If so, please detail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1059-0441</w:t>
            </w:r>
          </w:p>
        </w:tc>
        <w:tc>
          <w:tcPr>
            <w:tcW w:type="dxa" w:w="2160"/>
          </w:tcPr>
          <w:p>
            <w:r>
              <w:t>Chemical controls</w:t>
            </w:r>
          </w:p>
        </w:tc>
        <w:tc>
          <w:tcPr>
            <w:tcW w:type="dxa" w:w="2160"/>
          </w:tcPr>
          <w:p>
            <w:r>
              <w:t>What is the total expenditure on chemical controls for pest management in the last tax year?</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1059-0442</w:t>
            </w:r>
          </w:p>
        </w:tc>
        <w:tc>
          <w:tcPr>
            <w:tcW w:type="dxa" w:w="2160"/>
          </w:tcPr>
          <w:p>
            <w:r>
              <w:t>Biological controls</w:t>
            </w:r>
          </w:p>
        </w:tc>
        <w:tc>
          <w:tcPr>
            <w:tcW w:type="dxa" w:w="2160"/>
          </w:tcPr>
          <w:p>
            <w:r>
              <w:t>Have you collaborated with any external entities (e.g., universities, research institutions) to develop or refine biological control methods?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1059-0443</w:t>
            </w:r>
          </w:p>
        </w:tc>
        <w:tc>
          <w:tcPr>
            <w:tcW w:type="dxa" w:w="2160"/>
          </w:tcPr>
          <w:p>
            <w:r>
              <w:t>Monitoring systems</w:t>
            </w:r>
          </w:p>
        </w:tc>
        <w:tc>
          <w:tcPr>
            <w:tcW w:type="dxa" w:w="2160"/>
          </w:tcPr>
          <w:p>
            <w:r>
              <w:t>What technologies or tools do you utilize for monitoring pest and disease levels in your canola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1059-0444</w:t>
            </w:r>
          </w:p>
        </w:tc>
        <w:tc>
          <w:tcPr>
            <w:tcW w:type="dxa" w:w="2160"/>
          </w:tcPr>
          <w:p>
            <w:r>
              <w:t>Regulatory compliance</w:t>
            </w:r>
          </w:p>
        </w:tc>
        <w:tc>
          <w:tcPr>
            <w:tcW w:type="dxa" w:w="2160"/>
          </w:tcPr>
          <w:p>
            <w:r>
              <w:t>What specific regulations govern the use of pesticides and biological controls in your canola farming operations?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1059-0445</w:t>
            </w:r>
          </w:p>
        </w:tc>
        <w:tc>
          <w:tcPr>
            <w:tcW w:type="dxa" w:w="2160"/>
          </w:tcPr>
          <w:p>
            <w:r>
              <w:t>Sustainability practices</w:t>
            </w:r>
          </w:p>
        </w:tc>
        <w:tc>
          <w:tcPr>
            <w:tcW w:type="dxa" w:w="2160"/>
          </w:tcPr>
          <w:p>
            <w:r>
              <w:t>What metrics do you use to evaluate the sustainability of your pest and disease management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1059-0446</w:t>
            </w:r>
          </w:p>
        </w:tc>
        <w:tc>
          <w:tcPr>
            <w:tcW w:type="dxa" w:w="2160"/>
          </w:tcPr>
          <w:p>
            <w:r>
              <w:t>IPM strategies</w:t>
            </w:r>
          </w:p>
        </w:tc>
        <w:tc>
          <w:tcPr>
            <w:tcW w:type="dxa" w:w="2160"/>
          </w:tcPr>
          <w:p>
            <w:r>
              <w:t>How often do you review and update your IPM strategies based on pest and disease monitoring data?</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1059-0447</w:t>
            </w:r>
          </w:p>
        </w:tc>
        <w:tc>
          <w:tcPr>
            <w:tcW w:type="dxa" w:w="2160"/>
          </w:tcPr>
          <w:p>
            <w:r>
              <w:t>Chemical controls</w:t>
            </w:r>
          </w:p>
        </w:tc>
        <w:tc>
          <w:tcPr>
            <w:tcW w:type="dxa" w:w="2160"/>
          </w:tcPr>
          <w:p>
            <w:r>
              <w:t>What specific criteria do you use to select chemical controls for your canola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1059-0448</w:t>
            </w:r>
          </w:p>
        </w:tc>
        <w:tc>
          <w:tcPr>
            <w:tcW w:type="dxa" w:w="2160"/>
          </w:tcPr>
          <w:p>
            <w:r>
              <w:t>Biological controls</w:t>
            </w:r>
          </w:p>
        </w:tc>
        <w:tc>
          <w:tcPr>
            <w:tcW w:type="dxa" w:w="2160"/>
          </w:tcPr>
          <w:p>
            <w:r>
              <w:t>What challenges have you faced in implementing biological controls for pest management on your canola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1059-0449</w:t>
            </w:r>
          </w:p>
        </w:tc>
        <w:tc>
          <w:tcPr>
            <w:tcW w:type="dxa" w:w="2160"/>
          </w:tcPr>
          <w:p>
            <w:r>
              <w:t>Monitoring systems</w:t>
            </w:r>
          </w:p>
        </w:tc>
        <w:tc>
          <w:tcPr>
            <w:tcW w:type="dxa" w:w="2160"/>
          </w:tcPr>
          <w:p>
            <w:r>
              <w:t>How do you ensure the accuracy and reliability of your pest monitoring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1059-0450</w:t>
            </w:r>
          </w:p>
        </w:tc>
        <w:tc>
          <w:tcPr>
            <w:tcW w:type="dxa" w:w="2160"/>
          </w:tcPr>
          <w:p>
            <w:r>
              <w:t>Management Strategies</w:t>
            </w:r>
          </w:p>
        </w:tc>
        <w:tc>
          <w:tcPr>
            <w:tcW w:type="dxa" w:w="2160"/>
          </w:tcPr>
          <w:p>
            <w:r>
              <w:t>What innovative pest management strategies have you implemented in your canola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CROP-ROTATION-AND-AGRONOMIC-STRATEGIES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1059-0451</w:t>
            </w:r>
          </w:p>
        </w:tc>
        <w:tc>
          <w:tcPr>
            <w:tcW w:type="dxa" w:w="2160"/>
          </w:tcPr>
          <w:p>
            <w:r>
              <w:t>Crop Diversity</w:t>
            </w:r>
          </w:p>
        </w:tc>
        <w:tc>
          <w:tcPr>
            <w:tcW w:type="dxa" w:w="2160"/>
          </w:tcPr>
          <w:p>
            <w:r>
              <w:t>What specific crop rotation practices have you implemented in your canola farming operations over the past three years? Please detail the crops used and the rationale behind their selection.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1059-0452</w:t>
            </w:r>
          </w:p>
        </w:tc>
        <w:tc>
          <w:tcPr>
            <w:tcW w:type="dxa" w:w="2160"/>
          </w:tcPr>
          <w:p>
            <w:r>
              <w:t>Soil Health</w:t>
            </w:r>
          </w:p>
        </w:tc>
        <w:tc>
          <w:tcPr>
            <w:tcW w:type="dxa" w:w="2160"/>
          </w:tcPr>
          <w:p>
            <w:r>
              <w:t>Can you describe any experimental practices you have adopted to improve soil health specifically for canola cultivation, including any soil amendments or cover crops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1059-0453</w:t>
            </w:r>
          </w:p>
        </w:tc>
        <w:tc>
          <w:tcPr>
            <w:tcW w:type="dxa" w:w="2160"/>
          </w:tcPr>
          <w:p>
            <w:r>
              <w:t>Pest Management</w:t>
            </w:r>
          </w:p>
        </w:tc>
        <w:tc>
          <w:tcPr>
            <w:tcW w:type="dxa" w:w="2160"/>
          </w:tcPr>
          <w:p>
            <w:r>
              <w:t>What innovative pest management strategies have you tested in your canola fields? Include any new biological controls or integrated pest management techniques you have experimented with.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1059-0454</w:t>
            </w:r>
          </w:p>
        </w:tc>
        <w:tc>
          <w:tcPr>
            <w:tcW w:type="dxa" w:w="2160"/>
          </w:tcPr>
          <w:p>
            <w:r>
              <w:t>Economic Viability</w:t>
            </w:r>
          </w:p>
        </w:tc>
        <w:tc>
          <w:tcPr>
            <w:tcW w:type="dxa" w:w="2160"/>
          </w:tcPr>
          <w:p>
            <w:r>
              <w:t>What new economic models or analyses have you developed to assess the viability of your crop rotation strategies for canola? Please provide details of any financial metrics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1059-0455</w:t>
            </w:r>
          </w:p>
        </w:tc>
        <w:tc>
          <w:tcPr>
            <w:tcW w:type="dxa" w:w="2160"/>
          </w:tcPr>
          <w:p>
            <w:r>
              <w:t>Sustainability</w:t>
            </w:r>
          </w:p>
        </w:tc>
        <w:tc>
          <w:tcPr>
            <w:tcW w:type="dxa" w:w="2160"/>
          </w:tcPr>
          <w:p>
            <w:r>
              <w:t>Describe any sustainable practices you have implemented in your canola farming that go beyond standard practices. How do these practices contribute to long-term sustainability?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1059-0456</w:t>
            </w:r>
          </w:p>
        </w:tc>
        <w:tc>
          <w:tcPr>
            <w:tcW w:type="dxa" w:w="2160"/>
          </w:tcPr>
          <w:p>
            <w:r>
              <w:t>Regulatory Compliance</w:t>
            </w:r>
          </w:p>
        </w:tc>
        <w:tc>
          <w:tcPr>
            <w:tcW w:type="dxa" w:w="2160"/>
          </w:tcPr>
          <w:p>
            <w:r>
              <w:t>What regulatory changes have you had to adapt to in your canola farming operations, and how have these adaptations influenced your crop rotation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1059-0457</w:t>
            </w:r>
          </w:p>
        </w:tc>
        <w:tc>
          <w:tcPr>
            <w:tcW w:type="dxa" w:w="2160"/>
          </w:tcPr>
          <w:p>
            <w:r>
              <w:t>Crop Diversity</w:t>
            </w:r>
          </w:p>
        </w:tc>
        <w:tc>
          <w:tcPr>
            <w:tcW w:type="dxa" w:w="2160"/>
          </w:tcPr>
          <w:p>
            <w:r>
              <w:t>Have you conducted any trials with non-traditional crops in your rotation with canola? If so, please specify the crops and the outcomes of these trials.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1059-0458</w:t>
            </w:r>
          </w:p>
        </w:tc>
        <w:tc>
          <w:tcPr>
            <w:tcW w:type="dxa" w:w="2160"/>
          </w:tcPr>
          <w:p>
            <w:r>
              <w:t>Soil Health</w:t>
            </w:r>
          </w:p>
        </w:tc>
        <w:tc>
          <w:tcPr>
            <w:tcW w:type="dxa" w:w="2160"/>
          </w:tcPr>
          <w:p>
            <w:r>
              <w:t>What specific soil health metrics do you monitor to evaluate the effectiveness of your agronomic strategies for canola?</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1059-0459</w:t>
            </w:r>
          </w:p>
        </w:tc>
        <w:tc>
          <w:tcPr>
            <w:tcW w:type="dxa" w:w="2160"/>
          </w:tcPr>
          <w:p>
            <w:r>
              <w:t>Pest Management</w:t>
            </w:r>
          </w:p>
        </w:tc>
        <w:tc>
          <w:tcPr>
            <w:tcW w:type="dxa" w:w="2160"/>
          </w:tcPr>
          <w:p>
            <w:r>
              <w:t>What percentage of your canola crops have been affected by pest issues in the last three years, and what measures did you take to mitigate these issues?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1059-0460</w:t>
            </w:r>
          </w:p>
        </w:tc>
        <w:tc>
          <w:tcPr>
            <w:tcW w:type="dxa" w:w="2160"/>
          </w:tcPr>
          <w:p>
            <w:r>
              <w:t>Economic Viability</w:t>
            </w:r>
          </w:p>
        </w:tc>
        <w:tc>
          <w:tcPr>
            <w:tcW w:type="dxa" w:w="2160"/>
          </w:tcPr>
          <w:p>
            <w:r>
              <w:t>What is the average yield per acre of canola in your current rotation compared to previous years? Please provide specific figures.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1059-0461</w:t>
            </w:r>
          </w:p>
        </w:tc>
        <w:tc>
          <w:tcPr>
            <w:tcW w:type="dxa" w:w="2160"/>
          </w:tcPr>
          <w:p>
            <w:r>
              <w:t>Sustainability</w:t>
            </w:r>
          </w:p>
        </w:tc>
        <w:tc>
          <w:tcPr>
            <w:tcW w:type="dxa" w:w="2160"/>
          </w:tcPr>
          <w:p>
            <w:r>
              <w:t>Have you implemented any new technologies or methodologies to enhance sustainability in your canola farming? If so, please describe these innovations.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1059-0462</w:t>
            </w:r>
          </w:p>
        </w:tc>
        <w:tc>
          <w:tcPr>
            <w:tcW w:type="dxa" w:w="2160"/>
          </w:tcPr>
          <w:p>
            <w:r>
              <w:t>Regulatory Compliance</w:t>
            </w:r>
          </w:p>
        </w:tc>
        <w:tc>
          <w:tcPr>
            <w:tcW w:type="dxa" w:w="2160"/>
          </w:tcPr>
          <w:p>
            <w:r>
              <w:t>What specific compliance challenges have you faced regarding crop rotation regulations, and how have you addressed them in your canola farming practices?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1059-0463</w:t>
            </w:r>
          </w:p>
        </w:tc>
        <w:tc>
          <w:tcPr>
            <w:tcW w:type="dxa" w:w="2160"/>
          </w:tcPr>
          <w:p>
            <w:r>
              <w:t>Crop Diversity</w:t>
            </w:r>
          </w:p>
        </w:tc>
        <w:tc>
          <w:tcPr>
            <w:tcW w:type="dxa" w:w="2160"/>
          </w:tcPr>
          <w:p>
            <w:r>
              <w:t>How do you assess the impact of crop diversity on the overall health and yield of your canola crops? Please provide any metrics or observations.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SUPPLY-CHAIN-MANAGEMENT-AND-LOGISTICS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1059-0464</w:t>
            </w:r>
          </w:p>
        </w:tc>
        <w:tc>
          <w:tcPr>
            <w:tcW w:type="dxa" w:w="2160"/>
          </w:tcPr>
          <w:p>
            <w:r>
              <w:t>Supply Chain Optimization</w:t>
            </w:r>
          </w:p>
        </w:tc>
        <w:tc>
          <w:tcPr>
            <w:tcW w:type="dxa" w:w="2160"/>
          </w:tcPr>
          <w:p>
            <w:r>
              <w:t>What specific methods or technologies have you implemented to optimize the supply chain for canola production,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1059-0465</w:t>
            </w:r>
          </w:p>
        </w:tc>
        <w:tc>
          <w:tcPr>
            <w:tcW w:type="dxa" w:w="2160"/>
          </w:tcPr>
          <w:p>
            <w:r>
              <w:t>Transportation Logistics</w:t>
            </w:r>
          </w:p>
        </w:tc>
        <w:tc>
          <w:tcPr>
            <w:tcW w:type="dxa" w:w="2160"/>
          </w:tcPr>
          <w:p>
            <w:r>
              <w:t>Describe the logistics strategy used for transporting canola from the farm to processing facilities. What factors influence your choice of transportation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1059-0466</w:t>
            </w:r>
          </w:p>
        </w:tc>
        <w:tc>
          <w:tcPr>
            <w:tcW w:type="dxa" w:w="2160"/>
          </w:tcPr>
          <w:p>
            <w:r>
              <w:t>Inventory Management</w:t>
            </w:r>
          </w:p>
        </w:tc>
        <w:tc>
          <w:tcPr>
            <w:tcW w:type="dxa" w:w="2160"/>
          </w:tcPr>
          <w:p>
            <w:r>
              <w:t>How do you track and manage inventory levels of canola throughout the production cycle? Please provide details on any software or systems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1059-0467</w:t>
            </w:r>
          </w:p>
        </w:tc>
        <w:tc>
          <w:tcPr>
            <w:tcW w:type="dxa" w:w="2160"/>
          </w:tcPr>
          <w:p>
            <w:r>
              <w:t>Vendor Relationships</w:t>
            </w:r>
          </w:p>
        </w:tc>
        <w:tc>
          <w:tcPr>
            <w:tcW w:type="dxa" w:w="2160"/>
          </w:tcPr>
          <w:p>
            <w:r>
              <w:t>What criteria do you use to select vendors for canola seeds and other inputs, and how do you evaluate their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1059-0468</w:t>
            </w:r>
          </w:p>
        </w:tc>
        <w:tc>
          <w:tcPr>
            <w:tcW w:type="dxa" w:w="2160"/>
          </w:tcPr>
          <w:p>
            <w:r>
              <w:t>Traceability</w:t>
            </w:r>
          </w:p>
        </w:tc>
        <w:tc>
          <w:tcPr>
            <w:tcW w:type="dxa" w:w="2160"/>
          </w:tcPr>
          <w:p>
            <w:r>
              <w:t>What systems do you have in place to ensure traceability of canola from seed to final product, and how do you document this process?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1059-0469</w:t>
            </w:r>
          </w:p>
        </w:tc>
        <w:tc>
          <w:tcPr>
            <w:tcW w:type="dxa" w:w="2160"/>
          </w:tcPr>
          <w:p>
            <w:r>
              <w:t>Regulatory Compliance</w:t>
            </w:r>
          </w:p>
        </w:tc>
        <w:tc>
          <w:tcPr>
            <w:tcW w:type="dxa" w:w="2160"/>
          </w:tcPr>
          <w:p>
            <w:r>
              <w:t>What regulatory requirements impact your supply chain and logistics operations for canola,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1059-0470</w:t>
            </w:r>
          </w:p>
        </w:tc>
        <w:tc>
          <w:tcPr>
            <w:tcW w:type="dxa" w:w="2160"/>
          </w:tcPr>
          <w:p>
            <w:r>
              <w:t>Supply Chain Optimization</w:t>
            </w:r>
          </w:p>
        </w:tc>
        <w:tc>
          <w:tcPr>
            <w:tcW w:type="dxa" w:w="2160"/>
          </w:tcPr>
          <w:p>
            <w:r>
              <w:t>Can you provide examples of any experimental practices you have tested to improve supply chain efficiency in canola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1059-0471</w:t>
            </w:r>
          </w:p>
        </w:tc>
        <w:tc>
          <w:tcPr>
            <w:tcW w:type="dxa" w:w="2160"/>
          </w:tcPr>
          <w:p>
            <w:r>
              <w:t>Transportation Logistics</w:t>
            </w:r>
          </w:p>
        </w:tc>
        <w:tc>
          <w:tcPr>
            <w:tcW w:type="dxa" w:w="2160"/>
          </w:tcPr>
          <w:p>
            <w:r>
              <w:t>What challenges have you faced in transportation logistics for canola, and what innovative solutions have you implemented to overcome these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1059-0472</w:t>
            </w:r>
          </w:p>
        </w:tc>
        <w:tc>
          <w:tcPr>
            <w:tcW w:type="dxa" w:w="2160"/>
          </w:tcPr>
          <w:p>
            <w:r>
              <w:t>Inventory Management</w:t>
            </w:r>
          </w:p>
        </w:tc>
        <w:tc>
          <w:tcPr>
            <w:tcW w:type="dxa" w:w="2160"/>
          </w:tcPr>
          <w:p>
            <w:r>
              <w:t>How do you forecast demand for canola products, and what impact does this have on your inventory management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1059-0473</w:t>
            </w:r>
          </w:p>
        </w:tc>
        <w:tc>
          <w:tcPr>
            <w:tcW w:type="dxa" w:w="2160"/>
          </w:tcPr>
          <w:p>
            <w:r>
              <w:t>Vendor Relationships</w:t>
            </w:r>
          </w:p>
        </w:tc>
        <w:tc>
          <w:tcPr>
            <w:tcW w:type="dxa" w:w="2160"/>
          </w:tcPr>
          <w:p>
            <w:r>
              <w:t>What role do vendor relationships play in your supply chain, and how do you manage these relationships to ensure quality and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1059-0474</w:t>
            </w:r>
          </w:p>
        </w:tc>
        <w:tc>
          <w:tcPr>
            <w:tcW w:type="dxa" w:w="2160"/>
          </w:tcPr>
          <w:p>
            <w:r>
              <w:t>Traceability</w:t>
            </w:r>
          </w:p>
        </w:tc>
        <w:tc>
          <w:tcPr>
            <w:tcW w:type="dxa" w:w="2160"/>
          </w:tcPr>
          <w:p>
            <w:r>
              <w:t>What technologies do you use for tracking the traceability of canola products through the supply chain, and how do they integrate with your existing systems?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1059-0475</w:t>
            </w:r>
          </w:p>
        </w:tc>
        <w:tc>
          <w:tcPr>
            <w:tcW w:type="dxa" w:w="2160"/>
          </w:tcPr>
          <w:p>
            <w:r>
              <w:t>Regulatory Compliance</w:t>
            </w:r>
          </w:p>
        </w:tc>
        <w:tc>
          <w:tcPr>
            <w:tcW w:type="dxa" w:w="2160"/>
          </w:tcPr>
          <w:p>
            <w:r>
              <w:t>How do you stay updated on changes to regulations that affect your supply chain and logistics operations for canola?</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1059-0476</w:t>
            </w:r>
          </w:p>
        </w:tc>
        <w:tc>
          <w:tcPr>
            <w:tcW w:type="dxa" w:w="2160"/>
          </w:tcPr>
          <w:p>
            <w:r>
              <w:t>Supply Chain Optimization</w:t>
            </w:r>
          </w:p>
        </w:tc>
        <w:tc>
          <w:tcPr>
            <w:tcW w:type="dxa" w:w="2160"/>
          </w:tcPr>
          <w:p>
            <w:r>
              <w:t>What metrics do you use to evaluate the performance of your supply chain in canola production, and how do you act on this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1059-0477</w:t>
            </w:r>
          </w:p>
        </w:tc>
        <w:tc>
          <w:tcPr>
            <w:tcW w:type="dxa" w:w="2160"/>
          </w:tcPr>
          <w:p>
            <w:r>
              <w:t>Transportation Logistics</w:t>
            </w:r>
          </w:p>
        </w:tc>
        <w:tc>
          <w:tcPr>
            <w:tcW w:type="dxa" w:w="2160"/>
          </w:tcPr>
          <w:p>
            <w:r>
              <w:t>How do seasonal variations affect your transportation logistics for canola, and what adjustments do you make to accommodate these changes?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1059-0478</w:t>
            </w:r>
          </w:p>
        </w:tc>
        <w:tc>
          <w:tcPr>
            <w:tcW w:type="dxa" w:w="2160"/>
          </w:tcPr>
          <w:p>
            <w:r>
              <w:t>Inventory Management</w:t>
            </w:r>
          </w:p>
        </w:tc>
        <w:tc>
          <w:tcPr>
            <w:tcW w:type="dxa" w:w="2160"/>
          </w:tcPr>
          <w:p>
            <w:r>
              <w:t>What specific inventory management techniques do you employ to minimize waste and maximize efficiency in canola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1059 (Canola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