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1062 -- Flax farms</w:t>
      </w:r>
    </w:p>
    <w:p>
      <w:pPr>
        <w:jc w:val="center"/>
      </w:pPr>
      <w:r>
        <w:t>Business ID: 1062</w:t>
        <w:br/>
        <w:t>Business Type: Flax farms</w:t>
        <w:br/>
        <w:t>Tax Year Design Basis: 2025</w:t>
        <w:br/>
        <w:t>Federal + California</w:t>
        <w:br/>
        <w:t>Question Range: 1062-0001 through 1062-0478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SEED-RECEIVING-AND-TESTING</w:t>
            </w:r>
          </w:p>
        </w:tc>
        <w:tc>
          <w:tcPr>
            <w:tcW w:type="dxa" w:w="2880"/>
          </w:tcPr>
          <w:p>
            <w:r>
              <w:t>19</w:t>
            </w:r>
          </w:p>
        </w:tc>
        <w:tc>
          <w:tcPr>
            <w:tcW w:type="dxa" w:w="2880"/>
          </w:tcPr>
          <w:p>
            <w:r>
              <w:t>Assessing seed quality and initial processing steps for flax cultivation.</w:t>
            </w:r>
          </w:p>
        </w:tc>
      </w:tr>
      <w:tr>
        <w:tc>
          <w:tcPr>
            <w:tcW w:type="dxa" w:w="2880"/>
          </w:tcPr>
          <w:p>
            <w:r>
              <w:t>CULTIVATION-PRACTICES-FLAX</w:t>
            </w:r>
          </w:p>
        </w:tc>
        <w:tc>
          <w:tcPr>
            <w:tcW w:type="dxa" w:w="2880"/>
          </w:tcPr>
          <w:p>
            <w:r>
              <w:t>25</w:t>
            </w:r>
          </w:p>
        </w:tc>
        <w:tc>
          <w:tcPr>
            <w:tcW w:type="dxa" w:w="2880"/>
          </w:tcPr>
          <w:p>
            <w:r>
              <w:t>Exploring agronomic practices and innovations in flax farming.</w:t>
            </w:r>
          </w:p>
        </w:tc>
      </w:tr>
      <w:tr>
        <w:tc>
          <w:tcPr>
            <w:tcW w:type="dxa" w:w="2880"/>
          </w:tcPr>
          <w:p>
            <w:r>
              <w:t>HARVESTING-AND-POST-HARVEST</w:t>
            </w:r>
          </w:p>
        </w:tc>
        <w:tc>
          <w:tcPr>
            <w:tcW w:type="dxa" w:w="2880"/>
          </w:tcPr>
          <w:p>
            <w:r>
              <w:t>23</w:t>
            </w:r>
          </w:p>
        </w:tc>
        <w:tc>
          <w:tcPr>
            <w:tcW w:type="dxa" w:w="2880"/>
          </w:tcPr>
          <w:p>
            <w:r>
              <w:t>Understanding the processes involved in harvesting and initial post-harvest handling of flax.</w:t>
            </w:r>
          </w:p>
        </w:tc>
      </w:tr>
      <w:tr>
        <w:tc>
          <w:tcPr>
            <w:tcW w:type="dxa" w:w="2880"/>
          </w:tcPr>
          <w:p>
            <w:r>
              <w:t>FLAX-EXTRACTION-PROCESSES</w:t>
            </w:r>
          </w:p>
        </w:tc>
        <w:tc>
          <w:tcPr>
            <w:tcW w:type="dxa" w:w="2880"/>
          </w:tcPr>
          <w:p>
            <w:r>
              <w:t>25</w:t>
            </w:r>
          </w:p>
        </w:tc>
        <w:tc>
          <w:tcPr>
            <w:tcW w:type="dxa" w:w="2880"/>
          </w:tcPr>
          <w:p>
            <w:r>
              <w:t>Detailing the extraction methods for flaxseed oil and fiber.</w:t>
            </w:r>
          </w:p>
        </w:tc>
      </w:tr>
      <w:tr>
        <w:tc>
          <w:tcPr>
            <w:tcW w:type="dxa" w:w="2880"/>
          </w:tcPr>
          <w:p>
            <w:r>
              <w:t>OIL-REFINING-AND-PURIFICATION</w:t>
            </w:r>
          </w:p>
        </w:tc>
        <w:tc>
          <w:tcPr>
            <w:tcW w:type="dxa" w:w="2880"/>
          </w:tcPr>
          <w:p>
            <w:r>
              <w:t>19</w:t>
            </w:r>
          </w:p>
        </w:tc>
        <w:tc>
          <w:tcPr>
            <w:tcW w:type="dxa" w:w="2880"/>
          </w:tcPr>
          <w:p>
            <w:r>
              <w:t>Examining the refining processes for flaxseed oil to meet food safety standards.</w:t>
            </w:r>
          </w:p>
        </w:tc>
      </w:tr>
      <w:tr>
        <w:tc>
          <w:tcPr>
            <w:tcW w:type="dxa" w:w="2880"/>
          </w:tcPr>
          <w:p>
            <w:r>
              <w:t>FIBER-PROCESSING-TECHNOLOGIES</w:t>
            </w:r>
          </w:p>
        </w:tc>
        <w:tc>
          <w:tcPr>
            <w:tcW w:type="dxa" w:w="2880"/>
          </w:tcPr>
          <w:p>
            <w:r>
              <w:t>21</w:t>
            </w:r>
          </w:p>
        </w:tc>
        <w:tc>
          <w:tcPr>
            <w:tcW w:type="dxa" w:w="2880"/>
          </w:tcPr>
          <w:p>
            <w:r>
              <w:t>Investigating the technologies used for processing flax fibers.</w:t>
            </w:r>
          </w:p>
        </w:tc>
      </w:tr>
      <w:tr>
        <w:tc>
          <w:tcPr>
            <w:tcW w:type="dxa" w:w="2880"/>
          </w:tcPr>
          <w:p>
            <w:r>
              <w:t>QUALITY-CONTROL-MEASURES</w:t>
            </w:r>
          </w:p>
        </w:tc>
        <w:tc>
          <w:tcPr>
            <w:tcW w:type="dxa" w:w="2880"/>
          </w:tcPr>
          <w:p>
            <w:r>
              <w:t>16</w:t>
            </w:r>
          </w:p>
        </w:tc>
        <w:tc>
          <w:tcPr>
            <w:tcW w:type="dxa" w:w="2880"/>
          </w:tcPr>
          <w:p>
            <w:r>
              <w:t>Assessing the quality control measures in place throughout flax production.</w:t>
            </w:r>
          </w:p>
        </w:tc>
      </w:tr>
      <w:tr>
        <w:tc>
          <w:tcPr>
            <w:tcW w:type="dxa" w:w="2880"/>
          </w:tcPr>
          <w:p>
            <w:r>
              <w:t>PACKAGING-AND-LABELING</w:t>
            </w:r>
          </w:p>
        </w:tc>
        <w:tc>
          <w:tcPr>
            <w:tcW w:type="dxa" w:w="2880"/>
          </w:tcPr>
          <w:p>
            <w:r>
              <w:t>18</w:t>
            </w:r>
          </w:p>
        </w:tc>
        <w:tc>
          <w:tcPr>
            <w:tcW w:type="dxa" w:w="2880"/>
          </w:tcPr>
          <w:p>
            <w:r>
              <w:t>Understanding the packaging and labeling requirements for flax products.</w:t>
            </w:r>
          </w:p>
        </w:tc>
      </w:tr>
      <w:tr>
        <w:tc>
          <w:tcPr>
            <w:tcW w:type="dxa" w:w="2880"/>
          </w:tcPr>
          <w:p>
            <w:r>
              <w:t>REGULATORY-COMPLIANCE-FLAX</w:t>
            </w:r>
          </w:p>
        </w:tc>
        <w:tc>
          <w:tcPr>
            <w:tcW w:type="dxa" w:w="2880"/>
          </w:tcPr>
          <w:p>
            <w:r>
              <w:t>25</w:t>
            </w:r>
          </w:p>
        </w:tc>
        <w:tc>
          <w:tcPr>
            <w:tcW w:type="dxa" w:w="2880"/>
          </w:tcPr>
          <w:p>
            <w:r>
              <w:t>Exploring the regulatory landscape affecting flax farming and processing.</w:t>
            </w:r>
          </w:p>
        </w:tc>
      </w:tr>
      <w:tr>
        <w:tc>
          <w:tcPr>
            <w:tcW w:type="dxa" w:w="2880"/>
          </w:tcPr>
          <w:p>
            <w:r>
              <w:t>SUSTAINABILITY-PRACTICES</w:t>
            </w:r>
          </w:p>
        </w:tc>
        <w:tc>
          <w:tcPr>
            <w:tcW w:type="dxa" w:w="2880"/>
          </w:tcPr>
          <w:p>
            <w:r>
              <w:t>16</w:t>
            </w:r>
          </w:p>
        </w:tc>
        <w:tc>
          <w:tcPr>
            <w:tcW w:type="dxa" w:w="2880"/>
          </w:tcPr>
          <w:p>
            <w:r>
              <w:t>Evaluating sustainability initiatives within flax farming operations.</w:t>
            </w:r>
          </w:p>
        </w:tc>
      </w:tr>
      <w:tr>
        <w:tc>
          <w:tcPr>
            <w:tcW w:type="dxa" w:w="2880"/>
          </w:tcPr>
          <w:p>
            <w:r>
              <w:t>UTILITIES-AND-ENVIRONMENTAL-IMPACT</w:t>
            </w:r>
          </w:p>
        </w:tc>
        <w:tc>
          <w:tcPr>
            <w:tcW w:type="dxa" w:w="2880"/>
          </w:tcPr>
          <w:p>
            <w:r>
              <w:t>19</w:t>
            </w:r>
          </w:p>
        </w:tc>
        <w:tc>
          <w:tcPr>
            <w:tcW w:type="dxa" w:w="2880"/>
          </w:tcPr>
          <w:p>
            <w:r>
              <w:t>Assessing utility usage and environmental impact of flax farming and processing.</w:t>
            </w:r>
          </w:p>
        </w:tc>
      </w:tr>
      <w:tr>
        <w:tc>
          <w:tcPr>
            <w:tcW w:type="dxa" w:w="2880"/>
          </w:tcPr>
          <w:p>
            <w:r>
              <w:t>DATA-MANAGEMENT-SYSTEMS</w:t>
            </w:r>
          </w:p>
        </w:tc>
        <w:tc>
          <w:tcPr>
            <w:tcW w:type="dxa" w:w="2880"/>
          </w:tcPr>
          <w:p>
            <w:r>
              <w:t>16</w:t>
            </w:r>
          </w:p>
        </w:tc>
        <w:tc>
          <w:tcPr>
            <w:tcW w:type="dxa" w:w="2880"/>
          </w:tcPr>
          <w:p>
            <w:r>
              <w:t>Investigating data management systems used in flax production and processing.</w:t>
            </w:r>
          </w:p>
        </w:tc>
      </w:tr>
      <w:tr>
        <w:tc>
          <w:tcPr>
            <w:tcW w:type="dxa" w:w="2880"/>
          </w:tcPr>
          <w:p>
            <w:r>
              <w:t>AUTOMATION-IN-FLAX-PROCESSING</w:t>
            </w:r>
          </w:p>
        </w:tc>
        <w:tc>
          <w:tcPr>
            <w:tcW w:type="dxa" w:w="2880"/>
          </w:tcPr>
          <w:p>
            <w:r>
              <w:t>20</w:t>
            </w:r>
          </w:p>
        </w:tc>
        <w:tc>
          <w:tcPr>
            <w:tcW w:type="dxa" w:w="2880"/>
          </w:tcPr>
          <w:p>
            <w:r>
              <w:t>Exploring automation technologies in flax processing operations.</w:t>
            </w:r>
          </w:p>
        </w:tc>
      </w:tr>
      <w:tr>
        <w:tc>
          <w:tcPr>
            <w:tcW w:type="dxa" w:w="2880"/>
          </w:tcPr>
          <w:p>
            <w:r>
              <w:t>BYPRODUCT-MANAGEMENT</w:t>
            </w:r>
          </w:p>
        </w:tc>
        <w:tc>
          <w:tcPr>
            <w:tcW w:type="dxa" w:w="2880"/>
          </w:tcPr>
          <w:p>
            <w:r>
              <w:t>16</w:t>
            </w:r>
          </w:p>
        </w:tc>
        <w:tc>
          <w:tcPr>
            <w:tcW w:type="dxa" w:w="2880"/>
          </w:tcPr>
          <w:p>
            <w:r>
              <w:t>Understanding how byproducts from flax processing are managed and utilized.</w:t>
            </w:r>
          </w:p>
        </w:tc>
      </w:tr>
      <w:tr>
        <w:tc>
          <w:tcPr>
            <w:tcW w:type="dxa" w:w="2880"/>
          </w:tcPr>
          <w:p>
            <w:r>
              <w:t>RESEARCH-AND-DEVELOPMENT-INITIATIVES</w:t>
            </w:r>
          </w:p>
        </w:tc>
        <w:tc>
          <w:tcPr>
            <w:tcW w:type="dxa" w:w="2880"/>
          </w:tcPr>
          <w:p>
            <w:r>
              <w:t>16</w:t>
            </w:r>
          </w:p>
        </w:tc>
        <w:tc>
          <w:tcPr>
            <w:tcW w:type="dxa" w:w="2880"/>
          </w:tcPr>
          <w:p>
            <w:r>
              <w:t>Exploring R&amp;D efforts aimed at improving flax production and processing.</w:t>
            </w:r>
          </w:p>
        </w:tc>
      </w:tr>
      <w:tr>
        <w:tc>
          <w:tcPr>
            <w:tcW w:type="dxa" w:w="2880"/>
          </w:tcPr>
          <w:p>
            <w:r>
              <w:t>TRACEABILITY-AND-TRANSPARENCY</w:t>
            </w:r>
          </w:p>
        </w:tc>
        <w:tc>
          <w:tcPr>
            <w:tcW w:type="dxa" w:w="2880"/>
          </w:tcPr>
          <w:p>
            <w:r>
              <w:t>16</w:t>
            </w:r>
          </w:p>
        </w:tc>
        <w:tc>
          <w:tcPr>
            <w:tcW w:type="dxa" w:w="2880"/>
          </w:tcPr>
          <w:p>
            <w:r>
              <w:t>Assessing systems in place for traceability and transparency in flax supply chains.</w:t>
            </w:r>
          </w:p>
        </w:tc>
      </w:tr>
      <w:tr>
        <w:tc>
          <w:tcPr>
            <w:tcW w:type="dxa" w:w="2880"/>
          </w:tcPr>
          <w:p>
            <w:r>
              <w:t>MARKET-ANALYSIS-AND-STRATEGY</w:t>
            </w:r>
          </w:p>
        </w:tc>
        <w:tc>
          <w:tcPr>
            <w:tcW w:type="dxa" w:w="2880"/>
          </w:tcPr>
          <w:p>
            <w:r>
              <w:t>16</w:t>
            </w:r>
          </w:p>
        </w:tc>
        <w:tc>
          <w:tcPr>
            <w:tcW w:type="dxa" w:w="2880"/>
          </w:tcPr>
          <w:p>
            <w:r>
              <w:t>Evaluating market trends and strategic approaches for flax products.</w:t>
            </w:r>
          </w:p>
        </w:tc>
      </w:tr>
      <w:tr>
        <w:tc>
          <w:tcPr>
            <w:tcW w:type="dxa" w:w="2880"/>
          </w:tcPr>
          <w:p>
            <w:r>
              <w:t>EDUCATION-AND-TRAINING-PROGRAMS</w:t>
            </w:r>
          </w:p>
        </w:tc>
        <w:tc>
          <w:tcPr>
            <w:tcW w:type="dxa" w:w="2880"/>
          </w:tcPr>
          <w:p>
            <w:r>
              <w:t>16</w:t>
            </w:r>
          </w:p>
        </w:tc>
        <w:tc>
          <w:tcPr>
            <w:tcW w:type="dxa" w:w="2880"/>
          </w:tcPr>
          <w:p>
            <w:r>
              <w:t>Understanding the education and training programs for staff in flax operations.</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1062-0001</w:t>
            </w:r>
          </w:p>
        </w:tc>
        <w:tc>
          <w:tcPr>
            <w:tcW w:type="dxa" w:w="2160"/>
          </w:tcPr>
          <w:p>
            <w:r>
              <w:t>Entity Structure</w:t>
            </w:r>
          </w:p>
        </w:tc>
        <w:tc>
          <w:tcPr>
            <w:tcW w:type="dxa" w:w="2160"/>
          </w:tcPr>
          <w:p>
            <w:r>
              <w:t>What is the legal structure of your flax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1062-0002</w:t>
            </w:r>
          </w:p>
        </w:tc>
        <w:tc>
          <w:tcPr>
            <w:tcW w:type="dxa" w:w="2160"/>
          </w:tcPr>
          <w:p>
            <w:r>
              <w:t>Ownership</w:t>
            </w:r>
          </w:p>
        </w:tc>
        <w:tc>
          <w:tcPr>
            <w:tcW w:type="dxa" w:w="2160"/>
          </w:tcPr>
          <w:p>
            <w:r>
              <w:t>Who are the owners of the business, and what percentage of ownership does each hold?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1062-0003</w:t>
            </w:r>
          </w:p>
        </w:tc>
        <w:tc>
          <w:tcPr>
            <w:tcW w:type="dxa" w:w="2160"/>
          </w:tcPr>
          <w:p>
            <w:r>
              <w:t>Locations</w:t>
            </w:r>
          </w:p>
        </w:tc>
        <w:tc>
          <w:tcPr>
            <w:tcW w:type="dxa" w:w="2160"/>
          </w:tcPr>
          <w:p>
            <w:r>
              <w:t>List all locations where flax is grown and processed, including addresses and types of operations conducted at each site.</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1062-0004</w:t>
            </w:r>
          </w:p>
        </w:tc>
        <w:tc>
          <w:tcPr>
            <w:tcW w:type="dxa" w:w="2160"/>
          </w:tcPr>
          <w:p>
            <w:r>
              <w:t>Products</w:t>
            </w:r>
          </w:p>
        </w:tc>
        <w:tc>
          <w:tcPr>
            <w:tcW w:type="dxa" w:w="2160"/>
          </w:tcPr>
          <w:p>
            <w:r>
              <w:t>What specific flax products do you produce (e.g., seeds, oil, fiber), and how are they processed?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1062-0005</w:t>
            </w:r>
          </w:p>
        </w:tc>
        <w:tc>
          <w:tcPr>
            <w:tcW w:type="dxa" w:w="2160"/>
          </w:tcPr>
          <w:p>
            <w:r>
              <w:t>Revenue</w:t>
            </w:r>
          </w:p>
        </w:tc>
        <w:tc>
          <w:tcPr>
            <w:tcW w:type="dxa" w:w="2160"/>
          </w:tcPr>
          <w:p>
            <w:r>
              <w:t>What was the total revenue generated from flax products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1062-0006</w:t>
            </w:r>
          </w:p>
        </w:tc>
        <w:tc>
          <w:tcPr>
            <w:tcW w:type="dxa" w:w="2160"/>
          </w:tcPr>
          <w:p>
            <w:r>
              <w:t>Personnel</w:t>
            </w:r>
          </w:p>
        </w:tc>
        <w:tc>
          <w:tcPr>
            <w:tcW w:type="dxa" w:w="2160"/>
          </w:tcPr>
          <w:p>
            <w:r>
              <w:t>How many employees are directly involved in the R&amp;D activities related to flax farming? Please specify their roles.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1062-0007</w:t>
            </w:r>
          </w:p>
        </w:tc>
        <w:tc>
          <w:tcPr>
            <w:tcW w:type="dxa" w:w="2160"/>
          </w:tcPr>
          <w:p>
            <w:r>
              <w:t>Records</w:t>
            </w:r>
          </w:p>
        </w:tc>
        <w:tc>
          <w:tcPr>
            <w:tcW w:type="dxa" w:w="2160"/>
          </w:tcPr>
          <w:p>
            <w:r>
              <w:t>What types of records do you maintain to document R&amp;D activities related to flax farming (e.g., research notes, experimental designs)?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1062-0008</w:t>
            </w:r>
          </w:p>
        </w:tc>
        <w:tc>
          <w:tcPr>
            <w:tcW w:type="dxa" w:w="2160"/>
          </w:tcPr>
          <w:p>
            <w:r>
              <w:t>Lead Facts</w:t>
            </w:r>
          </w:p>
        </w:tc>
        <w:tc>
          <w:tcPr>
            <w:tcW w:type="dxa" w:w="2160"/>
          </w:tcPr>
          <w:p>
            <w:r>
              <w:t>Describe any specific challenges or uncertainties faced in the cultivation or processing of flax that required experimentation or innovation.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1062-0009</w:t>
            </w:r>
          </w:p>
        </w:tc>
        <w:tc>
          <w:tcPr>
            <w:tcW w:type="dxa" w:w="2160"/>
          </w:tcPr>
          <w:p>
            <w:r>
              <w:t>Entity Structure</w:t>
            </w:r>
          </w:p>
        </w:tc>
        <w:tc>
          <w:tcPr>
            <w:tcW w:type="dxa" w:w="2160"/>
          </w:tcPr>
          <w:p>
            <w:r>
              <w:t>Is your business part of a larger corporate group or holding company?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1062-0010</w:t>
            </w:r>
          </w:p>
        </w:tc>
        <w:tc>
          <w:tcPr>
            <w:tcW w:type="dxa" w:w="2160"/>
          </w:tcPr>
          <w:p>
            <w:r>
              <w:t>Ownership</w:t>
            </w:r>
          </w:p>
        </w:tc>
        <w:tc>
          <w:tcPr>
            <w:tcW w:type="dxa" w:w="2160"/>
          </w:tcPr>
          <w:p>
            <w:r>
              <w:t>Have there been any changes in ownership during the tax year 2025? If so, please specify the changes.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1062-0011</w:t>
            </w:r>
          </w:p>
        </w:tc>
        <w:tc>
          <w:tcPr>
            <w:tcW w:type="dxa" w:w="2160"/>
          </w:tcPr>
          <w:p>
            <w:r>
              <w:t>Locations</w:t>
            </w:r>
          </w:p>
        </w:tc>
        <w:tc>
          <w:tcPr>
            <w:tcW w:type="dxa" w:w="2160"/>
          </w:tcPr>
          <w:p>
            <w:r>
              <w:t>Do you operate any locations outside of your primary state? If so, list these locations and their respective operations.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1062-0012</w:t>
            </w:r>
          </w:p>
        </w:tc>
        <w:tc>
          <w:tcPr>
            <w:tcW w:type="dxa" w:w="2160"/>
          </w:tcPr>
          <w:p>
            <w:r>
              <w:t>Products</w:t>
            </w:r>
          </w:p>
        </w:tc>
        <w:tc>
          <w:tcPr>
            <w:tcW w:type="dxa" w:w="2160"/>
          </w:tcPr>
          <w:p>
            <w:r>
              <w:t>What new flax products or processes were developed during the tax year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1062-0013</w:t>
            </w:r>
          </w:p>
        </w:tc>
        <w:tc>
          <w:tcPr>
            <w:tcW w:type="dxa" w:w="2160"/>
          </w:tcPr>
          <w:p>
            <w:r>
              <w:t>Revenue</w:t>
            </w:r>
          </w:p>
        </w:tc>
        <w:tc>
          <w:tcPr>
            <w:tcW w:type="dxa" w:w="2160"/>
          </w:tcPr>
          <w:p>
            <w:r>
              <w:t>What percentage of your total revenue in 2025 was generated from R&amp;D-driven products or processes?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1062-0014</w:t>
            </w:r>
          </w:p>
        </w:tc>
        <w:tc>
          <w:tcPr>
            <w:tcW w:type="dxa" w:w="2160"/>
          </w:tcPr>
          <w:p>
            <w:r>
              <w:t>Personnel</w:t>
            </w:r>
          </w:p>
        </w:tc>
        <w:tc>
          <w:tcPr>
            <w:tcW w:type="dxa" w:w="2160"/>
          </w:tcPr>
          <w:p>
            <w:r>
              <w:t>List any consultants or external experts engaged for R&amp;D activities in 2025, including their roles and compensation.</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1062-0015</w:t>
            </w:r>
          </w:p>
        </w:tc>
        <w:tc>
          <w:tcPr>
            <w:tcW w:type="dxa" w:w="2160"/>
          </w:tcPr>
          <w:p>
            <w:r>
              <w:t>Records</w:t>
            </w:r>
          </w:p>
        </w:tc>
        <w:tc>
          <w:tcPr>
            <w:tcW w:type="dxa" w:w="2160"/>
          </w:tcPr>
          <w:p>
            <w:r>
              <w:t>How do you ensure the accuracy and completeness of the records maintained for R&amp;D activities?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1062-0016</w:t>
            </w:r>
          </w:p>
        </w:tc>
        <w:tc>
          <w:tcPr>
            <w:tcW w:type="dxa" w:w="2160"/>
          </w:tcPr>
          <w:p>
            <w:r>
              <w:t>Lead Facts</w:t>
            </w:r>
          </w:p>
        </w:tc>
        <w:tc>
          <w:tcPr>
            <w:tcW w:type="dxa" w:w="2160"/>
          </w:tcPr>
          <w:p>
            <w:r>
              <w:t>What specific hypotheses or objectives guided your R&amp;D activities in flax farming during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1062-0017</w:t>
            </w:r>
          </w:p>
        </w:tc>
        <w:tc>
          <w:tcPr>
            <w:tcW w:type="dxa" w:w="2160"/>
          </w:tcPr>
          <w:p>
            <w:r>
              <w:t>Entity Structure</w:t>
            </w:r>
          </w:p>
        </w:tc>
        <w:tc>
          <w:tcPr>
            <w:tcW w:type="dxa" w:w="2160"/>
          </w:tcPr>
          <w:p>
            <w:r>
              <w:t>Is your business registered for any specific agricultural or R&amp;D tax credits?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1062-0018</w:t>
            </w:r>
          </w:p>
        </w:tc>
        <w:tc>
          <w:tcPr>
            <w:tcW w:type="dxa" w:w="2160"/>
          </w:tcPr>
          <w:p>
            <w:r>
              <w:t>Ownership</w:t>
            </w:r>
          </w:p>
        </w:tc>
        <w:tc>
          <w:tcPr>
            <w:tcW w:type="dxa" w:w="2160"/>
          </w:tcPr>
          <w:p>
            <w:r>
              <w:t>Are there any pending ownership disputes or legal issues that could affect the business?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1062-0019</w:t>
            </w:r>
          </w:p>
        </w:tc>
        <w:tc>
          <w:tcPr>
            <w:tcW w:type="dxa" w:w="2160"/>
          </w:tcPr>
          <w:p>
            <w:r>
              <w:t>Locations</w:t>
            </w:r>
          </w:p>
        </w:tc>
        <w:tc>
          <w:tcPr>
            <w:tcW w:type="dxa" w:w="2160"/>
          </w:tcPr>
          <w:p>
            <w:r>
              <w:t>What is the total area (in acres) dedicated to flax cultivation across all locations?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1062-0020</w:t>
            </w:r>
          </w:p>
        </w:tc>
        <w:tc>
          <w:tcPr>
            <w:tcW w:type="dxa" w:w="2160"/>
          </w:tcPr>
          <w:p>
            <w:r>
              <w:t>Products</w:t>
            </w:r>
          </w:p>
        </w:tc>
        <w:tc>
          <w:tcPr>
            <w:tcW w:type="dxa" w:w="2160"/>
          </w:tcPr>
          <w:p>
            <w:r>
              <w:t>What innovative techniques or technologies have you implemented in flax farming to enhance yield or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1062-0021</w:t>
            </w:r>
          </w:p>
        </w:tc>
        <w:tc>
          <w:tcPr>
            <w:tcW w:type="dxa" w:w="2160"/>
          </w:tcPr>
          <w:p>
            <w:r>
              <w:t>Revenue</w:t>
            </w:r>
          </w:p>
        </w:tc>
        <w:tc>
          <w:tcPr>
            <w:tcW w:type="dxa" w:w="2160"/>
          </w:tcPr>
          <w:p>
            <w:r>
              <w:t>What is the projected revenue from new flax products developed as a result of R&amp;D activities for the next tax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1062-0022</w:t>
            </w:r>
          </w:p>
        </w:tc>
        <w:tc>
          <w:tcPr>
            <w:tcW w:type="dxa" w:w="2160"/>
          </w:tcPr>
          <w:p>
            <w:r>
              <w:t>Operational Process</w:t>
            </w:r>
          </w:p>
        </w:tc>
        <w:tc>
          <w:tcPr>
            <w:tcW w:type="dxa" w:w="2160"/>
          </w:tcPr>
          <w:p>
            <w:r>
              <w:t>What specific criteria do you use to evaluate the quality of flax seeds upon intake?</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1062-0023</w:t>
            </w:r>
          </w:p>
        </w:tc>
        <w:tc>
          <w:tcPr>
            <w:tcW w:type="dxa" w:w="2160"/>
          </w:tcPr>
          <w:p>
            <w:r>
              <w:t>Return Status</w:t>
            </w:r>
          </w:p>
        </w:tc>
        <w:tc>
          <w:tcPr>
            <w:tcW w:type="dxa" w:w="2160"/>
          </w:tcPr>
          <w:p>
            <w:r>
              <w:t>What is the current status of your R&amp;D tax credit claim for the tax year 2025?</w:t>
              <w:br/>
              <w:t>Answer type: Single select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1062-0024</w:t>
            </w:r>
          </w:p>
        </w:tc>
        <w:tc>
          <w:tcPr>
            <w:tcW w:type="dxa" w:w="2160"/>
          </w:tcPr>
          <w:p>
            <w:r>
              <w:t>Prior Credits</w:t>
            </w:r>
          </w:p>
        </w:tc>
        <w:tc>
          <w:tcPr>
            <w:tcW w:type="dxa" w:w="2160"/>
          </w:tcPr>
          <w:p>
            <w:r>
              <w:t>Have you claimed any R&amp;D tax credits in the previous three tax years? If yes, please specify the amount for each year.</w:t>
              <w:br/>
              <w:t>Answer type: Repeating table</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1062-0025</w:t>
            </w:r>
          </w:p>
        </w:tc>
        <w:tc>
          <w:tcPr>
            <w:tcW w:type="dxa" w:w="2160"/>
          </w:tcPr>
          <w:p>
            <w:r>
              <w:t>Aggregation</w:t>
            </w:r>
          </w:p>
        </w:tc>
        <w:tc>
          <w:tcPr>
            <w:tcW w:type="dxa" w:w="2160"/>
          </w:tcPr>
          <w:p>
            <w:r>
              <w:t>Are you aggregating R&amp;D activities across multiple flax farming locations or entities for the 2025 tax year? If so, please list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1062-0026</w:t>
            </w:r>
          </w:p>
        </w:tc>
        <w:tc>
          <w:tcPr>
            <w:tcW w:type="dxa" w:w="2160"/>
          </w:tcPr>
          <w:p>
            <w:r>
              <w:t>Elections</w:t>
            </w:r>
          </w:p>
        </w:tc>
        <w:tc>
          <w:tcPr>
            <w:tcW w:type="dxa" w:w="2160"/>
          </w:tcPr>
          <w:p>
            <w:r>
              <w:t>Have you made any elections regarding the treatment of your R&amp;D expenses under Section 41 for the 2025 tax year? If yes, please describe.</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1062-0027</w:t>
            </w:r>
          </w:p>
        </w:tc>
        <w:tc>
          <w:tcPr>
            <w:tcW w:type="dxa" w:w="2160"/>
          </w:tcPr>
          <w:p>
            <w:r>
              <w:t>Amended Returns</w:t>
            </w:r>
          </w:p>
        </w:tc>
        <w:tc>
          <w:tcPr>
            <w:tcW w:type="dxa" w:w="2160"/>
          </w:tcPr>
          <w:p>
            <w:r>
              <w:t>Have you filed any amended returns related to R&amp;D tax credits for the tax year 2025? If yes, please provide details.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1062-0028</w:t>
            </w:r>
          </w:p>
        </w:tc>
        <w:tc>
          <w:tcPr>
            <w:tcW w:type="dxa" w:w="2160"/>
          </w:tcPr>
          <w:p>
            <w:r>
              <w:t>Section 174</w:t>
            </w:r>
          </w:p>
        </w:tc>
        <w:tc>
          <w:tcPr>
            <w:tcW w:type="dxa" w:w="2160"/>
          </w:tcPr>
          <w:p>
            <w:r>
              <w:t>Did you incur any R&amp;D expenses that fall under Section 174 for the 2025 tax year? If yes, please list the types of expenses.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1062-0029</w:t>
            </w:r>
          </w:p>
        </w:tc>
        <w:tc>
          <w:tcPr>
            <w:tcW w:type="dxa" w:w="2160"/>
          </w:tcPr>
          <w:p>
            <w:r>
              <w:t>Return Status</w:t>
            </w:r>
          </w:p>
        </w:tc>
        <w:tc>
          <w:tcPr>
            <w:tcW w:type="dxa" w:w="2160"/>
          </w:tcPr>
          <w:p>
            <w:r>
              <w:t>What documentation do you have to support your R&amp;D claims for the 2025 tax year?</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1062-0030</w:t>
            </w:r>
          </w:p>
        </w:tc>
        <w:tc>
          <w:tcPr>
            <w:tcW w:type="dxa" w:w="2160"/>
          </w:tcPr>
          <w:p>
            <w:r>
              <w:t>Prior Credits</w:t>
            </w:r>
          </w:p>
        </w:tc>
        <w:tc>
          <w:tcPr>
            <w:tcW w:type="dxa" w:w="2160"/>
          </w:tcPr>
          <w:p>
            <w:r>
              <w:t>What was the total amount of R&amp;D tax credits claimed in the last three years combined?</w:t>
              <w:br/>
              <w:t>Answer type: Currency</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1062-0031</w:t>
            </w:r>
          </w:p>
        </w:tc>
        <w:tc>
          <w:tcPr>
            <w:tcW w:type="dxa" w:w="2160"/>
          </w:tcPr>
          <w:p>
            <w:r>
              <w:t>Aggregation</w:t>
            </w:r>
          </w:p>
        </w:tc>
        <w:tc>
          <w:tcPr>
            <w:tcW w:type="dxa" w:w="2160"/>
          </w:tcPr>
          <w:p>
            <w:r>
              <w:t>How do you allocate R&amp;D expenses among different projects or entities? Please provide your methodology.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1062-0032</w:t>
            </w:r>
          </w:p>
        </w:tc>
        <w:tc>
          <w:tcPr>
            <w:tcW w:type="dxa" w:w="2160"/>
          </w:tcPr>
          <w:p>
            <w:r>
              <w:t>Elections</w:t>
            </w:r>
          </w:p>
        </w:tc>
        <w:tc>
          <w:tcPr>
            <w:tcW w:type="dxa" w:w="2160"/>
          </w:tcPr>
          <w:p>
            <w:r>
              <w:t>Have you opted for any special methods of calculating R&amp;D credits for the 2025 tax year? If yes, please specify.</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1062-0033</w:t>
            </w:r>
          </w:p>
        </w:tc>
        <w:tc>
          <w:tcPr>
            <w:tcW w:type="dxa" w:w="2160"/>
          </w:tcPr>
          <w:p>
            <w:r>
              <w:t>Amended Returns</w:t>
            </w:r>
          </w:p>
        </w:tc>
        <w:tc>
          <w:tcPr>
            <w:tcW w:type="dxa" w:w="2160"/>
          </w:tcPr>
          <w:p>
            <w:r>
              <w:t>What specific changes prompted the filing of any amended returns for R&amp;D tax credits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1062-0034</w:t>
            </w:r>
          </w:p>
        </w:tc>
        <w:tc>
          <w:tcPr>
            <w:tcW w:type="dxa" w:w="2160"/>
          </w:tcPr>
          <w:p>
            <w:r>
              <w:t>Section 174</w:t>
            </w:r>
          </w:p>
        </w:tc>
        <w:tc>
          <w:tcPr>
            <w:tcW w:type="dxa" w:w="2160"/>
          </w:tcPr>
          <w:p>
            <w:r>
              <w:t>What percentage of your total R&amp;D expenses for 2025 relate to activities that qualify under Section 174?</w:t>
              <w:br/>
              <w:t>Answer type: Percentage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1062-0035</w:t>
            </w:r>
          </w:p>
        </w:tc>
        <w:tc>
          <w:tcPr>
            <w:tcW w:type="dxa" w:w="2160"/>
          </w:tcPr>
          <w:p>
            <w:r>
              <w:t>Return Status</w:t>
            </w:r>
          </w:p>
        </w:tc>
        <w:tc>
          <w:tcPr>
            <w:tcW w:type="dxa" w:w="2160"/>
          </w:tcPr>
          <w:p>
            <w:r>
              <w:t>Have you received any inquiries or audits from the IRS or state tax authorities regarding your R&amp;D claims for 2025?</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1062-0036</w:t>
            </w:r>
          </w:p>
        </w:tc>
        <w:tc>
          <w:tcPr>
            <w:tcW w:type="dxa" w:w="2160"/>
          </w:tcPr>
          <w:p>
            <w:r>
              <w:t>Prior Credits</w:t>
            </w:r>
          </w:p>
        </w:tc>
        <w:tc>
          <w:tcPr>
            <w:tcW w:type="dxa" w:w="2160"/>
          </w:tcPr>
          <w:p>
            <w:r>
              <w:t>What was the primary reason for any changes in R&amp;D tax credits claimed in the previous years compared to 2025?</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1062-0037</w:t>
            </w:r>
          </w:p>
        </w:tc>
        <w:tc>
          <w:tcPr>
            <w:tcW w:type="dxa" w:w="2160"/>
          </w:tcPr>
          <w:p>
            <w:r>
              <w:t>Project Inventory</w:t>
            </w:r>
          </w:p>
        </w:tc>
        <w:tc>
          <w:tcPr>
            <w:tcW w:type="dxa" w:w="2160"/>
          </w:tcPr>
          <w:p>
            <w:r>
              <w:t>What specific flax varieties were tested in your R&amp;D projects during the tax year 2025, and what were the objectives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1062-0038</w:t>
            </w:r>
          </w:p>
        </w:tc>
        <w:tc>
          <w:tcPr>
            <w:tcW w:type="dxa" w:w="2160"/>
          </w:tcPr>
          <w:p>
            <w:r>
              <w:t>Uncertainty</w:t>
            </w:r>
          </w:p>
        </w:tc>
        <w:tc>
          <w:tcPr>
            <w:tcW w:type="dxa" w:w="2160"/>
          </w:tcPr>
          <w:p>
            <w:r>
              <w:t>Describe any uncertainties encountered during the development of new flax cultivation techniques. How did these uncertainties affect your project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1062-0039</w:t>
            </w:r>
          </w:p>
        </w:tc>
        <w:tc>
          <w:tcPr>
            <w:tcW w:type="dxa" w:w="2160"/>
          </w:tcPr>
          <w:p>
            <w:r>
              <w:t>Alternatives</w:t>
            </w:r>
          </w:p>
        </w:tc>
        <w:tc>
          <w:tcPr>
            <w:tcW w:type="dxa" w:w="2160"/>
          </w:tcPr>
          <w:p>
            <w:r>
              <w:t>What alternative cultivation methods were considered for your flax projects in 2025, and why were they ultimately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1062-0040</w:t>
            </w:r>
          </w:p>
        </w:tc>
        <w:tc>
          <w:tcPr>
            <w:tcW w:type="dxa" w:w="2160"/>
          </w:tcPr>
          <w:p>
            <w:r>
              <w:t>Experiments</w:t>
            </w:r>
          </w:p>
        </w:tc>
        <w:tc>
          <w:tcPr>
            <w:tcW w:type="dxa" w:w="2160"/>
          </w:tcPr>
          <w:p>
            <w:r>
              <w:t>Detail the experimental designs used in your flax research projects, including control groups, treatment variables, and any replication of trials. How did these designs help mitigate risk?</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1062-0041</w:t>
            </w:r>
          </w:p>
        </w:tc>
        <w:tc>
          <w:tcPr>
            <w:tcW w:type="dxa" w:w="2160"/>
          </w:tcPr>
          <w:p>
            <w:r>
              <w:t>Measurements</w:t>
            </w:r>
          </w:p>
        </w:tc>
        <w:tc>
          <w:tcPr>
            <w:tcW w:type="dxa" w:w="2160"/>
          </w:tcPr>
          <w:p>
            <w:r>
              <w:t>What specific metrics were used to evaluate the success of your flax R&amp;D projects? Please provide examples of data collected and how it informed your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1062-0042</w:t>
            </w:r>
          </w:p>
        </w:tc>
        <w:tc>
          <w:tcPr>
            <w:tcW w:type="dxa" w:w="2160"/>
          </w:tcPr>
          <w:p>
            <w:r>
              <w:t>Costs</w:t>
            </w:r>
          </w:p>
        </w:tc>
        <w:tc>
          <w:tcPr>
            <w:tcW w:type="dxa" w:w="2160"/>
          </w:tcPr>
          <w:p>
            <w:r>
              <w:t>List the direct costs associated with your R&amp;D projects for flax cultivation in 2025, including labor, materials, and overhead. How were these costs allocated to specific projects?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1062-0043</w:t>
            </w:r>
          </w:p>
        </w:tc>
        <w:tc>
          <w:tcPr>
            <w:tcW w:type="dxa" w:w="2160"/>
          </w:tcPr>
          <w:p>
            <w:r>
              <w:t>Evidence</w:t>
            </w:r>
          </w:p>
        </w:tc>
        <w:tc>
          <w:tcPr>
            <w:tcW w:type="dxa" w:w="2160"/>
          </w:tcPr>
          <w:p>
            <w:r>
              <w:t>What documentation do you have to support the R&amp;D activities conducted for flax in 2025? Include lab notes, project plans, and any third-party research. How is this documentation organized?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1062-0044</w:t>
            </w:r>
          </w:p>
        </w:tc>
        <w:tc>
          <w:tcPr>
            <w:tcW w:type="dxa" w:w="2160"/>
          </w:tcPr>
          <w:p>
            <w:r>
              <w:t>Project Inventory</w:t>
            </w:r>
          </w:p>
        </w:tc>
        <w:tc>
          <w:tcPr>
            <w:tcW w:type="dxa" w:w="2160"/>
          </w:tcPr>
          <w:p>
            <w:r>
              <w:t>How many distinct R&amp;D projects related to flax were initiated in 2025? Please provide a brief description of each project.</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1062-0045</w:t>
            </w:r>
          </w:p>
        </w:tc>
        <w:tc>
          <w:tcPr>
            <w:tcW w:type="dxa" w:w="2160"/>
          </w:tcPr>
          <w:p>
            <w:r>
              <w:t>Uncertainty</w:t>
            </w:r>
          </w:p>
        </w:tc>
        <w:tc>
          <w:tcPr>
            <w:tcW w:type="dxa" w:w="2160"/>
          </w:tcPr>
          <w:p>
            <w:r>
              <w:t>What specific technical challenges did you face in the 2025 flax R&amp;D projects, and what steps were taken to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1062-0046</w:t>
            </w:r>
          </w:p>
        </w:tc>
        <w:tc>
          <w:tcPr>
            <w:tcW w:type="dxa" w:w="2160"/>
          </w:tcPr>
          <w:p>
            <w:r>
              <w:t>Alternatives</w:t>
            </w:r>
          </w:p>
        </w:tc>
        <w:tc>
          <w:tcPr>
            <w:tcW w:type="dxa" w:w="2160"/>
          </w:tcPr>
          <w:p>
            <w:r>
              <w:t>For each flax project, list any alternative methods or technologies that were evaluated but not implemented. What were the reasons for their exclusion?</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1062-0047</w:t>
            </w:r>
          </w:p>
        </w:tc>
        <w:tc>
          <w:tcPr>
            <w:tcW w:type="dxa" w:w="2160"/>
          </w:tcPr>
          <w:p>
            <w:r>
              <w:t>Experiments</w:t>
            </w:r>
          </w:p>
        </w:tc>
        <w:tc>
          <w:tcPr>
            <w:tcW w:type="dxa" w:w="2160"/>
          </w:tcPr>
          <w:p>
            <w:r>
              <w:t>Describe any experimental trials conducted to test new flax varieties or cultivation techniques in 2025. What were the hypotheses, and what results were obtained?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1062-0048</w:t>
            </w:r>
          </w:p>
        </w:tc>
        <w:tc>
          <w:tcPr>
            <w:tcW w:type="dxa" w:w="2160"/>
          </w:tcPr>
          <w:p>
            <w:r>
              <w:t>Measurements</w:t>
            </w:r>
          </w:p>
        </w:tc>
        <w:tc>
          <w:tcPr>
            <w:tcW w:type="dxa" w:w="2160"/>
          </w:tcPr>
          <w:p>
            <w:r>
              <w:t>What tools or technologies were employed to measure the outcomes of your flax R&amp;D projects? Please specify any software or equipment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1062-0049</w:t>
            </w:r>
          </w:p>
        </w:tc>
        <w:tc>
          <w:tcPr>
            <w:tcW w:type="dxa" w:w="2160"/>
          </w:tcPr>
          <w:p>
            <w:r>
              <w:t>Costs</w:t>
            </w:r>
          </w:p>
        </w:tc>
        <w:tc>
          <w:tcPr>
            <w:tcW w:type="dxa" w:w="2160"/>
          </w:tcPr>
          <w:p>
            <w:r>
              <w:t>What percentage of your total operational budget was allocated to R&amp;D for flax in 2025? Please provide a breakdown of this allocation by project.</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1062-0050</w:t>
            </w:r>
          </w:p>
        </w:tc>
        <w:tc>
          <w:tcPr>
            <w:tcW w:type="dxa" w:w="2160"/>
          </w:tcPr>
          <w:p>
            <w:r>
              <w:t>Evidence</w:t>
            </w:r>
          </w:p>
        </w:tc>
        <w:tc>
          <w:tcPr>
            <w:tcW w:type="dxa" w:w="2160"/>
          </w:tcPr>
          <w:p>
            <w:r>
              <w:t>How do you ensure that the evidence collected during your R&amp;D projects for flax is accurate and reliable? Describe your internal quality control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1062-0051</w:t>
            </w:r>
          </w:p>
        </w:tc>
        <w:tc>
          <w:tcPr>
            <w:tcW w:type="dxa" w:w="2160"/>
          </w:tcPr>
          <w:p>
            <w:r>
              <w:t>Project Inventory</w:t>
            </w:r>
          </w:p>
        </w:tc>
        <w:tc>
          <w:tcPr>
            <w:tcW w:type="dxa" w:w="2160"/>
          </w:tcPr>
          <w:p>
            <w:r>
              <w:t>What was the timeline for each R&amp;D project related to flax in 2025, including start and end dates? How did you track progress?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1062-0052</w:t>
            </w:r>
          </w:p>
        </w:tc>
        <w:tc>
          <w:tcPr>
            <w:tcW w:type="dxa" w:w="2160"/>
          </w:tcPr>
          <w:p>
            <w:r>
              <w:t>Uncertainty</w:t>
            </w:r>
          </w:p>
        </w:tc>
        <w:tc>
          <w:tcPr>
            <w:tcW w:type="dxa" w:w="2160"/>
          </w:tcPr>
          <w:p>
            <w:r>
              <w:t>Were there any regulatory or environmental uncertainties that impacted your flax R&amp;D projects in 2025? How did you address these issues?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1062-0053</w:t>
            </w:r>
          </w:p>
        </w:tc>
        <w:tc>
          <w:tcPr>
            <w:tcW w:type="dxa" w:w="2160"/>
          </w:tcPr>
          <w:p>
            <w:r>
              <w:t>Alternatives</w:t>
            </w:r>
          </w:p>
        </w:tc>
        <w:tc>
          <w:tcPr>
            <w:tcW w:type="dxa" w:w="2160"/>
          </w:tcPr>
          <w:p>
            <w:r>
              <w:t>What external research or industry standards influenced your decisions in the R&amp;D of flax cultivation techniques in 2025? Please cite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1062-0054</w:t>
            </w:r>
          </w:p>
        </w:tc>
        <w:tc>
          <w:tcPr>
            <w:tcW w:type="dxa" w:w="2160"/>
          </w:tcPr>
          <w:p>
            <w:r>
              <w:t>Experiments</w:t>
            </w:r>
          </w:p>
        </w:tc>
        <w:tc>
          <w:tcPr>
            <w:tcW w:type="dxa" w:w="2160"/>
          </w:tcPr>
          <w:p>
            <w:r>
              <w:t>How did you document the results of your flax experiments in 2025? What formats were used (e.g., reports, spreadsheets) and how were findings communicated to stakeholders?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1062-0055</w:t>
            </w:r>
          </w:p>
        </w:tc>
        <w:tc>
          <w:tcPr>
            <w:tcW w:type="dxa" w:w="2160"/>
          </w:tcPr>
          <w:p>
            <w:r>
              <w:t>Research Design</w:t>
            </w:r>
          </w:p>
        </w:tc>
        <w:tc>
          <w:tcPr>
            <w:tcW w:type="dxa" w:w="2160"/>
          </w:tcPr>
          <w:p>
            <w:r>
              <w:t>Can you describe the objectives of your current R&amp;D projects related to flax cultivation?</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1062-0056</w:t>
            </w:r>
          </w:p>
        </w:tc>
        <w:tc>
          <w:tcPr>
            <w:tcW w:type="dxa" w:w="2160"/>
          </w:tcPr>
          <w:p>
            <w:r>
              <w:t>Project Management</w:t>
            </w:r>
          </w:p>
        </w:tc>
        <w:tc>
          <w:tcPr>
            <w:tcW w:type="dxa" w:w="2160"/>
          </w:tcPr>
          <w:p>
            <w:r>
              <w:t>How do you allocate resources for your R&amp;D projects in flax farming?</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1062-0057</w:t>
            </w:r>
          </w:p>
        </w:tc>
        <w:tc>
          <w:tcPr>
            <w:tcW w:type="dxa" w:w="2160"/>
          </w:tcPr>
          <w:p>
            <w:r>
              <w:t>Technological Nature</w:t>
            </w:r>
          </w:p>
        </w:tc>
        <w:tc>
          <w:tcPr>
            <w:tcW w:type="dxa" w:w="2160"/>
          </w:tcPr>
          <w:p>
            <w:r>
              <w:t>Can you describe the specific technological challenges you faced in developing new flax varieties or improving cultivation techniques during the tax year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1062-0058</w:t>
            </w:r>
          </w:p>
        </w:tc>
        <w:tc>
          <w:tcPr>
            <w:tcW w:type="dxa" w:w="2160"/>
          </w:tcPr>
          <w:p>
            <w:r>
              <w:t>Experimentation</w:t>
            </w:r>
          </w:p>
        </w:tc>
        <w:tc>
          <w:tcPr>
            <w:tcW w:type="dxa" w:w="2160"/>
          </w:tcPr>
          <w:p>
            <w:r>
              <w:t>What experimental processes did you implement to test the viability of new flax seed varieties or cultivation methods? Please detail any trials conducted, including the methodologies used and the results obtained.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1062-0059</w:t>
            </w:r>
          </w:p>
        </w:tc>
        <w:tc>
          <w:tcPr>
            <w:tcW w:type="dxa" w:w="2160"/>
          </w:tcPr>
          <w:p>
            <w:r>
              <w:t>Permitted Purpose</w:t>
            </w:r>
          </w:p>
        </w:tc>
        <w:tc>
          <w:tcPr>
            <w:tcW w:type="dxa" w:w="2160"/>
          </w:tcPr>
          <w:p>
            <w:r>
              <w:t>How did the projects undertaken in 2025 aim to create or enhance a product or process related to flax farming? Please specify the intended improvements and their potential benefits.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1062-0060</w:t>
            </w:r>
          </w:p>
        </w:tc>
        <w:tc>
          <w:tcPr>
            <w:tcW w:type="dxa" w:w="2160"/>
          </w:tcPr>
          <w:p>
            <w:r>
              <w:t>Business Component</w:t>
            </w:r>
          </w:p>
        </w:tc>
        <w:tc>
          <w:tcPr>
            <w:tcW w:type="dxa" w:w="2160"/>
          </w:tcPr>
          <w:p>
            <w:r>
              <w:t>List the specific business components (e.g., new flax varieties, improved irrigation techniques) that were developed or refined in 2025. How did each component contribute to the overall R&amp;D efforts?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1062-0061</w:t>
            </w:r>
          </w:p>
        </w:tc>
        <w:tc>
          <w:tcPr>
            <w:tcW w:type="dxa" w:w="2160"/>
          </w:tcPr>
          <w:p>
            <w:r>
              <w:t>Section 174 Uncertainty</w:t>
            </w:r>
          </w:p>
        </w:tc>
        <w:tc>
          <w:tcPr>
            <w:tcW w:type="dxa" w:w="2160"/>
          </w:tcPr>
          <w:p>
            <w:r>
              <w:t>Were there any unforeseen technical obstacles encountered during your R&amp;D activities in 2025? If so, please describe these obstacles and how they impacted your project timelines or outcomes.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1062-0062</w:t>
            </w:r>
          </w:p>
        </w:tc>
        <w:tc>
          <w:tcPr>
            <w:tcW w:type="dxa" w:w="2160"/>
          </w:tcPr>
          <w:p>
            <w:r>
              <w:t>Commercial Production</w:t>
            </w:r>
          </w:p>
        </w:tc>
        <w:tc>
          <w:tcPr>
            <w:tcW w:type="dxa" w:w="2160"/>
          </w:tcPr>
          <w:p>
            <w:r>
              <w:t>Can you describe any processes or products that were developed primarily for commercial production rather than for experimentation or improvement?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1062-0063</w:t>
            </w:r>
          </w:p>
        </w:tc>
        <w:tc>
          <w:tcPr>
            <w:tcW w:type="dxa" w:w="2160"/>
          </w:tcPr>
          <w:p>
            <w:r>
              <w:t>Adaptation</w:t>
            </w:r>
          </w:p>
        </w:tc>
        <w:tc>
          <w:tcPr>
            <w:tcW w:type="dxa" w:w="2160"/>
          </w:tcPr>
          <w:p>
            <w:r>
              <w:t>Have you adapted any existing processes or products specifically for your flax farming operations? If so, please detail the nature of these adaptations and their purpose.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1062-0064</w:t>
            </w:r>
          </w:p>
        </w:tc>
        <w:tc>
          <w:tcPr>
            <w:tcW w:type="dxa" w:w="2160"/>
          </w:tcPr>
          <w:p>
            <w:r>
              <w:t>Duplication</w:t>
            </w:r>
          </w:p>
        </w:tc>
        <w:tc>
          <w:tcPr>
            <w:tcW w:type="dxa" w:w="2160"/>
          </w:tcPr>
          <w:p>
            <w:r>
              <w:t>Did you engage in any activities that were primarily focused on duplicating existing products or processes without significant innovation? Please provide examples.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1062-0065</w:t>
            </w:r>
          </w:p>
        </w:tc>
        <w:tc>
          <w:tcPr>
            <w:tcW w:type="dxa" w:w="2160"/>
          </w:tcPr>
          <w:p>
            <w:r>
              <w:t>Routine Testing</w:t>
            </w:r>
          </w:p>
        </w:tc>
        <w:tc>
          <w:tcPr>
            <w:tcW w:type="dxa" w:w="2160"/>
          </w:tcPr>
          <w:p>
            <w:r>
              <w:t>What routine testing procedures do you conduct on your flax crops, and how do these differ from experimental testing aimed at discovering new processes or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1062-0066</w:t>
            </w:r>
          </w:p>
        </w:tc>
        <w:tc>
          <w:tcPr>
            <w:tcW w:type="dxa" w:w="2160"/>
          </w:tcPr>
          <w:p>
            <w:r>
              <w:t>Foreign/Funded Research</w:t>
            </w:r>
          </w:p>
        </w:tc>
        <w:tc>
          <w:tcPr>
            <w:tcW w:type="dxa" w:w="2160"/>
          </w:tcPr>
          <w:p>
            <w:r>
              <w:t>Have you conducted any research funded by external parties or performed outside the U.S.? Please specify the nature of this research and its relevance to your operations.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1062-0067</w:t>
            </w:r>
          </w:p>
        </w:tc>
        <w:tc>
          <w:tcPr>
            <w:tcW w:type="dxa" w:w="2160"/>
          </w:tcPr>
          <w:p>
            <w:r>
              <w:t>Unsupported Estimates</w:t>
            </w:r>
          </w:p>
        </w:tc>
        <w:tc>
          <w:tcPr>
            <w:tcW w:type="dxa" w:w="2160"/>
          </w:tcPr>
          <w:p>
            <w:r>
              <w:t>Can you provide details on any estimates used in your R&amp;D claims that are not supported by documentation or evidence? What were these estimates based 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1062-0068</w:t>
            </w:r>
          </w:p>
        </w:tc>
        <w:tc>
          <w:tcPr>
            <w:tcW w:type="dxa" w:w="2160"/>
          </w:tcPr>
          <w:p>
            <w:r>
              <w:t>Routine Operations</w:t>
            </w:r>
          </w:p>
        </w:tc>
        <w:tc>
          <w:tcPr>
            <w:tcW w:type="dxa" w:w="2160"/>
          </w:tcPr>
          <w:p>
            <w:r>
              <w:t>What specific routine operational activities do you perform that do not contribute to the development of new or improved products or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1062-0069</w:t>
            </w:r>
          </w:p>
        </w:tc>
        <w:tc>
          <w:tcPr>
            <w:tcW w:type="dxa" w:w="2160"/>
          </w:tcPr>
          <w:p>
            <w:r>
              <w:t>Compliance Activities</w:t>
            </w:r>
          </w:p>
        </w:tc>
        <w:tc>
          <w:tcPr>
            <w:tcW w:type="dxa" w:w="2160"/>
          </w:tcPr>
          <w:p>
            <w:r>
              <w:t>Can you list any compliance-related activities that you conduct which do not qualify as R&amp;D? How do these activities impact your overall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1062-0070</w:t>
            </w:r>
          </w:p>
        </w:tc>
        <w:tc>
          <w:tcPr>
            <w:tcW w:type="dxa" w:w="2160"/>
          </w:tcPr>
          <w:p>
            <w:r>
              <w:t>Non-qualifying Activities</w:t>
            </w:r>
          </w:p>
        </w:tc>
        <w:tc>
          <w:tcPr>
            <w:tcW w:type="dxa" w:w="2160"/>
          </w:tcPr>
          <w:p>
            <w:r>
              <w:t>What activities do you believe do not qualify as R&amp;D under IRC Section 41, and why? Please provide specific examples from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1062-0071</w:t>
            </w:r>
          </w:p>
        </w:tc>
        <w:tc>
          <w:tcPr>
            <w:tcW w:type="dxa" w:w="2160"/>
          </w:tcPr>
          <w:p>
            <w:r>
              <w:t>Employee Roles</w:t>
            </w:r>
          </w:p>
        </w:tc>
        <w:tc>
          <w:tcPr>
            <w:tcW w:type="dxa" w:w="2160"/>
          </w:tcPr>
          <w:p>
            <w:r>
              <w:t>List the employees who were directly involved in the R&amp;D activities related to flax farming during the tax year 2025. Please include their roles and specific contributions to the projects.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1062-0072</w:t>
            </w:r>
          </w:p>
        </w:tc>
        <w:tc>
          <w:tcPr>
            <w:tcW w:type="dxa" w:w="2160"/>
          </w:tcPr>
          <w:p>
            <w:r>
              <w:t>Wage Allocation</w:t>
            </w:r>
          </w:p>
        </w:tc>
        <w:tc>
          <w:tcPr>
            <w:tcW w:type="dxa" w:w="2160"/>
          </w:tcPr>
          <w:p>
            <w:r>
              <w:t>What percentage of each qualified employee's time was allocated to R&amp;D activities versus non-R&amp;D activities during the tax year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1062-0073</w:t>
            </w:r>
          </w:p>
        </w:tc>
        <w:tc>
          <w:tcPr>
            <w:tcW w:type="dxa" w:w="2160"/>
          </w:tcPr>
          <w:p>
            <w:r>
              <w:t>Compensation Structure</w:t>
            </w:r>
          </w:p>
        </w:tc>
        <w:tc>
          <w:tcPr>
            <w:tcW w:type="dxa" w:w="2160"/>
          </w:tcPr>
          <w:p>
            <w:r>
              <w:t>Describe the compensation structure for employees engaged in R&amp;D activities. Include base salary, bonuses, and any other forms of compensation.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1062-0074</w:t>
            </w:r>
          </w:p>
        </w:tc>
        <w:tc>
          <w:tcPr>
            <w:tcW w:type="dxa" w:w="2160"/>
          </w:tcPr>
          <w:p>
            <w:r>
              <w:t>Employee Training</w:t>
            </w:r>
          </w:p>
        </w:tc>
        <w:tc>
          <w:tcPr>
            <w:tcW w:type="dxa" w:w="2160"/>
          </w:tcPr>
          <w:p>
            <w:r>
              <w:t>Did any employees receive specialized training related to R&amp;D activities in flax farming during the tax year 2025? If yes, please provide details of the training and its relevance to the R&amp;D efforts.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1062-0075</w:t>
            </w:r>
          </w:p>
        </w:tc>
        <w:tc>
          <w:tcPr>
            <w:tcW w:type="dxa" w:w="2160"/>
          </w:tcPr>
          <w:p>
            <w:r>
              <w:t>Contractor Involvement</w:t>
            </w:r>
          </w:p>
        </w:tc>
        <w:tc>
          <w:tcPr>
            <w:tcW w:type="dxa" w:w="2160"/>
          </w:tcPr>
          <w:p>
            <w:r>
              <w:t>Were any contractors or third-party employees involved in R&amp;D activities related to flax farming? If so, please list their roles and the nature of their contributions.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1062-0076</w:t>
            </w:r>
          </w:p>
        </w:tc>
        <w:tc>
          <w:tcPr>
            <w:tcW w:type="dxa" w:w="2160"/>
          </w:tcPr>
          <w:p>
            <w:r>
              <w:t>Time Tracking</w:t>
            </w:r>
          </w:p>
        </w:tc>
        <w:tc>
          <w:tcPr>
            <w:tcW w:type="dxa" w:w="2160"/>
          </w:tcPr>
          <w:p>
            <w:r>
              <w:t>How is the time spent by employees on R&amp;D activities tracked? Please describe the methods used for tracking and any tools or software employed.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1062-0077</w:t>
            </w:r>
          </w:p>
        </w:tc>
        <w:tc>
          <w:tcPr>
            <w:tcW w:type="dxa" w:w="2160"/>
          </w:tcPr>
          <w:p>
            <w:r>
              <w:t>Documentation</w:t>
            </w:r>
          </w:p>
        </w:tc>
        <w:tc>
          <w:tcPr>
            <w:tcW w:type="dxa" w:w="2160"/>
          </w:tcPr>
          <w:p>
            <w:r>
              <w:t>What documentation do you maintain to support the allocation of wages to R&amp;D activities? Please specify types of records and their retention period.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1062-0078</w:t>
            </w:r>
          </w:p>
        </w:tc>
        <w:tc>
          <w:tcPr>
            <w:tcW w:type="dxa" w:w="2160"/>
          </w:tcPr>
          <w:p>
            <w:r>
              <w:t>Employee Identification</w:t>
            </w:r>
          </w:p>
        </w:tc>
        <w:tc>
          <w:tcPr>
            <w:tcW w:type="dxa" w:w="2160"/>
          </w:tcPr>
          <w:p>
            <w:r>
              <w:t>Identify any employees who have worked in both R&amp;D and non-R&amp;D roles during the tax year 2025. How do you differentiate their time spent on each role for wage allocation purposes?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1062-0079</w:t>
            </w:r>
          </w:p>
        </w:tc>
        <w:tc>
          <w:tcPr>
            <w:tcW w:type="dxa" w:w="2160"/>
          </w:tcPr>
          <w:p>
            <w:r>
              <w:t>R&amp;D Project Details</w:t>
            </w:r>
          </w:p>
        </w:tc>
        <w:tc>
          <w:tcPr>
            <w:tcW w:type="dxa" w:w="2160"/>
          </w:tcPr>
          <w:p>
            <w:r>
              <w:t>For each R&amp;D project related to flax farming, what was the estimated percentage of each qualified employee's time spent on that project? Please provide a detailed breakdown.</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1062-0080</w:t>
            </w:r>
          </w:p>
        </w:tc>
        <w:tc>
          <w:tcPr>
            <w:tcW w:type="dxa" w:w="2160"/>
          </w:tcPr>
          <w:p>
            <w:r>
              <w:t>Payroll Records</w:t>
            </w:r>
          </w:p>
        </w:tc>
        <w:tc>
          <w:tcPr>
            <w:tcW w:type="dxa" w:w="2160"/>
          </w:tcPr>
          <w:p>
            <w:r>
              <w:t>Are the payroll records for employees engaged in R&amp;D activities segregated from regular payroll records? If yes, please explain how this segregation is maintained.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1062-0081</w:t>
            </w:r>
          </w:p>
        </w:tc>
        <w:tc>
          <w:tcPr>
            <w:tcW w:type="dxa" w:w="2160"/>
          </w:tcPr>
          <w:p>
            <w:r>
              <w:t>Experimental Inputs</w:t>
            </w:r>
          </w:p>
        </w:tc>
        <w:tc>
          <w:tcPr>
            <w:tcW w:type="dxa" w:w="2160"/>
          </w:tcPr>
          <w:p>
            <w:r>
              <w:t>What specific experimental supplies did you purchase for the development of new flax varieties in tax year 2025? Please list each item and its purpose in the experimentation process.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1062-0082</w:t>
            </w:r>
          </w:p>
        </w:tc>
        <w:tc>
          <w:tcPr>
            <w:tcW w:type="dxa" w:w="2160"/>
          </w:tcPr>
          <w:p>
            <w:r>
              <w:t>Supply Exclusions</w:t>
            </w:r>
          </w:p>
        </w:tc>
        <w:tc>
          <w:tcPr>
            <w:tcW w:type="dxa" w:w="2160"/>
          </w:tcPr>
          <w:p>
            <w:r>
              <w:t>Did you use any supplies that are considered routine or commercially available in your experimental processes? If yes, please specify which supplies and explain their role in your R&amp;D activities.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1062-0083</w:t>
            </w:r>
          </w:p>
        </w:tc>
        <w:tc>
          <w:tcPr>
            <w:tcW w:type="dxa" w:w="2160"/>
          </w:tcPr>
          <w:p>
            <w:r>
              <w:t>Material Costs</w:t>
            </w:r>
          </w:p>
        </w:tc>
        <w:tc>
          <w:tcPr>
            <w:tcW w:type="dxa" w:w="2160"/>
          </w:tcPr>
          <w:p>
            <w:r>
              <w:t>What was the total cost of experimental supplies used in your R&amp;D activities for flax farming in 2025? Please provide a breakdown of costs by category (e.g., seeds, fertilizers, pesticides).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1062-0084</w:t>
            </w:r>
          </w:p>
        </w:tc>
        <w:tc>
          <w:tcPr>
            <w:tcW w:type="dxa" w:w="2160"/>
          </w:tcPr>
          <w:p>
            <w:r>
              <w:t>Documentation</w:t>
            </w:r>
          </w:p>
        </w:tc>
        <w:tc>
          <w:tcPr>
            <w:tcW w:type="dxa" w:w="2160"/>
          </w:tcPr>
          <w:p>
            <w:r>
              <w:t>What documentation do you have to support the use of these supplies in your experimental processes? Please describe the types of records maintained (e.g., invoices, lab notes, experimental designs).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1062-0085</w:t>
            </w:r>
          </w:p>
        </w:tc>
        <w:tc>
          <w:tcPr>
            <w:tcW w:type="dxa" w:w="2160"/>
          </w:tcPr>
          <w:p>
            <w:r>
              <w:t>Supply Utilization</w:t>
            </w:r>
          </w:p>
        </w:tc>
        <w:tc>
          <w:tcPr>
            <w:tcW w:type="dxa" w:w="2160"/>
          </w:tcPr>
          <w:p>
            <w:r>
              <w:t>How did the experimental supplies contribute to the advancement of your flax farming techniques or the development of new products? Please provide specific examples of outcomes or findings from your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1062-0086</w:t>
            </w:r>
          </w:p>
        </w:tc>
        <w:tc>
          <w:tcPr>
            <w:tcW w:type="dxa" w:w="2160"/>
          </w:tcPr>
          <w:p>
            <w:r>
              <w:t>Contractor Services</w:t>
            </w:r>
          </w:p>
        </w:tc>
        <w:tc>
          <w:tcPr>
            <w:tcW w:type="dxa" w:w="2160"/>
          </w:tcPr>
          <w:p>
            <w:r>
              <w:t>What specific contractor services were engaged for the development or improvement of flax farming processes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1062-0087</w:t>
            </w:r>
          </w:p>
        </w:tc>
        <w:tc>
          <w:tcPr>
            <w:tcW w:type="dxa" w:w="2160"/>
          </w:tcPr>
          <w:p>
            <w:r>
              <w:t>U.S. Location</w:t>
            </w:r>
          </w:p>
        </w:tc>
        <w:tc>
          <w:tcPr>
            <w:tcW w:type="dxa" w:w="2160"/>
          </w:tcPr>
          <w:p>
            <w:r>
              <w:t>Please provide the physical location(s) where the contractor services were performed, including city and state.</w:t>
              <w:br/>
              <w:t>Answer type: Short text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1062-0088</w:t>
            </w:r>
          </w:p>
        </w:tc>
        <w:tc>
          <w:tcPr>
            <w:tcW w:type="dxa" w:w="2160"/>
          </w:tcPr>
          <w:p>
            <w:r>
              <w:t>Rights</w:t>
            </w:r>
          </w:p>
        </w:tc>
        <w:tc>
          <w:tcPr>
            <w:tcW w:type="dxa" w:w="2160"/>
          </w:tcPr>
          <w:p>
            <w:r>
              <w:t>What rights or ownership did your business retain over the results of the contractor's work related to R&amp;D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1062-0089</w:t>
            </w:r>
          </w:p>
        </w:tc>
        <w:tc>
          <w:tcPr>
            <w:tcW w:type="dxa" w:w="2160"/>
          </w:tcPr>
          <w:p>
            <w:r>
              <w:t>Economic Risk</w:t>
            </w:r>
          </w:p>
        </w:tc>
        <w:tc>
          <w:tcPr>
            <w:tcW w:type="dxa" w:w="2160"/>
          </w:tcPr>
          <w:p>
            <w:r>
              <w:t>What percentage of the total contract cost was contingent upon achieving specific R&amp;D milestones or results?</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1062-0090</w:t>
            </w:r>
          </w:p>
        </w:tc>
        <w:tc>
          <w:tcPr>
            <w:tcW w:type="dxa" w:w="2160"/>
          </w:tcPr>
          <w:p>
            <w:r>
              <w:t>Eligible Amount</w:t>
            </w:r>
          </w:p>
        </w:tc>
        <w:tc>
          <w:tcPr>
            <w:tcW w:type="dxa" w:w="2160"/>
          </w:tcPr>
          <w:p>
            <w:r>
              <w:t>What was the total amount paid to contractors for R&amp;D services in 2025? Please provide the amount in currency.</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1062-0091</w:t>
            </w:r>
          </w:p>
        </w:tc>
        <w:tc>
          <w:tcPr>
            <w:tcW w:type="dxa" w:w="2160"/>
          </w:tcPr>
          <w:p>
            <w:r>
              <w:t>Contractor Agreement</w:t>
            </w:r>
          </w:p>
        </w:tc>
        <w:tc>
          <w:tcPr>
            <w:tcW w:type="dxa" w:w="2160"/>
          </w:tcPr>
          <w:p>
            <w:r>
              <w:t>Was there a formal written agreement in place with the contractors outlining the scope of work related to R&amp;D? (Yes/No) If yes, please summarize the key terms.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1062-0092</w:t>
            </w:r>
          </w:p>
        </w:tc>
        <w:tc>
          <w:tcPr>
            <w:tcW w:type="dxa" w:w="2160"/>
          </w:tcPr>
          <w:p>
            <w:r>
              <w:t>Project Documentation</w:t>
            </w:r>
          </w:p>
        </w:tc>
        <w:tc>
          <w:tcPr>
            <w:tcW w:type="dxa" w:w="2160"/>
          </w:tcPr>
          <w:p>
            <w:r>
              <w:t>Can you provide documentation or evidence that demonstrates the contractor's work was directly related to R&amp;D activities, such as project plans or progress reports? (Yes/No) If yes, please specify what documents are available.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1062-0093</w:t>
            </w:r>
          </w:p>
        </w:tc>
        <w:tc>
          <w:tcPr>
            <w:tcW w:type="dxa" w:w="2160"/>
          </w:tcPr>
          <w:p>
            <w:r>
              <w:t>Cloud Services Utilization</w:t>
            </w:r>
          </w:p>
        </w:tc>
        <w:tc>
          <w:tcPr>
            <w:tcW w:type="dxa" w:w="2160"/>
          </w:tcPr>
          <w:p>
            <w:r>
              <w:t>During the tax year 2025, did your flax farm utilize any third-party cloud computing services to develop or enhance software solutions for agricultural processes?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1062-0094</w:t>
            </w:r>
          </w:p>
        </w:tc>
        <w:tc>
          <w:tcPr>
            <w:tcW w:type="dxa" w:w="2160"/>
          </w:tcPr>
          <w:p>
            <w:r>
              <w:t>Third-Party Software Development</w:t>
            </w:r>
          </w:p>
        </w:tc>
        <w:tc>
          <w:tcPr>
            <w:tcW w:type="dxa" w:w="2160"/>
          </w:tcPr>
          <w:p>
            <w:r>
              <w:t>Did you engage any third-party vendors to develop custom software or applications specifically aimed at improving the efficiency of flax cultivation or processing? Please detail the nature of the project and the associated costs.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1062-0095</w:t>
            </w:r>
          </w:p>
        </w:tc>
        <w:tc>
          <w:tcPr>
            <w:tcW w:type="dxa" w:w="2160"/>
          </w:tcPr>
          <w:p>
            <w:r>
              <w:t>Project Documentation</w:t>
            </w:r>
          </w:p>
        </w:tc>
        <w:tc>
          <w:tcPr>
            <w:tcW w:type="dxa" w:w="2160"/>
          </w:tcPr>
          <w:p>
            <w:r>
              <w:t>Can you provide a detailed description of any experimental methods used in developing new flax varieties or improving cultivation techniques during the tax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1062-0096</w:t>
            </w:r>
          </w:p>
        </w:tc>
        <w:tc>
          <w:tcPr>
            <w:tcW w:type="dxa" w:w="2160"/>
          </w:tcPr>
          <w:p>
            <w:r>
              <w:t>Cost Tracking</w:t>
            </w:r>
          </w:p>
        </w:tc>
        <w:tc>
          <w:tcPr>
            <w:tcW w:type="dxa" w:w="2160"/>
          </w:tcPr>
          <w:p>
            <w:r>
              <w:t>What specific costs have you incurred related to the research and development of flax products, including labor, materials, and overhead? Please itemize these costs.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1062-0097</w:t>
            </w:r>
          </w:p>
        </w:tc>
        <w:tc>
          <w:tcPr>
            <w:tcW w:type="dxa" w:w="2160"/>
          </w:tcPr>
          <w:p>
            <w:r>
              <w:t>Project Records</w:t>
            </w:r>
          </w:p>
        </w:tc>
        <w:tc>
          <w:tcPr>
            <w:tcW w:type="dxa" w:w="2160"/>
          </w:tcPr>
          <w:p>
            <w:r>
              <w:t>Do you maintain contemporaneous records of the R&amp;D projects undertaken, including project timelines, objectives, and outcomes?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1062-0098</w:t>
            </w:r>
          </w:p>
        </w:tc>
        <w:tc>
          <w:tcPr>
            <w:tcW w:type="dxa" w:w="2160"/>
          </w:tcPr>
          <w:p>
            <w:r>
              <w:t>Experimentation</w:t>
            </w:r>
          </w:p>
        </w:tc>
        <w:tc>
          <w:tcPr>
            <w:tcW w:type="dxa" w:w="2160"/>
          </w:tcPr>
          <w:p>
            <w:r>
              <w:t>During the tax year, did you encounter any failures or setbacks in your R&amp;D projects, and how did you document these instances?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1062-0099</w:t>
            </w:r>
          </w:p>
        </w:tc>
        <w:tc>
          <w:tcPr>
            <w:tcW w:type="dxa" w:w="2160"/>
          </w:tcPr>
          <w:p>
            <w:r>
              <w:t>Material Usage</w:t>
            </w:r>
          </w:p>
        </w:tc>
        <w:tc>
          <w:tcPr>
            <w:tcW w:type="dxa" w:w="2160"/>
          </w:tcPr>
          <w:p>
            <w:r>
              <w:t>What types of materials did you experiment with in your R&amp;D efforts, and how do you track their usage and costs?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1062-0100</w:t>
            </w:r>
          </w:p>
        </w:tc>
        <w:tc>
          <w:tcPr>
            <w:tcW w:type="dxa" w:w="2160"/>
          </w:tcPr>
          <w:p>
            <w:r>
              <w:t>Team Involvement</w:t>
            </w:r>
          </w:p>
        </w:tc>
        <w:tc>
          <w:tcPr>
            <w:tcW w:type="dxa" w:w="2160"/>
          </w:tcPr>
          <w:p>
            <w:r>
              <w:t>Who were the key personnel involved in the R&amp;D projects, and what were their specific roles and contributions?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1062-0101</w:t>
            </w:r>
          </w:p>
        </w:tc>
        <w:tc>
          <w:tcPr>
            <w:tcW w:type="dxa" w:w="2160"/>
          </w:tcPr>
          <w:p>
            <w:r>
              <w:t>Project Outcomes</w:t>
            </w:r>
          </w:p>
        </w:tc>
        <w:tc>
          <w:tcPr>
            <w:tcW w:type="dxa" w:w="2160"/>
          </w:tcPr>
          <w:p>
            <w:r>
              <w:t>Can you provide evidence of any new products or processes developed as a result of your R&amp;D activities?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1062-0102</w:t>
            </w:r>
          </w:p>
        </w:tc>
        <w:tc>
          <w:tcPr>
            <w:tcW w:type="dxa" w:w="2160"/>
          </w:tcPr>
          <w:p>
            <w:r>
              <w:t>Regulatory Compliance</w:t>
            </w:r>
          </w:p>
        </w:tc>
        <w:tc>
          <w:tcPr>
            <w:tcW w:type="dxa" w:w="2160"/>
          </w:tcPr>
          <w:p>
            <w:r>
              <w:t>Have you documented any compliance requirements or regulatory changes that impacted your R&amp;D activities during the tax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1062-0103</w:t>
            </w:r>
          </w:p>
        </w:tc>
        <w:tc>
          <w:tcPr>
            <w:tcW w:type="dxa" w:w="2160"/>
          </w:tcPr>
          <w:p>
            <w:r>
              <w:t>Funding Sources</w:t>
            </w:r>
          </w:p>
        </w:tc>
        <w:tc>
          <w:tcPr>
            <w:tcW w:type="dxa" w:w="2160"/>
          </w:tcPr>
          <w:p>
            <w:r>
              <w:t>What funding sources have you utilized for your R&amp;D projects, and how do you track these funds?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1062-0104</w:t>
            </w:r>
          </w:p>
        </w:tc>
        <w:tc>
          <w:tcPr>
            <w:tcW w:type="dxa" w:w="2160"/>
          </w:tcPr>
          <w:p>
            <w:r>
              <w:t>Innovation Metrics</w:t>
            </w:r>
          </w:p>
        </w:tc>
        <w:tc>
          <w:tcPr>
            <w:tcW w:type="dxa" w:w="2160"/>
          </w:tcPr>
          <w:p>
            <w:r>
              <w:t>How do you measure the success of your R&amp;D projects, and what metrics do you use to evaluate their impact on your business?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1062-0105</w:t>
            </w:r>
          </w:p>
        </w:tc>
        <w:tc>
          <w:tcPr>
            <w:tcW w:type="dxa" w:w="2160"/>
          </w:tcPr>
          <w:p>
            <w:r>
              <w:t>Qualified Research Activities</w:t>
            </w:r>
          </w:p>
        </w:tc>
        <w:tc>
          <w:tcPr>
            <w:tcW w:type="dxa" w:w="2160"/>
          </w:tcPr>
          <w:p>
            <w:r>
              <w:t>Can you describe specific projects undertaken in 2025 that involved developing new flax varieties or improving existing ones through experimentation?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1062-0106</w:t>
            </w:r>
          </w:p>
        </w:tc>
        <w:tc>
          <w:tcPr>
            <w:tcW w:type="dxa" w:w="2160"/>
          </w:tcPr>
          <w:p>
            <w:r>
              <w:t>Qualified Research Activities</w:t>
            </w:r>
          </w:p>
        </w:tc>
        <w:tc>
          <w:tcPr>
            <w:tcW w:type="dxa" w:w="2160"/>
          </w:tcPr>
          <w:p>
            <w:r>
              <w:t>Did any of the projects in 2025 involve a systematic trial and error process to resolve technical uncertainties in flax cultivation techniques?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1062-0107</w:t>
            </w:r>
          </w:p>
        </w:tc>
        <w:tc>
          <w:tcPr>
            <w:tcW w:type="dxa" w:w="2160"/>
          </w:tcPr>
          <w:p>
            <w:r>
              <w:t>Qualified Research Expenses</w:t>
            </w:r>
          </w:p>
        </w:tc>
        <w:tc>
          <w:tcPr>
            <w:tcW w:type="dxa" w:w="2160"/>
          </w:tcPr>
          <w:p>
            <w:r>
              <w:t>What percentage of your total 2025 expenses were directly related to research activities for flax farming, including materials and labor?</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1062-0108</w:t>
            </w:r>
          </w:p>
        </w:tc>
        <w:tc>
          <w:tcPr>
            <w:tcW w:type="dxa" w:w="2160"/>
          </w:tcPr>
          <w:p>
            <w:r>
              <w:t>Qualified Research Expenses</w:t>
            </w:r>
          </w:p>
        </w:tc>
        <w:tc>
          <w:tcPr>
            <w:tcW w:type="dxa" w:w="2160"/>
          </w:tcPr>
          <w:p>
            <w:r>
              <w:t>List all materials and supplies purchased specifically for research projects in 2025. Include costs and quantities.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1062-0109</w:t>
            </w:r>
          </w:p>
        </w:tc>
        <w:tc>
          <w:tcPr>
            <w:tcW w:type="dxa" w:w="2160"/>
          </w:tcPr>
          <w:p>
            <w:r>
              <w:t>Employee Involvement</w:t>
            </w:r>
          </w:p>
        </w:tc>
        <w:tc>
          <w:tcPr>
            <w:tcW w:type="dxa" w:w="2160"/>
          </w:tcPr>
          <w:p>
            <w:r>
              <w:t>How many employees were directly engaged in R&amp;D activities related to flax farming in 2025, and what were their roles?</w:t>
              <w:br/>
              <w:t>Answer type: Integer + details</w:t>
              <w:br/>
              <w:t>Trigger: Always</w:t>
              <w:br/>
              <w:t>Required: No</w:t>
              <w:br/>
              <w:t>Risk: Medium</w:t>
            </w:r>
          </w:p>
        </w:tc>
        <w:tc>
          <w:tcPr>
            <w:tcW w:type="dxa" w:w="2160"/>
          </w:tcPr>
          <w:p>
            <w:r>
              <w:t>Primary authority: IRC Section 41(b)</w:t>
              <w:br/>
              <w:t>Response: ___________________________</w:t>
              <w:br/>
              <w:t>Evidence: ___________________________</w:t>
              <w:br/>
              <w:t>Reviewer conclusion: ___________________________</w:t>
            </w:r>
          </w:p>
        </w:tc>
      </w:tr>
      <w:tr>
        <w:tc>
          <w:tcPr>
            <w:tcW w:type="dxa" w:w="2160"/>
          </w:tcPr>
          <w:p>
            <w:r>
              <w:t>1062-0110</w:t>
            </w:r>
          </w:p>
        </w:tc>
        <w:tc>
          <w:tcPr>
            <w:tcW w:type="dxa" w:w="2160"/>
          </w:tcPr>
          <w:p>
            <w:r>
              <w:t>Employee Involvement</w:t>
            </w:r>
          </w:p>
        </w:tc>
        <w:tc>
          <w:tcPr>
            <w:tcW w:type="dxa" w:w="2160"/>
          </w:tcPr>
          <w:p>
            <w:r>
              <w:t>Did any employees involved in R&amp;D activities in 2025 have specialized training or qualifications related to agricultural research? Please specify.</w:t>
              <w:br/>
              <w:t>Answer type: Yes-No + details</w:t>
              <w:br/>
              <w:t>Trigger: Always</w:t>
              <w:br/>
              <w:t>Required: No</w:t>
              <w:br/>
              <w:t>Risk: Medium</w:t>
            </w:r>
          </w:p>
        </w:tc>
        <w:tc>
          <w:tcPr>
            <w:tcW w:type="dxa" w:w="2160"/>
          </w:tcPr>
          <w:p>
            <w:r>
              <w:t>Primary authority: IRC Section 41(b)</w:t>
              <w:br/>
              <w:t>Response: ___________________________</w:t>
              <w:br/>
              <w:t>Evidence: ___________________________</w:t>
              <w:br/>
              <w:t>Reviewer conclusion: ___________________________</w:t>
            </w:r>
          </w:p>
        </w:tc>
      </w:tr>
      <w:tr>
        <w:tc>
          <w:tcPr>
            <w:tcW w:type="dxa" w:w="2160"/>
          </w:tcPr>
          <w:p>
            <w:r>
              <w:t>1062-0111</w:t>
            </w:r>
          </w:p>
        </w:tc>
        <w:tc>
          <w:tcPr>
            <w:tcW w:type="dxa" w:w="2160"/>
          </w:tcPr>
          <w:p>
            <w:r>
              <w:t>Documentation and Evidence</w:t>
            </w:r>
          </w:p>
        </w:tc>
        <w:tc>
          <w:tcPr>
            <w:tcW w:type="dxa" w:w="2160"/>
          </w:tcPr>
          <w:p>
            <w:r>
              <w:t>What documentation do you have to support the R&amp;D activities conducted in 2025, such as lab notes, project reports, or experimental results?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1062-0112</w:t>
            </w:r>
          </w:p>
        </w:tc>
        <w:tc>
          <w:tcPr>
            <w:tcW w:type="dxa" w:w="2160"/>
          </w:tcPr>
          <w:p>
            <w:r>
              <w:t>Documentation and Evidence</w:t>
            </w:r>
          </w:p>
        </w:tc>
        <w:tc>
          <w:tcPr>
            <w:tcW w:type="dxa" w:w="2160"/>
          </w:tcPr>
          <w:p>
            <w:r>
              <w:t>Have you maintained a detailed record of the time spent by employees on R&amp;D activities for flax farming in 2025? If so, please describe the tracking method used.</w:t>
              <w:br/>
              <w:t>Answer type: Yes-No + details</w:t>
              <w:br/>
              <w:t>Trigger: Always</w:t>
              <w:br/>
              <w:t>Required: No</w:t>
              <w:br/>
              <w:t>Risk: High</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1062-0113</w:t>
            </w:r>
          </w:p>
        </w:tc>
        <w:tc>
          <w:tcPr>
            <w:tcW w:type="dxa" w:w="2160"/>
          </w:tcPr>
          <w:p>
            <w:r>
              <w:t>Credit Calculation</w:t>
            </w:r>
          </w:p>
        </w:tc>
        <w:tc>
          <w:tcPr>
            <w:tcW w:type="dxa" w:w="2160"/>
          </w:tcPr>
          <w:p>
            <w:r>
              <w:t>What was the total amount of R&amp;D tax credits claimed for the tax year 2025, and how was this amount calculated?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1062-0114</w:t>
            </w:r>
          </w:p>
        </w:tc>
        <w:tc>
          <w:tcPr>
            <w:tcW w:type="dxa" w:w="2160"/>
          </w:tcPr>
          <w:p>
            <w:r>
              <w:t>Credit Calculation</w:t>
            </w:r>
          </w:p>
        </w:tc>
        <w:tc>
          <w:tcPr>
            <w:tcW w:type="dxa" w:w="2160"/>
          </w:tcPr>
          <w:p>
            <w:r>
              <w:t>How do you reconcile the R&amp;D expenses reported on your tax return with your internal financial records for 2025? Please provide a brief overview of the reconciliation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1062-0115</w:t>
            </w:r>
          </w:p>
        </w:tc>
        <w:tc>
          <w:tcPr>
            <w:tcW w:type="dxa" w:w="2160"/>
          </w:tcPr>
          <w:p>
            <w:r>
              <w:t>Technical Challenges</w:t>
            </w:r>
          </w:p>
        </w:tc>
        <w:tc>
          <w:tcPr>
            <w:tcW w:type="dxa" w:w="2160"/>
          </w:tcPr>
          <w:p>
            <w:r>
              <w:t>What specific technical challenges did you encounter during your R&amp;D activities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1062-0116</w:t>
            </w:r>
          </w:p>
        </w:tc>
        <w:tc>
          <w:tcPr>
            <w:tcW w:type="dxa" w:w="2160"/>
          </w:tcPr>
          <w:p>
            <w:r>
              <w:t>Qualified Research Activities</w:t>
            </w:r>
          </w:p>
        </w:tc>
        <w:tc>
          <w:tcPr>
            <w:tcW w:type="dxa" w:w="2160"/>
          </w:tcPr>
          <w:p>
            <w:r>
              <w:t>During the 2025 tax year, did your flax farming operations involve developing new farming techniques or improving existing ones that required experimentation? Please describe the specific techniques and the experimentation process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1062-0117</w:t>
            </w:r>
          </w:p>
        </w:tc>
        <w:tc>
          <w:tcPr>
            <w:tcW w:type="dxa" w:w="2160"/>
          </w:tcPr>
          <w:p>
            <w:r>
              <w:t>Qualified Research Activities</w:t>
            </w:r>
          </w:p>
        </w:tc>
        <w:tc>
          <w:tcPr>
            <w:tcW w:type="dxa" w:w="2160"/>
          </w:tcPr>
          <w:p>
            <w:r>
              <w:t>Did you conduct any trials or tests to determine the effectiveness of new flax varieties in your farming operations in 2025? If so, please provide details about the trials conducted.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1062-0118</w:t>
            </w:r>
          </w:p>
        </w:tc>
        <w:tc>
          <w:tcPr>
            <w:tcW w:type="dxa" w:w="2160"/>
          </w:tcPr>
          <w:p>
            <w:r>
              <w:t>Qualified Research Activities</w:t>
            </w:r>
          </w:p>
        </w:tc>
        <w:tc>
          <w:tcPr>
            <w:tcW w:type="dxa" w:w="2160"/>
          </w:tcPr>
          <w:p>
            <w:r>
              <w:t>In 2025, did you engage in any activities aimed at developing new products or processes related to flax, such as fiber extraction or oil production? Please detail these activities.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1062-0119</w:t>
            </w:r>
          </w:p>
        </w:tc>
        <w:tc>
          <w:tcPr>
            <w:tcW w:type="dxa" w:w="2160"/>
          </w:tcPr>
          <w:p>
            <w:r>
              <w:t>Qualified Research Expenses</w:t>
            </w:r>
          </w:p>
        </w:tc>
        <w:tc>
          <w:tcPr>
            <w:tcW w:type="dxa" w:w="2160"/>
          </w:tcPr>
          <w:p>
            <w:r>
              <w:t>What were your total qualified research expenses (QREs) related to your flax farming operations in California for the 2025 tax year? Please provide a breakdown of these expenses by category (e.g., wages, supplies, contract research).</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1062-0120</w:t>
            </w:r>
          </w:p>
        </w:tc>
        <w:tc>
          <w:tcPr>
            <w:tcW w:type="dxa" w:w="2160"/>
          </w:tcPr>
          <w:p>
            <w:r>
              <w:t>Qualified Research Expenses</w:t>
            </w:r>
          </w:p>
        </w:tc>
        <w:tc>
          <w:tcPr>
            <w:tcW w:type="dxa" w:w="2160"/>
          </w:tcPr>
          <w:p>
            <w:r>
              <w:t>Did you incur any expenses for materials used in experimental processes for flax farming in 2025? If yes, please specify the materials and their costs.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1062-0121</w:t>
            </w:r>
          </w:p>
        </w:tc>
        <w:tc>
          <w:tcPr>
            <w:tcW w:type="dxa" w:w="2160"/>
          </w:tcPr>
          <w:p>
            <w:r>
              <w:t>Employee Involvement</w:t>
            </w:r>
          </w:p>
        </w:tc>
        <w:tc>
          <w:tcPr>
            <w:tcW w:type="dxa" w:w="2160"/>
          </w:tcPr>
          <w:p>
            <w:r>
              <w:t>How many employees were directly involved in R&amp;D activities related to flax farming in 2025? Please provide their roles and the time spent on these activities.</w:t>
              <w:br/>
              <w:t>Answer type: Integer + details</w:t>
              <w:br/>
              <w:t>Trigger: Always</w:t>
              <w:br/>
              <w:t>Required: No</w:t>
              <w:br/>
              <w:t>Risk: Medium</w:t>
            </w:r>
          </w:p>
        </w:tc>
        <w:tc>
          <w:tcPr>
            <w:tcW w:type="dxa" w:w="2160"/>
          </w:tcPr>
          <w:p>
            <w:r>
              <w:t>Primary authority: IRC Section 41(c)(1)</w:t>
              <w:br/>
              <w:t>Response: ___________________________</w:t>
              <w:br/>
              <w:t>Evidence: ___________________________</w:t>
              <w:br/>
              <w:t>Reviewer conclusion: ___________________________</w:t>
            </w:r>
          </w:p>
        </w:tc>
      </w:tr>
      <w:tr>
        <w:tc>
          <w:tcPr>
            <w:tcW w:type="dxa" w:w="2160"/>
          </w:tcPr>
          <w:p>
            <w:r>
              <w:t>1062-0122</w:t>
            </w:r>
          </w:p>
        </w:tc>
        <w:tc>
          <w:tcPr>
            <w:tcW w:type="dxa" w:w="2160"/>
          </w:tcPr>
          <w:p>
            <w:r>
              <w:t>Contract Research</w:t>
            </w:r>
          </w:p>
        </w:tc>
        <w:tc>
          <w:tcPr>
            <w:tcW w:type="dxa" w:w="2160"/>
          </w:tcPr>
          <w:p>
            <w:r>
              <w:t>Did you engage any third-party contractors for R&amp;D activities related to flax in 2025? If so, please provide the names of the contractors and the nature of the work performed.</w:t>
              <w:br/>
              <w:t>Answer type: Long text + evidence</w:t>
              <w:br/>
              <w:t>Trigger: Always</w:t>
              <w:br/>
              <w:t>Required: No</w:t>
              <w:br/>
              <w:t>Risk: High</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1062-0123</w:t>
            </w:r>
          </w:p>
        </w:tc>
        <w:tc>
          <w:tcPr>
            <w:tcW w:type="dxa" w:w="2160"/>
          </w:tcPr>
          <w:p>
            <w:r>
              <w:t>Documentation</w:t>
            </w:r>
          </w:p>
        </w:tc>
        <w:tc>
          <w:tcPr>
            <w:tcW w:type="dxa" w:w="2160"/>
          </w:tcPr>
          <w:p>
            <w:r>
              <w:t>What documentation do you maintain to support your claims for R&amp;D activities and expenses related to flax farming in 2025? Please specify the types of records kept.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1062-0124</w:t>
            </w:r>
          </w:p>
        </w:tc>
        <w:tc>
          <w:tcPr>
            <w:tcW w:type="dxa" w:w="2160"/>
          </w:tcPr>
          <w:p>
            <w:r>
              <w:t>Innovation Outcomes</w:t>
            </w:r>
          </w:p>
        </w:tc>
        <w:tc>
          <w:tcPr>
            <w:tcW w:type="dxa" w:w="2160"/>
          </w:tcPr>
          <w:p>
            <w:r>
              <w:t>What specific innovations or improvements resulted from your R&amp;D activities in 2025? Please describe any new techniques, products, or processes developed.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1062-0125</w:t>
            </w:r>
          </w:p>
        </w:tc>
        <w:tc>
          <w:tcPr>
            <w:tcW w:type="dxa" w:w="2160"/>
          </w:tcPr>
          <w:p>
            <w:r>
              <w:t>State-Specific Considerations</w:t>
            </w:r>
          </w:p>
        </w:tc>
        <w:tc>
          <w:tcPr>
            <w:tcW w:type="dxa" w:w="2160"/>
          </w:tcPr>
          <w:p>
            <w:r>
              <w:t>Were any of your R&amp;D activities in 2025 specifically aimed at meeting California agricultural regulations or sustainability practices? Please detail these activities.</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1062-0126</w:t>
            </w:r>
          </w:p>
        </w:tc>
        <w:tc>
          <w:tcPr>
            <w:tcW w:type="dxa" w:w="2160"/>
          </w:tcPr>
          <w:p>
            <w:r>
              <w:t>Credit Calculation</w:t>
            </w:r>
          </w:p>
        </w:tc>
        <w:tc>
          <w:tcPr>
            <w:tcW w:type="dxa" w:w="2160"/>
          </w:tcPr>
          <w:p>
            <w:r>
              <w:t>Based on your qualified research expenses, what is your estimated California R&amp;D tax credit for 2025? Please provide the calculation method used.</w:t>
              <w:br/>
              <w:t>Answer type: Calculation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1062-0127</w:t>
            </w:r>
          </w:p>
        </w:tc>
        <w:tc>
          <w:tcPr>
            <w:tcW w:type="dxa" w:w="2160"/>
          </w:tcPr>
          <w:p>
            <w:r>
              <w:t>Final Conclusions</w:t>
            </w:r>
          </w:p>
        </w:tc>
        <w:tc>
          <w:tcPr>
            <w:tcW w:type="dxa" w:w="2160"/>
          </w:tcPr>
          <w:p>
            <w:r>
              <w:t>What specific R&amp;D activities related to flax farming were undertaken in 2025, and how do they differ from routine agricultural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1062-0128</w:t>
            </w:r>
          </w:p>
        </w:tc>
        <w:tc>
          <w:tcPr>
            <w:tcW w:type="dxa" w:w="2160"/>
          </w:tcPr>
          <w:p>
            <w:r>
              <w:t>Open Issues</w:t>
            </w:r>
          </w:p>
        </w:tc>
        <w:tc>
          <w:tcPr>
            <w:tcW w:type="dxa" w:w="2160"/>
          </w:tcPr>
          <w:p>
            <w:r>
              <w:t>Were there any unresolved issues or challenges encountered during the R&amp;D process for flax farming that could affect the qualification of expenses?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1062-0129</w:t>
            </w:r>
          </w:p>
        </w:tc>
        <w:tc>
          <w:tcPr>
            <w:tcW w:type="dxa" w:w="2160"/>
          </w:tcPr>
          <w:p>
            <w:r>
              <w:t>Certification</w:t>
            </w:r>
          </w:p>
        </w:tc>
        <w:tc>
          <w:tcPr>
            <w:tcW w:type="dxa" w:w="2160"/>
          </w:tcPr>
          <w:p>
            <w:r>
              <w:t>Can you provide documentation or evidence to certify that the R&amp;D activities conducted were intended to develop new or improved products or processes in flax farming?</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1062-0130</w:t>
            </w:r>
          </w:p>
        </w:tc>
        <w:tc>
          <w:tcPr>
            <w:tcW w:type="dxa" w:w="2160"/>
          </w:tcPr>
          <w:p>
            <w:r>
              <w:t>Review</w:t>
            </w:r>
          </w:p>
        </w:tc>
        <w:tc>
          <w:tcPr>
            <w:tcW w:type="dxa" w:w="2160"/>
          </w:tcPr>
          <w:p>
            <w:r>
              <w:t>What methodologies were employed to measure the success or failure of the R&amp;D experiments conducted on flax varieties?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1062-0131</w:t>
            </w:r>
          </w:p>
        </w:tc>
        <w:tc>
          <w:tcPr>
            <w:tcW w:type="dxa" w:w="2160"/>
          </w:tcPr>
          <w:p>
            <w:r>
              <w:t>Next-Year Controls</w:t>
            </w:r>
          </w:p>
        </w:tc>
        <w:tc>
          <w:tcPr>
            <w:tcW w:type="dxa" w:w="2160"/>
          </w:tcPr>
          <w:p>
            <w:r>
              <w:t>What changes or improvements to R&amp;D processes do you plan to implement in 2026 based on the findings from 2025?</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1062-0132</w:t>
            </w:r>
          </w:p>
        </w:tc>
        <w:tc>
          <w:tcPr>
            <w:tcW w:type="dxa" w:w="2160"/>
          </w:tcPr>
          <w:p>
            <w:r>
              <w:t>Final Conclusions</w:t>
            </w:r>
          </w:p>
        </w:tc>
        <w:tc>
          <w:tcPr>
            <w:tcW w:type="dxa" w:w="2160"/>
          </w:tcPr>
          <w:p>
            <w:r>
              <w:t>How were the costs associated with the R&amp;D activities for flax farming allocated and documented in your financial records for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1062-0133</w:t>
            </w:r>
          </w:p>
        </w:tc>
        <w:tc>
          <w:tcPr>
            <w:tcW w:type="dxa" w:w="2160"/>
          </w:tcPr>
          <w:p>
            <w:r>
              <w:t>Open Issues</w:t>
            </w:r>
          </w:p>
        </w:tc>
        <w:tc>
          <w:tcPr>
            <w:tcW w:type="dxa" w:w="2160"/>
          </w:tcPr>
          <w:p>
            <w:r>
              <w:t>Were there any instances where the R&amp;D activities did not meet the IRS criteria for qualified research activities? If so, please detail these instances.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1062-0134</w:t>
            </w:r>
          </w:p>
        </w:tc>
        <w:tc>
          <w:tcPr>
            <w:tcW w:type="dxa" w:w="2160"/>
          </w:tcPr>
          <w:p>
            <w:r>
              <w:t>Certification</w:t>
            </w:r>
          </w:p>
        </w:tc>
        <w:tc>
          <w:tcPr>
            <w:tcW w:type="dxa" w:w="2160"/>
          </w:tcPr>
          <w:p>
            <w:r>
              <w:t>Have all personnel involved in the R&amp;D activities for flax farming been adequately trained in compliance with IRS guidelines for qualifying R&amp;D?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1062-0135</w:t>
            </w:r>
          </w:p>
        </w:tc>
        <w:tc>
          <w:tcPr>
            <w:tcW w:type="dxa" w:w="2160"/>
          </w:tcPr>
          <w:p>
            <w:r>
              <w:t>Review</w:t>
            </w:r>
          </w:p>
        </w:tc>
        <w:tc>
          <w:tcPr>
            <w:tcW w:type="dxa" w:w="2160"/>
          </w:tcPr>
          <w:p>
            <w:r>
              <w:t>What external resources or partnerships were utilized in the R&amp;D process for flax farming, and how were they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1062-0136</w:t>
            </w:r>
          </w:p>
        </w:tc>
        <w:tc>
          <w:tcPr>
            <w:tcW w:type="dxa" w:w="2160"/>
          </w:tcPr>
          <w:p>
            <w:r>
              <w:t>Next-Year Controls</w:t>
            </w:r>
          </w:p>
        </w:tc>
        <w:tc>
          <w:tcPr>
            <w:tcW w:type="dxa" w:w="2160"/>
          </w:tcPr>
          <w:p>
            <w:r>
              <w:t>What specific metrics will you track in 2026 to assess the effectiveness of the R&amp;D activities undertaken in 2025?</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SEED-RECEIVING-AND-TESTING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1062-0137</w:t>
            </w:r>
          </w:p>
        </w:tc>
        <w:tc>
          <w:tcPr>
            <w:tcW w:type="dxa" w:w="2160"/>
          </w:tcPr>
          <w:p>
            <w:r>
              <w:t>Seed Sourcing</w:t>
            </w:r>
          </w:p>
        </w:tc>
        <w:tc>
          <w:tcPr>
            <w:tcW w:type="dxa" w:w="2160"/>
          </w:tcPr>
          <w:p>
            <w:r>
              <w:t>What specific criteria do you use to select flax seed suppliers, and how do you evaluate their reliability?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1062-0138</w:t>
            </w:r>
          </w:p>
        </w:tc>
        <w:tc>
          <w:tcPr>
            <w:tcW w:type="dxa" w:w="2160"/>
          </w:tcPr>
          <w:p>
            <w:r>
              <w:t>Germination Rates</w:t>
            </w:r>
          </w:p>
        </w:tc>
        <w:tc>
          <w:tcPr>
            <w:tcW w:type="dxa" w:w="2160"/>
          </w:tcPr>
          <w:p>
            <w:r>
              <w:t>What are the average germination rates for the flax seeds received in the last year, and how do these compare to industry standards?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1062-0139</w:t>
            </w:r>
          </w:p>
        </w:tc>
        <w:tc>
          <w:tcPr>
            <w:tcW w:type="dxa" w:w="2160"/>
          </w:tcPr>
          <w:p>
            <w:r>
              <w:t>Seed Treatments</w:t>
            </w:r>
          </w:p>
        </w:tc>
        <w:tc>
          <w:tcPr>
            <w:tcW w:type="dxa" w:w="2160"/>
          </w:tcPr>
          <w:p>
            <w:r>
              <w:t>What specific treatments do you apply to the flax seeds upon receipt, and what are the intended outcomes of these treatments?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1062-0140</w:t>
            </w:r>
          </w:p>
        </w:tc>
        <w:tc>
          <w:tcPr>
            <w:tcW w:type="dxa" w:w="2160"/>
          </w:tcPr>
          <w:p>
            <w:r>
              <w:t>Quality Control</w:t>
            </w:r>
          </w:p>
        </w:tc>
        <w:tc>
          <w:tcPr>
            <w:tcW w:type="dxa" w:w="2160"/>
          </w:tcPr>
          <w:p>
            <w:r>
              <w:t>Describe your quality control process for assessing seed quality upon receipt. What metrics do you track?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1062-0141</w:t>
            </w:r>
          </w:p>
        </w:tc>
        <w:tc>
          <w:tcPr>
            <w:tcW w:type="dxa" w:w="2160"/>
          </w:tcPr>
          <w:p>
            <w:r>
              <w:t>Input Specifications</w:t>
            </w:r>
          </w:p>
        </w:tc>
        <w:tc>
          <w:tcPr>
            <w:tcW w:type="dxa" w:w="2160"/>
          </w:tcPr>
          <w:p>
            <w:r>
              <w:t>What input specifications do you require for flax seeds, and how do you ensure compliance from your suppliers?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1062-0142</w:t>
            </w:r>
          </w:p>
        </w:tc>
        <w:tc>
          <w:tcPr>
            <w:tcW w:type="dxa" w:w="2160"/>
          </w:tcPr>
          <w:p>
            <w:r>
              <w:t>Traceability</w:t>
            </w:r>
          </w:p>
        </w:tc>
        <w:tc>
          <w:tcPr>
            <w:tcW w:type="dxa" w:w="2160"/>
          </w:tcPr>
          <w:p>
            <w:r>
              <w:t>How do you maintain traceability of flax seeds from supplier to planting? Please describe your tracking system.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1062-0143</w:t>
            </w:r>
          </w:p>
        </w:tc>
        <w:tc>
          <w:tcPr>
            <w:tcW w:type="dxa" w:w="2160"/>
          </w:tcPr>
          <w:p>
            <w:r>
              <w:t>Storage Conditions</w:t>
            </w:r>
          </w:p>
        </w:tc>
        <w:tc>
          <w:tcPr>
            <w:tcW w:type="dxa" w:w="2160"/>
          </w:tcPr>
          <w:p>
            <w:r>
              <w:t>What specific storage conditions do you maintain for flax seeds, and how do you monitor these conditions?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1062-0144</w:t>
            </w:r>
          </w:p>
        </w:tc>
        <w:tc>
          <w:tcPr>
            <w:tcW w:type="dxa" w:w="2160"/>
          </w:tcPr>
          <w:p>
            <w:r>
              <w:t>Testing Protocols</w:t>
            </w:r>
          </w:p>
        </w:tc>
        <w:tc>
          <w:tcPr>
            <w:tcW w:type="dxa" w:w="2160"/>
          </w:tcPr>
          <w:p>
            <w:r>
              <w:t>What testing protocols do you follow for assessing seed viability and quality, and how frequently are these tests conducted?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1062-0145</w:t>
            </w:r>
          </w:p>
        </w:tc>
        <w:tc>
          <w:tcPr>
            <w:tcW w:type="dxa" w:w="2160"/>
          </w:tcPr>
          <w:p>
            <w:r>
              <w:t>Seed Sourcing</w:t>
            </w:r>
          </w:p>
        </w:tc>
        <w:tc>
          <w:tcPr>
            <w:tcW w:type="dxa" w:w="2160"/>
          </w:tcPr>
          <w:p>
            <w:r>
              <w:t>Have you ever switched seed suppliers, and if so, what were the reasons for the change?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1062-0146</w:t>
            </w:r>
          </w:p>
        </w:tc>
        <w:tc>
          <w:tcPr>
            <w:tcW w:type="dxa" w:w="2160"/>
          </w:tcPr>
          <w:p>
            <w:r>
              <w:t>Germination Rates</w:t>
            </w:r>
          </w:p>
        </w:tc>
        <w:tc>
          <w:tcPr>
            <w:tcW w:type="dxa" w:w="2160"/>
          </w:tcPr>
          <w:p>
            <w:r>
              <w:t>What is the minimum acceptable germination rate for flax seeds in your operations?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1062-0147</w:t>
            </w:r>
          </w:p>
        </w:tc>
        <w:tc>
          <w:tcPr>
            <w:tcW w:type="dxa" w:w="2160"/>
          </w:tcPr>
          <w:p>
            <w:r>
              <w:t>Seed Treatments</w:t>
            </w:r>
          </w:p>
        </w:tc>
        <w:tc>
          <w:tcPr>
            <w:tcW w:type="dxa" w:w="2160"/>
          </w:tcPr>
          <w:p>
            <w:r>
              <w:t>What types of chemical or biological treatments do you apply to flax seeds, and what is their purpose?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1062-0148</w:t>
            </w:r>
          </w:p>
        </w:tc>
        <w:tc>
          <w:tcPr>
            <w:tcW w:type="dxa" w:w="2160"/>
          </w:tcPr>
          <w:p>
            <w:r>
              <w:t>Quality Control</w:t>
            </w:r>
          </w:p>
        </w:tc>
        <w:tc>
          <w:tcPr>
            <w:tcW w:type="dxa" w:w="2160"/>
          </w:tcPr>
          <w:p>
            <w:r>
              <w:t>What specific quality metrics do you use to evaluate seed quality, and how are these metrics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1062-0149</w:t>
            </w:r>
          </w:p>
        </w:tc>
        <w:tc>
          <w:tcPr>
            <w:tcW w:type="dxa" w:w="2160"/>
          </w:tcPr>
          <w:p>
            <w:r>
              <w:t>Input Specifications</w:t>
            </w:r>
          </w:p>
        </w:tc>
        <w:tc>
          <w:tcPr>
            <w:tcW w:type="dxa" w:w="2160"/>
          </w:tcPr>
          <w:p>
            <w:r>
              <w:t>How do you verify that the flax seeds received meet your specified input criteria?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1062-0150</w:t>
            </w:r>
          </w:p>
        </w:tc>
        <w:tc>
          <w:tcPr>
            <w:tcW w:type="dxa" w:w="2160"/>
          </w:tcPr>
          <w:p>
            <w:r>
              <w:t>Traceability</w:t>
            </w:r>
          </w:p>
        </w:tc>
        <w:tc>
          <w:tcPr>
            <w:tcW w:type="dxa" w:w="2160"/>
          </w:tcPr>
          <w:p>
            <w:r>
              <w:t>Can you describe the documentation process you use to track the origin and processing of flax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1062-0151</w:t>
            </w:r>
          </w:p>
        </w:tc>
        <w:tc>
          <w:tcPr>
            <w:tcW w:type="dxa" w:w="2160"/>
          </w:tcPr>
          <w:p>
            <w:r>
              <w:t>Storage Conditions</w:t>
            </w:r>
          </w:p>
        </w:tc>
        <w:tc>
          <w:tcPr>
            <w:tcW w:type="dxa" w:w="2160"/>
          </w:tcPr>
          <w:p>
            <w:r>
              <w:t>What specific temperature and humidity levels do you maintain for flax seed storage, and how do you monitor these parameters?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1062-0152</w:t>
            </w:r>
          </w:p>
        </w:tc>
        <w:tc>
          <w:tcPr>
            <w:tcW w:type="dxa" w:w="2160"/>
          </w:tcPr>
          <w:p>
            <w:r>
              <w:t>Testing Protocols</w:t>
            </w:r>
          </w:p>
        </w:tc>
        <w:tc>
          <w:tcPr>
            <w:tcW w:type="dxa" w:w="2160"/>
          </w:tcPr>
          <w:p>
            <w:r>
              <w:t>What laboratory standards do you follow for seed testing, and are they compliant with any industry certifications?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1062-0153</w:t>
            </w:r>
          </w:p>
        </w:tc>
        <w:tc>
          <w:tcPr>
            <w:tcW w:type="dxa" w:w="2160"/>
          </w:tcPr>
          <w:p>
            <w:r>
              <w:t>Seed Sourcing</w:t>
            </w:r>
          </w:p>
        </w:tc>
        <w:tc>
          <w:tcPr>
            <w:tcW w:type="dxa" w:w="2160"/>
          </w:tcPr>
          <w:p>
            <w:r>
              <w:t>How do you assess the performance of your seed suppliers over time? What metrics do you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1062-0154</w:t>
            </w:r>
          </w:p>
        </w:tc>
        <w:tc>
          <w:tcPr>
            <w:tcW w:type="dxa" w:w="2160"/>
          </w:tcPr>
          <w:p>
            <w:r>
              <w:t>Germination Rates</w:t>
            </w:r>
          </w:p>
        </w:tc>
        <w:tc>
          <w:tcPr>
            <w:tcW w:type="dxa" w:w="2160"/>
          </w:tcPr>
          <w:p>
            <w:r>
              <w:t>How do you document and report the germination rates of seeds used in your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1062-0155</w:t>
            </w:r>
          </w:p>
        </w:tc>
        <w:tc>
          <w:tcPr>
            <w:tcW w:type="dxa" w:w="2160"/>
          </w:tcPr>
          <w:p>
            <w:r>
              <w:t>Quality Control</w:t>
            </w:r>
          </w:p>
        </w:tc>
        <w:tc>
          <w:tcPr>
            <w:tcW w:type="dxa" w:w="2160"/>
          </w:tcPr>
          <w:p>
            <w:r>
              <w:t>What testing methods do you employ to assess the germination rate of received flax seeds?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CULTIVATION-PRACTICES-FLAX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1062-0156</w:t>
            </w:r>
          </w:p>
        </w:tc>
        <w:tc>
          <w:tcPr>
            <w:tcW w:type="dxa" w:w="2160"/>
          </w:tcPr>
          <w:p>
            <w:r>
              <w:t>Soil Preparation</w:t>
            </w:r>
          </w:p>
        </w:tc>
        <w:tc>
          <w:tcPr>
            <w:tcW w:type="dxa" w:w="2160"/>
          </w:tcPr>
          <w:p>
            <w:r>
              <w:t>What specific soil amendments or treatments have you implemented in the past year to enhance soil quality for flax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1062-0157</w:t>
            </w:r>
          </w:p>
        </w:tc>
        <w:tc>
          <w:tcPr>
            <w:tcW w:type="dxa" w:w="2160"/>
          </w:tcPr>
          <w:p>
            <w:r>
              <w:t>Soil Preparation</w:t>
            </w:r>
          </w:p>
        </w:tc>
        <w:tc>
          <w:tcPr>
            <w:tcW w:type="dxa" w:w="2160"/>
          </w:tcPr>
          <w:p>
            <w:r>
              <w:t>Can you describe any experimental techniques you used for soil testing prior to planting flax?</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1062-0158</w:t>
            </w:r>
          </w:p>
        </w:tc>
        <w:tc>
          <w:tcPr>
            <w:tcW w:type="dxa" w:w="2160"/>
          </w:tcPr>
          <w:p>
            <w:r>
              <w:t>Crop Rotation</w:t>
            </w:r>
          </w:p>
        </w:tc>
        <w:tc>
          <w:tcPr>
            <w:tcW w:type="dxa" w:w="2160"/>
          </w:tcPr>
          <w:p>
            <w:r>
              <w:t>What crop rotation strategies have you employed in the last three years specifically to improve flax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1062-0159</w:t>
            </w:r>
          </w:p>
        </w:tc>
        <w:tc>
          <w:tcPr>
            <w:tcW w:type="dxa" w:w="2160"/>
          </w:tcPr>
          <w:p>
            <w:r>
              <w:t>Crop Rotation</w:t>
            </w:r>
          </w:p>
        </w:tc>
        <w:tc>
          <w:tcPr>
            <w:tcW w:type="dxa" w:w="2160"/>
          </w:tcPr>
          <w:p>
            <w:r>
              <w:t>Have you conducted any trials comparing flax yield with different preceding crops? If so,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1062-0160</w:t>
            </w:r>
          </w:p>
        </w:tc>
        <w:tc>
          <w:tcPr>
            <w:tcW w:type="dxa" w:w="2160"/>
          </w:tcPr>
          <w:p>
            <w:r>
              <w:t>Irrigation Methods</w:t>
            </w:r>
          </w:p>
        </w:tc>
        <w:tc>
          <w:tcPr>
            <w:tcW w:type="dxa" w:w="2160"/>
          </w:tcPr>
          <w:p>
            <w:r>
              <w:t>What new irrigation methods have you tested in the past year to optimize water usage for flax crops?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1062-0161</w:t>
            </w:r>
          </w:p>
        </w:tc>
        <w:tc>
          <w:tcPr>
            <w:tcW w:type="dxa" w:w="2160"/>
          </w:tcPr>
          <w:p>
            <w:r>
              <w:t>Irrigation Methods</w:t>
            </w:r>
          </w:p>
        </w:tc>
        <w:tc>
          <w:tcPr>
            <w:tcW w:type="dxa" w:w="2160"/>
          </w:tcPr>
          <w:p>
            <w:r>
              <w:t>Can you provide data on the effectiveness of any new irrigation technologies implemented for flax farming?</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1062-0162</w:t>
            </w:r>
          </w:p>
        </w:tc>
        <w:tc>
          <w:tcPr>
            <w:tcW w:type="dxa" w:w="2160"/>
          </w:tcPr>
          <w:p>
            <w:r>
              <w:t>Pest Management</w:t>
            </w:r>
          </w:p>
        </w:tc>
        <w:tc>
          <w:tcPr>
            <w:tcW w:type="dxa" w:w="2160"/>
          </w:tcPr>
          <w:p>
            <w:r>
              <w:t>What innovative pest management strategies have you developed or tested specifically for flax crops?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1062-0163</w:t>
            </w:r>
          </w:p>
        </w:tc>
        <w:tc>
          <w:tcPr>
            <w:tcW w:type="dxa" w:w="2160"/>
          </w:tcPr>
          <w:p>
            <w:r>
              <w:t>Pest Management</w:t>
            </w:r>
          </w:p>
        </w:tc>
        <w:tc>
          <w:tcPr>
            <w:tcW w:type="dxa" w:w="2160"/>
          </w:tcPr>
          <w:p>
            <w:r>
              <w:t>Have you implemented any biological pest control methods in your flax farming? Please describe the methods and their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1062-0164</w:t>
            </w:r>
          </w:p>
        </w:tc>
        <w:tc>
          <w:tcPr>
            <w:tcW w:type="dxa" w:w="2160"/>
          </w:tcPr>
          <w:p>
            <w:r>
              <w:t>Fertilization Techniques</w:t>
            </w:r>
          </w:p>
        </w:tc>
        <w:tc>
          <w:tcPr>
            <w:tcW w:type="dxa" w:w="2160"/>
          </w:tcPr>
          <w:p>
            <w:r>
              <w:t>What novel fertilization techniques have you experimented with to enhance flax growth?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1062-0165</w:t>
            </w:r>
          </w:p>
        </w:tc>
        <w:tc>
          <w:tcPr>
            <w:tcW w:type="dxa" w:w="2160"/>
          </w:tcPr>
          <w:p>
            <w:r>
              <w:t>Fertilization Techniques</w:t>
            </w:r>
          </w:p>
        </w:tc>
        <w:tc>
          <w:tcPr>
            <w:tcW w:type="dxa" w:w="2160"/>
          </w:tcPr>
          <w:p>
            <w:r>
              <w:t>Can you provide evidence of any trials assessing the impact of different fertilizers on flax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1062-0166</w:t>
            </w:r>
          </w:p>
        </w:tc>
        <w:tc>
          <w:tcPr>
            <w:tcW w:type="dxa" w:w="2160"/>
          </w:tcPr>
          <w:p>
            <w:r>
              <w:t>Sustainable Practices</w:t>
            </w:r>
          </w:p>
        </w:tc>
        <w:tc>
          <w:tcPr>
            <w:tcW w:type="dxa" w:w="2160"/>
          </w:tcPr>
          <w:p>
            <w:r>
              <w:t>What sustainable farming practices have you adopted in your flax cultivation over the past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1062-0167</w:t>
            </w:r>
          </w:p>
        </w:tc>
        <w:tc>
          <w:tcPr>
            <w:tcW w:type="dxa" w:w="2160"/>
          </w:tcPr>
          <w:p>
            <w:r>
              <w:t>Sustainable Practices</w:t>
            </w:r>
          </w:p>
        </w:tc>
        <w:tc>
          <w:tcPr>
            <w:tcW w:type="dxa" w:w="2160"/>
          </w:tcPr>
          <w:p>
            <w:r>
              <w:t>Have you implemented any practices aimed at reducing the carbon footprint of your flax farming operations? Please detail these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1062-0168</w:t>
            </w:r>
          </w:p>
        </w:tc>
        <w:tc>
          <w:tcPr>
            <w:tcW w:type="dxa" w:w="2160"/>
          </w:tcPr>
          <w:p>
            <w:r>
              <w:t>Planting Schedules</w:t>
            </w:r>
          </w:p>
        </w:tc>
        <w:tc>
          <w:tcPr>
            <w:tcW w:type="dxa" w:w="2160"/>
          </w:tcPr>
          <w:p>
            <w:r>
              <w:t>What experimental planting schedules have you tried to optimize flax growth and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1062-0169</w:t>
            </w:r>
          </w:p>
        </w:tc>
        <w:tc>
          <w:tcPr>
            <w:tcW w:type="dxa" w:w="2160"/>
          </w:tcPr>
          <w:p>
            <w:r>
              <w:t>Planting Schedules</w:t>
            </w:r>
          </w:p>
        </w:tc>
        <w:tc>
          <w:tcPr>
            <w:tcW w:type="dxa" w:w="2160"/>
          </w:tcPr>
          <w:p>
            <w:r>
              <w:t>Can you share data on the success rates of different planting dates for your flax crops?</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1062-0170</w:t>
            </w:r>
          </w:p>
        </w:tc>
        <w:tc>
          <w:tcPr>
            <w:tcW w:type="dxa" w:w="2160"/>
          </w:tcPr>
          <w:p>
            <w:r>
              <w:t>Harvest Timing</w:t>
            </w:r>
          </w:p>
        </w:tc>
        <w:tc>
          <w:tcPr>
            <w:tcW w:type="dxa" w:w="2160"/>
          </w:tcPr>
          <w:p>
            <w:r>
              <w:t>What innovative techniques have you explored for determining the optimal harvest timing for flax?</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1062-0171</w:t>
            </w:r>
          </w:p>
        </w:tc>
        <w:tc>
          <w:tcPr>
            <w:tcW w:type="dxa" w:w="2160"/>
          </w:tcPr>
          <w:p>
            <w:r>
              <w:t>Harvest Timing</w:t>
            </w:r>
          </w:p>
        </w:tc>
        <w:tc>
          <w:tcPr>
            <w:tcW w:type="dxa" w:w="2160"/>
          </w:tcPr>
          <w:p>
            <w:r>
              <w:t>Can you provide evidence of any trials conducted to assess the impact of harvest timing on flax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1062-0172</w:t>
            </w:r>
          </w:p>
        </w:tc>
        <w:tc>
          <w:tcPr>
            <w:tcW w:type="dxa" w:w="2160"/>
          </w:tcPr>
          <w:p>
            <w:r>
              <w:t>Soil Preparation</w:t>
            </w:r>
          </w:p>
        </w:tc>
        <w:tc>
          <w:tcPr>
            <w:tcW w:type="dxa" w:w="2160"/>
          </w:tcPr>
          <w:p>
            <w:r>
              <w:t>What specific equipment or technology have you adopted for soil preparation in flax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1062-0173</w:t>
            </w:r>
          </w:p>
        </w:tc>
        <w:tc>
          <w:tcPr>
            <w:tcW w:type="dxa" w:w="2160"/>
          </w:tcPr>
          <w:p>
            <w:r>
              <w:t>Crop Rotation</w:t>
            </w:r>
          </w:p>
        </w:tc>
        <w:tc>
          <w:tcPr>
            <w:tcW w:type="dxa" w:w="2160"/>
          </w:tcPr>
          <w:p>
            <w:r>
              <w:t>Have you documented any changes in soil health as a result of your crop rotation practices with flax?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1062-0174</w:t>
            </w:r>
          </w:p>
        </w:tc>
        <w:tc>
          <w:tcPr>
            <w:tcW w:type="dxa" w:w="2160"/>
          </w:tcPr>
          <w:p>
            <w:r>
              <w:t>Irrigation Methods</w:t>
            </w:r>
          </w:p>
        </w:tc>
        <w:tc>
          <w:tcPr>
            <w:tcW w:type="dxa" w:w="2160"/>
          </w:tcPr>
          <w:p>
            <w:r>
              <w:t>What adjustments have you made to your irrigation practices based on previous years' performance with flax?</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1062-0175</w:t>
            </w:r>
          </w:p>
        </w:tc>
        <w:tc>
          <w:tcPr>
            <w:tcW w:type="dxa" w:w="2160"/>
          </w:tcPr>
          <w:p>
            <w:r>
              <w:t>Pest Management</w:t>
            </w:r>
          </w:p>
        </w:tc>
        <w:tc>
          <w:tcPr>
            <w:tcW w:type="dxa" w:w="2160"/>
          </w:tcPr>
          <w:p>
            <w:r>
              <w:t>What data do you have on the effectiveness of pest management strategies specifically tailored for flax?</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1062-0176</w:t>
            </w:r>
          </w:p>
        </w:tc>
        <w:tc>
          <w:tcPr>
            <w:tcW w:type="dxa" w:w="2160"/>
          </w:tcPr>
          <w:p>
            <w:r>
              <w:t>Fertilization Techniques</w:t>
            </w:r>
          </w:p>
        </w:tc>
        <w:tc>
          <w:tcPr>
            <w:tcW w:type="dxa" w:w="2160"/>
          </w:tcPr>
          <w:p>
            <w:r>
              <w:t>What challenges have you faced in implementing new fertilization techniques for flax,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1062-0177</w:t>
            </w:r>
          </w:p>
        </w:tc>
        <w:tc>
          <w:tcPr>
            <w:tcW w:type="dxa" w:w="2160"/>
          </w:tcPr>
          <w:p>
            <w:r>
              <w:t>Sustainable Practices</w:t>
            </w:r>
          </w:p>
        </w:tc>
        <w:tc>
          <w:tcPr>
            <w:tcW w:type="dxa" w:w="2160"/>
          </w:tcPr>
          <w:p>
            <w:r>
              <w:t>Can you describe any partnerships or collaborations aimed at enhancing sustainable practices in flax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1062-0178</w:t>
            </w:r>
          </w:p>
        </w:tc>
        <w:tc>
          <w:tcPr>
            <w:tcW w:type="dxa" w:w="2160"/>
          </w:tcPr>
          <w:p>
            <w:r>
              <w:t>Agronomy</w:t>
            </w:r>
          </w:p>
        </w:tc>
        <w:tc>
          <w:tcPr>
            <w:tcW w:type="dxa" w:w="2160"/>
          </w:tcPr>
          <w:p>
            <w:r>
              <w:t>What innovative cultivation techniques have you implemented to enhance flax yield?</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1062-0179</w:t>
            </w:r>
          </w:p>
        </w:tc>
        <w:tc>
          <w:tcPr>
            <w:tcW w:type="dxa" w:w="2160"/>
          </w:tcPr>
          <w:p>
            <w:r>
              <w:t>Sustainability</w:t>
            </w:r>
          </w:p>
        </w:tc>
        <w:tc>
          <w:tcPr>
            <w:tcW w:type="dxa" w:w="2160"/>
          </w:tcPr>
          <w:p>
            <w:r>
              <w:t>How do you integrate sustainable practices into your flax cultivation process?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1062-0180</w:t>
            </w:r>
          </w:p>
        </w:tc>
        <w:tc>
          <w:tcPr>
            <w:tcW w:type="dxa" w:w="2160"/>
          </w:tcPr>
          <w:p>
            <w:r>
              <w:t>Soil Management</w:t>
            </w:r>
          </w:p>
        </w:tc>
        <w:tc>
          <w:tcPr>
            <w:tcW w:type="dxa" w:w="2160"/>
          </w:tcPr>
          <w:p>
            <w:r>
              <w:t>What soil amendments do you use to optimize the growing conditions for flax?</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HARVESTING-AND-POST-HARVEST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1062-0181</w:t>
            </w:r>
          </w:p>
        </w:tc>
        <w:tc>
          <w:tcPr>
            <w:tcW w:type="dxa" w:w="2160"/>
          </w:tcPr>
          <w:p>
            <w:r>
              <w:t>Harvesting Techniques</w:t>
            </w:r>
          </w:p>
        </w:tc>
        <w:tc>
          <w:tcPr>
            <w:tcW w:type="dxa" w:w="2160"/>
          </w:tcPr>
          <w:p>
            <w:r>
              <w:t>What specific harvesting techniques did you implement for flax in the 2025 tax year, and how did these techniques differ from previous years?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1062-0182</w:t>
            </w:r>
          </w:p>
        </w:tc>
        <w:tc>
          <w:tcPr>
            <w:tcW w:type="dxa" w:w="2160"/>
          </w:tcPr>
          <w:p>
            <w:r>
              <w:t>Moisture Content</w:t>
            </w:r>
          </w:p>
        </w:tc>
        <w:tc>
          <w:tcPr>
            <w:tcW w:type="dxa" w:w="2160"/>
          </w:tcPr>
          <w:p>
            <w:r>
              <w:t>What was the average moisture content of the flax harvested in 2025, and how did you measure it?</w:t>
              <w:br/>
              <w:t>Answer type: Integer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1062-0183</w:t>
            </w:r>
          </w:p>
        </w:tc>
        <w:tc>
          <w:tcPr>
            <w:tcW w:type="dxa" w:w="2160"/>
          </w:tcPr>
          <w:p>
            <w:r>
              <w:t>Post-Harvest Drying</w:t>
            </w:r>
          </w:p>
        </w:tc>
        <w:tc>
          <w:tcPr>
            <w:tcW w:type="dxa" w:w="2160"/>
          </w:tcPr>
          <w:p>
            <w:r>
              <w:t>Describe the post-harvest drying process you used for flax in 2025, including any experimental methods you tested. What were the outcomes?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1062-0184</w:t>
            </w:r>
          </w:p>
        </w:tc>
        <w:tc>
          <w:tcPr>
            <w:tcW w:type="dxa" w:w="2160"/>
          </w:tcPr>
          <w:p>
            <w:r>
              <w:t>Storage Methods</w:t>
            </w:r>
          </w:p>
        </w:tc>
        <w:tc>
          <w:tcPr>
            <w:tcW w:type="dxa" w:w="2160"/>
          </w:tcPr>
          <w:p>
            <w:r>
              <w:t>What storage methods did you employ for flax after harvesting in 2025, and what criteria did you use to select these methods?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1062-0185</w:t>
            </w:r>
          </w:p>
        </w:tc>
        <w:tc>
          <w:tcPr>
            <w:tcW w:type="dxa" w:w="2160"/>
          </w:tcPr>
          <w:p>
            <w:r>
              <w:t>Equipment Used</w:t>
            </w:r>
          </w:p>
        </w:tc>
        <w:tc>
          <w:tcPr>
            <w:tcW w:type="dxa" w:w="2160"/>
          </w:tcPr>
          <w:p>
            <w:r>
              <w:t>List the types of equipment used in the harvesting and post-harvest handling of flax in 2025, including any new equipment that was tested for efficacy. How did this impact your operations?</w:t>
              <w:br/>
              <w:t>Answer type: Repeating table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1062-0186</w:t>
            </w:r>
          </w:p>
        </w:tc>
        <w:tc>
          <w:tcPr>
            <w:tcW w:type="dxa" w:w="2160"/>
          </w:tcPr>
          <w:p>
            <w:r>
              <w:t>Quality Assessment</w:t>
            </w:r>
          </w:p>
        </w:tc>
        <w:tc>
          <w:tcPr>
            <w:tcW w:type="dxa" w:w="2160"/>
          </w:tcPr>
          <w:p>
            <w:r>
              <w:t>What quality assessment methods were implemented for flax post-harvest in 2025, and how did these methods evolve from prior years?</w:t>
              <w:br/>
              <w:t>Answer type: Long text + evidence</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1062-0187</w:t>
            </w:r>
          </w:p>
        </w:tc>
        <w:tc>
          <w:tcPr>
            <w:tcW w:type="dxa" w:w="2160"/>
          </w:tcPr>
          <w:p>
            <w:r>
              <w:t>Byproduct Management</w:t>
            </w:r>
          </w:p>
        </w:tc>
        <w:tc>
          <w:tcPr>
            <w:tcW w:type="dxa" w:w="2160"/>
          </w:tcPr>
          <w:p>
            <w:r>
              <w:t>What byproducts were generated during the harvesting and post-harvest handling of flax in 2025, and what strategies were employed for their management?</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1062-0188</w:t>
            </w:r>
          </w:p>
        </w:tc>
        <w:tc>
          <w:tcPr>
            <w:tcW w:type="dxa" w:w="2160"/>
          </w:tcPr>
          <w:p>
            <w:r>
              <w:t>Transportation Logistics</w:t>
            </w:r>
          </w:p>
        </w:tc>
        <w:tc>
          <w:tcPr>
            <w:tcW w:type="dxa" w:w="2160"/>
          </w:tcPr>
          <w:p>
            <w:r>
              <w:t>Describe the transportation logistics for moving harvested flax in 2025, including any changes made to improve efficiency or reduce costs. What were the results?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1062-0189</w:t>
            </w:r>
          </w:p>
        </w:tc>
        <w:tc>
          <w:tcPr>
            <w:tcW w:type="dxa" w:w="2160"/>
          </w:tcPr>
          <w:p>
            <w:r>
              <w:t>Harvesting Techniques</w:t>
            </w:r>
          </w:p>
        </w:tc>
        <w:tc>
          <w:tcPr>
            <w:tcW w:type="dxa" w:w="2160"/>
          </w:tcPr>
          <w:p>
            <w:r>
              <w:t>Did you experiment with any new harvesting techniques in 2025? If yes, please describe the techniques and their intended purpose.</w:t>
              <w:br/>
              <w:t>Answer type: Yes-No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1062-0190</w:t>
            </w:r>
          </w:p>
        </w:tc>
        <w:tc>
          <w:tcPr>
            <w:tcW w:type="dxa" w:w="2160"/>
          </w:tcPr>
          <w:p>
            <w:r>
              <w:t>Moisture Content</w:t>
            </w:r>
          </w:p>
        </w:tc>
        <w:tc>
          <w:tcPr>
            <w:tcW w:type="dxa" w:w="2160"/>
          </w:tcPr>
          <w:p>
            <w:r>
              <w:t>What specific thresholds for moisture content did you aim to achieve during the flax harvesting process in 2025, and what methods did you use to monitor this?</w:t>
              <w:br/>
              <w:t>Answer type: Integer + details</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1062-0191</w:t>
            </w:r>
          </w:p>
        </w:tc>
        <w:tc>
          <w:tcPr>
            <w:tcW w:type="dxa" w:w="2160"/>
          </w:tcPr>
          <w:p>
            <w:r>
              <w:t>Post-Harvest Drying</w:t>
            </w:r>
          </w:p>
        </w:tc>
        <w:tc>
          <w:tcPr>
            <w:tcW w:type="dxa" w:w="2160"/>
          </w:tcPr>
          <w:p>
            <w:r>
              <w:t>What challenges did you face during the post-harvest drying of flax in 2025, and what innovative solutions did you implement to address these challenges?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1062-0192</w:t>
            </w:r>
          </w:p>
        </w:tc>
        <w:tc>
          <w:tcPr>
            <w:tcW w:type="dxa" w:w="2160"/>
          </w:tcPr>
          <w:p>
            <w:r>
              <w:t>Storage Methods</w:t>
            </w:r>
          </w:p>
        </w:tc>
        <w:tc>
          <w:tcPr>
            <w:tcW w:type="dxa" w:w="2160"/>
          </w:tcPr>
          <w:p>
            <w:r>
              <w:t>How did you assess the effectiveness of the storage methods used for flax in 2025? What metrics or indicators were utilized?</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1062-0193</w:t>
            </w:r>
          </w:p>
        </w:tc>
        <w:tc>
          <w:tcPr>
            <w:tcW w:type="dxa" w:w="2160"/>
          </w:tcPr>
          <w:p>
            <w:r>
              <w:t>Equipment Used</w:t>
            </w:r>
          </w:p>
        </w:tc>
        <w:tc>
          <w:tcPr>
            <w:tcW w:type="dxa" w:w="2160"/>
          </w:tcPr>
          <w:p>
            <w:r>
              <w:t>What modifications or improvements were made to the equipment used for harvesting flax in 2025, and how did these impact your operational efficiency?</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1062-0194</w:t>
            </w:r>
          </w:p>
        </w:tc>
        <w:tc>
          <w:tcPr>
            <w:tcW w:type="dxa" w:w="2160"/>
          </w:tcPr>
          <w:p>
            <w:r>
              <w:t>Quality Assessment</w:t>
            </w:r>
          </w:p>
        </w:tc>
        <w:tc>
          <w:tcPr>
            <w:tcW w:type="dxa" w:w="2160"/>
          </w:tcPr>
          <w:p>
            <w:r>
              <w:t>What specific quality metrics were tracked for flax post-harvest in 2025, and how did you utilize this data for decision-making?</w:t>
              <w:br/>
              <w:t>Answer type: Long text + evidence</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1062-0195</w:t>
            </w:r>
          </w:p>
        </w:tc>
        <w:tc>
          <w:tcPr>
            <w:tcW w:type="dxa" w:w="2160"/>
          </w:tcPr>
          <w:p>
            <w:r>
              <w:t>Byproduct Management</w:t>
            </w:r>
          </w:p>
        </w:tc>
        <w:tc>
          <w:tcPr>
            <w:tcW w:type="dxa" w:w="2160"/>
          </w:tcPr>
          <w:p>
            <w:r>
              <w:t>What percentage of flax byproducts were repurposed or sold in 2025, and what processes were in place to facilitate this?</w:t>
              <w:br/>
              <w:t>Answer type: Percentage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1062-0196</w:t>
            </w:r>
          </w:p>
        </w:tc>
        <w:tc>
          <w:tcPr>
            <w:tcW w:type="dxa" w:w="2160"/>
          </w:tcPr>
          <w:p>
            <w:r>
              <w:t>Transportation Logistics</w:t>
            </w:r>
          </w:p>
        </w:tc>
        <w:tc>
          <w:tcPr>
            <w:tcW w:type="dxa" w:w="2160"/>
          </w:tcPr>
          <w:p>
            <w:r>
              <w:t>What specific transportation methods were employed for flax in 2025, and how did you evaluate their effectiveness?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1062-0197</w:t>
            </w:r>
          </w:p>
        </w:tc>
        <w:tc>
          <w:tcPr>
            <w:tcW w:type="dxa" w:w="2160"/>
          </w:tcPr>
          <w:p>
            <w:r>
              <w:t>Harvesting Techniques</w:t>
            </w:r>
          </w:p>
        </w:tc>
        <w:tc>
          <w:tcPr>
            <w:tcW w:type="dxa" w:w="2160"/>
          </w:tcPr>
          <w:p>
            <w:r>
              <w:t>What feedback did you receive from workers regarding the harvesting techniques used in 2025, and how did this feedback influence any changes?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1062-0198</w:t>
            </w:r>
          </w:p>
        </w:tc>
        <w:tc>
          <w:tcPr>
            <w:tcW w:type="dxa" w:w="2160"/>
          </w:tcPr>
          <w:p>
            <w:r>
              <w:t>Moisture Content</w:t>
            </w:r>
          </w:p>
        </w:tc>
        <w:tc>
          <w:tcPr>
            <w:tcW w:type="dxa" w:w="2160"/>
          </w:tcPr>
          <w:p>
            <w:r>
              <w:t>Did you conduct any tests to evaluate the impact of moisture content on flax quality in 2025? If so, please describe the tests and findings.</w:t>
              <w:br/>
              <w:t>Answer type: Yes-No + details</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1062-0199</w:t>
            </w:r>
          </w:p>
        </w:tc>
        <w:tc>
          <w:tcPr>
            <w:tcW w:type="dxa" w:w="2160"/>
          </w:tcPr>
          <w:p>
            <w:r>
              <w:t>Post-Harvest Drying</w:t>
            </w:r>
          </w:p>
        </w:tc>
        <w:tc>
          <w:tcPr>
            <w:tcW w:type="dxa" w:w="2160"/>
          </w:tcPr>
          <w:p>
            <w:r>
              <w:t>What was the duration of the drying process for flax in 2025, and how did you determine this duration?</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1062-0200</w:t>
            </w:r>
          </w:p>
        </w:tc>
        <w:tc>
          <w:tcPr>
            <w:tcW w:type="dxa" w:w="2160"/>
          </w:tcPr>
          <w:p>
            <w:r>
              <w:t>Storage Methods</w:t>
            </w:r>
          </w:p>
        </w:tc>
        <w:tc>
          <w:tcPr>
            <w:tcW w:type="dxa" w:w="2160"/>
          </w:tcPr>
          <w:p>
            <w:r>
              <w:t>What specific environmental conditions did you monitor during the storage of flax in 2025 to ensure quality preservation?</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1062-0201</w:t>
            </w:r>
          </w:p>
        </w:tc>
        <w:tc>
          <w:tcPr>
            <w:tcW w:type="dxa" w:w="2160"/>
          </w:tcPr>
          <w:p>
            <w:r>
              <w:t>Harvesting Techniques</w:t>
            </w:r>
          </w:p>
        </w:tc>
        <w:tc>
          <w:tcPr>
            <w:tcW w:type="dxa" w:w="2160"/>
          </w:tcPr>
          <w:p>
            <w:r>
              <w:t>What methods do you utilize for harvesting flax to minimize fiber damage?</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1062-0202</w:t>
            </w:r>
          </w:p>
        </w:tc>
        <w:tc>
          <w:tcPr>
            <w:tcW w:type="dxa" w:w="2160"/>
          </w:tcPr>
          <w:p>
            <w:r>
              <w:t>Post-Harvest Processing</w:t>
            </w:r>
          </w:p>
        </w:tc>
        <w:tc>
          <w:tcPr>
            <w:tcW w:type="dxa" w:w="2160"/>
          </w:tcPr>
          <w:p>
            <w:r>
              <w:t>How do you ensure the quality of flax during the post-harvest drying process?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1062-0203</w:t>
            </w:r>
          </w:p>
        </w:tc>
        <w:tc>
          <w:tcPr>
            <w:tcW w:type="dxa" w:w="2160"/>
          </w:tcPr>
          <w:p>
            <w:r>
              <w:t>Storage Practices</w:t>
            </w:r>
          </w:p>
        </w:tc>
        <w:tc>
          <w:tcPr>
            <w:tcW w:type="dxa" w:w="2160"/>
          </w:tcPr>
          <w:p>
            <w:r>
              <w:t>What storage conditions do you maintain for harvested flax to prevent spoilage?</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FLAX-EXTRACTION-PROCESSES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1062-0204</w:t>
            </w:r>
          </w:p>
        </w:tc>
        <w:tc>
          <w:tcPr>
            <w:tcW w:type="dxa" w:w="2160"/>
          </w:tcPr>
          <w:p>
            <w:r>
              <w:t>Cold Pressing</w:t>
            </w:r>
          </w:p>
        </w:tc>
        <w:tc>
          <w:tcPr>
            <w:tcW w:type="dxa" w:w="2160"/>
          </w:tcPr>
          <w:p>
            <w:r>
              <w:t>What specific equipment do you utilize for cold pressing flaxseed oil, and what are its specifications?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1062-0205</w:t>
            </w:r>
          </w:p>
        </w:tc>
        <w:tc>
          <w:tcPr>
            <w:tcW w:type="dxa" w:w="2160"/>
          </w:tcPr>
          <w:p>
            <w:r>
              <w:t>Cold Pressing</w:t>
            </w:r>
          </w:p>
        </w:tc>
        <w:tc>
          <w:tcPr>
            <w:tcW w:type="dxa" w:w="2160"/>
          </w:tcPr>
          <w:p>
            <w:r>
              <w:t>Can you describe the process parameters (temperature, pressure) used during cold pressing and how they impact oil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1062-0206</w:t>
            </w:r>
          </w:p>
        </w:tc>
        <w:tc>
          <w:tcPr>
            <w:tcW w:type="dxa" w:w="2160"/>
          </w:tcPr>
          <w:p>
            <w:r>
              <w:t>Solvent Extraction</w:t>
            </w:r>
          </w:p>
        </w:tc>
        <w:tc>
          <w:tcPr>
            <w:tcW w:type="dxa" w:w="2160"/>
          </w:tcPr>
          <w:p>
            <w:r>
              <w:t>What solvents are employed in your solvent extraction process for flaxseed oil, and how do you determine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1062-0207</w:t>
            </w:r>
          </w:p>
        </w:tc>
        <w:tc>
          <w:tcPr>
            <w:tcW w:type="dxa" w:w="2160"/>
          </w:tcPr>
          <w:p>
            <w:r>
              <w:t>Solvent Extraction</w:t>
            </w:r>
          </w:p>
        </w:tc>
        <w:tc>
          <w:tcPr>
            <w:tcW w:type="dxa" w:w="2160"/>
          </w:tcPr>
          <w:p>
            <w:r>
              <w:t>What specific steps do you take to optimize the yield during the solvent extraction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1062-0208</w:t>
            </w:r>
          </w:p>
        </w:tc>
        <w:tc>
          <w:tcPr>
            <w:tcW w:type="dxa" w:w="2160"/>
          </w:tcPr>
          <w:p>
            <w:r>
              <w:t>Refining Processes</w:t>
            </w:r>
          </w:p>
        </w:tc>
        <w:tc>
          <w:tcPr>
            <w:tcW w:type="dxa" w:w="2160"/>
          </w:tcPr>
          <w:p>
            <w:r>
              <w:t>What refining processes do you implement post-extraction, and what are their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1062-0209</w:t>
            </w:r>
          </w:p>
        </w:tc>
        <w:tc>
          <w:tcPr>
            <w:tcW w:type="dxa" w:w="2160"/>
          </w:tcPr>
          <w:p>
            <w:r>
              <w:t>Refining Processes</w:t>
            </w:r>
          </w:p>
        </w:tc>
        <w:tc>
          <w:tcPr>
            <w:tcW w:type="dxa" w:w="2160"/>
          </w:tcPr>
          <w:p>
            <w:r>
              <w:t>Can you provide details on the equipment used in the refining of flaxseed oil, including any specific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1062-0210</w:t>
            </w:r>
          </w:p>
        </w:tc>
        <w:tc>
          <w:tcPr>
            <w:tcW w:type="dxa" w:w="2160"/>
          </w:tcPr>
          <w:p>
            <w:r>
              <w:t>Yield Optimization</w:t>
            </w:r>
          </w:p>
        </w:tc>
        <w:tc>
          <w:tcPr>
            <w:tcW w:type="dxa" w:w="2160"/>
          </w:tcPr>
          <w:p>
            <w:r>
              <w:t>What metrics do you track to assess the efficiency and yield of your flaxseed oil extraction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1062-0211</w:t>
            </w:r>
          </w:p>
        </w:tc>
        <w:tc>
          <w:tcPr>
            <w:tcW w:type="dxa" w:w="2160"/>
          </w:tcPr>
          <w:p>
            <w:r>
              <w:t>Yield Optimization</w:t>
            </w:r>
          </w:p>
        </w:tc>
        <w:tc>
          <w:tcPr>
            <w:tcW w:type="dxa" w:w="2160"/>
          </w:tcPr>
          <w:p>
            <w:r>
              <w:t>What specific experiments have you conducted to improve the yield of flaxseed oil extraction?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1062-0212</w:t>
            </w:r>
          </w:p>
        </w:tc>
        <w:tc>
          <w:tcPr>
            <w:tcW w:type="dxa" w:w="2160"/>
          </w:tcPr>
          <w:p>
            <w:r>
              <w:t>Quality Control</w:t>
            </w:r>
          </w:p>
        </w:tc>
        <w:tc>
          <w:tcPr>
            <w:tcW w:type="dxa" w:w="2160"/>
          </w:tcPr>
          <w:p>
            <w:r>
              <w:t>What quality control measures are in place to ensure the purity of extracted flaxseed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1062-0213</w:t>
            </w:r>
          </w:p>
        </w:tc>
        <w:tc>
          <w:tcPr>
            <w:tcW w:type="dxa" w:w="2160"/>
          </w:tcPr>
          <w:p>
            <w:r>
              <w:t>Quality Control</w:t>
            </w:r>
          </w:p>
        </w:tc>
        <w:tc>
          <w:tcPr>
            <w:tcW w:type="dxa" w:w="2160"/>
          </w:tcPr>
          <w:p>
            <w:r>
              <w:t>How do you test the quality of flaxseed oil post-extraction, and what standards do you adhere to?</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1062-0214</w:t>
            </w:r>
          </w:p>
        </w:tc>
        <w:tc>
          <w:tcPr>
            <w:tcW w:type="dxa" w:w="2160"/>
          </w:tcPr>
          <w:p>
            <w:r>
              <w:t>Waste Management</w:t>
            </w:r>
          </w:p>
        </w:tc>
        <w:tc>
          <w:tcPr>
            <w:tcW w:type="dxa" w:w="2160"/>
          </w:tcPr>
          <w:p>
            <w:r>
              <w:t>What waste management practices do you implement for by-products generated during the extraction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1062-0215</w:t>
            </w:r>
          </w:p>
        </w:tc>
        <w:tc>
          <w:tcPr>
            <w:tcW w:type="dxa" w:w="2160"/>
          </w:tcPr>
          <w:p>
            <w:r>
              <w:t>Waste Management</w:t>
            </w:r>
          </w:p>
        </w:tc>
        <w:tc>
          <w:tcPr>
            <w:tcW w:type="dxa" w:w="2160"/>
          </w:tcPr>
          <w:p>
            <w:r>
              <w:t>Can you quantify the volume of waste produced during the extraction processes and how it is managed?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1062-0216</w:t>
            </w:r>
          </w:p>
        </w:tc>
        <w:tc>
          <w:tcPr>
            <w:tcW w:type="dxa" w:w="2160"/>
          </w:tcPr>
          <w:p>
            <w:r>
              <w:t>Sustainability Practices</w:t>
            </w:r>
          </w:p>
        </w:tc>
        <w:tc>
          <w:tcPr>
            <w:tcW w:type="dxa" w:w="2160"/>
          </w:tcPr>
          <w:p>
            <w:r>
              <w:t>What sustainable practices do you follow in your extraction processes to minimize environmental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1062-0217</w:t>
            </w:r>
          </w:p>
        </w:tc>
        <w:tc>
          <w:tcPr>
            <w:tcW w:type="dxa" w:w="2160"/>
          </w:tcPr>
          <w:p>
            <w:r>
              <w:t>Sustainability Practices</w:t>
            </w:r>
          </w:p>
        </w:tc>
        <w:tc>
          <w:tcPr>
            <w:tcW w:type="dxa" w:w="2160"/>
          </w:tcPr>
          <w:p>
            <w:r>
              <w:t>How do you assess the sustainability of your extraction methods, and what metrics do you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1062-0218</w:t>
            </w:r>
          </w:p>
        </w:tc>
        <w:tc>
          <w:tcPr>
            <w:tcW w:type="dxa" w:w="2160"/>
          </w:tcPr>
          <w:p>
            <w:r>
              <w:t>Equipment Specifications</w:t>
            </w:r>
          </w:p>
        </w:tc>
        <w:tc>
          <w:tcPr>
            <w:tcW w:type="dxa" w:w="2160"/>
          </w:tcPr>
          <w:p>
            <w:r>
              <w:t>What specific equipment do you use for flax fiber extraction, and how does it differ from oil extraction equipment?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1062-0219</w:t>
            </w:r>
          </w:p>
        </w:tc>
        <w:tc>
          <w:tcPr>
            <w:tcW w:type="dxa" w:w="2160"/>
          </w:tcPr>
          <w:p>
            <w:r>
              <w:t>Equipment Specifications</w:t>
            </w:r>
          </w:p>
        </w:tc>
        <w:tc>
          <w:tcPr>
            <w:tcW w:type="dxa" w:w="2160"/>
          </w:tcPr>
          <w:p>
            <w:r>
              <w:t>Can you provide details on the maintenance schedule for your extraction equipment and any innovations you've implemented?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1062-0220</w:t>
            </w:r>
          </w:p>
        </w:tc>
        <w:tc>
          <w:tcPr>
            <w:tcW w:type="dxa" w:w="2160"/>
          </w:tcPr>
          <w:p>
            <w:r>
              <w:t>Cold Pressing</w:t>
            </w:r>
          </w:p>
        </w:tc>
        <w:tc>
          <w:tcPr>
            <w:tcW w:type="dxa" w:w="2160"/>
          </w:tcPr>
          <w:p>
            <w:r>
              <w:t>What challenges have you faced in the cold pressing process,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1062-0221</w:t>
            </w:r>
          </w:p>
        </w:tc>
        <w:tc>
          <w:tcPr>
            <w:tcW w:type="dxa" w:w="2160"/>
          </w:tcPr>
          <w:p>
            <w:r>
              <w:t>Solvent Extraction</w:t>
            </w:r>
          </w:p>
        </w:tc>
        <w:tc>
          <w:tcPr>
            <w:tcW w:type="dxa" w:w="2160"/>
          </w:tcPr>
          <w:p>
            <w:r>
              <w:t>How do you ensure compliance with safety and environmental regulations during solvent extraction?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1062-0222</w:t>
            </w:r>
          </w:p>
        </w:tc>
        <w:tc>
          <w:tcPr>
            <w:tcW w:type="dxa" w:w="2160"/>
          </w:tcPr>
          <w:p>
            <w:r>
              <w:t>Refining Processes</w:t>
            </w:r>
          </w:p>
        </w:tc>
        <w:tc>
          <w:tcPr>
            <w:tcW w:type="dxa" w:w="2160"/>
          </w:tcPr>
          <w:p>
            <w:r>
              <w:t>What innovations have you implemented in your refining processes to enhance oil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1062-0223</w:t>
            </w:r>
          </w:p>
        </w:tc>
        <w:tc>
          <w:tcPr>
            <w:tcW w:type="dxa" w:w="2160"/>
          </w:tcPr>
          <w:p>
            <w:r>
              <w:t>Quality Control</w:t>
            </w:r>
          </w:p>
        </w:tc>
        <w:tc>
          <w:tcPr>
            <w:tcW w:type="dxa" w:w="2160"/>
          </w:tcPr>
          <w:p>
            <w:r>
              <w:t>What specific tests are performed to evaluate the oxidative stability of the extracted flaxseed oil?</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1062-0224</w:t>
            </w:r>
          </w:p>
        </w:tc>
        <w:tc>
          <w:tcPr>
            <w:tcW w:type="dxa" w:w="2160"/>
          </w:tcPr>
          <w:p>
            <w:r>
              <w:t>Yield Optimization</w:t>
            </w:r>
          </w:p>
        </w:tc>
        <w:tc>
          <w:tcPr>
            <w:tcW w:type="dxa" w:w="2160"/>
          </w:tcPr>
          <w:p>
            <w:r>
              <w:t>How do you document and analyze the results of yield optimization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1062-0225</w:t>
            </w:r>
          </w:p>
        </w:tc>
        <w:tc>
          <w:tcPr>
            <w:tcW w:type="dxa" w:w="2160"/>
          </w:tcPr>
          <w:p>
            <w:r>
              <w:t>Waste Management</w:t>
            </w:r>
          </w:p>
        </w:tc>
        <w:tc>
          <w:tcPr>
            <w:tcW w:type="dxa" w:w="2160"/>
          </w:tcPr>
          <w:p>
            <w:r>
              <w:t>What are the environmental impacts of your waste management practices, and how do you measure them?</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1062-0226</w:t>
            </w:r>
          </w:p>
        </w:tc>
        <w:tc>
          <w:tcPr>
            <w:tcW w:type="dxa" w:w="2160"/>
          </w:tcPr>
          <w:p>
            <w:r>
              <w:t>Extraction Technology</w:t>
            </w:r>
          </w:p>
        </w:tc>
        <w:tc>
          <w:tcPr>
            <w:tcW w:type="dxa" w:w="2160"/>
          </w:tcPr>
          <w:p>
            <w:r>
              <w:t>What extraction methods do you employ to maximize oil yield from flax seeds?</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1062-0227</w:t>
            </w:r>
          </w:p>
        </w:tc>
        <w:tc>
          <w:tcPr>
            <w:tcW w:type="dxa" w:w="2160"/>
          </w:tcPr>
          <w:p>
            <w:r>
              <w:t>Process Optimization</w:t>
            </w:r>
          </w:p>
        </w:tc>
        <w:tc>
          <w:tcPr>
            <w:tcW w:type="dxa" w:w="2160"/>
          </w:tcPr>
          <w:p>
            <w:r>
              <w:t>How do you measure the efficiency of your flax oil extraction processes?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1062-0228</w:t>
            </w:r>
          </w:p>
        </w:tc>
        <w:tc>
          <w:tcPr>
            <w:tcW w:type="dxa" w:w="2160"/>
          </w:tcPr>
          <w:p>
            <w:r>
              <w:t>Quality Assurance</w:t>
            </w:r>
          </w:p>
        </w:tc>
        <w:tc>
          <w:tcPr>
            <w:tcW w:type="dxa" w:w="2160"/>
          </w:tcPr>
          <w:p>
            <w:r>
              <w:t>What quality control measures do you have in place during the extraction of flax oil?</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OIL-REFINING-AND-PURIFICATION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1062-0229</w:t>
            </w:r>
          </w:p>
        </w:tc>
        <w:tc>
          <w:tcPr>
            <w:tcW w:type="dxa" w:w="2160"/>
          </w:tcPr>
          <w:p>
            <w:r>
              <w:t>Degumming Process</w:t>
            </w:r>
          </w:p>
        </w:tc>
        <w:tc>
          <w:tcPr>
            <w:tcW w:type="dxa" w:w="2160"/>
          </w:tcPr>
          <w:p>
            <w:r>
              <w:t>What specific methods do you employ for degumming flaxseed oil, and how do these methods differ from conventional processes?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1062-0230</w:t>
            </w:r>
          </w:p>
        </w:tc>
        <w:tc>
          <w:tcPr>
            <w:tcW w:type="dxa" w:w="2160"/>
          </w:tcPr>
          <w:p>
            <w:r>
              <w:t>Bleaching Process</w:t>
            </w:r>
          </w:p>
        </w:tc>
        <w:tc>
          <w:tcPr>
            <w:tcW w:type="dxa" w:w="2160"/>
          </w:tcPr>
          <w:p>
            <w:r>
              <w:t>Can you describe any experimental techniques you have implemented to enhance the bleaching process of flaxseed oil?</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1062-0231</w:t>
            </w:r>
          </w:p>
        </w:tc>
        <w:tc>
          <w:tcPr>
            <w:tcW w:type="dxa" w:w="2160"/>
          </w:tcPr>
          <w:p>
            <w:r>
              <w:t>Deodorizing Process</w:t>
            </w:r>
          </w:p>
        </w:tc>
        <w:tc>
          <w:tcPr>
            <w:tcW w:type="dxa" w:w="2160"/>
          </w:tcPr>
          <w:p>
            <w:r>
              <w:t>What innovative deodorizing methods have you tested for flaxseed oil, and what were the outcomes of these tests?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1062-0232</w:t>
            </w:r>
          </w:p>
        </w:tc>
        <w:tc>
          <w:tcPr>
            <w:tcW w:type="dxa" w:w="2160"/>
          </w:tcPr>
          <w:p>
            <w:r>
              <w:t>Quality Testing</w:t>
            </w:r>
          </w:p>
        </w:tc>
        <w:tc>
          <w:tcPr>
            <w:tcW w:type="dxa" w:w="2160"/>
          </w:tcPr>
          <w:p>
            <w:r>
              <w:t>What quality testing protocols do you utilize to ensure that your refined flaxseed oil meets food safety standards, and how do you document these processes?</w:t>
              <w:br/>
              <w:t>Answer type: Long text + evidence</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1062-0233</w:t>
            </w:r>
          </w:p>
        </w:tc>
        <w:tc>
          <w:tcPr>
            <w:tcW w:type="dxa" w:w="2160"/>
          </w:tcPr>
          <w:p>
            <w:r>
              <w:t>Regulatory Compliance</w:t>
            </w:r>
          </w:p>
        </w:tc>
        <w:tc>
          <w:tcPr>
            <w:tcW w:type="dxa" w:w="2160"/>
          </w:tcPr>
          <w:p>
            <w:r>
              <w:t>What specific regulatory compliance challenges have you encountered in the refining of flaxseed oil, and how have you addressed them?</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1062-0234</w:t>
            </w:r>
          </w:p>
        </w:tc>
        <w:tc>
          <w:tcPr>
            <w:tcW w:type="dxa" w:w="2160"/>
          </w:tcPr>
          <w:p>
            <w:r>
              <w:t>Packaging Standards</w:t>
            </w:r>
          </w:p>
        </w:tc>
        <w:tc>
          <w:tcPr>
            <w:tcW w:type="dxa" w:w="2160"/>
          </w:tcPr>
          <w:p>
            <w:r>
              <w:t>What innovative packaging standards have you developed or adopted for your flaxseed oil, and how do these standards align with industry regulations?</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1062-0235</w:t>
            </w:r>
          </w:p>
        </w:tc>
        <w:tc>
          <w:tcPr>
            <w:tcW w:type="dxa" w:w="2160"/>
          </w:tcPr>
          <w:p>
            <w:r>
              <w:t>Sustainability</w:t>
            </w:r>
          </w:p>
        </w:tc>
        <w:tc>
          <w:tcPr>
            <w:tcW w:type="dxa" w:w="2160"/>
          </w:tcPr>
          <w:p>
            <w:r>
              <w:t>What sustainable practices have you implemented in the refining of flaxseed oil, and how do you measure their effectiveness?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1062-0236</w:t>
            </w:r>
          </w:p>
        </w:tc>
        <w:tc>
          <w:tcPr>
            <w:tcW w:type="dxa" w:w="2160"/>
          </w:tcPr>
          <w:p>
            <w:r>
              <w:t>Byproduct Utilization</w:t>
            </w:r>
          </w:p>
        </w:tc>
        <w:tc>
          <w:tcPr>
            <w:tcW w:type="dxa" w:w="2160"/>
          </w:tcPr>
          <w:p>
            <w:r>
              <w:t>What byproducts are generated during the refining of flaxseed oil, and what innovative methods have you explored for their utilization?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1062-0237</w:t>
            </w:r>
          </w:p>
        </w:tc>
        <w:tc>
          <w:tcPr>
            <w:tcW w:type="dxa" w:w="2160"/>
          </w:tcPr>
          <w:p>
            <w:r>
              <w:t>Degumming Process</w:t>
            </w:r>
          </w:p>
        </w:tc>
        <w:tc>
          <w:tcPr>
            <w:tcW w:type="dxa" w:w="2160"/>
          </w:tcPr>
          <w:p>
            <w:r>
              <w:t>How do you assess the effectiveness of your degumming process in terms of oil yield and quality?</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1062-0238</w:t>
            </w:r>
          </w:p>
        </w:tc>
        <w:tc>
          <w:tcPr>
            <w:tcW w:type="dxa" w:w="2160"/>
          </w:tcPr>
          <w:p>
            <w:r>
              <w:t>Bleaching Process</w:t>
            </w:r>
          </w:p>
        </w:tc>
        <w:tc>
          <w:tcPr>
            <w:tcW w:type="dxa" w:w="2160"/>
          </w:tcPr>
          <w:p>
            <w:r>
              <w:t>What specific parameters do you monitor during the bleaching process of flaxseed oil, and how do these parameters impact the final product?</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1062-0239</w:t>
            </w:r>
          </w:p>
        </w:tc>
        <w:tc>
          <w:tcPr>
            <w:tcW w:type="dxa" w:w="2160"/>
          </w:tcPr>
          <w:p>
            <w:r>
              <w:t>Deodorizing Process</w:t>
            </w:r>
          </w:p>
        </w:tc>
        <w:tc>
          <w:tcPr>
            <w:tcW w:type="dxa" w:w="2160"/>
          </w:tcPr>
          <w:p>
            <w:r>
              <w:t>What criteria do you use to evaluate the effectiveness of your deodorizing process, and how do you document these evaluations?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1062-0240</w:t>
            </w:r>
          </w:p>
        </w:tc>
        <w:tc>
          <w:tcPr>
            <w:tcW w:type="dxa" w:w="2160"/>
          </w:tcPr>
          <w:p>
            <w:r>
              <w:t>Quality Testing</w:t>
            </w:r>
          </w:p>
        </w:tc>
        <w:tc>
          <w:tcPr>
            <w:tcW w:type="dxa" w:w="2160"/>
          </w:tcPr>
          <w:p>
            <w:r>
              <w:t>What specific tests do you conduct to ensure that your refined flaxseed oil complies with food safety regulations?</w:t>
              <w:br/>
              <w:t>Answer type: Multi-select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1062-0241</w:t>
            </w:r>
          </w:p>
        </w:tc>
        <w:tc>
          <w:tcPr>
            <w:tcW w:type="dxa" w:w="2160"/>
          </w:tcPr>
          <w:p>
            <w:r>
              <w:t>Regulatory Compliance</w:t>
            </w:r>
          </w:p>
        </w:tc>
        <w:tc>
          <w:tcPr>
            <w:tcW w:type="dxa" w:w="2160"/>
          </w:tcPr>
          <w:p>
            <w:r>
              <w:t>How do you stay updated on changes in food safety regulations that affect the refining of flaxseed oil?</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1062-0242</w:t>
            </w:r>
          </w:p>
        </w:tc>
        <w:tc>
          <w:tcPr>
            <w:tcW w:type="dxa" w:w="2160"/>
          </w:tcPr>
          <w:p>
            <w:r>
              <w:t>Packaging Standards</w:t>
            </w:r>
          </w:p>
        </w:tc>
        <w:tc>
          <w:tcPr>
            <w:tcW w:type="dxa" w:w="2160"/>
          </w:tcPr>
          <w:p>
            <w:r>
              <w:t>What testing do you perform to ensure that your packaging meets safety and quality standards for flaxseed oil?</w:t>
              <w:br/>
              <w:t>Answer type: Long text + evidence</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1062-0243</w:t>
            </w:r>
          </w:p>
        </w:tc>
        <w:tc>
          <w:tcPr>
            <w:tcW w:type="dxa" w:w="2160"/>
          </w:tcPr>
          <w:p>
            <w:r>
              <w:t>Sustainability</w:t>
            </w:r>
          </w:p>
        </w:tc>
        <w:tc>
          <w:tcPr>
            <w:tcW w:type="dxa" w:w="2160"/>
          </w:tcPr>
          <w:p>
            <w:r>
              <w:t>What metrics do you use to evaluate the sustainability of your flaxseed oil refining processes?</w:t>
              <w:br/>
              <w:t>Answer type: Percentage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1062-0244</w:t>
            </w:r>
          </w:p>
        </w:tc>
        <w:tc>
          <w:tcPr>
            <w:tcW w:type="dxa" w:w="2160"/>
          </w:tcPr>
          <w:p>
            <w:r>
              <w:t>Byproduct Utilization</w:t>
            </w:r>
          </w:p>
        </w:tc>
        <w:tc>
          <w:tcPr>
            <w:tcW w:type="dxa" w:w="2160"/>
          </w:tcPr>
          <w:p>
            <w:r>
              <w:t>What percentage of byproducts generated during the refining process are currently being repurposed or sold, and what innovative uses have you identified?</w:t>
              <w:br/>
              <w:t>Answer type: Percentage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1062-0245</w:t>
            </w:r>
          </w:p>
        </w:tc>
        <w:tc>
          <w:tcPr>
            <w:tcW w:type="dxa" w:w="2160"/>
          </w:tcPr>
          <w:p>
            <w:r>
              <w:t>General Refining Practices</w:t>
            </w:r>
          </w:p>
        </w:tc>
        <w:tc>
          <w:tcPr>
            <w:tcW w:type="dxa" w:w="2160"/>
          </w:tcPr>
          <w:p>
            <w:r>
              <w:t>What challenges have you faced in optimizing the overall refining process for flaxseed oil, and what experimental approaches have you taken to overcome these challenges?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1062-0246</w:t>
            </w:r>
          </w:p>
        </w:tc>
        <w:tc>
          <w:tcPr>
            <w:tcW w:type="dxa" w:w="2160"/>
          </w:tcPr>
          <w:p>
            <w:r>
              <w:t>Refining Techniques</w:t>
            </w:r>
          </w:p>
        </w:tc>
        <w:tc>
          <w:tcPr>
            <w:tcW w:type="dxa" w:w="2160"/>
          </w:tcPr>
          <w:p>
            <w:r>
              <w:t>What refining processes do you use to ensure the purity of your flax oil?</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1062-0247</w:t>
            </w:r>
          </w:p>
        </w:tc>
        <w:tc>
          <w:tcPr>
            <w:tcW w:type="dxa" w:w="2160"/>
          </w:tcPr>
          <w:p>
            <w:r>
              <w:t>Regulatory Compliance</w:t>
            </w:r>
          </w:p>
        </w:tc>
        <w:tc>
          <w:tcPr>
            <w:tcW w:type="dxa" w:w="2160"/>
          </w:tcPr>
          <w:p>
            <w:r>
              <w:t>How do you ensure compliance with FDA regulations during the oil refining process?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FIBER-PROCESSING-TECHNOLOGIES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1062-0248</w:t>
            </w:r>
          </w:p>
        </w:tc>
        <w:tc>
          <w:tcPr>
            <w:tcW w:type="dxa" w:w="2160"/>
          </w:tcPr>
          <w:p>
            <w:r>
              <w:t>Retting Methods</w:t>
            </w:r>
          </w:p>
        </w:tc>
        <w:tc>
          <w:tcPr>
            <w:tcW w:type="dxa" w:w="2160"/>
          </w:tcPr>
          <w:p>
            <w:r>
              <w:t>What specific retting methods have you experimented with to improve the quality of flax fibers, and what were the outcomes of these experiments?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1062-0249</w:t>
            </w:r>
          </w:p>
        </w:tc>
        <w:tc>
          <w:tcPr>
            <w:tcW w:type="dxa" w:w="2160"/>
          </w:tcPr>
          <w:p>
            <w:r>
              <w:t>Retting Methods</w:t>
            </w:r>
          </w:p>
        </w:tc>
        <w:tc>
          <w:tcPr>
            <w:tcW w:type="dxa" w:w="2160"/>
          </w:tcPr>
          <w:p>
            <w:r>
              <w:t>Did you test any new retting agents or techniques in the past year? If yes, please describe the agents and the results of your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1062-0250</w:t>
            </w:r>
          </w:p>
        </w:tc>
        <w:tc>
          <w:tcPr>
            <w:tcW w:type="dxa" w:w="2160"/>
          </w:tcPr>
          <w:p>
            <w:r>
              <w:t>Scutching</w:t>
            </w:r>
          </w:p>
        </w:tc>
        <w:tc>
          <w:tcPr>
            <w:tcW w:type="dxa" w:w="2160"/>
          </w:tcPr>
          <w:p>
            <w:r>
              <w:t>Can you detail any innovations in your scutching process that were aimed at increasing fiber yield or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1062-0251</w:t>
            </w:r>
          </w:p>
        </w:tc>
        <w:tc>
          <w:tcPr>
            <w:tcW w:type="dxa" w:w="2160"/>
          </w:tcPr>
          <w:p>
            <w:r>
              <w:t>Scutching</w:t>
            </w:r>
          </w:p>
        </w:tc>
        <w:tc>
          <w:tcPr>
            <w:tcW w:type="dxa" w:w="2160"/>
          </w:tcPr>
          <w:p>
            <w:r>
              <w:t>What specific machinery or technology upgrades have you implemented in your scutching process, and how did they affect production efficiency?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1062-0252</w:t>
            </w:r>
          </w:p>
        </w:tc>
        <w:tc>
          <w:tcPr>
            <w:tcW w:type="dxa" w:w="2160"/>
          </w:tcPr>
          <w:p>
            <w:r>
              <w:t>Hackling</w:t>
            </w:r>
          </w:p>
        </w:tc>
        <w:tc>
          <w:tcPr>
            <w:tcW w:type="dxa" w:w="2160"/>
          </w:tcPr>
          <w:p>
            <w:r>
              <w:t>Describe any experimental techniques you have used in hackling to enhance fiber separation and quality.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1062-0253</w:t>
            </w:r>
          </w:p>
        </w:tc>
        <w:tc>
          <w:tcPr>
            <w:tcW w:type="dxa" w:w="2160"/>
          </w:tcPr>
          <w:p>
            <w:r>
              <w:t>Hackling</w:t>
            </w:r>
          </w:p>
        </w:tc>
        <w:tc>
          <w:tcPr>
            <w:tcW w:type="dxa" w:w="2160"/>
          </w:tcPr>
          <w:p>
            <w:r>
              <w:t>Have you developed or modified any tools or equipment for hackling that differ from traditional methods?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1062-0254</w:t>
            </w:r>
          </w:p>
        </w:tc>
        <w:tc>
          <w:tcPr>
            <w:tcW w:type="dxa" w:w="2160"/>
          </w:tcPr>
          <w:p>
            <w:r>
              <w:t>Spinning Techniques</w:t>
            </w:r>
          </w:p>
        </w:tc>
        <w:tc>
          <w:tcPr>
            <w:tcW w:type="dxa" w:w="2160"/>
          </w:tcPr>
          <w:p>
            <w:r>
              <w:t>What new spinning techniques have you tested, and how do they compare to your previous methods in terms of fiber strength and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1062-0255</w:t>
            </w:r>
          </w:p>
        </w:tc>
        <w:tc>
          <w:tcPr>
            <w:tcW w:type="dxa" w:w="2160"/>
          </w:tcPr>
          <w:p>
            <w:r>
              <w:t>Spinning Techniques</w:t>
            </w:r>
          </w:p>
        </w:tc>
        <w:tc>
          <w:tcPr>
            <w:tcW w:type="dxa" w:w="2160"/>
          </w:tcPr>
          <w:p>
            <w:r>
              <w:t>Have you implemented any automation in your spinning process? If yes, please describe the technology used and its impact on production.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1062-0256</w:t>
            </w:r>
          </w:p>
        </w:tc>
        <w:tc>
          <w:tcPr>
            <w:tcW w:type="dxa" w:w="2160"/>
          </w:tcPr>
          <w:p>
            <w:r>
              <w:t>Fiber Quality Testing</w:t>
            </w:r>
          </w:p>
        </w:tc>
        <w:tc>
          <w:tcPr>
            <w:tcW w:type="dxa" w:w="2160"/>
          </w:tcPr>
          <w:p>
            <w:r>
              <w:t>What specific fiber quality tests do you conduct, and how have you modified these tests to ensure accuracy and reliability?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1062-0257</w:t>
            </w:r>
          </w:p>
        </w:tc>
        <w:tc>
          <w:tcPr>
            <w:tcW w:type="dxa" w:w="2160"/>
          </w:tcPr>
          <w:p>
            <w:r>
              <w:t>Fiber Quality Testing</w:t>
            </w:r>
          </w:p>
        </w:tc>
        <w:tc>
          <w:tcPr>
            <w:tcW w:type="dxa" w:w="2160"/>
          </w:tcPr>
          <w:p>
            <w:r>
              <w:t>Can you provide data on the variability of fiber quality from different processing batches? What measures have you taken to control this variability?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1062-0258</w:t>
            </w:r>
          </w:p>
        </w:tc>
        <w:tc>
          <w:tcPr>
            <w:tcW w:type="dxa" w:w="2160"/>
          </w:tcPr>
          <w:p>
            <w:r>
              <w:t>End-Product Applications</w:t>
            </w:r>
          </w:p>
        </w:tc>
        <w:tc>
          <w:tcPr>
            <w:tcW w:type="dxa" w:w="2160"/>
          </w:tcPr>
          <w:p>
            <w:r>
              <w:t>What new applications for flax fibers have you explored, and what experimental processes did you employ to develop these applications?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1062-0259</w:t>
            </w:r>
          </w:p>
        </w:tc>
        <w:tc>
          <w:tcPr>
            <w:tcW w:type="dxa" w:w="2160"/>
          </w:tcPr>
          <w:p>
            <w:r>
              <w:t>End-Product Applications</w:t>
            </w:r>
          </w:p>
        </w:tc>
        <w:tc>
          <w:tcPr>
            <w:tcW w:type="dxa" w:w="2160"/>
          </w:tcPr>
          <w:p>
            <w:r>
              <w:t>Have you tested any novel end-products made from flax fibers? If so, please describe the products and the testing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1062-0260</w:t>
            </w:r>
          </w:p>
        </w:tc>
        <w:tc>
          <w:tcPr>
            <w:tcW w:type="dxa" w:w="2160"/>
          </w:tcPr>
          <w:p>
            <w:r>
              <w:t>Environmental Impact</w:t>
            </w:r>
          </w:p>
        </w:tc>
        <w:tc>
          <w:tcPr>
            <w:tcW w:type="dxa" w:w="2160"/>
          </w:tcPr>
          <w:p>
            <w:r>
              <w:t>What specific environmental assessments have you conducted regarding your flax processing methods? What were the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1062-0261</w:t>
            </w:r>
          </w:p>
        </w:tc>
        <w:tc>
          <w:tcPr>
            <w:tcW w:type="dxa" w:w="2160"/>
          </w:tcPr>
          <w:p>
            <w:r>
              <w:t>Environmental Impact</w:t>
            </w:r>
          </w:p>
        </w:tc>
        <w:tc>
          <w:tcPr>
            <w:tcW w:type="dxa" w:w="2160"/>
          </w:tcPr>
          <w:p>
            <w:r>
              <w:t>Have you implemented any sustainability initiatives in your processing operations? If yes, please provide details and results.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1062-0262</w:t>
            </w:r>
          </w:p>
        </w:tc>
        <w:tc>
          <w:tcPr>
            <w:tcW w:type="dxa" w:w="2160"/>
          </w:tcPr>
          <w:p>
            <w:r>
              <w:t>Automation in Processing</w:t>
            </w:r>
          </w:p>
        </w:tc>
        <w:tc>
          <w:tcPr>
            <w:tcW w:type="dxa" w:w="2160"/>
          </w:tcPr>
          <w:p>
            <w:r>
              <w:t>What specific automation technologies have you integrated into your fiber processing, and how have they impacted operational efficiency?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1062-0263</w:t>
            </w:r>
          </w:p>
        </w:tc>
        <w:tc>
          <w:tcPr>
            <w:tcW w:type="dxa" w:w="2160"/>
          </w:tcPr>
          <w:p>
            <w:r>
              <w:t>Automation in Processing</w:t>
            </w:r>
          </w:p>
        </w:tc>
        <w:tc>
          <w:tcPr>
            <w:tcW w:type="dxa" w:w="2160"/>
          </w:tcPr>
          <w:p>
            <w:r>
              <w:t>Have you encountered any challenges in automating your flax processing techniques? If so, please describe these challenges and your responses.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1062-0264</w:t>
            </w:r>
          </w:p>
        </w:tc>
        <w:tc>
          <w:tcPr>
            <w:tcW w:type="dxa" w:w="2160"/>
          </w:tcPr>
          <w:p>
            <w:r>
              <w:t>General Process Improvements</w:t>
            </w:r>
          </w:p>
        </w:tc>
        <w:tc>
          <w:tcPr>
            <w:tcW w:type="dxa" w:w="2160"/>
          </w:tcPr>
          <w:p>
            <w:r>
              <w:t>What overall process improvements have you identified through experimentation in your flax fiber processing, and how do you measure their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1062-0265</w:t>
            </w:r>
          </w:p>
        </w:tc>
        <w:tc>
          <w:tcPr>
            <w:tcW w:type="dxa" w:w="2160"/>
          </w:tcPr>
          <w:p>
            <w:r>
              <w:t>General Process Improvements</w:t>
            </w:r>
          </w:p>
        </w:tc>
        <w:tc>
          <w:tcPr>
            <w:tcW w:type="dxa" w:w="2160"/>
          </w:tcPr>
          <w:p>
            <w:r>
              <w:t>Can you provide any quantitative data on improvements in yield or quality as a result of your R&amp;D activities in fiber processing?</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1062-0266</w:t>
            </w:r>
          </w:p>
        </w:tc>
        <w:tc>
          <w:tcPr>
            <w:tcW w:type="dxa" w:w="2160"/>
          </w:tcPr>
          <w:p>
            <w:r>
              <w:t>Processing Innovation</w:t>
            </w:r>
          </w:p>
        </w:tc>
        <w:tc>
          <w:tcPr>
            <w:tcW w:type="dxa" w:w="2160"/>
          </w:tcPr>
          <w:p>
            <w:r>
              <w:t>What new technologies have you adopted for processing flax fibers?</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1062-0267</w:t>
            </w:r>
          </w:p>
        </w:tc>
        <w:tc>
          <w:tcPr>
            <w:tcW w:type="dxa" w:w="2160"/>
          </w:tcPr>
          <w:p>
            <w:r>
              <w:t>Efficiency Improvement</w:t>
            </w:r>
          </w:p>
        </w:tc>
        <w:tc>
          <w:tcPr>
            <w:tcW w:type="dxa" w:w="2160"/>
          </w:tcPr>
          <w:p>
            <w:r>
              <w:t>How do you measure the efficiency of your fiber processing operations?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1062-0268</w:t>
            </w:r>
          </w:p>
        </w:tc>
        <w:tc>
          <w:tcPr>
            <w:tcW w:type="dxa" w:w="2160"/>
          </w:tcPr>
          <w:p>
            <w:r>
              <w:t>Quality Control</w:t>
            </w:r>
          </w:p>
        </w:tc>
        <w:tc>
          <w:tcPr>
            <w:tcW w:type="dxa" w:w="2160"/>
          </w:tcPr>
          <w:p>
            <w:r>
              <w:t>What quality control protocols do you have in place for processed flax fibers?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QUALITY-CONTROL-MEASURES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1062-0269</w:t>
            </w:r>
          </w:p>
        </w:tc>
        <w:tc>
          <w:tcPr>
            <w:tcW w:type="dxa" w:w="2160"/>
          </w:tcPr>
          <w:p>
            <w:r>
              <w:t>Testing Protocols</w:t>
            </w:r>
          </w:p>
        </w:tc>
        <w:tc>
          <w:tcPr>
            <w:tcW w:type="dxa" w:w="2160"/>
          </w:tcPr>
          <w:p>
            <w:r>
              <w:t>What specific testing protocols do you implement to evaluate the quality of flax seeds before planting?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1062-0270</w:t>
            </w:r>
          </w:p>
        </w:tc>
        <w:tc>
          <w:tcPr>
            <w:tcW w:type="dxa" w:w="2160"/>
          </w:tcPr>
          <w:p>
            <w:r>
              <w:t>Regulatory Standards</w:t>
            </w:r>
          </w:p>
        </w:tc>
        <w:tc>
          <w:tcPr>
            <w:tcW w:type="dxa" w:w="2160"/>
          </w:tcPr>
          <w:p>
            <w:r>
              <w:t>Which regulatory standards do you adhere to for the production and processing of flax,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1062-0271</w:t>
            </w:r>
          </w:p>
        </w:tc>
        <w:tc>
          <w:tcPr>
            <w:tcW w:type="dxa" w:w="2160"/>
          </w:tcPr>
          <w:p>
            <w:r>
              <w:t>Certification Processes</w:t>
            </w:r>
          </w:p>
        </w:tc>
        <w:tc>
          <w:tcPr>
            <w:tcW w:type="dxa" w:w="2160"/>
          </w:tcPr>
          <w:p>
            <w:r>
              <w:t>What certifications do you currently hold for your flax production, and what processes did you follow to obtain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1062-0272</w:t>
            </w:r>
          </w:p>
        </w:tc>
        <w:tc>
          <w:tcPr>
            <w:tcW w:type="dxa" w:w="2160"/>
          </w:tcPr>
          <w:p>
            <w:r>
              <w:t>Traceability Systems</w:t>
            </w:r>
          </w:p>
        </w:tc>
        <w:tc>
          <w:tcPr>
            <w:tcW w:type="dxa" w:w="2160"/>
          </w:tcPr>
          <w:p>
            <w:r>
              <w:t>Describe the traceability systems you have in place for tracking flax from seed to final product. How do these systems enhance quality control?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1062-0273</w:t>
            </w:r>
          </w:p>
        </w:tc>
        <w:tc>
          <w:tcPr>
            <w:tcW w:type="dxa" w:w="2160"/>
          </w:tcPr>
          <w:p>
            <w:r>
              <w:t>Quality Assurance</w:t>
            </w:r>
          </w:p>
        </w:tc>
        <w:tc>
          <w:tcPr>
            <w:tcW w:type="dxa" w:w="2160"/>
          </w:tcPr>
          <w:p>
            <w:r>
              <w:t>What quality assurance measures are implemented during the harvesting and processing of flax to minimize contamination?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1062-0274</w:t>
            </w:r>
          </w:p>
        </w:tc>
        <w:tc>
          <w:tcPr>
            <w:tcW w:type="dxa" w:w="2160"/>
          </w:tcPr>
          <w:p>
            <w:r>
              <w:t>Laboratory Equipment</w:t>
            </w:r>
          </w:p>
        </w:tc>
        <w:tc>
          <w:tcPr>
            <w:tcW w:type="dxa" w:w="2160"/>
          </w:tcPr>
          <w:p>
            <w:r>
              <w:t>What laboratory equipment do you utilize for quality testing of flax, and how often is this equipment calibrated?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1062-0275</w:t>
            </w:r>
          </w:p>
        </w:tc>
        <w:tc>
          <w:tcPr>
            <w:tcW w:type="dxa" w:w="2160"/>
          </w:tcPr>
          <w:p>
            <w:r>
              <w:t>Data Collection</w:t>
            </w:r>
          </w:p>
        </w:tc>
        <w:tc>
          <w:tcPr>
            <w:tcW w:type="dxa" w:w="2160"/>
          </w:tcPr>
          <w:p>
            <w:r>
              <w:t>How do you collect and analyze data related to flax quality, and what metrics do you track?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1062-0276</w:t>
            </w:r>
          </w:p>
        </w:tc>
        <w:tc>
          <w:tcPr>
            <w:tcW w:type="dxa" w:w="2160"/>
          </w:tcPr>
          <w:p>
            <w:r>
              <w:t>Continuous Improvement</w:t>
            </w:r>
          </w:p>
        </w:tc>
        <w:tc>
          <w:tcPr>
            <w:tcW w:type="dxa" w:w="2160"/>
          </w:tcPr>
          <w:p>
            <w:r>
              <w:t>What continuous improvement initiatives do you have in place to enhance the quality of your flax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1062-0277</w:t>
            </w:r>
          </w:p>
        </w:tc>
        <w:tc>
          <w:tcPr>
            <w:tcW w:type="dxa" w:w="2160"/>
          </w:tcPr>
          <w:p>
            <w:r>
              <w:t>Testing Protocols</w:t>
            </w:r>
          </w:p>
        </w:tc>
        <w:tc>
          <w:tcPr>
            <w:tcW w:type="dxa" w:w="2160"/>
          </w:tcPr>
          <w:p>
            <w:r>
              <w:t>How frequently do you conduct quality testing on your flax products, and what triggers additional testing?</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1062-0278</w:t>
            </w:r>
          </w:p>
        </w:tc>
        <w:tc>
          <w:tcPr>
            <w:tcW w:type="dxa" w:w="2160"/>
          </w:tcPr>
          <w:p>
            <w:r>
              <w:t>Regulatory Standards</w:t>
            </w:r>
          </w:p>
        </w:tc>
        <w:tc>
          <w:tcPr>
            <w:tcW w:type="dxa" w:w="2160"/>
          </w:tcPr>
          <w:p>
            <w:r>
              <w:t>What specific documentation do you maintain to demonstrate compliance with regulatory standards for flax production?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1062-0279</w:t>
            </w:r>
          </w:p>
        </w:tc>
        <w:tc>
          <w:tcPr>
            <w:tcW w:type="dxa" w:w="2160"/>
          </w:tcPr>
          <w:p>
            <w:r>
              <w:t>Certification Processes</w:t>
            </w:r>
          </w:p>
        </w:tc>
        <w:tc>
          <w:tcPr>
            <w:tcW w:type="dxa" w:w="2160"/>
          </w:tcPr>
          <w:p>
            <w:r>
              <w:t>How do you monitor and maintain the validity of your certifications related to flax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1062-0280</w:t>
            </w:r>
          </w:p>
        </w:tc>
        <w:tc>
          <w:tcPr>
            <w:tcW w:type="dxa" w:w="2160"/>
          </w:tcPr>
          <w:p>
            <w:r>
              <w:t>Traceability Systems</w:t>
            </w:r>
          </w:p>
        </w:tc>
        <w:tc>
          <w:tcPr>
            <w:tcW w:type="dxa" w:w="2160"/>
          </w:tcPr>
          <w:p>
            <w:r>
              <w:t>What technology or software do you use to support your traceability systems for flax, and how does it integrate with your quality control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1062-0281</w:t>
            </w:r>
          </w:p>
        </w:tc>
        <w:tc>
          <w:tcPr>
            <w:tcW w:type="dxa" w:w="2160"/>
          </w:tcPr>
          <w:p>
            <w:r>
              <w:t>Quality Assurance</w:t>
            </w:r>
          </w:p>
        </w:tc>
        <w:tc>
          <w:tcPr>
            <w:tcW w:type="dxa" w:w="2160"/>
          </w:tcPr>
          <w:p>
            <w:r>
              <w:t>Can you describe any incidents where quality assurance measures failed, and what corrective actions were taken?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1062-0282</w:t>
            </w:r>
          </w:p>
        </w:tc>
        <w:tc>
          <w:tcPr>
            <w:tcW w:type="dxa" w:w="2160"/>
          </w:tcPr>
          <w:p>
            <w:r>
              <w:t>Laboratory Equipment</w:t>
            </w:r>
          </w:p>
        </w:tc>
        <w:tc>
          <w:tcPr>
            <w:tcW w:type="dxa" w:w="2160"/>
          </w:tcPr>
          <w:p>
            <w:r>
              <w:t>What types of tests are performed using your laboratory equipment, and how do you ensure the accuracy of these tests?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1062-0283</w:t>
            </w:r>
          </w:p>
        </w:tc>
        <w:tc>
          <w:tcPr>
            <w:tcW w:type="dxa" w:w="2160"/>
          </w:tcPr>
          <w:p>
            <w:r>
              <w:t>Data Collection</w:t>
            </w:r>
          </w:p>
        </w:tc>
        <w:tc>
          <w:tcPr>
            <w:tcW w:type="dxa" w:w="2160"/>
          </w:tcPr>
          <w:p>
            <w:r>
              <w:t>What data management systems do you use to store and analyze quality-related data for your flax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1062-0284</w:t>
            </w:r>
          </w:p>
        </w:tc>
        <w:tc>
          <w:tcPr>
            <w:tcW w:type="dxa" w:w="2160"/>
          </w:tcPr>
          <w:p>
            <w:r>
              <w:t>Continuous Improvement</w:t>
            </w:r>
          </w:p>
        </w:tc>
        <w:tc>
          <w:tcPr>
            <w:tcW w:type="dxa" w:w="2160"/>
          </w:tcPr>
          <w:p>
            <w:r>
              <w:t>How do you incorporate feedback from quality control assessments into your production processes for flax?</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PACKAGING-AND-LABELING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1062-0285</w:t>
            </w:r>
          </w:p>
        </w:tc>
        <w:tc>
          <w:tcPr>
            <w:tcW w:type="dxa" w:w="2160"/>
          </w:tcPr>
          <w:p>
            <w:r>
              <w:t>Compliance Regulations</w:t>
            </w:r>
          </w:p>
        </w:tc>
        <w:tc>
          <w:tcPr>
            <w:tcW w:type="dxa" w:w="2160"/>
          </w:tcPr>
          <w:p>
            <w:r>
              <w:t>What specific regulatory requirements do you follow for the packaging of flax products, including any labeling mandates from the FDA or USDA?</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1062-0286</w:t>
            </w:r>
          </w:p>
        </w:tc>
        <w:tc>
          <w:tcPr>
            <w:tcW w:type="dxa" w:w="2160"/>
          </w:tcPr>
          <w:p>
            <w:r>
              <w:t>Sustainability in Packaging</w:t>
            </w:r>
          </w:p>
        </w:tc>
        <w:tc>
          <w:tcPr>
            <w:tcW w:type="dxa" w:w="2160"/>
          </w:tcPr>
          <w:p>
            <w:r>
              <w:t>What materials are used in your packaging, and how do they align with sustainability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1062-0287</w:t>
            </w:r>
          </w:p>
        </w:tc>
        <w:tc>
          <w:tcPr>
            <w:tcW w:type="dxa" w:w="2160"/>
          </w:tcPr>
          <w:p>
            <w:r>
              <w:t>Traceability</w:t>
            </w:r>
          </w:p>
        </w:tc>
        <w:tc>
          <w:tcPr>
            <w:tcW w:type="dxa" w:w="2160"/>
          </w:tcPr>
          <w:p>
            <w:r>
              <w:t>How do you ensure traceability of your flax products from farm to consumer, particularly in your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1062-0288</w:t>
            </w:r>
          </w:p>
        </w:tc>
        <w:tc>
          <w:tcPr>
            <w:tcW w:type="dxa" w:w="2160"/>
          </w:tcPr>
          <w:p>
            <w:r>
              <w:t>Labeling Practices</w:t>
            </w:r>
          </w:p>
        </w:tc>
        <w:tc>
          <w:tcPr>
            <w:tcW w:type="dxa" w:w="2160"/>
          </w:tcPr>
          <w:p>
            <w:r>
              <w:t>What specific information is included on the labels of your flax products to meet consumer information requirements?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1062-0289</w:t>
            </w:r>
          </w:p>
        </w:tc>
        <w:tc>
          <w:tcPr>
            <w:tcW w:type="dxa" w:w="2160"/>
          </w:tcPr>
          <w:p>
            <w:r>
              <w:t>Consumer Information</w:t>
            </w:r>
          </w:p>
        </w:tc>
        <w:tc>
          <w:tcPr>
            <w:tcW w:type="dxa" w:w="2160"/>
          </w:tcPr>
          <w:p>
            <w:r>
              <w:t>How do you communicate the nutritional information and health benefits of flax products on your packaging?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1062-0290</w:t>
            </w:r>
          </w:p>
        </w:tc>
        <w:tc>
          <w:tcPr>
            <w:tcW w:type="dxa" w:w="2160"/>
          </w:tcPr>
          <w:p>
            <w:r>
              <w:t>Packaging Technologies</w:t>
            </w:r>
          </w:p>
        </w:tc>
        <w:tc>
          <w:tcPr>
            <w:tcW w:type="dxa" w:w="2160"/>
          </w:tcPr>
          <w:p>
            <w:r>
              <w:t>What innovative packaging technologies have you implemented to enhance the shelf life of flax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1062-0291</w:t>
            </w:r>
          </w:p>
        </w:tc>
        <w:tc>
          <w:tcPr>
            <w:tcW w:type="dxa" w:w="2160"/>
          </w:tcPr>
          <w:p>
            <w:r>
              <w:t>Design Considerations</w:t>
            </w:r>
          </w:p>
        </w:tc>
        <w:tc>
          <w:tcPr>
            <w:tcW w:type="dxa" w:w="2160"/>
          </w:tcPr>
          <w:p>
            <w:r>
              <w:t>What design considerations do you take into account to ensure your flax product packaging is both functional and appealing to consumers?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1062-0292</w:t>
            </w:r>
          </w:p>
        </w:tc>
        <w:tc>
          <w:tcPr>
            <w:tcW w:type="dxa" w:w="2160"/>
          </w:tcPr>
          <w:p>
            <w:r>
              <w:t>Shelf Life</w:t>
            </w:r>
          </w:p>
        </w:tc>
        <w:tc>
          <w:tcPr>
            <w:tcW w:type="dxa" w:w="2160"/>
          </w:tcPr>
          <w:p>
            <w:r>
              <w:t>What testing methods do you use to determine the shelf life of your packaged flax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1062-0293</w:t>
            </w:r>
          </w:p>
        </w:tc>
        <w:tc>
          <w:tcPr>
            <w:tcW w:type="dxa" w:w="2160"/>
          </w:tcPr>
          <w:p>
            <w:r>
              <w:t>Compliance Regulations</w:t>
            </w:r>
          </w:p>
        </w:tc>
        <w:tc>
          <w:tcPr>
            <w:tcW w:type="dxa" w:w="2160"/>
          </w:tcPr>
          <w:p>
            <w:r>
              <w:t>Have you conducted any audits to ensure compliance with packaging and labeling regulations for your flax products? If so, what were the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1062-0294</w:t>
            </w:r>
          </w:p>
        </w:tc>
        <w:tc>
          <w:tcPr>
            <w:tcW w:type="dxa" w:w="2160"/>
          </w:tcPr>
          <w:p>
            <w:r>
              <w:t>Sustainability in Packaging</w:t>
            </w:r>
          </w:p>
        </w:tc>
        <w:tc>
          <w:tcPr>
            <w:tcW w:type="dxa" w:w="2160"/>
          </w:tcPr>
          <w:p>
            <w:r>
              <w:t>What percentage of your packaging materials are recyclable or biodegradable?</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1062-0295</w:t>
            </w:r>
          </w:p>
        </w:tc>
        <w:tc>
          <w:tcPr>
            <w:tcW w:type="dxa" w:w="2160"/>
          </w:tcPr>
          <w:p>
            <w:r>
              <w:t>Traceability</w:t>
            </w:r>
          </w:p>
        </w:tc>
        <w:tc>
          <w:tcPr>
            <w:tcW w:type="dxa" w:w="2160"/>
          </w:tcPr>
          <w:p>
            <w:r>
              <w:t>What systems do you have in place to track the origin of the flax used in your products, and how is this information reflected on the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1062-0296</w:t>
            </w:r>
          </w:p>
        </w:tc>
        <w:tc>
          <w:tcPr>
            <w:tcW w:type="dxa" w:w="2160"/>
          </w:tcPr>
          <w:p>
            <w:r>
              <w:t>Labeling Practices</w:t>
            </w:r>
          </w:p>
        </w:tc>
        <w:tc>
          <w:tcPr>
            <w:tcW w:type="dxa" w:w="2160"/>
          </w:tcPr>
          <w:p>
            <w:r>
              <w:t>How do you ensure that your labeling practices comply with state-specific regulations for flax products?</w:t>
              <w:br/>
              <w:t>Answer type: Long text</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1062-0297</w:t>
            </w:r>
          </w:p>
        </w:tc>
        <w:tc>
          <w:tcPr>
            <w:tcW w:type="dxa" w:w="2160"/>
          </w:tcPr>
          <w:p>
            <w:r>
              <w:t>Consumer Information</w:t>
            </w:r>
          </w:p>
        </w:tc>
        <w:tc>
          <w:tcPr>
            <w:tcW w:type="dxa" w:w="2160"/>
          </w:tcPr>
          <w:p>
            <w:r>
              <w:t>What consumer feedback mechanisms do you have in place regarding the packaging and labeling of your flax products?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1062-0298</w:t>
            </w:r>
          </w:p>
        </w:tc>
        <w:tc>
          <w:tcPr>
            <w:tcW w:type="dxa" w:w="2160"/>
          </w:tcPr>
          <w:p>
            <w:r>
              <w:t>Packaging Technologies</w:t>
            </w:r>
          </w:p>
        </w:tc>
        <w:tc>
          <w:tcPr>
            <w:tcW w:type="dxa" w:w="2160"/>
          </w:tcPr>
          <w:p>
            <w:r>
              <w:t>What specific packaging technologies have you assessed for improving the shelf life of flax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1062-0299</w:t>
            </w:r>
          </w:p>
        </w:tc>
        <w:tc>
          <w:tcPr>
            <w:tcW w:type="dxa" w:w="2160"/>
          </w:tcPr>
          <w:p>
            <w:r>
              <w:t>Design Considerations</w:t>
            </w:r>
          </w:p>
        </w:tc>
        <w:tc>
          <w:tcPr>
            <w:tcW w:type="dxa" w:w="2160"/>
          </w:tcPr>
          <w:p>
            <w:r>
              <w:t>What consumer trends have influenced your packaging design for flax products in the past year?</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1062-0300</w:t>
            </w:r>
          </w:p>
        </w:tc>
        <w:tc>
          <w:tcPr>
            <w:tcW w:type="dxa" w:w="2160"/>
          </w:tcPr>
          <w:p>
            <w:r>
              <w:t>Shelf Life</w:t>
            </w:r>
          </w:p>
        </w:tc>
        <w:tc>
          <w:tcPr>
            <w:tcW w:type="dxa" w:w="2160"/>
          </w:tcPr>
          <w:p>
            <w:r>
              <w:t>What is the average shelf life of your packaged flax products, and how is this determined?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1062-0301</w:t>
            </w:r>
          </w:p>
        </w:tc>
        <w:tc>
          <w:tcPr>
            <w:tcW w:type="dxa" w:w="2160"/>
          </w:tcPr>
          <w:p>
            <w:r>
              <w:t>Packaging Compliance</w:t>
            </w:r>
          </w:p>
        </w:tc>
        <w:tc>
          <w:tcPr>
            <w:tcW w:type="dxa" w:w="2160"/>
          </w:tcPr>
          <w:p>
            <w:r>
              <w:t>What labeling requirements do you adhere to for flax oil products?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1062-0302</w:t>
            </w:r>
          </w:p>
        </w:tc>
        <w:tc>
          <w:tcPr>
            <w:tcW w:type="dxa" w:w="2160"/>
          </w:tcPr>
          <w:p>
            <w:r>
              <w:t>Sustainability Practices</w:t>
            </w:r>
          </w:p>
        </w:tc>
        <w:tc>
          <w:tcPr>
            <w:tcW w:type="dxa" w:w="2160"/>
          </w:tcPr>
          <w:p>
            <w:r>
              <w:t>How do you ensure that your packaging materials are environmentally friendly?</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REGULATORY-COMPLIANCE-FLAX (25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1062-0303</w:t>
            </w:r>
          </w:p>
        </w:tc>
        <w:tc>
          <w:tcPr>
            <w:tcW w:type="dxa" w:w="2160"/>
          </w:tcPr>
          <w:p>
            <w:r>
              <w:t>FDA Regulations</w:t>
            </w:r>
          </w:p>
        </w:tc>
        <w:tc>
          <w:tcPr>
            <w:tcW w:type="dxa" w:w="2160"/>
          </w:tcPr>
          <w:p>
            <w:r>
              <w:t>What specific FDA regulations do you adhere to for the processing of flax seeds into food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1062-0304</w:t>
            </w:r>
          </w:p>
        </w:tc>
        <w:tc>
          <w:tcPr>
            <w:tcW w:type="dxa" w:w="2160"/>
          </w:tcPr>
          <w:p>
            <w:r>
              <w:t>USDA Guidelines</w:t>
            </w:r>
          </w:p>
        </w:tc>
        <w:tc>
          <w:tcPr>
            <w:tcW w:type="dxa" w:w="2160"/>
          </w:tcPr>
          <w:p>
            <w:r>
              <w:t>Can you detail any USDA guidelines that impact your flax farming practices, particularly regarding organic certification?</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1062-0305</w:t>
            </w:r>
          </w:p>
        </w:tc>
        <w:tc>
          <w:tcPr>
            <w:tcW w:type="dxa" w:w="2160"/>
          </w:tcPr>
          <w:p>
            <w:r>
              <w:t>State-Specific Requirements</w:t>
            </w:r>
          </w:p>
        </w:tc>
        <w:tc>
          <w:tcPr>
            <w:tcW w:type="dxa" w:w="2160"/>
          </w:tcPr>
          <w:p>
            <w:r>
              <w:t>What state-specific agricultural regulations do you comply with in your flax farming operations?</w:t>
              <w:br/>
              <w:t>Answer type: Long text</w:t>
              <w:br/>
              <w:t>Trigger: Always</w:t>
              <w:br/>
              <w:t>Required: No</w:t>
              <w:br/>
              <w:t>Risk: Medium</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1062-0306</w:t>
            </w:r>
          </w:p>
        </w:tc>
        <w:tc>
          <w:tcPr>
            <w:tcW w:type="dxa" w:w="2160"/>
          </w:tcPr>
          <w:p>
            <w:r>
              <w:t>Organic Certification</w:t>
            </w:r>
          </w:p>
        </w:tc>
        <w:tc>
          <w:tcPr>
            <w:tcW w:type="dxa" w:w="2160"/>
          </w:tcPr>
          <w:p>
            <w:r>
              <w:t>Have you obtained organic certification for your flax products, and if so, which certifying body issued it?</w:t>
              <w:br/>
              <w:t>Answer type: Yes-No + details</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1062-0307</w:t>
            </w:r>
          </w:p>
        </w:tc>
        <w:tc>
          <w:tcPr>
            <w:tcW w:type="dxa" w:w="2160"/>
          </w:tcPr>
          <w:p>
            <w:r>
              <w:t>Labeling Laws</w:t>
            </w:r>
          </w:p>
        </w:tc>
        <w:tc>
          <w:tcPr>
            <w:tcW w:type="dxa" w:w="2160"/>
          </w:tcPr>
          <w:p>
            <w:r>
              <w:t>What labeling requirements do you follow for your flaxseed products, including nutritional information and allergen disclosures?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1062-0308</w:t>
            </w:r>
          </w:p>
        </w:tc>
        <w:tc>
          <w:tcPr>
            <w:tcW w:type="dxa" w:w="2160"/>
          </w:tcPr>
          <w:p>
            <w:r>
              <w:t>Safety Standards</w:t>
            </w:r>
          </w:p>
        </w:tc>
        <w:tc>
          <w:tcPr>
            <w:tcW w:type="dxa" w:w="2160"/>
          </w:tcPr>
          <w:p>
            <w:r>
              <w:t>What safety standards do you implement during the harvesting and processing of flax to ensure product safety?</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1062-0309</w:t>
            </w:r>
          </w:p>
        </w:tc>
        <w:tc>
          <w:tcPr>
            <w:tcW w:type="dxa" w:w="2160"/>
          </w:tcPr>
          <w:p>
            <w:r>
              <w:t>Environmental Regulations</w:t>
            </w:r>
          </w:p>
        </w:tc>
        <w:tc>
          <w:tcPr>
            <w:tcW w:type="dxa" w:w="2160"/>
          </w:tcPr>
          <w:p>
            <w:r>
              <w:t>What environmental regulations impact your flax farming practices, particularly regarding pesticide use and water management?</w:t>
              <w:br/>
              <w:t>Answer type: Long text</w:t>
              <w:br/>
              <w:t>Trigger: Always</w:t>
              <w:br/>
              <w:t>Required: No</w:t>
              <w:br/>
              <w:t>Risk: Medium</w:t>
            </w:r>
          </w:p>
        </w:tc>
        <w:tc>
          <w:tcPr>
            <w:tcW w:type="dxa" w:w="2160"/>
          </w:tcPr>
          <w:p>
            <w:r>
              <w:t>Primary authority: EPA Agricultural Regulations</w:t>
              <w:br/>
              <w:t>Response: ___________________________</w:t>
              <w:br/>
              <w:t>Evidence: ___________________________</w:t>
              <w:br/>
              <w:t>Reviewer conclusion: ___________________________</w:t>
            </w:r>
          </w:p>
        </w:tc>
      </w:tr>
      <w:tr>
        <w:tc>
          <w:tcPr>
            <w:tcW w:type="dxa" w:w="2160"/>
          </w:tcPr>
          <w:p>
            <w:r>
              <w:t>1062-0310</w:t>
            </w:r>
          </w:p>
        </w:tc>
        <w:tc>
          <w:tcPr>
            <w:tcW w:type="dxa" w:w="2160"/>
          </w:tcPr>
          <w:p>
            <w:r>
              <w:t>Import/Export Compliance</w:t>
            </w:r>
          </w:p>
        </w:tc>
        <w:tc>
          <w:tcPr>
            <w:tcW w:type="dxa" w:w="2160"/>
          </w:tcPr>
          <w:p>
            <w:r>
              <w:t>What compliance measures do you have in place for importing or exporting flax products, particularly regarding customs regulations?</w:t>
              <w:br/>
              <w:t>Answer type: Long text</w:t>
              <w:br/>
              <w:t>Trigger: Always</w:t>
              <w:br/>
              <w:t>Required: No</w:t>
              <w:br/>
              <w:t>Risk: High</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1062-0311</w:t>
            </w:r>
          </w:p>
        </w:tc>
        <w:tc>
          <w:tcPr>
            <w:tcW w:type="dxa" w:w="2160"/>
          </w:tcPr>
          <w:p>
            <w:r>
              <w:t>FDA Regulations</w:t>
            </w:r>
          </w:p>
        </w:tc>
        <w:tc>
          <w:tcPr>
            <w:tcW w:type="dxa" w:w="2160"/>
          </w:tcPr>
          <w:p>
            <w:r>
              <w:t>Have you conducted any food safety hazard analyses as required by the FDA for your flax products? If so, please describe the process.</w:t>
              <w:br/>
              <w:t>Answer type: Yes-No + details</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1062-0312</w:t>
            </w:r>
          </w:p>
        </w:tc>
        <w:tc>
          <w:tcPr>
            <w:tcW w:type="dxa" w:w="2160"/>
          </w:tcPr>
          <w:p>
            <w:r>
              <w:t>USDA Guidelines</w:t>
            </w:r>
          </w:p>
        </w:tc>
        <w:tc>
          <w:tcPr>
            <w:tcW w:type="dxa" w:w="2160"/>
          </w:tcPr>
          <w:p>
            <w:r>
              <w:t>What specific USDA guidelines do you follow for the storage and transportation of flax products?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1062-0313</w:t>
            </w:r>
          </w:p>
        </w:tc>
        <w:tc>
          <w:tcPr>
            <w:tcW w:type="dxa" w:w="2160"/>
          </w:tcPr>
          <w:p>
            <w:r>
              <w:t>State-Specific Requirements</w:t>
            </w:r>
          </w:p>
        </w:tc>
        <w:tc>
          <w:tcPr>
            <w:tcW w:type="dxa" w:w="2160"/>
          </w:tcPr>
          <w:p>
            <w:r>
              <w:t>Are there any state-specific labeling laws that apply to your flax products? If yes, please specify.</w:t>
              <w:br/>
              <w:t>Answer type: Yes-No + details</w:t>
              <w:br/>
              <w:t>Trigger: Always</w:t>
              <w:br/>
              <w:t>Required: No</w:t>
              <w:br/>
              <w:t>Risk: High</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1062-0314</w:t>
            </w:r>
          </w:p>
        </w:tc>
        <w:tc>
          <w:tcPr>
            <w:tcW w:type="dxa" w:w="2160"/>
          </w:tcPr>
          <w:p>
            <w:r>
              <w:t>Organic Certification</w:t>
            </w:r>
          </w:p>
        </w:tc>
        <w:tc>
          <w:tcPr>
            <w:tcW w:type="dxa" w:w="2160"/>
          </w:tcPr>
          <w:p>
            <w:r>
              <w:t>What steps do you take to maintain compliance with organic certification standards for your flax farming?</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1062-0315</w:t>
            </w:r>
          </w:p>
        </w:tc>
        <w:tc>
          <w:tcPr>
            <w:tcW w:type="dxa" w:w="2160"/>
          </w:tcPr>
          <w:p>
            <w:r>
              <w:t>Labeling Laws</w:t>
            </w:r>
          </w:p>
        </w:tc>
        <w:tc>
          <w:tcPr>
            <w:tcW w:type="dxa" w:w="2160"/>
          </w:tcPr>
          <w:p>
            <w:r>
              <w:t>How do you ensure compliance with allergen labeling laws for your flaxseed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1062-0316</w:t>
            </w:r>
          </w:p>
        </w:tc>
        <w:tc>
          <w:tcPr>
            <w:tcW w:type="dxa" w:w="2160"/>
          </w:tcPr>
          <w:p>
            <w:r>
              <w:t>Safety Standards</w:t>
            </w:r>
          </w:p>
        </w:tc>
        <w:tc>
          <w:tcPr>
            <w:tcW w:type="dxa" w:w="2160"/>
          </w:tcPr>
          <w:p>
            <w:r>
              <w:t>What training do your employees receive regarding safety standards in flax processing?</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1062-0317</w:t>
            </w:r>
          </w:p>
        </w:tc>
        <w:tc>
          <w:tcPr>
            <w:tcW w:type="dxa" w:w="2160"/>
          </w:tcPr>
          <w:p>
            <w:r>
              <w:t>Environmental Regulations</w:t>
            </w:r>
          </w:p>
        </w:tc>
        <w:tc>
          <w:tcPr>
            <w:tcW w:type="dxa" w:w="2160"/>
          </w:tcPr>
          <w:p>
            <w:r>
              <w:t>How do you monitor compliance with environmental regulations related to water usage in flax farming?</w:t>
              <w:br/>
              <w:t>Answer type: Long text</w:t>
              <w:br/>
              <w:t>Trigger: Always</w:t>
              <w:br/>
              <w:t>Required: No</w:t>
              <w:br/>
              <w:t>Risk: Medium</w:t>
            </w:r>
          </w:p>
        </w:tc>
        <w:tc>
          <w:tcPr>
            <w:tcW w:type="dxa" w:w="2160"/>
          </w:tcPr>
          <w:p>
            <w:r>
              <w:t>Primary authority: EPA Agricultural Regulations</w:t>
              <w:br/>
              <w:t>Response: ___________________________</w:t>
              <w:br/>
              <w:t>Evidence: ___________________________</w:t>
              <w:br/>
              <w:t>Reviewer conclusion: ___________________________</w:t>
            </w:r>
          </w:p>
        </w:tc>
      </w:tr>
      <w:tr>
        <w:tc>
          <w:tcPr>
            <w:tcW w:type="dxa" w:w="2160"/>
          </w:tcPr>
          <w:p>
            <w:r>
              <w:t>1062-0318</w:t>
            </w:r>
          </w:p>
        </w:tc>
        <w:tc>
          <w:tcPr>
            <w:tcW w:type="dxa" w:w="2160"/>
          </w:tcPr>
          <w:p>
            <w:r>
              <w:t>Import/Export Compliance</w:t>
            </w:r>
          </w:p>
        </w:tc>
        <w:tc>
          <w:tcPr>
            <w:tcW w:type="dxa" w:w="2160"/>
          </w:tcPr>
          <w:p>
            <w:r>
              <w:t>What documentation do you maintain for the import/export of flax products to ensure compliance with federal regulations?</w:t>
              <w:br/>
              <w:t>Answer type: Long text</w:t>
              <w:br/>
              <w:t>Trigger: Always</w:t>
              <w:br/>
              <w:t>Required: No</w:t>
              <w:br/>
              <w:t>Risk: High</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1062-0319</w:t>
            </w:r>
          </w:p>
        </w:tc>
        <w:tc>
          <w:tcPr>
            <w:tcW w:type="dxa" w:w="2160"/>
          </w:tcPr>
          <w:p>
            <w:r>
              <w:t>FDA Regulations</w:t>
            </w:r>
          </w:p>
        </w:tc>
        <w:tc>
          <w:tcPr>
            <w:tcW w:type="dxa" w:w="2160"/>
          </w:tcPr>
          <w:p>
            <w:r>
              <w:t>Have you implemented any new FDA regulations in the last year for your flax products? If so, please describe them.</w:t>
              <w:br/>
              <w:t>Answer type: Yes-No + details</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1062-0320</w:t>
            </w:r>
          </w:p>
        </w:tc>
        <w:tc>
          <w:tcPr>
            <w:tcW w:type="dxa" w:w="2160"/>
          </w:tcPr>
          <w:p>
            <w:r>
              <w:t>USDA Guidelines</w:t>
            </w:r>
          </w:p>
        </w:tc>
        <w:tc>
          <w:tcPr>
            <w:tcW w:type="dxa" w:w="2160"/>
          </w:tcPr>
          <w:p>
            <w:r>
              <w:t>What USDA guidelines do you follow regarding the use of genetically modified organisms (GMOs) in your flax production?</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1062-0321</w:t>
            </w:r>
          </w:p>
        </w:tc>
        <w:tc>
          <w:tcPr>
            <w:tcW w:type="dxa" w:w="2160"/>
          </w:tcPr>
          <w:p>
            <w:r>
              <w:t>State-Specific Requirements</w:t>
            </w:r>
          </w:p>
        </w:tc>
        <w:tc>
          <w:tcPr>
            <w:tcW w:type="dxa" w:w="2160"/>
          </w:tcPr>
          <w:p>
            <w:r>
              <w:t>What are the specific state requirements for pesticide application in your flax farming operations?</w:t>
              <w:br/>
              <w:t>Answer type: Long text</w:t>
              <w:br/>
              <w:t>Trigger: Always</w:t>
              <w:br/>
              <w:t>Required: No</w:t>
              <w:br/>
              <w:t>Risk: Medium</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1062-0322</w:t>
            </w:r>
          </w:p>
        </w:tc>
        <w:tc>
          <w:tcPr>
            <w:tcW w:type="dxa" w:w="2160"/>
          </w:tcPr>
          <w:p>
            <w:r>
              <w:t>Organic Certification</w:t>
            </w:r>
          </w:p>
        </w:tc>
        <w:tc>
          <w:tcPr>
            <w:tcW w:type="dxa" w:w="2160"/>
          </w:tcPr>
          <w:p>
            <w:r>
              <w:t>What challenges do you face in maintaining organic certification for your flax products?</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1062-0323</w:t>
            </w:r>
          </w:p>
        </w:tc>
        <w:tc>
          <w:tcPr>
            <w:tcW w:type="dxa" w:w="2160"/>
          </w:tcPr>
          <w:p>
            <w:r>
              <w:t>Labeling Laws</w:t>
            </w:r>
          </w:p>
        </w:tc>
        <w:tc>
          <w:tcPr>
            <w:tcW w:type="dxa" w:w="2160"/>
          </w:tcPr>
          <w:p>
            <w:r>
              <w:t>How do you ensure that your labeling meets both federal and state requirements for your flaxseed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1062-0324</w:t>
            </w:r>
          </w:p>
        </w:tc>
        <w:tc>
          <w:tcPr>
            <w:tcW w:type="dxa" w:w="2160"/>
          </w:tcPr>
          <w:p>
            <w:r>
              <w:t>Safety Standards</w:t>
            </w:r>
          </w:p>
        </w:tc>
        <w:tc>
          <w:tcPr>
            <w:tcW w:type="dxa" w:w="2160"/>
          </w:tcPr>
          <w:p>
            <w:r>
              <w:t>What specific safety equipment do you require for employees handling flax during processing?</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1062-0325</w:t>
            </w:r>
          </w:p>
        </w:tc>
        <w:tc>
          <w:tcPr>
            <w:tcW w:type="dxa" w:w="2160"/>
          </w:tcPr>
          <w:p>
            <w:r>
              <w:t>Environmental Regulations</w:t>
            </w:r>
          </w:p>
        </w:tc>
        <w:tc>
          <w:tcPr>
            <w:tcW w:type="dxa" w:w="2160"/>
          </w:tcPr>
          <w:p>
            <w:r>
              <w:t>What practices do you implement to minimize environmental impact during flax farming?</w:t>
              <w:br/>
              <w:t>Answer type: Long text</w:t>
              <w:br/>
              <w:t>Trigger: Always</w:t>
              <w:br/>
              <w:t>Required: No</w:t>
              <w:br/>
              <w:t>Risk: Medium</w:t>
            </w:r>
          </w:p>
        </w:tc>
        <w:tc>
          <w:tcPr>
            <w:tcW w:type="dxa" w:w="2160"/>
          </w:tcPr>
          <w:p>
            <w:r>
              <w:t>Primary authority: EPA Agricultural Regulations</w:t>
              <w:br/>
              <w:t>Response: ___________________________</w:t>
              <w:br/>
              <w:t>Evidence: ___________________________</w:t>
              <w:br/>
              <w:t>Reviewer conclusion: ___________________________</w:t>
            </w:r>
          </w:p>
        </w:tc>
      </w:tr>
      <w:tr>
        <w:tc>
          <w:tcPr>
            <w:tcW w:type="dxa" w:w="2160"/>
          </w:tcPr>
          <w:p>
            <w:r>
              <w:t>1062-0326</w:t>
            </w:r>
          </w:p>
        </w:tc>
        <w:tc>
          <w:tcPr>
            <w:tcW w:type="dxa" w:w="2160"/>
          </w:tcPr>
          <w:p>
            <w:r>
              <w:t>Import/Export Compliance</w:t>
            </w:r>
          </w:p>
        </w:tc>
        <w:tc>
          <w:tcPr>
            <w:tcW w:type="dxa" w:w="2160"/>
          </w:tcPr>
          <w:p>
            <w:r>
              <w:t>Have you faced any compliance issues regarding the import/export of flax products in the past year? If so, please elaborate.</w:t>
              <w:br/>
              <w:t>Answer type: Yes-No + details</w:t>
              <w:br/>
              <w:t>Trigger: Always</w:t>
              <w:br/>
              <w:t>Required: No</w:t>
              <w:br/>
              <w:t>Risk: High</w:t>
            </w:r>
          </w:p>
        </w:tc>
        <w:tc>
          <w:tcPr>
            <w:tcW w:type="dxa" w:w="2160"/>
          </w:tcPr>
          <w:p>
            <w:r>
              <w:t>Primary authority: U.S. Customs and Border Protection</w:t>
              <w:br/>
              <w:t>Response: ___________________________</w:t>
              <w:br/>
              <w:t>Evidence: ___________________________</w:t>
              <w:br/>
              <w:t>Reviewer conclusion: ___________________________</w:t>
            </w:r>
          </w:p>
        </w:tc>
      </w:tr>
      <w:tr>
        <w:tc>
          <w:tcPr>
            <w:tcW w:type="dxa" w:w="2160"/>
          </w:tcPr>
          <w:p>
            <w:r>
              <w:t>1062-0327</w:t>
            </w:r>
          </w:p>
        </w:tc>
        <w:tc>
          <w:tcPr>
            <w:tcW w:type="dxa" w:w="2160"/>
          </w:tcPr>
          <w:p>
            <w:r>
              <w:t>Compliance Standards</w:t>
            </w:r>
          </w:p>
        </w:tc>
        <w:tc>
          <w:tcPr>
            <w:tcW w:type="dxa" w:w="2160"/>
          </w:tcPr>
          <w:p>
            <w:r>
              <w:t>What specific regulations impact your flax farming operations?</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SUSTAINABILITY-PRACTICES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1062-0328</w:t>
            </w:r>
          </w:p>
        </w:tc>
        <w:tc>
          <w:tcPr>
            <w:tcW w:type="dxa" w:w="2160"/>
          </w:tcPr>
          <w:p>
            <w:r>
              <w:t>Crop Rotation</w:t>
            </w:r>
          </w:p>
        </w:tc>
        <w:tc>
          <w:tcPr>
            <w:tcW w:type="dxa" w:w="2160"/>
          </w:tcPr>
          <w:p>
            <w:r>
              <w:t>What specific crop rotation practices have you implemented on your flax farm to enhance soil health and reduce pest populations? Please provide details on the crops used and the duration of each rotation.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1062-0329</w:t>
            </w:r>
          </w:p>
        </w:tc>
        <w:tc>
          <w:tcPr>
            <w:tcW w:type="dxa" w:w="2160"/>
          </w:tcPr>
          <w:p>
            <w:r>
              <w:t>Soil Health</w:t>
            </w:r>
          </w:p>
        </w:tc>
        <w:tc>
          <w:tcPr>
            <w:tcW w:type="dxa" w:w="2160"/>
          </w:tcPr>
          <w:p>
            <w:r>
              <w:t>Can you describe any soil health assessments conducted on your farm? What metrics did you measure, and what were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1062-0330</w:t>
            </w:r>
          </w:p>
        </w:tc>
        <w:tc>
          <w:tcPr>
            <w:tcW w:type="dxa" w:w="2160"/>
          </w:tcPr>
          <w:p>
            <w:r>
              <w:t>Water Conservation</w:t>
            </w:r>
          </w:p>
        </w:tc>
        <w:tc>
          <w:tcPr>
            <w:tcW w:type="dxa" w:w="2160"/>
          </w:tcPr>
          <w:p>
            <w:r>
              <w:t>What specific water conservation techniques have you adopted in your flax farming practices? Please list and describe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1062-0331</w:t>
            </w:r>
          </w:p>
        </w:tc>
        <w:tc>
          <w:tcPr>
            <w:tcW w:type="dxa" w:w="2160"/>
          </w:tcPr>
          <w:p>
            <w:r>
              <w:t>Biodiversity</w:t>
            </w:r>
          </w:p>
        </w:tc>
        <w:tc>
          <w:tcPr>
            <w:tcW w:type="dxa" w:w="2160"/>
          </w:tcPr>
          <w:p>
            <w:r>
              <w:t>How have you integrated biodiversity into your flax farming operations? Please provide examples of practices or initiatives that support local ecosystems.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1062-0332</w:t>
            </w:r>
          </w:p>
        </w:tc>
        <w:tc>
          <w:tcPr>
            <w:tcW w:type="dxa" w:w="2160"/>
          </w:tcPr>
          <w:p>
            <w:r>
              <w:t>Carbon Footprint</w:t>
            </w:r>
          </w:p>
        </w:tc>
        <w:tc>
          <w:tcPr>
            <w:tcW w:type="dxa" w:w="2160"/>
          </w:tcPr>
          <w:p>
            <w:r>
              <w:t>What measures have you taken to assess and reduce the carbon footprint of your flax farming operations? Please provide specific examples and any metrics used.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1062-0333</w:t>
            </w:r>
          </w:p>
        </w:tc>
        <w:tc>
          <w:tcPr>
            <w:tcW w:type="dxa" w:w="2160"/>
          </w:tcPr>
          <w:p>
            <w:r>
              <w:t>Waste Reduction</w:t>
            </w:r>
          </w:p>
        </w:tc>
        <w:tc>
          <w:tcPr>
            <w:tcW w:type="dxa" w:w="2160"/>
          </w:tcPr>
          <w:p>
            <w:r>
              <w:t>What waste reduction strategies have you implemented in your flax farming operations? Include details on the types of waste reduced and how you measure success.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1062-0334</w:t>
            </w:r>
          </w:p>
        </w:tc>
        <w:tc>
          <w:tcPr>
            <w:tcW w:type="dxa" w:w="2160"/>
          </w:tcPr>
          <w:p>
            <w:r>
              <w:t>Renewable Energy</w:t>
            </w:r>
          </w:p>
        </w:tc>
        <w:tc>
          <w:tcPr>
            <w:tcW w:type="dxa" w:w="2160"/>
          </w:tcPr>
          <w:p>
            <w:r>
              <w:t>Have you incorporated renewable energy sources into your flax farming operations? If so, please detail the types of energy used and their impact on your operations.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1062-0335</w:t>
            </w:r>
          </w:p>
        </w:tc>
        <w:tc>
          <w:tcPr>
            <w:tcW w:type="dxa" w:w="2160"/>
          </w:tcPr>
          <w:p>
            <w:r>
              <w:t>Community Impact</w:t>
            </w:r>
          </w:p>
        </w:tc>
        <w:tc>
          <w:tcPr>
            <w:tcW w:type="dxa" w:w="2160"/>
          </w:tcPr>
          <w:p>
            <w:r>
              <w:t>What initiatives have you undertaken to engage with the local community regarding sustainability in your flax farming practices? Please provide examples.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1062-0336</w:t>
            </w:r>
          </w:p>
        </w:tc>
        <w:tc>
          <w:tcPr>
            <w:tcW w:type="dxa" w:w="2160"/>
          </w:tcPr>
          <w:p>
            <w:r>
              <w:t>Crop Rotation</w:t>
            </w:r>
          </w:p>
        </w:tc>
        <w:tc>
          <w:tcPr>
            <w:tcW w:type="dxa" w:w="2160"/>
          </w:tcPr>
          <w:p>
            <w:r>
              <w:t>How do you document the effectiveness of your crop rotation practices in terms of yield and pest management? Please describe your methods.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1062-0337</w:t>
            </w:r>
          </w:p>
        </w:tc>
        <w:tc>
          <w:tcPr>
            <w:tcW w:type="dxa" w:w="2160"/>
          </w:tcPr>
          <w:p>
            <w:r>
              <w:t>Soil Health</w:t>
            </w:r>
          </w:p>
        </w:tc>
        <w:tc>
          <w:tcPr>
            <w:tcW w:type="dxa" w:w="2160"/>
          </w:tcPr>
          <w:p>
            <w:r>
              <w:t>What specific soil amendments do you use to improve soil health in your flax fields? Please list them and their intended benefits.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1062-0338</w:t>
            </w:r>
          </w:p>
        </w:tc>
        <w:tc>
          <w:tcPr>
            <w:tcW w:type="dxa" w:w="2160"/>
          </w:tcPr>
          <w:p>
            <w:r>
              <w:t>Water Conservation</w:t>
            </w:r>
          </w:p>
        </w:tc>
        <w:tc>
          <w:tcPr>
            <w:tcW w:type="dxa" w:w="2160"/>
          </w:tcPr>
          <w:p>
            <w:r>
              <w:t>What percentage of your water usage is sourced from sustainable methods (e.g., rainwater harvesting, recycled water)?</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1062-0339</w:t>
            </w:r>
          </w:p>
        </w:tc>
        <w:tc>
          <w:tcPr>
            <w:tcW w:type="dxa" w:w="2160"/>
          </w:tcPr>
          <w:p>
            <w:r>
              <w:t>Biodiversity</w:t>
            </w:r>
          </w:p>
        </w:tc>
        <w:tc>
          <w:tcPr>
            <w:tcW w:type="dxa" w:w="2160"/>
          </w:tcPr>
          <w:p>
            <w:r>
              <w:t>Have you partnered with any organizations or experts to enhance biodiversity on your farm? If yes, please provide details.</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1062-0340</w:t>
            </w:r>
          </w:p>
        </w:tc>
        <w:tc>
          <w:tcPr>
            <w:tcW w:type="dxa" w:w="2160"/>
          </w:tcPr>
          <w:p>
            <w:r>
              <w:t>Carbon Footprint</w:t>
            </w:r>
          </w:p>
        </w:tc>
        <w:tc>
          <w:tcPr>
            <w:tcW w:type="dxa" w:w="2160"/>
          </w:tcPr>
          <w:p>
            <w:r>
              <w:t>What tools or software do you use to calculate and monitor your farm's carbon footprint? Please specify and describe their effectiveness.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1062-0341</w:t>
            </w:r>
          </w:p>
        </w:tc>
        <w:tc>
          <w:tcPr>
            <w:tcW w:type="dxa" w:w="2160"/>
          </w:tcPr>
          <w:p>
            <w:r>
              <w:t>Waste Reduction</w:t>
            </w:r>
          </w:p>
        </w:tc>
        <w:tc>
          <w:tcPr>
            <w:tcW w:type="dxa" w:w="2160"/>
          </w:tcPr>
          <w:p>
            <w:r>
              <w:t>How much organic waste do you generate annually from your flax farming operations, and what methods do you employ to manage it?</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1062-0342</w:t>
            </w:r>
          </w:p>
        </w:tc>
        <w:tc>
          <w:tcPr>
            <w:tcW w:type="dxa" w:w="2160"/>
          </w:tcPr>
          <w:p>
            <w:r>
              <w:t>Renewable Energy</w:t>
            </w:r>
          </w:p>
        </w:tc>
        <w:tc>
          <w:tcPr>
            <w:tcW w:type="dxa" w:w="2160"/>
          </w:tcPr>
          <w:p>
            <w:r>
              <w:t>What percentage of your total energy consumption is derived from renewable sources? Please provide specific figures.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1062-0343</w:t>
            </w:r>
          </w:p>
        </w:tc>
        <w:tc>
          <w:tcPr>
            <w:tcW w:type="dxa" w:w="2160"/>
          </w:tcPr>
          <w:p>
            <w:r>
              <w:t>Community Impact</w:t>
            </w:r>
          </w:p>
        </w:tc>
        <w:tc>
          <w:tcPr>
            <w:tcW w:type="dxa" w:w="2160"/>
          </w:tcPr>
          <w:p>
            <w:r>
              <w:t>What feedback have you received from the community regarding your sustainability initiatives? Please summarize any surveys or reports.</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UTILITIES-AND-ENVIRONMENTAL-IMPACT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1062-0344</w:t>
            </w:r>
          </w:p>
        </w:tc>
        <w:tc>
          <w:tcPr>
            <w:tcW w:type="dxa" w:w="2160"/>
          </w:tcPr>
          <w:p>
            <w:r>
              <w:t>Energy Consumption</w:t>
            </w:r>
          </w:p>
        </w:tc>
        <w:tc>
          <w:tcPr>
            <w:tcW w:type="dxa" w:w="2160"/>
          </w:tcPr>
          <w:p>
            <w:r>
              <w:t>What is the total energy consumption (in kWh) for the flax farming and processing operations in the tax year 2025? Please provide a breakdown by source (e.g., electricity, diesel, natural gas).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1062-0345</w:t>
            </w:r>
          </w:p>
        </w:tc>
        <w:tc>
          <w:tcPr>
            <w:tcW w:type="dxa" w:w="2160"/>
          </w:tcPr>
          <w:p>
            <w:r>
              <w:t>Water Usage</w:t>
            </w:r>
          </w:p>
        </w:tc>
        <w:tc>
          <w:tcPr>
            <w:tcW w:type="dxa" w:w="2160"/>
          </w:tcPr>
          <w:p>
            <w:r>
              <w:t>How many gallons of water were utilized in the flax farming and processing operations during the tax year 2025? Please specify the sources of water (e.g., groundwater, surface water, municipal supply).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1062-0346</w:t>
            </w:r>
          </w:p>
        </w:tc>
        <w:tc>
          <w:tcPr>
            <w:tcW w:type="dxa" w:w="2160"/>
          </w:tcPr>
          <w:p>
            <w:r>
              <w:t>Waste Management</w:t>
            </w:r>
          </w:p>
        </w:tc>
        <w:tc>
          <w:tcPr>
            <w:tcW w:type="dxa" w:w="2160"/>
          </w:tcPr>
          <w:p>
            <w:r>
              <w:t>What types of waste are generated during flax processing, and what is the total weight of waste produced in 2025? Please include details on disposal methods used for each waste type.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1062-0347</w:t>
            </w:r>
          </w:p>
        </w:tc>
        <w:tc>
          <w:tcPr>
            <w:tcW w:type="dxa" w:w="2160"/>
          </w:tcPr>
          <w:p>
            <w:r>
              <w:t>Pollution Control</w:t>
            </w:r>
          </w:p>
        </w:tc>
        <w:tc>
          <w:tcPr>
            <w:tcW w:type="dxa" w:w="2160"/>
          </w:tcPr>
          <w:p>
            <w:r>
              <w:t>What specific pollution control measures are implemented in the flax processing operations to mitigate air emissions? Please provide the types of emissions monitored.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1062-0348</w:t>
            </w:r>
          </w:p>
        </w:tc>
        <w:tc>
          <w:tcPr>
            <w:tcW w:type="dxa" w:w="2160"/>
          </w:tcPr>
          <w:p>
            <w:r>
              <w:t>Environmental Assessments</w:t>
            </w:r>
          </w:p>
        </w:tc>
        <w:tc>
          <w:tcPr>
            <w:tcW w:type="dxa" w:w="2160"/>
          </w:tcPr>
          <w:p>
            <w:r>
              <w:t>Have any environmental impact assessments been conducted for the flax farming and processing operations? If so, please provide dates and findings from the assessments conducted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1062-0349</w:t>
            </w:r>
          </w:p>
        </w:tc>
        <w:tc>
          <w:tcPr>
            <w:tcW w:type="dxa" w:w="2160"/>
          </w:tcPr>
          <w:p>
            <w:r>
              <w:t>Sustainability Metrics</w:t>
            </w:r>
          </w:p>
        </w:tc>
        <w:tc>
          <w:tcPr>
            <w:tcW w:type="dxa" w:w="2160"/>
          </w:tcPr>
          <w:p>
            <w:r>
              <w:t>What sustainability metrics are tracked for the flax farming operations? Please provide specific data points for the year 2025 (e.g., carbon footprint, biodiversity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1062-0350</w:t>
            </w:r>
          </w:p>
        </w:tc>
        <w:tc>
          <w:tcPr>
            <w:tcW w:type="dxa" w:w="2160"/>
          </w:tcPr>
          <w:p>
            <w:r>
              <w:t>Renewable Resources</w:t>
            </w:r>
          </w:p>
        </w:tc>
        <w:tc>
          <w:tcPr>
            <w:tcW w:type="dxa" w:w="2160"/>
          </w:tcPr>
          <w:p>
            <w:r>
              <w:t>What percentage of energy used in the flax processing operations in 2025 comes from renewable sources? Please specify the types of renewable energy utilized.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1062-0351</w:t>
            </w:r>
          </w:p>
        </w:tc>
        <w:tc>
          <w:tcPr>
            <w:tcW w:type="dxa" w:w="2160"/>
          </w:tcPr>
          <w:p>
            <w:r>
              <w:t>Regulatory Compliance</w:t>
            </w:r>
          </w:p>
        </w:tc>
        <w:tc>
          <w:tcPr>
            <w:tcW w:type="dxa" w:w="2160"/>
          </w:tcPr>
          <w:p>
            <w:r>
              <w:t>What regulatory compliance requirements related to utilities and environmental impact are applicable to the flax farming and processing operations? Please list and provide documentation for compliance in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1062-0352</w:t>
            </w:r>
          </w:p>
        </w:tc>
        <w:tc>
          <w:tcPr>
            <w:tcW w:type="dxa" w:w="2160"/>
          </w:tcPr>
          <w:p>
            <w:r>
              <w:t>Energy Consumption</w:t>
            </w:r>
          </w:p>
        </w:tc>
        <w:tc>
          <w:tcPr>
            <w:tcW w:type="dxa" w:w="2160"/>
          </w:tcPr>
          <w:p>
            <w:r>
              <w:t>What specific energy efficiency measures have been implemented in the flax processing facility in 2025? Please provide evidence of any energy audits conducted.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1062-0353</w:t>
            </w:r>
          </w:p>
        </w:tc>
        <w:tc>
          <w:tcPr>
            <w:tcW w:type="dxa" w:w="2160"/>
          </w:tcPr>
          <w:p>
            <w:r>
              <w:t>Water Usage</w:t>
            </w:r>
          </w:p>
        </w:tc>
        <w:tc>
          <w:tcPr>
            <w:tcW w:type="dxa" w:w="2160"/>
          </w:tcPr>
          <w:p>
            <w:r>
              <w:t>What irrigation methods are employed in the flax farming operations, and how do they impact overall water usage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1062-0354</w:t>
            </w:r>
          </w:p>
        </w:tc>
        <w:tc>
          <w:tcPr>
            <w:tcW w:type="dxa" w:w="2160"/>
          </w:tcPr>
          <w:p>
            <w:r>
              <w:t>Waste Management</w:t>
            </w:r>
          </w:p>
        </w:tc>
        <w:tc>
          <w:tcPr>
            <w:tcW w:type="dxa" w:w="2160"/>
          </w:tcPr>
          <w:p>
            <w:r>
              <w:t>What percentage of waste generated from flax processing is recycled or repurposed in 2025? Please provide details on the recycling processes used.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1062-0355</w:t>
            </w:r>
          </w:p>
        </w:tc>
        <w:tc>
          <w:tcPr>
            <w:tcW w:type="dxa" w:w="2160"/>
          </w:tcPr>
          <w:p>
            <w:r>
              <w:t>Pollution Control</w:t>
            </w:r>
          </w:p>
        </w:tc>
        <w:tc>
          <w:tcPr>
            <w:tcW w:type="dxa" w:w="2160"/>
          </w:tcPr>
          <w:p>
            <w:r>
              <w:t>What pollutants are generated during flax processing, and what are the maximum allowable limits set by regulatory authorities?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1062-0356</w:t>
            </w:r>
          </w:p>
        </w:tc>
        <w:tc>
          <w:tcPr>
            <w:tcW w:type="dxa" w:w="2160"/>
          </w:tcPr>
          <w:p>
            <w:r>
              <w:t>Environmental Assessments</w:t>
            </w:r>
          </w:p>
        </w:tc>
        <w:tc>
          <w:tcPr>
            <w:tcW w:type="dxa" w:w="2160"/>
          </w:tcPr>
          <w:p>
            <w:r>
              <w:t>Have any changes in land use or farming practices occurred in 2025 that may impact environmental assessments? Please describe these changes.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1062-0357</w:t>
            </w:r>
          </w:p>
        </w:tc>
        <w:tc>
          <w:tcPr>
            <w:tcW w:type="dxa" w:w="2160"/>
          </w:tcPr>
          <w:p>
            <w:r>
              <w:t>Sustainability Metrics</w:t>
            </w:r>
          </w:p>
        </w:tc>
        <w:tc>
          <w:tcPr>
            <w:tcW w:type="dxa" w:w="2160"/>
          </w:tcPr>
          <w:p>
            <w:r>
              <w:t>What are the key performance indicators (KPIs) used to measure sustainability in flax farming and processing? Please provide data for the year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1062-0358</w:t>
            </w:r>
          </w:p>
        </w:tc>
        <w:tc>
          <w:tcPr>
            <w:tcW w:type="dxa" w:w="2160"/>
          </w:tcPr>
          <w:p>
            <w:r>
              <w:t>Renewable Resources</w:t>
            </w:r>
          </w:p>
        </w:tc>
        <w:tc>
          <w:tcPr>
            <w:tcW w:type="dxa" w:w="2160"/>
          </w:tcPr>
          <w:p>
            <w:r>
              <w:t>What investments have been made in renewable energy technologies for flax processing in 2025? Please detail the types and amounts invested.</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1062-0359</w:t>
            </w:r>
          </w:p>
        </w:tc>
        <w:tc>
          <w:tcPr>
            <w:tcW w:type="dxa" w:w="2160"/>
          </w:tcPr>
          <w:p>
            <w:r>
              <w:t>Regulatory Compliance</w:t>
            </w:r>
          </w:p>
        </w:tc>
        <w:tc>
          <w:tcPr>
            <w:tcW w:type="dxa" w:w="2160"/>
          </w:tcPr>
          <w:p>
            <w:r>
              <w:t>What specific permits related to utilities and environmental impact were obtained for flax farming and processing in 2025? Please provide documentation for each permit.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1062-0360</w:t>
            </w:r>
          </w:p>
        </w:tc>
        <w:tc>
          <w:tcPr>
            <w:tcW w:type="dxa" w:w="2160"/>
          </w:tcPr>
          <w:p>
            <w:r>
              <w:t>Energy Consumption</w:t>
            </w:r>
          </w:p>
        </w:tc>
        <w:tc>
          <w:tcPr>
            <w:tcW w:type="dxa" w:w="2160"/>
          </w:tcPr>
          <w:p>
            <w:r>
              <w:t>What is the average energy cost per unit of production for flax processing in 2025? Please provide the calculation basis.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1062-0361</w:t>
            </w:r>
          </w:p>
        </w:tc>
        <w:tc>
          <w:tcPr>
            <w:tcW w:type="dxa" w:w="2160"/>
          </w:tcPr>
          <w:p>
            <w:r>
              <w:t>Energy Use</w:t>
            </w:r>
          </w:p>
        </w:tc>
        <w:tc>
          <w:tcPr>
            <w:tcW w:type="dxa" w:w="2160"/>
          </w:tcPr>
          <w:p>
            <w:r>
              <w:t>What measures do you take to minimize energy consumption in your flax processing operations?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1062-0362</w:t>
            </w:r>
          </w:p>
        </w:tc>
        <w:tc>
          <w:tcPr>
            <w:tcW w:type="dxa" w:w="2160"/>
          </w:tcPr>
          <w:p>
            <w:r>
              <w:t>Waste Management</w:t>
            </w:r>
          </w:p>
        </w:tc>
        <w:tc>
          <w:tcPr>
            <w:tcW w:type="dxa" w:w="2160"/>
          </w:tcPr>
          <w:p>
            <w:r>
              <w:t>How do you manage waste generated during flax processing to reduce environmental impact?</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DATA-MANAGEMENT-SYSTEMS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1062-0363</w:t>
            </w:r>
          </w:p>
        </w:tc>
        <w:tc>
          <w:tcPr>
            <w:tcW w:type="dxa" w:w="2160"/>
          </w:tcPr>
          <w:p>
            <w:r>
              <w:t>Software Applications</w:t>
            </w:r>
          </w:p>
        </w:tc>
        <w:tc>
          <w:tcPr>
            <w:tcW w:type="dxa" w:w="2160"/>
          </w:tcPr>
          <w:p>
            <w:r>
              <w:t>What specific software applications do you use for data management in flax production, and how do they integrate with other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1062-0364</w:t>
            </w:r>
          </w:p>
        </w:tc>
        <w:tc>
          <w:tcPr>
            <w:tcW w:type="dxa" w:w="2160"/>
          </w:tcPr>
          <w:p>
            <w:r>
              <w:t>Data Collection Methods</w:t>
            </w:r>
          </w:p>
        </w:tc>
        <w:tc>
          <w:tcPr>
            <w:tcW w:type="dxa" w:w="2160"/>
          </w:tcPr>
          <w:p>
            <w:r>
              <w:t>Describe the methods you use to collect data on flax yield and quality during production. How do these methods vary from year to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1062-0365</w:t>
            </w:r>
          </w:p>
        </w:tc>
        <w:tc>
          <w:tcPr>
            <w:tcW w:type="dxa" w:w="2160"/>
          </w:tcPr>
          <w:p>
            <w:r>
              <w:t>Traceability Systems</w:t>
            </w:r>
          </w:p>
        </w:tc>
        <w:tc>
          <w:tcPr>
            <w:tcW w:type="dxa" w:w="2160"/>
          </w:tcPr>
          <w:p>
            <w:r>
              <w:t>What traceability systems are in place to track flax from seed to finished product, and what data points are captured at each stage?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1062-0366</w:t>
            </w:r>
          </w:p>
        </w:tc>
        <w:tc>
          <w:tcPr>
            <w:tcW w:type="dxa" w:w="2160"/>
          </w:tcPr>
          <w:p>
            <w:r>
              <w:t>Inventory Management</w:t>
            </w:r>
          </w:p>
        </w:tc>
        <w:tc>
          <w:tcPr>
            <w:tcW w:type="dxa" w:w="2160"/>
          </w:tcPr>
          <w:p>
            <w:r>
              <w:t>How do you manage inventory levels of flax products, and what data is used to inform these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1062-0367</w:t>
            </w:r>
          </w:p>
        </w:tc>
        <w:tc>
          <w:tcPr>
            <w:tcW w:type="dxa" w:w="2160"/>
          </w:tcPr>
          <w:p>
            <w:r>
              <w:t>Quality Control Data</w:t>
            </w:r>
          </w:p>
        </w:tc>
        <w:tc>
          <w:tcPr>
            <w:tcW w:type="dxa" w:w="2160"/>
          </w:tcPr>
          <w:p>
            <w:r>
              <w:t>What quality control data do you collect during the processing of flax, and how is this data analyzed for compliance and improvement?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1062-0368</w:t>
            </w:r>
          </w:p>
        </w:tc>
        <w:tc>
          <w:tcPr>
            <w:tcW w:type="dxa" w:w="2160"/>
          </w:tcPr>
          <w:p>
            <w:r>
              <w:t>Regulatory Reporting</w:t>
            </w:r>
          </w:p>
        </w:tc>
        <w:tc>
          <w:tcPr>
            <w:tcW w:type="dxa" w:w="2160"/>
          </w:tcPr>
          <w:p>
            <w:r>
              <w:t>What data management systems do you use to compile and submit regulatory reports related to flax production, and what challenges do you face in this process?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1062-0369</w:t>
            </w:r>
          </w:p>
        </w:tc>
        <w:tc>
          <w:tcPr>
            <w:tcW w:type="dxa" w:w="2160"/>
          </w:tcPr>
          <w:p>
            <w:r>
              <w:t>Automation</w:t>
            </w:r>
          </w:p>
        </w:tc>
        <w:tc>
          <w:tcPr>
            <w:tcW w:type="dxa" w:w="2160"/>
          </w:tcPr>
          <w:p>
            <w:r>
              <w:t>What aspects of your data management systems are automated, and how does this automation impact your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1062-0370</w:t>
            </w:r>
          </w:p>
        </w:tc>
        <w:tc>
          <w:tcPr>
            <w:tcW w:type="dxa" w:w="2160"/>
          </w:tcPr>
          <w:p>
            <w:r>
              <w:t>Data Analysis</w:t>
            </w:r>
          </w:p>
        </w:tc>
        <w:tc>
          <w:tcPr>
            <w:tcW w:type="dxa" w:w="2160"/>
          </w:tcPr>
          <w:p>
            <w:r>
              <w:t>How do you analyze data collected from flax production, and what specific metrics do you track to assess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1062-0371</w:t>
            </w:r>
          </w:p>
        </w:tc>
        <w:tc>
          <w:tcPr>
            <w:tcW w:type="dxa" w:w="2160"/>
          </w:tcPr>
          <w:p>
            <w:r>
              <w:t>Software Applications</w:t>
            </w:r>
          </w:p>
        </w:tc>
        <w:tc>
          <w:tcPr>
            <w:tcW w:type="dxa" w:w="2160"/>
          </w:tcPr>
          <w:p>
            <w:r>
              <w:t>Have you developed any custom software applications for flax data management? If so, please describe their functionalities and the problems they address.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1062-0372</w:t>
            </w:r>
          </w:p>
        </w:tc>
        <w:tc>
          <w:tcPr>
            <w:tcW w:type="dxa" w:w="2160"/>
          </w:tcPr>
          <w:p>
            <w:r>
              <w:t>Data Collection Methods</w:t>
            </w:r>
          </w:p>
        </w:tc>
        <w:tc>
          <w:tcPr>
            <w:tcW w:type="dxa" w:w="2160"/>
          </w:tcPr>
          <w:p>
            <w:r>
              <w:t>What types of sensors or IoT devices do you use for real-time data collection in flax farming, and how reliable are these devices?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1062-0373</w:t>
            </w:r>
          </w:p>
        </w:tc>
        <w:tc>
          <w:tcPr>
            <w:tcW w:type="dxa" w:w="2160"/>
          </w:tcPr>
          <w:p>
            <w:r>
              <w:t>Traceability Systems</w:t>
            </w:r>
          </w:p>
        </w:tc>
        <w:tc>
          <w:tcPr>
            <w:tcW w:type="dxa" w:w="2160"/>
          </w:tcPr>
          <w:p>
            <w:r>
              <w:t>How do you ensure the accuracy of the data captured in your traceability systems for flax, and what verification processes are in place?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1062-0374</w:t>
            </w:r>
          </w:p>
        </w:tc>
        <w:tc>
          <w:tcPr>
            <w:tcW w:type="dxa" w:w="2160"/>
          </w:tcPr>
          <w:p>
            <w:r>
              <w:t>Inventory Management</w:t>
            </w:r>
          </w:p>
        </w:tc>
        <w:tc>
          <w:tcPr>
            <w:tcW w:type="dxa" w:w="2160"/>
          </w:tcPr>
          <w:p>
            <w:r>
              <w:t>What software tools do you use for inventory management of flax products, and how do they help in minimizing waste?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1062-0375</w:t>
            </w:r>
          </w:p>
        </w:tc>
        <w:tc>
          <w:tcPr>
            <w:tcW w:type="dxa" w:w="2160"/>
          </w:tcPr>
          <w:p>
            <w:r>
              <w:t>Quality Control Data</w:t>
            </w:r>
          </w:p>
        </w:tc>
        <w:tc>
          <w:tcPr>
            <w:tcW w:type="dxa" w:w="2160"/>
          </w:tcPr>
          <w:p>
            <w:r>
              <w:t>What specific quality control tests do you conduct on flax products, and how is the data from these tests recorded and analyzed?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1062-0376</w:t>
            </w:r>
          </w:p>
        </w:tc>
        <w:tc>
          <w:tcPr>
            <w:tcW w:type="dxa" w:w="2160"/>
          </w:tcPr>
          <w:p>
            <w:r>
              <w:t>Regulatory Reporting</w:t>
            </w:r>
          </w:p>
        </w:tc>
        <w:tc>
          <w:tcPr>
            <w:tcW w:type="dxa" w:w="2160"/>
          </w:tcPr>
          <w:p>
            <w:r>
              <w:t>How do you ensure that the data used for regulatory reporting is accurate and up-to-date, especially in relation to flax production standards?</w:t>
              <w:br/>
              <w:t>Answer type: Long text</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1062-0377</w:t>
            </w:r>
          </w:p>
        </w:tc>
        <w:tc>
          <w:tcPr>
            <w:tcW w:type="dxa" w:w="2160"/>
          </w:tcPr>
          <w:p>
            <w:r>
              <w:t>Automation</w:t>
            </w:r>
          </w:p>
        </w:tc>
        <w:tc>
          <w:tcPr>
            <w:tcW w:type="dxa" w:w="2160"/>
          </w:tcPr>
          <w:p>
            <w:r>
              <w:t>What challenges have you faced in automating data management processes for flax production,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1062-0378</w:t>
            </w:r>
          </w:p>
        </w:tc>
        <w:tc>
          <w:tcPr>
            <w:tcW w:type="dxa" w:w="2160"/>
          </w:tcPr>
          <w:p>
            <w:r>
              <w:t>Data Tracking</w:t>
            </w:r>
          </w:p>
        </w:tc>
        <w:tc>
          <w:tcPr>
            <w:tcW w:type="dxa" w:w="2160"/>
          </w:tcPr>
          <w:p>
            <w:r>
              <w:t>What systems do you use to track data related to flax production and processing?</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AUTOMATION-IN-FLAX-PROCESSING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1062-0379</w:t>
            </w:r>
          </w:p>
        </w:tc>
        <w:tc>
          <w:tcPr>
            <w:tcW w:type="dxa" w:w="2160"/>
          </w:tcPr>
          <w:p>
            <w:r>
              <w:t>Automated Equipment</w:t>
            </w:r>
          </w:p>
        </w:tc>
        <w:tc>
          <w:tcPr>
            <w:tcW w:type="dxa" w:w="2160"/>
          </w:tcPr>
          <w:p>
            <w:r>
              <w:t>What specific automated equipment have you implemented in your flax processing operations, and what were the intended efficiency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1062-0380</w:t>
            </w:r>
          </w:p>
        </w:tc>
        <w:tc>
          <w:tcPr>
            <w:tcW w:type="dxa" w:w="2160"/>
          </w:tcPr>
          <w:p>
            <w:r>
              <w:t>Process Control Systems</w:t>
            </w:r>
          </w:p>
        </w:tc>
        <w:tc>
          <w:tcPr>
            <w:tcW w:type="dxa" w:w="2160"/>
          </w:tcPr>
          <w:p>
            <w:r>
              <w:t>Describe the process control systems you have integrated into your flax processing workflow. How do these systems contribute to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1062-0381</w:t>
            </w:r>
          </w:p>
        </w:tc>
        <w:tc>
          <w:tcPr>
            <w:tcW w:type="dxa" w:w="2160"/>
          </w:tcPr>
          <w:p>
            <w:r>
              <w:t>Data Integration</w:t>
            </w:r>
          </w:p>
        </w:tc>
        <w:tc>
          <w:tcPr>
            <w:tcW w:type="dxa" w:w="2160"/>
          </w:tcPr>
          <w:p>
            <w:r>
              <w:t>What methods do you use for data integration across different stages of flax processing? Please provide examples of data sources and how they are utilized.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1062-0382</w:t>
            </w:r>
          </w:p>
        </w:tc>
        <w:tc>
          <w:tcPr>
            <w:tcW w:type="dxa" w:w="2160"/>
          </w:tcPr>
          <w:p>
            <w:r>
              <w:t>Robotics in Harvesting</w:t>
            </w:r>
          </w:p>
        </w:tc>
        <w:tc>
          <w:tcPr>
            <w:tcW w:type="dxa" w:w="2160"/>
          </w:tcPr>
          <w:p>
            <w:r>
              <w:t>Have you adopted any robotic technologies for flax harvesting? If so, please describe the technology and its impact on labor costs and efficiency.</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1062-0383</w:t>
            </w:r>
          </w:p>
        </w:tc>
        <w:tc>
          <w:tcPr>
            <w:tcW w:type="dxa" w:w="2160"/>
          </w:tcPr>
          <w:p>
            <w:r>
              <w:t>Efficiency Improvements</w:t>
            </w:r>
          </w:p>
        </w:tc>
        <w:tc>
          <w:tcPr>
            <w:tcW w:type="dxa" w:w="2160"/>
          </w:tcPr>
          <w:p>
            <w:r>
              <w:t>What specific metrics do you track to measure efficiency improvements resulting from automation in your flax processing operations?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1062-0384</w:t>
            </w:r>
          </w:p>
        </w:tc>
        <w:tc>
          <w:tcPr>
            <w:tcW w:type="dxa" w:w="2160"/>
          </w:tcPr>
          <w:p>
            <w:r>
              <w:t>Cost Reduction</w:t>
            </w:r>
          </w:p>
        </w:tc>
        <w:tc>
          <w:tcPr>
            <w:tcW w:type="dxa" w:w="2160"/>
          </w:tcPr>
          <w:p>
            <w:r>
              <w:t>Can you quantify the cost reductions achieved through automation in your flax processing operations? Please provide specific figures or percentages.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1062-0385</w:t>
            </w:r>
          </w:p>
        </w:tc>
        <w:tc>
          <w:tcPr>
            <w:tcW w:type="dxa" w:w="2160"/>
          </w:tcPr>
          <w:p>
            <w:r>
              <w:t>Safety Enhancements</w:t>
            </w:r>
          </w:p>
        </w:tc>
        <w:tc>
          <w:tcPr>
            <w:tcW w:type="dxa" w:w="2160"/>
          </w:tcPr>
          <w:p>
            <w:r>
              <w:t>What safety enhancements have been implemented as a result of automation in your flax processing operations? How do these enhancements mitigate risks?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1062-0386</w:t>
            </w:r>
          </w:p>
        </w:tc>
        <w:tc>
          <w:tcPr>
            <w:tcW w:type="dxa" w:w="2160"/>
          </w:tcPr>
          <w:p>
            <w:r>
              <w:t>Scalability</w:t>
            </w:r>
          </w:p>
        </w:tc>
        <w:tc>
          <w:tcPr>
            <w:tcW w:type="dxa" w:w="2160"/>
          </w:tcPr>
          <w:p>
            <w:r>
              <w:t>How has automation affected the scalability of your flax processing operations? Please provide examples of how you have scaled operations up or down.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1062-0387</w:t>
            </w:r>
          </w:p>
        </w:tc>
        <w:tc>
          <w:tcPr>
            <w:tcW w:type="dxa" w:w="2160"/>
          </w:tcPr>
          <w:p>
            <w:r>
              <w:t>Automated Equipment</w:t>
            </w:r>
          </w:p>
        </w:tc>
        <w:tc>
          <w:tcPr>
            <w:tcW w:type="dxa" w:w="2160"/>
          </w:tcPr>
          <w:p>
            <w:r>
              <w:t>What challenges did you face when integrating automated equipment into your flax processing operations,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1062-0388</w:t>
            </w:r>
          </w:p>
        </w:tc>
        <w:tc>
          <w:tcPr>
            <w:tcW w:type="dxa" w:w="2160"/>
          </w:tcPr>
          <w:p>
            <w:r>
              <w:t>Process Control Systems</w:t>
            </w:r>
          </w:p>
        </w:tc>
        <w:tc>
          <w:tcPr>
            <w:tcW w:type="dxa" w:w="2160"/>
          </w:tcPr>
          <w:p>
            <w:r>
              <w:t>What types of process control systems have you evaluated or tested, and what were the outcomes of these evaluations?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1062-0389</w:t>
            </w:r>
          </w:p>
        </w:tc>
        <w:tc>
          <w:tcPr>
            <w:tcW w:type="dxa" w:w="2160"/>
          </w:tcPr>
          <w:p>
            <w:r>
              <w:t>Data Integration</w:t>
            </w:r>
          </w:p>
        </w:tc>
        <w:tc>
          <w:tcPr>
            <w:tcW w:type="dxa" w:w="2160"/>
          </w:tcPr>
          <w:p>
            <w:r>
              <w:t>How do you ensure the accuracy and reliability of data collected from automated systems in your flax processing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1062-0390</w:t>
            </w:r>
          </w:p>
        </w:tc>
        <w:tc>
          <w:tcPr>
            <w:tcW w:type="dxa" w:w="2160"/>
          </w:tcPr>
          <w:p>
            <w:r>
              <w:t>Robotics in Harvesting</w:t>
            </w:r>
          </w:p>
        </w:tc>
        <w:tc>
          <w:tcPr>
            <w:tcW w:type="dxa" w:w="2160"/>
          </w:tcPr>
          <w:p>
            <w:r>
              <w:t>What specific robotic systems have you researched or implemented for flax harvesting, and what were the key factors in your decision-making process?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1062-0391</w:t>
            </w:r>
          </w:p>
        </w:tc>
        <w:tc>
          <w:tcPr>
            <w:tcW w:type="dxa" w:w="2160"/>
          </w:tcPr>
          <w:p>
            <w:r>
              <w:t>Efficiency Improvements</w:t>
            </w:r>
          </w:p>
        </w:tc>
        <w:tc>
          <w:tcPr>
            <w:tcW w:type="dxa" w:w="2160"/>
          </w:tcPr>
          <w:p>
            <w:r>
              <w:t>What specific operational processes have been automated in your flax processing operations, and how have these changes impacted overall productivity?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1062-0392</w:t>
            </w:r>
          </w:p>
        </w:tc>
        <w:tc>
          <w:tcPr>
            <w:tcW w:type="dxa" w:w="2160"/>
          </w:tcPr>
          <w:p>
            <w:r>
              <w:t>Cost Reduction</w:t>
            </w:r>
          </w:p>
        </w:tc>
        <w:tc>
          <w:tcPr>
            <w:tcW w:type="dxa" w:w="2160"/>
          </w:tcPr>
          <w:p>
            <w:r>
              <w:t>What are the projected cost savings from automation over the next 3-5 years in your flax processing operations?</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1062-0393</w:t>
            </w:r>
          </w:p>
        </w:tc>
        <w:tc>
          <w:tcPr>
            <w:tcW w:type="dxa" w:w="2160"/>
          </w:tcPr>
          <w:p>
            <w:r>
              <w:t>Safety Enhancements</w:t>
            </w:r>
          </w:p>
        </w:tc>
        <w:tc>
          <w:tcPr>
            <w:tcW w:type="dxa" w:w="2160"/>
          </w:tcPr>
          <w:p>
            <w:r>
              <w:t>What specific safety protocols have been developed or modified due to automation in your flax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1062-0394</w:t>
            </w:r>
          </w:p>
        </w:tc>
        <w:tc>
          <w:tcPr>
            <w:tcW w:type="dxa" w:w="2160"/>
          </w:tcPr>
          <w:p>
            <w:r>
              <w:t>Scalability</w:t>
            </w:r>
          </w:p>
        </w:tc>
        <w:tc>
          <w:tcPr>
            <w:tcW w:type="dxa" w:w="2160"/>
          </w:tcPr>
          <w:p>
            <w:r>
              <w:t>What future scalability plans do you have for your flax processing operations that involve further automation?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1062-0395</w:t>
            </w:r>
          </w:p>
        </w:tc>
        <w:tc>
          <w:tcPr>
            <w:tcW w:type="dxa" w:w="2160"/>
          </w:tcPr>
          <w:p>
            <w:r>
              <w:t>Automated Equipment</w:t>
            </w:r>
          </w:p>
        </w:tc>
        <w:tc>
          <w:tcPr>
            <w:tcW w:type="dxa" w:w="2160"/>
          </w:tcPr>
          <w:p>
            <w:r>
              <w:t>How do you evaluate the return on investment (ROI) for the automated equipment used in your flax processing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1062-0396</w:t>
            </w:r>
          </w:p>
        </w:tc>
        <w:tc>
          <w:tcPr>
            <w:tcW w:type="dxa" w:w="2160"/>
          </w:tcPr>
          <w:p>
            <w:r>
              <w:t>Process Control Systems</w:t>
            </w:r>
          </w:p>
        </w:tc>
        <w:tc>
          <w:tcPr>
            <w:tcW w:type="dxa" w:w="2160"/>
          </w:tcPr>
          <w:p>
            <w:r>
              <w:t>What role do process control systems play in real-time decision-making during flax processing? Please provide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1062-0397</w:t>
            </w:r>
          </w:p>
        </w:tc>
        <w:tc>
          <w:tcPr>
            <w:tcW w:type="dxa" w:w="2160"/>
          </w:tcPr>
          <w:p>
            <w:r>
              <w:t>Data Integration</w:t>
            </w:r>
          </w:p>
        </w:tc>
        <w:tc>
          <w:tcPr>
            <w:tcW w:type="dxa" w:w="2160"/>
          </w:tcPr>
          <w:p>
            <w:r>
              <w:t>How do you handle data security and privacy concerns related to the data collected from automated systems in flax processing?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1062-0398</w:t>
            </w:r>
          </w:p>
        </w:tc>
        <w:tc>
          <w:tcPr>
            <w:tcW w:type="dxa" w:w="2160"/>
          </w:tcPr>
          <w:p>
            <w:r>
              <w:t>Technology Implementation</w:t>
            </w:r>
          </w:p>
        </w:tc>
        <w:tc>
          <w:tcPr>
            <w:tcW w:type="dxa" w:w="2160"/>
          </w:tcPr>
          <w:p>
            <w:r>
              <w:t>What automation technologies have you integrated into your flax processing operations?</w:t>
              <w:br/>
              <w:t>Answer type: Text</w:t>
              <w:br/>
              <w:t>Trigger: None</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BYPRODUCT-MANAGEMENT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1062-0399</w:t>
            </w:r>
          </w:p>
        </w:tc>
        <w:tc>
          <w:tcPr>
            <w:tcW w:type="dxa" w:w="2160"/>
          </w:tcPr>
          <w:p>
            <w:r>
              <w:t>Fiber Byproducts</w:t>
            </w:r>
          </w:p>
        </w:tc>
        <w:tc>
          <w:tcPr>
            <w:tcW w:type="dxa" w:w="2160"/>
          </w:tcPr>
          <w:p>
            <w:r>
              <w:t>What specific processes do you employ to extract fiber from flax, and what challenges have you encountered in optimizing these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1062-0400</w:t>
            </w:r>
          </w:p>
        </w:tc>
        <w:tc>
          <w:tcPr>
            <w:tcW w:type="dxa" w:w="2160"/>
          </w:tcPr>
          <w:p>
            <w:r>
              <w:t>Oil Cake Utilization</w:t>
            </w:r>
          </w:p>
        </w:tc>
        <w:tc>
          <w:tcPr>
            <w:tcW w:type="dxa" w:w="2160"/>
          </w:tcPr>
          <w:p>
            <w:r>
              <w:t>How do you currently utilize the oil cake produced from flax processing, and what experimental methods have you tested to enhance its value?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1062-0401</w:t>
            </w:r>
          </w:p>
        </w:tc>
        <w:tc>
          <w:tcPr>
            <w:tcW w:type="dxa" w:w="2160"/>
          </w:tcPr>
          <w:p>
            <w:r>
              <w:t>Animal Feed Applications</w:t>
            </w:r>
          </w:p>
        </w:tc>
        <w:tc>
          <w:tcPr>
            <w:tcW w:type="dxa" w:w="2160"/>
          </w:tcPr>
          <w:p>
            <w:r>
              <w:t>What specific formulations have you developed for using flax byproducts as animal feed, and what trials have you conducted to assess their nutritional value?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1062-0402</w:t>
            </w:r>
          </w:p>
        </w:tc>
        <w:tc>
          <w:tcPr>
            <w:tcW w:type="dxa" w:w="2160"/>
          </w:tcPr>
          <w:p>
            <w:r>
              <w:t>Waste Recycling</w:t>
            </w:r>
          </w:p>
        </w:tc>
        <w:tc>
          <w:tcPr>
            <w:tcW w:type="dxa" w:w="2160"/>
          </w:tcPr>
          <w:p>
            <w:r>
              <w:t>Can you describe any innovative recycling methods you have implemented for flax processing waste, and what metrics do you use to evaluate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1062-0403</w:t>
            </w:r>
          </w:p>
        </w:tc>
        <w:tc>
          <w:tcPr>
            <w:tcW w:type="dxa" w:w="2160"/>
          </w:tcPr>
          <w:p>
            <w:r>
              <w:t>Sustainability</w:t>
            </w:r>
          </w:p>
        </w:tc>
        <w:tc>
          <w:tcPr>
            <w:tcW w:type="dxa" w:w="2160"/>
          </w:tcPr>
          <w:p>
            <w:r>
              <w:t>What sustainability initiatives have you integrated into your byproduct management processes, and how do you measure their impact on overall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1062-0404</w:t>
            </w:r>
          </w:p>
        </w:tc>
        <w:tc>
          <w:tcPr>
            <w:tcW w:type="dxa" w:w="2160"/>
          </w:tcPr>
          <w:p>
            <w:r>
              <w:t>Economic Impact</w:t>
            </w:r>
          </w:p>
        </w:tc>
        <w:tc>
          <w:tcPr>
            <w:tcW w:type="dxa" w:w="2160"/>
          </w:tcPr>
          <w:p>
            <w:r>
              <w:t>How do you assess the economic impact of your byproduct management strategies on your overall business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1062-0405</w:t>
            </w:r>
          </w:p>
        </w:tc>
        <w:tc>
          <w:tcPr>
            <w:tcW w:type="dxa" w:w="2160"/>
          </w:tcPr>
          <w:p>
            <w:r>
              <w:t>Regulatory Considerations</w:t>
            </w:r>
          </w:p>
        </w:tc>
        <w:tc>
          <w:tcPr>
            <w:tcW w:type="dxa" w:w="2160"/>
          </w:tcPr>
          <w:p>
            <w:r>
              <w:t>What regulatory requirements do you need to comply with regarding the disposal or utilization of flax byproducts,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1062-0406</w:t>
            </w:r>
          </w:p>
        </w:tc>
        <w:tc>
          <w:tcPr>
            <w:tcW w:type="dxa" w:w="2160"/>
          </w:tcPr>
          <w:p>
            <w:r>
              <w:t>Market Opportunities</w:t>
            </w:r>
          </w:p>
        </w:tc>
        <w:tc>
          <w:tcPr>
            <w:tcW w:type="dxa" w:w="2160"/>
          </w:tcPr>
          <w:p>
            <w:r>
              <w:t>What market opportunities have you identified for flax byproducts, and what research or experimentation have you conducted to validate these opportunities?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1062-0407</w:t>
            </w:r>
          </w:p>
        </w:tc>
        <w:tc>
          <w:tcPr>
            <w:tcW w:type="dxa" w:w="2160"/>
          </w:tcPr>
          <w:p>
            <w:r>
              <w:t>Fiber Byproducts</w:t>
            </w:r>
          </w:p>
        </w:tc>
        <w:tc>
          <w:tcPr>
            <w:tcW w:type="dxa" w:w="2160"/>
          </w:tcPr>
          <w:p>
            <w:r>
              <w:t>Have you developed any new products from flax fiber byproducts, and what R&amp;D processes were involved in their development?</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1062-0408</w:t>
            </w:r>
          </w:p>
        </w:tc>
        <w:tc>
          <w:tcPr>
            <w:tcW w:type="dxa" w:w="2160"/>
          </w:tcPr>
          <w:p>
            <w:r>
              <w:t>Oil Cake Utilization</w:t>
            </w:r>
          </w:p>
        </w:tc>
        <w:tc>
          <w:tcPr>
            <w:tcW w:type="dxa" w:w="2160"/>
          </w:tcPr>
          <w:p>
            <w:r>
              <w:t>What specific tests have you conducted to analyze the oil cake's properties, and what were the outcomes of these tests?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1062-0409</w:t>
            </w:r>
          </w:p>
        </w:tc>
        <w:tc>
          <w:tcPr>
            <w:tcW w:type="dxa" w:w="2160"/>
          </w:tcPr>
          <w:p>
            <w:r>
              <w:t>Animal Feed Applications</w:t>
            </w:r>
          </w:p>
        </w:tc>
        <w:tc>
          <w:tcPr>
            <w:tcW w:type="dxa" w:w="2160"/>
          </w:tcPr>
          <w:p>
            <w:r>
              <w:t>How do you ensure the safety and efficacy of flax byproducts used in animal feed, and what testing protocols do you follow?</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1062-0410</w:t>
            </w:r>
          </w:p>
        </w:tc>
        <w:tc>
          <w:tcPr>
            <w:tcW w:type="dxa" w:w="2160"/>
          </w:tcPr>
          <w:p>
            <w:r>
              <w:t>Waste Recycling</w:t>
            </w:r>
          </w:p>
        </w:tc>
        <w:tc>
          <w:tcPr>
            <w:tcW w:type="dxa" w:w="2160"/>
          </w:tcPr>
          <w:p>
            <w:r>
              <w:t>What innovative technologies have you explored or implemented to recycle flax processing waste, and what results have you achieved?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1062-0411</w:t>
            </w:r>
          </w:p>
        </w:tc>
        <w:tc>
          <w:tcPr>
            <w:tcW w:type="dxa" w:w="2160"/>
          </w:tcPr>
          <w:p>
            <w:r>
              <w:t>Sustainability</w:t>
            </w:r>
          </w:p>
        </w:tc>
        <w:tc>
          <w:tcPr>
            <w:tcW w:type="dxa" w:w="2160"/>
          </w:tcPr>
          <w:p>
            <w:r>
              <w:t>What metrics do you track to evaluate the sustainability of your byproduct management practices, and how have these metrics influenced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1062-0412</w:t>
            </w:r>
          </w:p>
        </w:tc>
        <w:tc>
          <w:tcPr>
            <w:tcW w:type="dxa" w:w="2160"/>
          </w:tcPr>
          <w:p>
            <w:r>
              <w:t>Economic Impact</w:t>
            </w:r>
          </w:p>
        </w:tc>
        <w:tc>
          <w:tcPr>
            <w:tcW w:type="dxa" w:w="2160"/>
          </w:tcPr>
          <w:p>
            <w:r>
              <w:t>Can you provide a quantitative analysis of the cost savings or revenue generated from your byproduct management efforts?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1062-0413</w:t>
            </w:r>
          </w:p>
        </w:tc>
        <w:tc>
          <w:tcPr>
            <w:tcW w:type="dxa" w:w="2160"/>
          </w:tcPr>
          <w:p>
            <w:r>
              <w:t>Market Opportunities</w:t>
            </w:r>
          </w:p>
        </w:tc>
        <w:tc>
          <w:tcPr>
            <w:tcW w:type="dxa" w:w="2160"/>
          </w:tcPr>
          <w:p>
            <w:r>
              <w:t>What competitive advantages do you believe your byproduct management strategies provide in the flax market, and how have you validated these claims?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1062-0414</w:t>
            </w:r>
          </w:p>
        </w:tc>
        <w:tc>
          <w:tcPr>
            <w:tcW w:type="dxa" w:w="2160"/>
          </w:tcPr>
          <w:p>
            <w:r>
              <w:t>Utilization Strategies</w:t>
            </w:r>
          </w:p>
        </w:tc>
        <w:tc>
          <w:tcPr>
            <w:tcW w:type="dxa" w:w="2160"/>
          </w:tcPr>
          <w:p>
            <w:r>
              <w:t>How do you utilize byproducts generated from flax processing?</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RESEARCH-AND-DEVELOPMENT-INITIATIVES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1062-0415</w:t>
            </w:r>
          </w:p>
        </w:tc>
        <w:tc>
          <w:tcPr>
            <w:tcW w:type="dxa" w:w="2160"/>
          </w:tcPr>
          <w:p>
            <w:r>
              <w:t>Crop Improvement</w:t>
            </w:r>
          </w:p>
        </w:tc>
        <w:tc>
          <w:tcPr>
            <w:tcW w:type="dxa" w:w="2160"/>
          </w:tcPr>
          <w:p>
            <w:r>
              <w:t>What specific experiments have you conducted to enhance the yield or quality of flax crops in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1062-0416</w:t>
            </w:r>
          </w:p>
        </w:tc>
        <w:tc>
          <w:tcPr>
            <w:tcW w:type="dxa" w:w="2160"/>
          </w:tcPr>
          <w:p>
            <w:r>
              <w:t>New Technologies</w:t>
            </w:r>
          </w:p>
        </w:tc>
        <w:tc>
          <w:tcPr>
            <w:tcW w:type="dxa" w:w="2160"/>
          </w:tcPr>
          <w:p>
            <w:r>
              <w:t>Have you implemented any new technologies or methodologies in flax production during the 2025 tax year? If yes, please describe them and their intended impact.</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1062-0417</w:t>
            </w:r>
          </w:p>
        </w:tc>
        <w:tc>
          <w:tcPr>
            <w:tcW w:type="dxa" w:w="2160"/>
          </w:tcPr>
          <w:p>
            <w:r>
              <w:t>Partnerships with Research Institutions</w:t>
            </w:r>
          </w:p>
        </w:tc>
        <w:tc>
          <w:tcPr>
            <w:tcW w:type="dxa" w:w="2160"/>
          </w:tcPr>
          <w:p>
            <w:r>
              <w:t>Have you collaborated with any research institutions or universities to advance flax research in 2025? If yes, please provide details of the partnership and its objectives.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1062-0418</w:t>
            </w:r>
          </w:p>
        </w:tc>
        <w:tc>
          <w:tcPr>
            <w:tcW w:type="dxa" w:w="2160"/>
          </w:tcPr>
          <w:p>
            <w:r>
              <w:t>Funding Sources</w:t>
            </w:r>
          </w:p>
        </w:tc>
        <w:tc>
          <w:tcPr>
            <w:tcW w:type="dxa" w:w="2160"/>
          </w:tcPr>
          <w:p>
            <w:r>
              <w:t>What sources of funding have you pursued or secured for your R&amp;D initiatives related to flax in 2025? Please specify any grants or loans.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1062-0419</w:t>
            </w:r>
          </w:p>
        </w:tc>
        <w:tc>
          <w:tcPr>
            <w:tcW w:type="dxa" w:w="2160"/>
          </w:tcPr>
          <w:p>
            <w:r>
              <w:t>Innovation Strategies</w:t>
            </w:r>
          </w:p>
        </w:tc>
        <w:tc>
          <w:tcPr>
            <w:tcW w:type="dxa" w:w="2160"/>
          </w:tcPr>
          <w:p>
            <w:r>
              <w:t>What innovative strategies have you developed or tested to improve flax processing efficiency in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1062-0420</w:t>
            </w:r>
          </w:p>
        </w:tc>
        <w:tc>
          <w:tcPr>
            <w:tcW w:type="dxa" w:w="2160"/>
          </w:tcPr>
          <w:p>
            <w:r>
              <w:t>Market Research</w:t>
            </w:r>
          </w:p>
        </w:tc>
        <w:tc>
          <w:tcPr>
            <w:tcW w:type="dxa" w:w="2160"/>
          </w:tcPr>
          <w:p>
            <w:r>
              <w:t>What market research have you conducted to identify potential new uses for flax or flax products in 2025? Please summarize your findings.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1062-0421</w:t>
            </w:r>
          </w:p>
        </w:tc>
        <w:tc>
          <w:tcPr>
            <w:tcW w:type="dxa" w:w="2160"/>
          </w:tcPr>
          <w:p>
            <w:r>
              <w:t>Sustainability Initiatives</w:t>
            </w:r>
          </w:p>
        </w:tc>
        <w:tc>
          <w:tcPr>
            <w:tcW w:type="dxa" w:w="2160"/>
          </w:tcPr>
          <w:p>
            <w:r>
              <w:t>What sustainability initiatives have you implemented in your flax farming practices during the 2025 tax year? Please describe any innovative approaches.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1062-0422</w:t>
            </w:r>
          </w:p>
        </w:tc>
        <w:tc>
          <w:tcPr>
            <w:tcW w:type="dxa" w:w="2160"/>
          </w:tcPr>
          <w:p>
            <w:r>
              <w:t>Scalability of R&amp;D</w:t>
            </w:r>
          </w:p>
        </w:tc>
        <w:tc>
          <w:tcPr>
            <w:tcW w:type="dxa" w:w="2160"/>
          </w:tcPr>
          <w:p>
            <w:r>
              <w:t>How do you plan to scale your R&amp;D efforts in flax production and processing for future tax years? Please provide specific strategies or plans.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1062-0423</w:t>
            </w:r>
          </w:p>
        </w:tc>
        <w:tc>
          <w:tcPr>
            <w:tcW w:type="dxa" w:w="2160"/>
          </w:tcPr>
          <w:p>
            <w:r>
              <w:t>Crop Improvement</w:t>
            </w:r>
          </w:p>
        </w:tc>
        <w:tc>
          <w:tcPr>
            <w:tcW w:type="dxa" w:w="2160"/>
          </w:tcPr>
          <w:p>
            <w:r>
              <w:t>What specific challenges have you faced in improving flax crop varieties, and how have you addressed them in your R&amp;D efforts for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1062-0424</w:t>
            </w:r>
          </w:p>
        </w:tc>
        <w:tc>
          <w:tcPr>
            <w:tcW w:type="dxa" w:w="2160"/>
          </w:tcPr>
          <w:p>
            <w:r>
              <w:t>New Technologies</w:t>
            </w:r>
          </w:p>
        </w:tc>
        <w:tc>
          <w:tcPr>
            <w:tcW w:type="dxa" w:w="2160"/>
          </w:tcPr>
          <w:p>
            <w:r>
              <w:t>Have you utilized any precision agriculture tools or data analytics in your flax farming practices in 2025? If yes, please detail their application and results.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1062-0425</w:t>
            </w:r>
          </w:p>
        </w:tc>
        <w:tc>
          <w:tcPr>
            <w:tcW w:type="dxa" w:w="2160"/>
          </w:tcPr>
          <w:p>
            <w:r>
              <w:t>Partnerships with Research Institutions</w:t>
            </w:r>
          </w:p>
        </w:tc>
        <w:tc>
          <w:tcPr>
            <w:tcW w:type="dxa" w:w="2160"/>
          </w:tcPr>
          <w:p>
            <w:r>
              <w:t>Can you provide examples of any joint research projects undertaken with academic or industry partners focused on flax in 2025?</w:t>
              <w:br/>
              <w:t>Answer type: Long text</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1062-0426</w:t>
            </w:r>
          </w:p>
        </w:tc>
        <w:tc>
          <w:tcPr>
            <w:tcW w:type="dxa" w:w="2160"/>
          </w:tcPr>
          <w:p>
            <w:r>
              <w:t>Funding Sources</w:t>
            </w:r>
          </w:p>
        </w:tc>
        <w:tc>
          <w:tcPr>
            <w:tcW w:type="dxa" w:w="2160"/>
          </w:tcPr>
          <w:p>
            <w:r>
              <w:t>What percentage of your R&amp;D budget for flax initiatives in 2025 was funded by external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1062-0427</w:t>
            </w:r>
          </w:p>
        </w:tc>
        <w:tc>
          <w:tcPr>
            <w:tcW w:type="dxa" w:w="2160"/>
          </w:tcPr>
          <w:p>
            <w:r>
              <w:t>Innovation Strategies</w:t>
            </w:r>
          </w:p>
        </w:tc>
        <w:tc>
          <w:tcPr>
            <w:tcW w:type="dxa" w:w="2160"/>
          </w:tcPr>
          <w:p>
            <w:r>
              <w:t>What specific innovations in flax seed processing have you developed or are currently testing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1062-0428</w:t>
            </w:r>
          </w:p>
        </w:tc>
        <w:tc>
          <w:tcPr>
            <w:tcW w:type="dxa" w:w="2160"/>
          </w:tcPr>
          <w:p>
            <w:r>
              <w:t>Market Research</w:t>
            </w:r>
          </w:p>
        </w:tc>
        <w:tc>
          <w:tcPr>
            <w:tcW w:type="dxa" w:w="2160"/>
          </w:tcPr>
          <w:p>
            <w:r>
              <w:t>Have you identified any emerging markets for flax products in 2025? If yes, please describe your findings and strategies to enter these markets.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1062-0429</w:t>
            </w:r>
          </w:p>
        </w:tc>
        <w:tc>
          <w:tcPr>
            <w:tcW w:type="dxa" w:w="2160"/>
          </w:tcPr>
          <w:p>
            <w:r>
              <w:t>Sustainability Initiatives</w:t>
            </w:r>
          </w:p>
        </w:tc>
        <w:tc>
          <w:tcPr>
            <w:tcW w:type="dxa" w:w="2160"/>
          </w:tcPr>
          <w:p>
            <w:r>
              <w:t>What metrics do you use to evaluate the success of your sustainability initiatives in flax farming for the 2025 tax year?</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1062-0430</w:t>
            </w:r>
          </w:p>
        </w:tc>
        <w:tc>
          <w:tcPr>
            <w:tcW w:type="dxa" w:w="2160"/>
          </w:tcPr>
          <w:p>
            <w:r>
              <w:t>Innovation Focus</w:t>
            </w:r>
          </w:p>
        </w:tc>
        <w:tc>
          <w:tcPr>
            <w:tcW w:type="dxa" w:w="2160"/>
          </w:tcPr>
          <w:p>
            <w:r>
              <w:t>What are the primary areas of focus for your R&amp;D initiatives in flax farming?</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TRACEABILITY-AND-TRANSPARENCY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1062-0431</w:t>
            </w:r>
          </w:p>
        </w:tc>
        <w:tc>
          <w:tcPr>
            <w:tcW w:type="dxa" w:w="2160"/>
          </w:tcPr>
          <w:p>
            <w:r>
              <w:t>Supply Chain Mapping</w:t>
            </w:r>
          </w:p>
        </w:tc>
        <w:tc>
          <w:tcPr>
            <w:tcW w:type="dxa" w:w="2160"/>
          </w:tcPr>
          <w:p>
            <w:r>
              <w:t>Can you provide a detailed map of your flax supply chain, including all suppliers, processors, and distributors involved from seed to end product?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1062-0432</w:t>
            </w:r>
          </w:p>
        </w:tc>
        <w:tc>
          <w:tcPr>
            <w:tcW w:type="dxa" w:w="2160"/>
          </w:tcPr>
          <w:p>
            <w:r>
              <w:t>Tracking Technologies</w:t>
            </w:r>
          </w:p>
        </w:tc>
        <w:tc>
          <w:tcPr>
            <w:tcW w:type="dxa" w:w="2160"/>
          </w:tcPr>
          <w:p>
            <w:r>
              <w:t>What specific tracking technologies are implemented in your flax supply chain, and how do they integrate with your inventory management systems?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1062-0433</w:t>
            </w:r>
          </w:p>
        </w:tc>
        <w:tc>
          <w:tcPr>
            <w:tcW w:type="dxa" w:w="2160"/>
          </w:tcPr>
          <w:p>
            <w:r>
              <w:t>Consumer Demand</w:t>
            </w:r>
          </w:p>
        </w:tc>
        <w:tc>
          <w:tcPr>
            <w:tcW w:type="dxa" w:w="2160"/>
          </w:tcPr>
          <w:p>
            <w:r>
              <w:t>How do you gather and analyze consumer demand data for flax products, and what role does this data play in your production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1062-0434</w:t>
            </w:r>
          </w:p>
        </w:tc>
        <w:tc>
          <w:tcPr>
            <w:tcW w:type="dxa" w:w="2160"/>
          </w:tcPr>
          <w:p>
            <w:r>
              <w:t>Regulatory Requirements</w:t>
            </w:r>
          </w:p>
        </w:tc>
        <w:tc>
          <w:tcPr>
            <w:tcW w:type="dxa" w:w="2160"/>
          </w:tcPr>
          <w:p>
            <w:r>
              <w:t>What regulatory requirements related to traceability are applicable to your flax farming operations, and how do you ensure compliance?</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1062-0435</w:t>
            </w:r>
          </w:p>
        </w:tc>
        <w:tc>
          <w:tcPr>
            <w:tcW w:type="dxa" w:w="2160"/>
          </w:tcPr>
          <w:p>
            <w:r>
              <w:t>Transparency Initiatives</w:t>
            </w:r>
          </w:p>
        </w:tc>
        <w:tc>
          <w:tcPr>
            <w:tcW w:type="dxa" w:w="2160"/>
          </w:tcPr>
          <w:p>
            <w:r>
              <w:t>Can you describe any transparency initiatives you have implemented to communicate your flax sourcing practices to consumers?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1062-0436</w:t>
            </w:r>
          </w:p>
        </w:tc>
        <w:tc>
          <w:tcPr>
            <w:tcW w:type="dxa" w:w="2160"/>
          </w:tcPr>
          <w:p>
            <w:r>
              <w:t>Data Management</w:t>
            </w:r>
          </w:p>
        </w:tc>
        <w:tc>
          <w:tcPr>
            <w:tcW w:type="dxa" w:w="2160"/>
          </w:tcPr>
          <w:p>
            <w:r>
              <w:t>What data management systems are in place to track the quality and origin of your flax products throughout the supply chain?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1062-0437</w:t>
            </w:r>
          </w:p>
        </w:tc>
        <w:tc>
          <w:tcPr>
            <w:tcW w:type="dxa" w:w="2160"/>
          </w:tcPr>
          <w:p>
            <w:r>
              <w:t>Quality Assurance</w:t>
            </w:r>
          </w:p>
        </w:tc>
        <w:tc>
          <w:tcPr>
            <w:tcW w:type="dxa" w:w="2160"/>
          </w:tcPr>
          <w:p>
            <w:r>
              <w:t>How do you ensure quality assurance in your flax supply chain, and what metrics do you use to evaluate product quality?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1062-0438</w:t>
            </w:r>
          </w:p>
        </w:tc>
        <w:tc>
          <w:tcPr>
            <w:tcW w:type="dxa" w:w="2160"/>
          </w:tcPr>
          <w:p>
            <w:r>
              <w:t>Sustainability Practices</w:t>
            </w:r>
          </w:p>
        </w:tc>
        <w:tc>
          <w:tcPr>
            <w:tcW w:type="dxa" w:w="2160"/>
          </w:tcPr>
          <w:p>
            <w:r>
              <w:t>What sustainability practices are integrated into your flax farming operations, and how are these practices documented and reported?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1062-0439</w:t>
            </w:r>
          </w:p>
        </w:tc>
        <w:tc>
          <w:tcPr>
            <w:tcW w:type="dxa" w:w="2160"/>
          </w:tcPr>
          <w:p>
            <w:r>
              <w:t>Supply Chain Mapping</w:t>
            </w:r>
          </w:p>
        </w:tc>
        <w:tc>
          <w:tcPr>
            <w:tcW w:type="dxa" w:w="2160"/>
          </w:tcPr>
          <w:p>
            <w:r>
              <w:t>How frequently do you update your supply chain map to reflect changes in suppliers or processes, and what triggers these updates?</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1062-0440</w:t>
            </w:r>
          </w:p>
        </w:tc>
        <w:tc>
          <w:tcPr>
            <w:tcW w:type="dxa" w:w="2160"/>
          </w:tcPr>
          <w:p>
            <w:r>
              <w:t>Tracking Technologies</w:t>
            </w:r>
          </w:p>
        </w:tc>
        <w:tc>
          <w:tcPr>
            <w:tcW w:type="dxa" w:w="2160"/>
          </w:tcPr>
          <w:p>
            <w:r>
              <w:t>What specific challenges have you encountered in implementing tracking technologies for your flax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1062-0441</w:t>
            </w:r>
          </w:p>
        </w:tc>
        <w:tc>
          <w:tcPr>
            <w:tcW w:type="dxa" w:w="2160"/>
          </w:tcPr>
          <w:p>
            <w:r>
              <w:t>Consumer Demand</w:t>
            </w:r>
          </w:p>
        </w:tc>
        <w:tc>
          <w:tcPr>
            <w:tcW w:type="dxa" w:w="2160"/>
          </w:tcPr>
          <w:p>
            <w:r>
              <w:t>How do you adjust your flax production based on consumer feedback or demand trends, and what processes are in place to facilitate this?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1062-0442</w:t>
            </w:r>
          </w:p>
        </w:tc>
        <w:tc>
          <w:tcPr>
            <w:tcW w:type="dxa" w:w="2160"/>
          </w:tcPr>
          <w:p>
            <w:r>
              <w:t>Regulatory Requirements</w:t>
            </w:r>
          </w:p>
        </w:tc>
        <w:tc>
          <w:tcPr>
            <w:tcW w:type="dxa" w:w="2160"/>
          </w:tcPr>
          <w:p>
            <w:r>
              <w:t>Have there been any recent changes in regulations affecting traceability in your flax supply chain, and how have you adapted to these changes?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1062-0443</w:t>
            </w:r>
          </w:p>
        </w:tc>
        <w:tc>
          <w:tcPr>
            <w:tcW w:type="dxa" w:w="2160"/>
          </w:tcPr>
          <w:p>
            <w:r>
              <w:t>Transparency Initiatives</w:t>
            </w:r>
          </w:p>
        </w:tc>
        <w:tc>
          <w:tcPr>
            <w:tcW w:type="dxa" w:w="2160"/>
          </w:tcPr>
          <w:p>
            <w:r>
              <w:t>What methods do you use to report on the sustainability and ethical sourcing of your flax products to stakeholders?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1062-0444</w:t>
            </w:r>
          </w:p>
        </w:tc>
        <w:tc>
          <w:tcPr>
            <w:tcW w:type="dxa" w:w="2160"/>
          </w:tcPr>
          <w:p>
            <w:r>
              <w:t>Data Management</w:t>
            </w:r>
          </w:p>
        </w:tc>
        <w:tc>
          <w:tcPr>
            <w:tcW w:type="dxa" w:w="2160"/>
          </w:tcPr>
          <w:p>
            <w:r>
              <w:t>How is data regarding flax product traceability collected, stored, and accessed by your team?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1062-0445</w:t>
            </w:r>
          </w:p>
        </w:tc>
        <w:tc>
          <w:tcPr>
            <w:tcW w:type="dxa" w:w="2160"/>
          </w:tcPr>
          <w:p>
            <w:r>
              <w:t>Quality Assurance</w:t>
            </w:r>
          </w:p>
        </w:tc>
        <w:tc>
          <w:tcPr>
            <w:tcW w:type="dxa" w:w="2160"/>
          </w:tcPr>
          <w:p>
            <w:r>
              <w:t>What specific quality control processes do you have in place for flax products at different stages of the supply chain?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1062-0446</w:t>
            </w:r>
          </w:p>
        </w:tc>
        <w:tc>
          <w:tcPr>
            <w:tcW w:type="dxa" w:w="2160"/>
          </w:tcPr>
          <w:p>
            <w:r>
              <w:t>Sustainability Practices</w:t>
            </w:r>
          </w:p>
        </w:tc>
        <w:tc>
          <w:tcPr>
            <w:tcW w:type="dxa" w:w="2160"/>
          </w:tcPr>
          <w:p>
            <w:r>
              <w:t>Can you provide examples of how your sustainability practices have positively impacted your flax production and supply chain efficiency?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MARKET-ANALYSIS-AND-STRATEGY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1062-0447</w:t>
            </w:r>
          </w:p>
        </w:tc>
        <w:tc>
          <w:tcPr>
            <w:tcW w:type="dxa" w:w="2160"/>
          </w:tcPr>
          <w:p>
            <w:r>
              <w:t>Market Research</w:t>
            </w:r>
          </w:p>
        </w:tc>
        <w:tc>
          <w:tcPr>
            <w:tcW w:type="dxa" w:w="2160"/>
          </w:tcPr>
          <w:p>
            <w:r>
              <w:t>What specific methodologies did you employ to gather data on consumer preferences for flax-based products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1062-0448</w:t>
            </w:r>
          </w:p>
        </w:tc>
        <w:tc>
          <w:tcPr>
            <w:tcW w:type="dxa" w:w="2160"/>
          </w:tcPr>
          <w:p>
            <w:r>
              <w:t>Consumer Preferences</w:t>
            </w:r>
          </w:p>
        </w:tc>
        <w:tc>
          <w:tcPr>
            <w:tcW w:type="dxa" w:w="2160"/>
          </w:tcPr>
          <w:p>
            <w:r>
              <w:t>Can you provide quantitative data on the percentage of consumers who prefer organic flax products versus conventional ones in your target market?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1062-0449</w:t>
            </w:r>
          </w:p>
        </w:tc>
        <w:tc>
          <w:tcPr>
            <w:tcW w:type="dxa" w:w="2160"/>
          </w:tcPr>
          <w:p>
            <w:r>
              <w:t>Competitive Analysis</w:t>
            </w:r>
          </w:p>
        </w:tc>
        <w:tc>
          <w:tcPr>
            <w:tcW w:type="dxa" w:w="2160"/>
          </w:tcPr>
          <w:p>
            <w:r>
              <w:t>Who are your top three competitors in the flax market, and what unique strategies do they employ that differentiate their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1062-0450</w:t>
            </w:r>
          </w:p>
        </w:tc>
        <w:tc>
          <w:tcPr>
            <w:tcW w:type="dxa" w:w="2160"/>
          </w:tcPr>
          <w:p>
            <w:r>
              <w:t>Product Positioning</w:t>
            </w:r>
          </w:p>
        </w:tc>
        <w:tc>
          <w:tcPr>
            <w:tcW w:type="dxa" w:w="2160"/>
          </w:tcPr>
          <w:p>
            <w:r>
              <w:t>How do you position your flax products in relation to competitors, and what unique value propositions do you highlight?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1062-0451</w:t>
            </w:r>
          </w:p>
        </w:tc>
        <w:tc>
          <w:tcPr>
            <w:tcW w:type="dxa" w:w="2160"/>
          </w:tcPr>
          <w:p>
            <w:r>
              <w:t>Sustainability Trends</w:t>
            </w:r>
          </w:p>
        </w:tc>
        <w:tc>
          <w:tcPr>
            <w:tcW w:type="dxa" w:w="2160"/>
          </w:tcPr>
          <w:p>
            <w:r>
              <w:t>What sustainability certifications or practices do you implement in your flax farming operations to meet consumer demand?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1062-0452</w:t>
            </w:r>
          </w:p>
        </w:tc>
        <w:tc>
          <w:tcPr>
            <w:tcW w:type="dxa" w:w="2160"/>
          </w:tcPr>
          <w:p>
            <w:r>
              <w:t>Export Opportunities</w:t>
            </w:r>
          </w:p>
        </w:tc>
        <w:tc>
          <w:tcPr>
            <w:tcW w:type="dxa" w:w="2160"/>
          </w:tcPr>
          <w:p>
            <w:r>
              <w:t>What countries have you identified as potential markets for exporting flax products, and what research supports these choices?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1062-0453</w:t>
            </w:r>
          </w:p>
        </w:tc>
        <w:tc>
          <w:tcPr>
            <w:tcW w:type="dxa" w:w="2160"/>
          </w:tcPr>
          <w:p>
            <w:r>
              <w:t>Pricing Strategies</w:t>
            </w:r>
          </w:p>
        </w:tc>
        <w:tc>
          <w:tcPr>
            <w:tcW w:type="dxa" w:w="2160"/>
          </w:tcPr>
          <w:p>
            <w:r>
              <w:t>What pricing strategies have you adopted for your flax products, and how do they compare to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1062-0454</w:t>
            </w:r>
          </w:p>
        </w:tc>
        <w:tc>
          <w:tcPr>
            <w:tcW w:type="dxa" w:w="2160"/>
          </w:tcPr>
          <w:p>
            <w:r>
              <w:t>Branding</w:t>
            </w:r>
          </w:p>
        </w:tc>
        <w:tc>
          <w:tcPr>
            <w:tcW w:type="dxa" w:w="2160"/>
          </w:tcPr>
          <w:p>
            <w:r>
              <w:t>What branding initiatives have you undertaken to promote your flax products, and what metrics do you use to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1062-0455</w:t>
            </w:r>
          </w:p>
        </w:tc>
        <w:tc>
          <w:tcPr>
            <w:tcW w:type="dxa" w:w="2160"/>
          </w:tcPr>
          <w:p>
            <w:r>
              <w:t>Market Research</w:t>
            </w:r>
          </w:p>
        </w:tc>
        <w:tc>
          <w:tcPr>
            <w:tcW w:type="dxa" w:w="2160"/>
          </w:tcPr>
          <w:p>
            <w:r>
              <w:t>What specific consumer demographics have shown the highest interest in flax products based on your market research?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1062-0456</w:t>
            </w:r>
          </w:p>
        </w:tc>
        <w:tc>
          <w:tcPr>
            <w:tcW w:type="dxa" w:w="2160"/>
          </w:tcPr>
          <w:p>
            <w:r>
              <w:t>Competitive Analysis</w:t>
            </w:r>
          </w:p>
        </w:tc>
        <w:tc>
          <w:tcPr>
            <w:tcW w:type="dxa" w:w="2160"/>
          </w:tcPr>
          <w:p>
            <w:r>
              <w:t>What are the key strengths and weaknesses of your competitors in the flax market, based on your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1062-0457</w:t>
            </w:r>
          </w:p>
        </w:tc>
        <w:tc>
          <w:tcPr>
            <w:tcW w:type="dxa" w:w="2160"/>
          </w:tcPr>
          <w:p>
            <w:r>
              <w:t>Product Positioning</w:t>
            </w:r>
          </w:p>
        </w:tc>
        <w:tc>
          <w:tcPr>
            <w:tcW w:type="dxa" w:w="2160"/>
          </w:tcPr>
          <w:p>
            <w:r>
              <w:t>What attributes of your flax products do you emphasize to appeal to health-conscious consumers?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1062-0458</w:t>
            </w:r>
          </w:p>
        </w:tc>
        <w:tc>
          <w:tcPr>
            <w:tcW w:type="dxa" w:w="2160"/>
          </w:tcPr>
          <w:p>
            <w:r>
              <w:t>Sustainability Trends</w:t>
            </w:r>
          </w:p>
        </w:tc>
        <w:tc>
          <w:tcPr>
            <w:tcW w:type="dxa" w:w="2160"/>
          </w:tcPr>
          <w:p>
            <w:r>
              <w:t>How do you plan to adapt your flax farming practices to align with emerging sustainability trends in the agriculture sector?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1062-0459</w:t>
            </w:r>
          </w:p>
        </w:tc>
        <w:tc>
          <w:tcPr>
            <w:tcW w:type="dxa" w:w="2160"/>
          </w:tcPr>
          <w:p>
            <w:r>
              <w:t>Export Opportunities</w:t>
            </w:r>
          </w:p>
        </w:tc>
        <w:tc>
          <w:tcPr>
            <w:tcW w:type="dxa" w:w="2160"/>
          </w:tcPr>
          <w:p>
            <w:r>
              <w:t>What regulatory or logistical challenges do you anticipate in exporting flax products, and how do you plan to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1062-0460</w:t>
            </w:r>
          </w:p>
        </w:tc>
        <w:tc>
          <w:tcPr>
            <w:tcW w:type="dxa" w:w="2160"/>
          </w:tcPr>
          <w:p>
            <w:r>
              <w:t>Pricing Strategies</w:t>
            </w:r>
          </w:p>
        </w:tc>
        <w:tc>
          <w:tcPr>
            <w:tcW w:type="dxa" w:w="2160"/>
          </w:tcPr>
          <w:p>
            <w:r>
              <w:t>What factors do you consider when determining the price point for your flax products in different market segments?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1062-0461</w:t>
            </w:r>
          </w:p>
        </w:tc>
        <w:tc>
          <w:tcPr>
            <w:tcW w:type="dxa" w:w="2160"/>
          </w:tcPr>
          <w:p>
            <w:r>
              <w:t>Branding</w:t>
            </w:r>
          </w:p>
        </w:tc>
        <w:tc>
          <w:tcPr>
            <w:tcW w:type="dxa" w:w="2160"/>
          </w:tcPr>
          <w:p>
            <w:r>
              <w:t>How does your branding strategy reflect the values and preferences of your target consumer base for flax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1062-0462</w:t>
            </w:r>
          </w:p>
        </w:tc>
        <w:tc>
          <w:tcPr>
            <w:tcW w:type="dxa" w:w="2160"/>
          </w:tcPr>
          <w:p>
            <w:r>
              <w:t>Consumer Preferences</w:t>
            </w:r>
          </w:p>
        </w:tc>
        <w:tc>
          <w:tcPr>
            <w:tcW w:type="dxa" w:w="2160"/>
          </w:tcPr>
          <w:p>
            <w:r>
              <w:t>What changes in consumer preferences regarding flax products have you observed over the past year, and how are you adapting your strategy accordingly?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EDUCATION-AND-TRAINING-PROGRAMS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1062-0463</w:t>
            </w:r>
          </w:p>
        </w:tc>
        <w:tc>
          <w:tcPr>
            <w:tcW w:type="dxa" w:w="2160"/>
          </w:tcPr>
          <w:p>
            <w:r>
              <w:t>Employee Training</w:t>
            </w:r>
          </w:p>
        </w:tc>
        <w:tc>
          <w:tcPr>
            <w:tcW w:type="dxa" w:w="2160"/>
          </w:tcPr>
          <w:p>
            <w:r>
              <w:t>What specific training programs are implemented for employees involved in flax cultivation and processing, and how do these programs address the unique challenges of flax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1062-0464</w:t>
            </w:r>
          </w:p>
        </w:tc>
        <w:tc>
          <w:tcPr>
            <w:tcW w:type="dxa" w:w="2160"/>
          </w:tcPr>
          <w:p>
            <w:r>
              <w:t>Safety Protocols</w:t>
            </w:r>
          </w:p>
        </w:tc>
        <w:tc>
          <w:tcPr>
            <w:tcW w:type="dxa" w:w="2160"/>
          </w:tcPr>
          <w:p>
            <w:r>
              <w:t>Can you detail the safety protocols that are taught to employees handling flax processing equipment, and how often these trainings are conducted?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1062-0465</w:t>
            </w:r>
          </w:p>
        </w:tc>
        <w:tc>
          <w:tcPr>
            <w:tcW w:type="dxa" w:w="2160"/>
          </w:tcPr>
          <w:p>
            <w:r>
              <w:t>Sustainability Education</w:t>
            </w:r>
          </w:p>
        </w:tc>
        <w:tc>
          <w:tcPr>
            <w:tcW w:type="dxa" w:w="2160"/>
          </w:tcPr>
          <w:p>
            <w:r>
              <w:t>What sustainability education initiatives are in place for staff, particularly regarding the environmental impact of flax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1062-0466</w:t>
            </w:r>
          </w:p>
        </w:tc>
        <w:tc>
          <w:tcPr>
            <w:tcW w:type="dxa" w:w="2160"/>
          </w:tcPr>
          <w:p>
            <w:r>
              <w:t>Quality Assurance Training</w:t>
            </w:r>
          </w:p>
        </w:tc>
        <w:tc>
          <w:tcPr>
            <w:tcW w:type="dxa" w:w="2160"/>
          </w:tcPr>
          <w:p>
            <w:r>
              <w:t>Describe the quality assurance training provided to staff involved in the production of flax-based products. How does this training ensure compliance with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1062-0467</w:t>
            </w:r>
          </w:p>
        </w:tc>
        <w:tc>
          <w:tcPr>
            <w:tcW w:type="dxa" w:w="2160"/>
          </w:tcPr>
          <w:p>
            <w:r>
              <w:t>Regulatory Compliance</w:t>
            </w:r>
          </w:p>
        </w:tc>
        <w:tc>
          <w:tcPr>
            <w:tcW w:type="dxa" w:w="2160"/>
          </w:tcPr>
          <w:p>
            <w:r>
              <w:t>What training is provided to employees regarding regulatory compliance specific to flax farming, and how is this training updated to reflect changes in legislation?</w:t>
              <w:br/>
              <w:t>Answer type: Long text</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1062-0468</w:t>
            </w:r>
          </w:p>
        </w:tc>
        <w:tc>
          <w:tcPr>
            <w:tcW w:type="dxa" w:w="2160"/>
          </w:tcPr>
          <w:p>
            <w:r>
              <w:t>Technology Training</w:t>
            </w:r>
          </w:p>
        </w:tc>
        <w:tc>
          <w:tcPr>
            <w:tcW w:type="dxa" w:w="2160"/>
          </w:tcPr>
          <w:p>
            <w:r>
              <w:t>What technology training do employees receive related to the innovative farming techniques or equipment used in flax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1062-0469</w:t>
            </w:r>
          </w:p>
        </w:tc>
        <w:tc>
          <w:tcPr>
            <w:tcW w:type="dxa" w:w="2160"/>
          </w:tcPr>
          <w:p>
            <w:r>
              <w:t>Best Practices</w:t>
            </w:r>
          </w:p>
        </w:tc>
        <w:tc>
          <w:tcPr>
            <w:tcW w:type="dxa" w:w="2160"/>
          </w:tcPr>
          <w:p>
            <w:r>
              <w:t>What best practices are taught to employees for optimizing flax yield and quality, and how is this information disseminated?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1062-0470</w:t>
            </w:r>
          </w:p>
        </w:tc>
        <w:tc>
          <w:tcPr>
            <w:tcW w:type="dxa" w:w="2160"/>
          </w:tcPr>
          <w:p>
            <w:r>
              <w:t>Continuous Improvement</w:t>
            </w:r>
          </w:p>
        </w:tc>
        <w:tc>
          <w:tcPr>
            <w:tcW w:type="dxa" w:w="2160"/>
          </w:tcPr>
          <w:p>
            <w:r>
              <w:t>How does your organization implement continuous improvement training for staff, specifically in relation to flax farming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1062-0471</w:t>
            </w:r>
          </w:p>
        </w:tc>
        <w:tc>
          <w:tcPr>
            <w:tcW w:type="dxa" w:w="2160"/>
          </w:tcPr>
          <w:p>
            <w:r>
              <w:t>Employee Training</w:t>
            </w:r>
          </w:p>
        </w:tc>
        <w:tc>
          <w:tcPr>
            <w:tcW w:type="dxa" w:w="2160"/>
          </w:tcPr>
          <w:p>
            <w:r>
              <w:t>How do you assess the effectiveness of employee training programs in flax operations, and what metrics are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1062-0472</w:t>
            </w:r>
          </w:p>
        </w:tc>
        <w:tc>
          <w:tcPr>
            <w:tcW w:type="dxa" w:w="2160"/>
          </w:tcPr>
          <w:p>
            <w:r>
              <w:t>Safety Protocols</w:t>
            </w:r>
          </w:p>
        </w:tc>
        <w:tc>
          <w:tcPr>
            <w:tcW w:type="dxa" w:w="2160"/>
          </w:tcPr>
          <w:p>
            <w:r>
              <w:t>What specific safety certifications or qualifications do employees need to complete before operating machinery in flax processing?</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1062-0473</w:t>
            </w:r>
          </w:p>
        </w:tc>
        <w:tc>
          <w:tcPr>
            <w:tcW w:type="dxa" w:w="2160"/>
          </w:tcPr>
          <w:p>
            <w:r>
              <w:t>Sustainability Education</w:t>
            </w:r>
          </w:p>
        </w:tc>
        <w:tc>
          <w:tcPr>
            <w:tcW w:type="dxa" w:w="2160"/>
          </w:tcPr>
          <w:p>
            <w:r>
              <w:t>Are employees required to participate in sustainability workshops or seminars, and if so, how frequently are these held?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1062-0474</w:t>
            </w:r>
          </w:p>
        </w:tc>
        <w:tc>
          <w:tcPr>
            <w:tcW w:type="dxa" w:w="2160"/>
          </w:tcPr>
          <w:p>
            <w:r>
              <w:t>Quality Assurance Training</w:t>
            </w:r>
          </w:p>
        </w:tc>
        <w:tc>
          <w:tcPr>
            <w:tcW w:type="dxa" w:w="2160"/>
          </w:tcPr>
          <w:p>
            <w:r>
              <w:t>What role does quality assurance training play in the development of new flax products, and how is this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1062-0475</w:t>
            </w:r>
          </w:p>
        </w:tc>
        <w:tc>
          <w:tcPr>
            <w:tcW w:type="dxa" w:w="2160"/>
          </w:tcPr>
          <w:p>
            <w:r>
              <w:t>Regulatory Compliance</w:t>
            </w:r>
          </w:p>
        </w:tc>
        <w:tc>
          <w:tcPr>
            <w:tcW w:type="dxa" w:w="2160"/>
          </w:tcPr>
          <w:p>
            <w:r>
              <w:t>What documentation is maintained to verify that employees have completed required regulatory compliance training?</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1062-0476</w:t>
            </w:r>
          </w:p>
        </w:tc>
        <w:tc>
          <w:tcPr>
            <w:tcW w:type="dxa" w:w="2160"/>
          </w:tcPr>
          <w:p>
            <w:r>
              <w:t>Technology Training</w:t>
            </w:r>
          </w:p>
        </w:tc>
        <w:tc>
          <w:tcPr>
            <w:tcW w:type="dxa" w:w="2160"/>
          </w:tcPr>
          <w:p>
            <w:r>
              <w:t>How do you ensure that technology training for flax operations is aligned with the latest advancements in agricultural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1062-0477</w:t>
            </w:r>
          </w:p>
        </w:tc>
        <w:tc>
          <w:tcPr>
            <w:tcW w:type="dxa" w:w="2160"/>
          </w:tcPr>
          <w:p>
            <w:r>
              <w:t>Best Practices</w:t>
            </w:r>
          </w:p>
        </w:tc>
        <w:tc>
          <w:tcPr>
            <w:tcW w:type="dxa" w:w="2160"/>
          </w:tcPr>
          <w:p>
            <w:r>
              <w:t>What best practice guidelines are provided to employees for pest management in flax farming, and how are these guidelines communicated?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1062-0478</w:t>
            </w:r>
          </w:p>
        </w:tc>
        <w:tc>
          <w:tcPr>
            <w:tcW w:type="dxa" w:w="2160"/>
          </w:tcPr>
          <w:p>
            <w:r>
              <w:t>Employee Development</w:t>
            </w:r>
          </w:p>
        </w:tc>
        <w:tc>
          <w:tcPr>
            <w:tcW w:type="dxa" w:w="2160"/>
          </w:tcPr>
          <w:p>
            <w:r>
              <w:t>What training programs do you offer to employees to enhance their skills in flax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1062 (Flax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