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1063 -- Sesame farms</w:t>
      </w:r>
    </w:p>
    <w:p>
      <w:pPr>
        <w:jc w:val="center"/>
      </w:pPr>
      <w:r>
        <w:t>Business ID: 1063</w:t>
        <w:br/>
        <w:t>Business Type: Sesame farms</w:t>
        <w:br/>
        <w:t>Tax Year Design Basis: 2025</w:t>
        <w:br/>
        <w:t>Federal + California</w:t>
        <w:br/>
        <w:t>Question Range: 1063-0001 through 1063-0466</w:t>
        <w:br/>
        <w:t>Primary NAICS Candidate: Not yet researched -- verify before use</w:t>
        <w:br/>
        <w:t>Pack Complete (478/478): No -- see module index and Sources for gaps</w:t>
        <w:br/>
        <w:t>Next Business ID / Type:  / (not yet assigned)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22</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SEED-QUALITY-TESTING</w:t>
            </w:r>
          </w:p>
        </w:tc>
        <w:tc>
          <w:tcPr>
            <w:tcW w:type="dxa" w:w="2880"/>
          </w:tcPr>
          <w:p>
            <w:r>
              <w:t>23</w:t>
            </w:r>
          </w:p>
        </w:tc>
        <w:tc>
          <w:tcPr>
            <w:tcW w:type="dxa" w:w="2880"/>
          </w:tcPr>
          <w:p>
            <w:r>
              <w:t>Assessing the quality and viability of sesame seeds used in cultivation.</w:t>
            </w:r>
          </w:p>
        </w:tc>
      </w:tr>
      <w:tr>
        <w:tc>
          <w:tcPr>
            <w:tcW w:type="dxa" w:w="2880"/>
          </w:tcPr>
          <w:p>
            <w:r>
              <w:t>CULTIVATION-PRACTICES-OPTIMIZATION</w:t>
            </w:r>
          </w:p>
        </w:tc>
        <w:tc>
          <w:tcPr>
            <w:tcW w:type="dxa" w:w="2880"/>
          </w:tcPr>
          <w:p>
            <w:r>
              <w:t>29</w:t>
            </w:r>
          </w:p>
        </w:tc>
        <w:tc>
          <w:tcPr>
            <w:tcW w:type="dxa" w:w="2880"/>
          </w:tcPr>
          <w:p>
            <w:r>
              <w:t>Exploring innovative agricultural practices to enhance sesame yield and quality.</w:t>
            </w:r>
          </w:p>
        </w:tc>
      </w:tr>
      <w:tr>
        <w:tc>
          <w:tcPr>
            <w:tcW w:type="dxa" w:w="2880"/>
          </w:tcPr>
          <w:p>
            <w:r>
              <w:t>HARVESTING-METHODS-EFFICIENCY</w:t>
            </w:r>
          </w:p>
        </w:tc>
        <w:tc>
          <w:tcPr>
            <w:tcW w:type="dxa" w:w="2880"/>
          </w:tcPr>
          <w:p>
            <w:r>
              <w:t>25</w:t>
            </w:r>
          </w:p>
        </w:tc>
        <w:tc>
          <w:tcPr>
            <w:tcW w:type="dxa" w:w="2880"/>
          </w:tcPr>
          <w:p>
            <w:r>
              <w:t>Evaluating the efficiency and technology used in sesame harvesting processes.</w:t>
            </w:r>
          </w:p>
        </w:tc>
      </w:tr>
      <w:tr>
        <w:tc>
          <w:tcPr>
            <w:tcW w:type="dxa" w:w="2880"/>
          </w:tcPr>
          <w:p>
            <w:r>
              <w:t>PROCESSING-TECHNOLOGIES-SESAME</w:t>
            </w:r>
          </w:p>
        </w:tc>
        <w:tc>
          <w:tcPr>
            <w:tcW w:type="dxa" w:w="2880"/>
          </w:tcPr>
          <w:p>
            <w:r>
              <w:t>30</w:t>
            </w:r>
          </w:p>
        </w:tc>
        <w:tc>
          <w:tcPr>
            <w:tcW w:type="dxa" w:w="2880"/>
          </w:tcPr>
          <w:p>
            <w:r>
              <w:t>Investigating the technologies and methods used in sesame seed processing.</w:t>
            </w:r>
          </w:p>
        </w:tc>
      </w:tr>
      <w:tr>
        <w:tc>
          <w:tcPr>
            <w:tcW w:type="dxa" w:w="2880"/>
          </w:tcPr>
          <w:p>
            <w:r>
              <w:t>QUALITY-CONTROL-TESTING</w:t>
            </w:r>
          </w:p>
        </w:tc>
        <w:tc>
          <w:tcPr>
            <w:tcW w:type="dxa" w:w="2880"/>
          </w:tcPr>
          <w:p>
            <w:r>
              <w:t>29</w:t>
            </w:r>
          </w:p>
        </w:tc>
        <w:tc>
          <w:tcPr>
            <w:tcW w:type="dxa" w:w="2880"/>
          </w:tcPr>
          <w:p>
            <w:r>
              <w:t>Understanding the quality control measures in place for sesame products.</w:t>
            </w:r>
          </w:p>
        </w:tc>
      </w:tr>
      <w:tr>
        <w:tc>
          <w:tcPr>
            <w:tcW w:type="dxa" w:w="2880"/>
          </w:tcPr>
          <w:p>
            <w:r>
              <w:t>PACKAGING-TRACEABILITY-SYSTEMS</w:t>
            </w:r>
          </w:p>
        </w:tc>
        <w:tc>
          <w:tcPr>
            <w:tcW w:type="dxa" w:w="2880"/>
          </w:tcPr>
          <w:p>
            <w:r>
              <w:t>22</w:t>
            </w:r>
          </w:p>
        </w:tc>
        <w:tc>
          <w:tcPr>
            <w:tcW w:type="dxa" w:w="2880"/>
          </w:tcPr>
          <w:p>
            <w:r>
              <w:t>Analyzing packaging methods and traceability systems for sesame products.</w:t>
            </w:r>
          </w:p>
        </w:tc>
      </w:tr>
      <w:tr>
        <w:tc>
          <w:tcPr>
            <w:tcW w:type="dxa" w:w="2880"/>
          </w:tcPr>
          <w:p>
            <w:r>
              <w:t>REGULATORY-COMPLIANCE-FOOD-SAFETY</w:t>
            </w:r>
          </w:p>
        </w:tc>
        <w:tc>
          <w:tcPr>
            <w:tcW w:type="dxa" w:w="2880"/>
          </w:tcPr>
          <w:p>
            <w:r>
              <w:t>28</w:t>
            </w:r>
          </w:p>
        </w:tc>
        <w:tc>
          <w:tcPr>
            <w:tcW w:type="dxa" w:w="2880"/>
          </w:tcPr>
          <w:p>
            <w:r>
              <w:t>Examining the regulatory landscape affecting sesame farming and processing.</w:t>
            </w:r>
          </w:p>
        </w:tc>
      </w:tr>
      <w:tr>
        <w:tc>
          <w:tcPr>
            <w:tcW w:type="dxa" w:w="2880"/>
          </w:tcPr>
          <w:p>
            <w:r>
              <w:t>SUSTAINABILITY-PRACTICES-SESAME</w:t>
            </w:r>
          </w:p>
        </w:tc>
        <w:tc>
          <w:tcPr>
            <w:tcW w:type="dxa" w:w="2880"/>
          </w:tcPr>
          <w:p>
            <w:r>
              <w:t>29</w:t>
            </w:r>
          </w:p>
        </w:tc>
        <w:tc>
          <w:tcPr>
            <w:tcW w:type="dxa" w:w="2880"/>
          </w:tcPr>
          <w:p>
            <w:r>
              <w:t>Exploring sustainable practices in sesame farming and processing.</w:t>
            </w:r>
          </w:p>
        </w:tc>
      </w:tr>
      <w:tr>
        <w:tc>
          <w:tcPr>
            <w:tcW w:type="dxa" w:w="2880"/>
          </w:tcPr>
          <w:p>
            <w:r>
              <w:t>EQUIPMENT-AUTOMATION-TECHNOLOGIES</w:t>
            </w:r>
          </w:p>
        </w:tc>
        <w:tc>
          <w:tcPr>
            <w:tcW w:type="dxa" w:w="2880"/>
          </w:tcPr>
          <w:p>
            <w:r>
              <w:t>35</w:t>
            </w:r>
          </w:p>
        </w:tc>
        <w:tc>
          <w:tcPr>
            <w:tcW w:type="dxa" w:w="2880"/>
          </w:tcPr>
          <w:p>
            <w:r>
              <w:t>Investigating the automation and equipment used in sesame production and processing.</w:t>
            </w:r>
          </w:p>
        </w:tc>
      </w:tr>
      <w:tr>
        <w:tc>
          <w:tcPr>
            <w:tcW w:type="dxa" w:w="2880"/>
          </w:tcPr>
          <w:p>
            <w:r>
              <w:t>DATA-SOFTWARE-ANALYTICS</w:t>
            </w:r>
          </w:p>
        </w:tc>
        <w:tc>
          <w:tcPr>
            <w:tcW w:type="dxa" w:w="2880"/>
          </w:tcPr>
          <w:p>
            <w:r>
              <w:t>29</w:t>
            </w:r>
          </w:p>
        </w:tc>
        <w:tc>
          <w:tcPr>
            <w:tcW w:type="dxa" w:w="2880"/>
          </w:tcPr>
          <w:p>
            <w:r>
              <w:t>Understanding the role of data and software in sesame farming and processing operations.</w:t>
            </w:r>
          </w:p>
        </w:tc>
      </w:tr>
      <w:tr>
        <w:tc>
          <w:tcPr>
            <w:tcW w:type="dxa" w:w="2880"/>
          </w:tcPr>
          <w:p>
            <w:r>
              <w:t>BYPRODUCTS-UTILIZATION-SESAME</w:t>
            </w:r>
          </w:p>
        </w:tc>
        <w:tc>
          <w:tcPr>
            <w:tcW w:type="dxa" w:w="2880"/>
          </w:tcPr>
          <w:p>
            <w:r>
              <w:t>22</w:t>
            </w:r>
          </w:p>
        </w:tc>
        <w:tc>
          <w:tcPr>
            <w:tcW w:type="dxa" w:w="2880"/>
          </w:tcPr>
          <w:p>
            <w:r>
              <w:t>Exploring the management and utilization of byproducts from sesame processing.</w:t>
            </w:r>
          </w:p>
        </w:tc>
      </w:tr>
      <w:tr>
        <w:tc>
          <w:tcPr>
            <w:tcW w:type="dxa" w:w="2880"/>
          </w:tcPr>
          <w:p>
            <w:r>
              <w:t>CROP-HEALTH-MONITORING</w:t>
            </w:r>
          </w:p>
        </w:tc>
        <w:tc>
          <w:tcPr>
            <w:tcW w:type="dxa" w:w="2880"/>
          </w:tcPr>
          <w:p>
            <w:r>
              <w:t>29</w:t>
            </w:r>
          </w:p>
        </w:tc>
        <w:tc>
          <w:tcPr>
            <w:tcW w:type="dxa" w:w="2880"/>
          </w:tcPr>
          <w:p>
            <w:r>
              <w:t>Examining methods used to monitor and maintain crop health in sesame farming.</w:t>
            </w:r>
          </w:p>
        </w:tc>
      </w:tr>
    </w:tbl>
    <w:p>
      <w:r>
        <w:t>Total questions in this pack: 466 (target: 478).</w:t>
      </w:r>
    </w:p>
    <w:p>
      <w:r>
        <w:br w:type="page"/>
      </w:r>
    </w:p>
    <w:p>
      <w:pPr>
        <w:pStyle w:val="Heading1"/>
      </w:pPr>
      <w:r>
        <w:t>Interview Questions by Module</w:t>
      </w:r>
    </w:p>
    <w:p>
      <w:pPr>
        <w:pStyle w:val="Heading2"/>
      </w:pPr>
      <w:r>
        <w:t>INTAKE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1063-0001</w:t>
            </w:r>
          </w:p>
        </w:tc>
        <w:tc>
          <w:tcPr>
            <w:tcW w:type="dxa" w:w="2160"/>
          </w:tcPr>
          <w:p>
            <w:r>
              <w:t>Entity Structure</w:t>
            </w:r>
          </w:p>
        </w:tc>
        <w:tc>
          <w:tcPr>
            <w:tcW w:type="dxa" w:w="2160"/>
          </w:tcPr>
          <w:p>
            <w:r>
              <w:t>What is the legal structure of your sesame farming business (e.g., LLC, Corporation, Sole Proprietorship)?</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1063-0002</w:t>
            </w:r>
          </w:p>
        </w:tc>
        <w:tc>
          <w:tcPr>
            <w:tcW w:type="dxa" w:w="2160"/>
          </w:tcPr>
          <w:p>
            <w:r>
              <w:t>Ownership</w:t>
            </w:r>
          </w:p>
        </w:tc>
        <w:tc>
          <w:tcPr>
            <w:tcW w:type="dxa" w:w="2160"/>
          </w:tcPr>
          <w:p>
            <w:r>
              <w:t>Who are the principal owners or stakeholders in the business, and what percentage of ownership does each hold?</w:t>
              <w:br/>
              <w:t>Answer type: Repeating table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1063-0003</w:t>
            </w:r>
          </w:p>
        </w:tc>
        <w:tc>
          <w:tcPr>
            <w:tcW w:type="dxa" w:w="2160"/>
          </w:tcPr>
          <w:p>
            <w:r>
              <w:t>Locations</w:t>
            </w:r>
          </w:p>
        </w:tc>
        <w:tc>
          <w:tcPr>
            <w:tcW w:type="dxa" w:w="2160"/>
          </w:tcPr>
          <w:p>
            <w:r>
              <w:t>List all locations where sesame farming activities are conducted, including addresses and any relevant operational details.</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1063-0004</w:t>
            </w:r>
          </w:p>
        </w:tc>
        <w:tc>
          <w:tcPr>
            <w:tcW w:type="dxa" w:w="2160"/>
          </w:tcPr>
          <w:p>
            <w:r>
              <w:t>Products</w:t>
            </w:r>
          </w:p>
        </w:tc>
        <w:tc>
          <w:tcPr>
            <w:tcW w:type="dxa" w:w="2160"/>
          </w:tcPr>
          <w:p>
            <w:r>
              <w:t>What specific sesame products are produced or sold (e.g., seeds, oil, snacks), and are there any new products developed during the tax year?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1063-0005</w:t>
            </w:r>
          </w:p>
        </w:tc>
        <w:tc>
          <w:tcPr>
            <w:tcW w:type="dxa" w:w="2160"/>
          </w:tcPr>
          <w:p>
            <w:r>
              <w:t>Revenue</w:t>
            </w:r>
          </w:p>
        </w:tc>
        <w:tc>
          <w:tcPr>
            <w:tcW w:type="dxa" w:w="2160"/>
          </w:tcPr>
          <w:p>
            <w:r>
              <w:t>What was the total revenue generated from sesame products during the tax year?</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1063-0006</w:t>
            </w:r>
          </w:p>
        </w:tc>
        <w:tc>
          <w:tcPr>
            <w:tcW w:type="dxa" w:w="2160"/>
          </w:tcPr>
          <w:p>
            <w:r>
              <w:t>Personnel</w:t>
            </w:r>
          </w:p>
        </w:tc>
        <w:tc>
          <w:tcPr>
            <w:tcW w:type="dxa" w:w="2160"/>
          </w:tcPr>
          <w:p>
            <w:r>
              <w:t>How many employees are directly involved in the sesame farming operations, and what are their roles?</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1063-0007</w:t>
            </w:r>
          </w:p>
        </w:tc>
        <w:tc>
          <w:tcPr>
            <w:tcW w:type="dxa" w:w="2160"/>
          </w:tcPr>
          <w:p>
            <w:r>
              <w:t>Records</w:t>
            </w:r>
          </w:p>
        </w:tc>
        <w:tc>
          <w:tcPr>
            <w:tcW w:type="dxa" w:w="2160"/>
          </w:tcPr>
          <w:p>
            <w:r>
              <w:t>What types of records do you maintain related to sesame farming activities (e.g., production logs, R&amp;D documentation)?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1063-0008</w:t>
            </w:r>
          </w:p>
        </w:tc>
        <w:tc>
          <w:tcPr>
            <w:tcW w:type="dxa" w:w="2160"/>
          </w:tcPr>
          <w:p>
            <w:r>
              <w:t>Lead Facts</w:t>
            </w:r>
          </w:p>
        </w:tc>
        <w:tc>
          <w:tcPr>
            <w:tcW w:type="dxa" w:w="2160"/>
          </w:tcPr>
          <w:p>
            <w:r>
              <w:t>What are the primary challenges faced in sesame farming that require innovative solutions or experimentation?</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1063-0009</w:t>
            </w:r>
          </w:p>
        </w:tc>
        <w:tc>
          <w:tcPr>
            <w:tcW w:type="dxa" w:w="2160"/>
          </w:tcPr>
          <w:p>
            <w:r>
              <w:t>Entity Structure</w:t>
            </w:r>
          </w:p>
        </w:tc>
        <w:tc>
          <w:tcPr>
            <w:tcW w:type="dxa" w:w="2160"/>
          </w:tcPr>
          <w:p>
            <w:r>
              <w:t>Is the business part of a larger corporate group or partnership?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1063-0010</w:t>
            </w:r>
          </w:p>
        </w:tc>
        <w:tc>
          <w:tcPr>
            <w:tcW w:type="dxa" w:w="2160"/>
          </w:tcPr>
          <w:p>
            <w:r>
              <w:t>Ownership</w:t>
            </w:r>
          </w:p>
        </w:tc>
        <w:tc>
          <w:tcPr>
            <w:tcW w:type="dxa" w:w="2160"/>
          </w:tcPr>
          <w:p>
            <w:r>
              <w:t>Are there any minority stakeholders or partners involved in the business? If so, please list their names and ownership percentages.</w:t>
              <w:br/>
              <w:t>Answer type: Repeating table</w:t>
              <w:br/>
              <w:t>Trigger: Yes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1063-0011</w:t>
            </w:r>
          </w:p>
        </w:tc>
        <w:tc>
          <w:tcPr>
            <w:tcW w:type="dxa" w:w="2160"/>
          </w:tcPr>
          <w:p>
            <w:r>
              <w:t>Locations</w:t>
            </w:r>
          </w:p>
        </w:tc>
        <w:tc>
          <w:tcPr>
            <w:tcW w:type="dxa" w:w="2160"/>
          </w:tcPr>
          <w:p>
            <w:r>
              <w:t>Do you operate any seasonal or temporary farming locations for sesame production?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1063-0012</w:t>
            </w:r>
          </w:p>
        </w:tc>
        <w:tc>
          <w:tcPr>
            <w:tcW w:type="dxa" w:w="2160"/>
          </w:tcPr>
          <w:p>
            <w:r>
              <w:t>Products</w:t>
            </w:r>
          </w:p>
        </w:tc>
        <w:tc>
          <w:tcPr>
            <w:tcW w:type="dxa" w:w="2160"/>
          </w:tcPr>
          <w:p>
            <w:r>
              <w:t>Have there been any changes in the types of sesame products offered compared to the previous tax year?</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1063-0013</w:t>
            </w:r>
          </w:p>
        </w:tc>
        <w:tc>
          <w:tcPr>
            <w:tcW w:type="dxa" w:w="2160"/>
          </w:tcPr>
          <w:p>
            <w:r>
              <w:t>Revenue</w:t>
            </w:r>
          </w:p>
        </w:tc>
        <w:tc>
          <w:tcPr>
            <w:tcW w:type="dxa" w:w="2160"/>
          </w:tcPr>
          <w:p>
            <w:r>
              <w:t>What percentage of total revenue is derived from new sesame products developed in the last tax year?</w:t>
              <w:br/>
              <w:t>Answer type: Percentage</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1063-0014</w:t>
            </w:r>
          </w:p>
        </w:tc>
        <w:tc>
          <w:tcPr>
            <w:tcW w:type="dxa" w:w="2160"/>
          </w:tcPr>
          <w:p>
            <w:r>
              <w:t>Personnel</w:t>
            </w:r>
          </w:p>
        </w:tc>
        <w:tc>
          <w:tcPr>
            <w:tcW w:type="dxa" w:w="2160"/>
          </w:tcPr>
          <w:p>
            <w:r>
              <w:t>What qualifications or expertise do key personnel have that contribute to R&amp;D in sesame farming?</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1063-0015</w:t>
            </w:r>
          </w:p>
        </w:tc>
        <w:tc>
          <w:tcPr>
            <w:tcW w:type="dxa" w:w="2160"/>
          </w:tcPr>
          <w:p>
            <w:r>
              <w:t>Records</w:t>
            </w:r>
          </w:p>
        </w:tc>
        <w:tc>
          <w:tcPr>
            <w:tcW w:type="dxa" w:w="2160"/>
          </w:tcPr>
          <w:p>
            <w:r>
              <w:t>How do you document and track R&amp;D activities related to sesame farming?</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1063-0016</w:t>
            </w:r>
          </w:p>
        </w:tc>
        <w:tc>
          <w:tcPr>
            <w:tcW w:type="dxa" w:w="2160"/>
          </w:tcPr>
          <w:p>
            <w:r>
              <w:t>Lead Facts</w:t>
            </w:r>
          </w:p>
        </w:tc>
        <w:tc>
          <w:tcPr>
            <w:tcW w:type="dxa" w:w="2160"/>
          </w:tcPr>
          <w:p>
            <w:r>
              <w:t>What specific experiments or trials have been conducted to improve sesame yields or quality in the past year?</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1063-0017</w:t>
            </w:r>
          </w:p>
        </w:tc>
        <w:tc>
          <w:tcPr>
            <w:tcW w:type="dxa" w:w="2160"/>
          </w:tcPr>
          <w:p>
            <w:r>
              <w:t>Entity Structure</w:t>
            </w:r>
          </w:p>
        </w:tc>
        <w:tc>
          <w:tcPr>
            <w:tcW w:type="dxa" w:w="2160"/>
          </w:tcPr>
          <w:p>
            <w:r>
              <w:t>Is your business registered to operate in multiple states? If so, please list them.</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1063-0018</w:t>
            </w:r>
          </w:p>
        </w:tc>
        <w:tc>
          <w:tcPr>
            <w:tcW w:type="dxa" w:w="2160"/>
          </w:tcPr>
          <w:p>
            <w:r>
              <w:t>Ownership</w:t>
            </w:r>
          </w:p>
        </w:tc>
        <w:tc>
          <w:tcPr>
            <w:tcW w:type="dxa" w:w="2160"/>
          </w:tcPr>
          <w:p>
            <w:r>
              <w:t>Have there been any changes in ownership structure or key stakeholders in the past year?</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1063-0019</w:t>
            </w:r>
          </w:p>
        </w:tc>
        <w:tc>
          <w:tcPr>
            <w:tcW w:type="dxa" w:w="2160"/>
          </w:tcPr>
          <w:p>
            <w:r>
              <w:t>Locations</w:t>
            </w:r>
          </w:p>
        </w:tc>
        <w:tc>
          <w:tcPr>
            <w:tcW w:type="dxa" w:w="2160"/>
          </w:tcPr>
          <w:p>
            <w:r>
              <w:t>Are there any planned expansions or new locations for sesame farming in the upcoming year?</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1063-0020</w:t>
            </w:r>
          </w:p>
        </w:tc>
        <w:tc>
          <w:tcPr>
            <w:tcW w:type="dxa" w:w="2160"/>
          </w:tcPr>
          <w:p>
            <w:r>
              <w:t>Products</w:t>
            </w:r>
          </w:p>
        </w:tc>
        <w:tc>
          <w:tcPr>
            <w:tcW w:type="dxa" w:w="2160"/>
          </w:tcPr>
          <w:p>
            <w:r>
              <w:t>What are the primary methods used for sesame production, and have there been any recent innovations in these methods?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1063-0021</w:t>
            </w:r>
          </w:p>
        </w:tc>
        <w:tc>
          <w:tcPr>
            <w:tcW w:type="dxa" w:w="2160"/>
          </w:tcPr>
          <w:p>
            <w:r>
              <w:t>Eligibility</w:t>
            </w:r>
          </w:p>
        </w:tc>
        <w:tc>
          <w:tcPr>
            <w:tcW w:type="dxa" w:w="2160"/>
          </w:tcPr>
          <w:p>
            <w:r>
              <w:t>What specific advancements in sesame farming techniques were developed during the tax year that contributed to your R&amp;D efforts?</w:t>
              <w:br/>
              <w:t>Answer type: text</w:t>
              <w:br/>
              <w:t>Trigger: If R&amp;D activities occurred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1063-0022</w:t>
            </w:r>
          </w:p>
        </w:tc>
        <w:tc>
          <w:tcPr>
            <w:tcW w:type="dxa" w:w="2160"/>
          </w:tcPr>
          <w:p>
            <w:r>
              <w:t>Documentation</w:t>
            </w:r>
          </w:p>
        </w:tc>
        <w:tc>
          <w:tcPr>
            <w:tcW w:type="dxa" w:w="2160"/>
          </w:tcPr>
          <w:p>
            <w:r>
              <w:t>Can you provide documentation that supports the R&amp;D activities conducted for sesame farming during the tax year?</w:t>
              <w:br/>
              <w:t>Answer type: file</w:t>
              <w:br/>
              <w:t>Trigger: If R&amp;D activities occurred</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1063-0023</w:t>
            </w:r>
          </w:p>
        </w:tc>
        <w:tc>
          <w:tcPr>
            <w:tcW w:type="dxa" w:w="2160"/>
          </w:tcPr>
          <w:p>
            <w:r>
              <w:t>Return Status</w:t>
            </w:r>
          </w:p>
        </w:tc>
        <w:tc>
          <w:tcPr>
            <w:tcW w:type="dxa" w:w="2160"/>
          </w:tcPr>
          <w:p>
            <w:r>
              <w:t>What is the current status of your R&amp;D tax credit return for the 2025 tax year?</w:t>
              <w:br/>
              <w:t>Answer type: Single select</w:t>
              <w:br/>
              <w:t>Trigger: Always</w:t>
              <w:br/>
              <w:t>Required: Yes</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1063-0024</w:t>
            </w:r>
          </w:p>
        </w:tc>
        <w:tc>
          <w:tcPr>
            <w:tcW w:type="dxa" w:w="2160"/>
          </w:tcPr>
          <w:p>
            <w:r>
              <w:t>Prior Credits</w:t>
            </w:r>
          </w:p>
        </w:tc>
        <w:tc>
          <w:tcPr>
            <w:tcW w:type="dxa" w:w="2160"/>
          </w:tcPr>
          <w:p>
            <w:r>
              <w:t>Have you claimed any R&amp;D tax credits in previous tax years? If yes, please specify the years and amounts.</w:t>
              <w:br/>
              <w:t>Answer type: Long text + evidence</w:t>
              <w:br/>
              <w:t>Trigger: Always</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1063-0025</w:t>
            </w:r>
          </w:p>
        </w:tc>
        <w:tc>
          <w:tcPr>
            <w:tcW w:type="dxa" w:w="2160"/>
          </w:tcPr>
          <w:p>
            <w:r>
              <w:t>Aggregation</w:t>
            </w:r>
          </w:p>
        </w:tc>
        <w:tc>
          <w:tcPr>
            <w:tcW w:type="dxa" w:w="2160"/>
          </w:tcPr>
          <w:p>
            <w:r>
              <w:t>Are you aggregating multiple projects for the R&amp;D credit claim? If so, please list the projects and their respective costs.</w:t>
              <w:br/>
              <w:t>Answer type: Repeating table</w:t>
              <w:br/>
              <w:t>Trigger: Always</w:t>
              <w:br/>
              <w:t>Required: Yes</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1063-0026</w:t>
            </w:r>
          </w:p>
        </w:tc>
        <w:tc>
          <w:tcPr>
            <w:tcW w:type="dxa" w:w="2160"/>
          </w:tcPr>
          <w:p>
            <w:r>
              <w:t>Elections</w:t>
            </w:r>
          </w:p>
        </w:tc>
        <w:tc>
          <w:tcPr>
            <w:tcW w:type="dxa" w:w="2160"/>
          </w:tcPr>
          <w:p>
            <w:r>
              <w:t>Have you made any elections under Section 41 to treat certain expenditures differently for the 2025 tax year? Please specify.</w:t>
              <w:br/>
              <w:t>Answer type: Yes-No + details</w:t>
              <w:br/>
              <w:t>Trigger: Always</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1063-0027</w:t>
            </w:r>
          </w:p>
        </w:tc>
        <w:tc>
          <w:tcPr>
            <w:tcW w:type="dxa" w:w="2160"/>
          </w:tcPr>
          <w:p>
            <w:r>
              <w:t>Amended Returns</w:t>
            </w:r>
          </w:p>
        </w:tc>
        <w:tc>
          <w:tcPr>
            <w:tcW w:type="dxa" w:w="2160"/>
          </w:tcPr>
          <w:p>
            <w:r>
              <w:t>Have you filed any amended returns related to R&amp;D credits in the past three years? If yes, please provide details.</w:t>
              <w:br/>
              <w:t>Answer type: Yes-No + details</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1063-0028</w:t>
            </w:r>
          </w:p>
        </w:tc>
        <w:tc>
          <w:tcPr>
            <w:tcW w:type="dxa" w:w="2160"/>
          </w:tcPr>
          <w:p>
            <w:r>
              <w:t>Section 174</w:t>
            </w:r>
          </w:p>
        </w:tc>
        <w:tc>
          <w:tcPr>
            <w:tcW w:type="dxa" w:w="2160"/>
          </w:tcPr>
          <w:p>
            <w:r>
              <w:t>Are you aware of any changes to Section 174 that may impact your R&amp;D credit calculations for the 2025 tax year?</w:t>
              <w:br/>
              <w:t>Answer type: Yes-No + details</w:t>
              <w:br/>
              <w:t>Trigger: Always</w:t>
              <w:br/>
              <w:t>Required: Yes</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1063-0029</w:t>
            </w:r>
          </w:p>
        </w:tc>
        <w:tc>
          <w:tcPr>
            <w:tcW w:type="dxa" w:w="2160"/>
          </w:tcPr>
          <w:p>
            <w:r>
              <w:t>Return Status</w:t>
            </w:r>
          </w:p>
        </w:tc>
        <w:tc>
          <w:tcPr>
            <w:tcW w:type="dxa" w:w="2160"/>
          </w:tcPr>
          <w:p>
            <w:r>
              <w:t>Have you received any correspondence from the California FTB regarding your R&amp;D credit claim for 2025?</w:t>
              <w:br/>
              <w:t>Answer type: Yes-No + details</w:t>
              <w:br/>
              <w:t>Trigger: Always</w:t>
              <w:br/>
              <w:t>Required: Yes</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1063-0030</w:t>
            </w:r>
          </w:p>
        </w:tc>
        <w:tc>
          <w:tcPr>
            <w:tcW w:type="dxa" w:w="2160"/>
          </w:tcPr>
          <w:p>
            <w:r>
              <w:t>Prior Credits</w:t>
            </w:r>
          </w:p>
        </w:tc>
        <w:tc>
          <w:tcPr>
            <w:tcW w:type="dxa" w:w="2160"/>
          </w:tcPr>
          <w:p>
            <w:r>
              <w:t>What was the total amount of R&amp;D credits claimed in your last filed return?</w:t>
              <w:br/>
              <w:t>Answer type: Currency</w:t>
              <w:br/>
              <w:t>Trigger: Always</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1063-0031</w:t>
            </w:r>
          </w:p>
        </w:tc>
        <w:tc>
          <w:tcPr>
            <w:tcW w:type="dxa" w:w="2160"/>
          </w:tcPr>
          <w:p>
            <w:r>
              <w:t>Aggregation</w:t>
            </w:r>
          </w:p>
        </w:tc>
        <w:tc>
          <w:tcPr>
            <w:tcW w:type="dxa" w:w="2160"/>
          </w:tcPr>
          <w:p>
            <w:r>
              <w:t>How are you documenting the costs associated with each R&amp;D project for aggregation purposes?</w:t>
              <w:br/>
              <w:t>Answer type: Long text + evidence</w:t>
              <w:br/>
              <w:t>Trigger: Always</w:t>
              <w:br/>
              <w:t>Required: Yes</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1063-0032</w:t>
            </w:r>
          </w:p>
        </w:tc>
        <w:tc>
          <w:tcPr>
            <w:tcW w:type="dxa" w:w="2160"/>
          </w:tcPr>
          <w:p>
            <w:r>
              <w:t>Elections</w:t>
            </w:r>
          </w:p>
        </w:tc>
        <w:tc>
          <w:tcPr>
            <w:tcW w:type="dxa" w:w="2160"/>
          </w:tcPr>
          <w:p>
            <w:r>
              <w:t>Have you chosen to apply the alternative simplified credit (ASC) method for your R&amp;D claims?</w:t>
              <w:br/>
              <w:t>Answer type: Yes-No + details</w:t>
              <w:br/>
              <w:t>Trigger: Always</w:t>
              <w:br/>
              <w:t>Required: Yes</w:t>
              <w:br/>
              <w:t>Risk: Medium</w:t>
            </w:r>
          </w:p>
        </w:tc>
        <w:tc>
          <w:tcPr>
            <w:tcW w:type="dxa" w:w="2160"/>
          </w:tcPr>
          <w:p>
            <w:r>
              <w:t>Primary authority: IRC Section 41(c)(5)</w:t>
              <w:br/>
              <w:t>Response: ___________________________</w:t>
              <w:br/>
              <w:t>Evidence: ___________________________</w:t>
              <w:br/>
              <w:t>Reviewer conclusion: ___________________________</w:t>
            </w:r>
          </w:p>
        </w:tc>
      </w:tr>
      <w:tr>
        <w:tc>
          <w:tcPr>
            <w:tcW w:type="dxa" w:w="2160"/>
          </w:tcPr>
          <w:p>
            <w:r>
              <w:t>1063-0033</w:t>
            </w:r>
          </w:p>
        </w:tc>
        <w:tc>
          <w:tcPr>
            <w:tcW w:type="dxa" w:w="2160"/>
          </w:tcPr>
          <w:p>
            <w:r>
              <w:t>Amended Returns</w:t>
            </w:r>
          </w:p>
        </w:tc>
        <w:tc>
          <w:tcPr>
            <w:tcW w:type="dxa" w:w="2160"/>
          </w:tcPr>
          <w:p>
            <w:r>
              <w:t>If you have amended any returns, what was the reason for the amendment in relation to R&amp;D credits?</w:t>
              <w:br/>
              <w:t>Answer type: Long text</w:t>
              <w:br/>
              <w:t>Trigger: If answered 'Yes' to previous question</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1063-0034</w:t>
            </w:r>
          </w:p>
        </w:tc>
        <w:tc>
          <w:tcPr>
            <w:tcW w:type="dxa" w:w="2160"/>
          </w:tcPr>
          <w:p>
            <w:r>
              <w:t>Section 174</w:t>
            </w:r>
          </w:p>
        </w:tc>
        <w:tc>
          <w:tcPr>
            <w:tcW w:type="dxa" w:w="2160"/>
          </w:tcPr>
          <w:p>
            <w:r>
              <w:t>What specific expenses are you including in your R&amp;D credit calculations under the new Section 174 guidelines?</w:t>
              <w:br/>
              <w:t>Answer type: Long text + evidence</w:t>
              <w:br/>
              <w:t>Trigger: Always</w:t>
              <w:br/>
              <w:t>Required: Yes</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1063-0035</w:t>
            </w:r>
          </w:p>
        </w:tc>
        <w:tc>
          <w:tcPr>
            <w:tcW w:type="dxa" w:w="2160"/>
          </w:tcPr>
          <w:p>
            <w:r>
              <w:t>Return Status</w:t>
            </w:r>
          </w:p>
        </w:tc>
        <w:tc>
          <w:tcPr>
            <w:tcW w:type="dxa" w:w="2160"/>
          </w:tcPr>
          <w:p>
            <w:r>
              <w:t>What is the expected timeline for the completion of your R&amp;D tax credit return for 2025?</w:t>
              <w:br/>
              <w:t>Answer type: Date range</w:t>
              <w:br/>
              <w:t>Trigger: Always</w:t>
              <w:br/>
              <w:t>Required: Yes</w:t>
              <w:br/>
              <w:t>Risk: Low</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1063-0036</w:t>
            </w:r>
          </w:p>
        </w:tc>
        <w:tc>
          <w:tcPr>
            <w:tcW w:type="dxa" w:w="2160"/>
          </w:tcPr>
          <w:p>
            <w:r>
              <w:t>Tax Forms</w:t>
            </w:r>
          </w:p>
        </w:tc>
        <w:tc>
          <w:tcPr>
            <w:tcW w:type="dxa" w:w="2160"/>
          </w:tcPr>
          <w:p>
            <w:r>
              <w:t>Which specific tax forms were filed to claim R&amp;D credits for the sesame farming activities in the tax year?</w:t>
              <w:br/>
              <w:t>Answer type: text</w:t>
              <w:br/>
              <w:t>Trigger: If R&amp;D credits were claimed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1063-0037</w:t>
            </w:r>
          </w:p>
        </w:tc>
        <w:tc>
          <w:tcPr>
            <w:tcW w:type="dxa" w:w="2160"/>
          </w:tcPr>
          <w:p>
            <w:r>
              <w:t>Project Inventory</w:t>
            </w:r>
          </w:p>
        </w:tc>
        <w:tc>
          <w:tcPr>
            <w:tcW w:type="dxa" w:w="2160"/>
          </w:tcPr>
          <w:p>
            <w:r>
              <w:t>What specific projects related to sesame farming were initiated in 2025, and what were their objectives?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1063-0038</w:t>
            </w:r>
          </w:p>
        </w:tc>
        <w:tc>
          <w:tcPr>
            <w:tcW w:type="dxa" w:w="2160"/>
          </w:tcPr>
          <w:p>
            <w:r>
              <w:t>Uncertainty</w:t>
            </w:r>
          </w:p>
        </w:tc>
        <w:tc>
          <w:tcPr>
            <w:tcW w:type="dxa" w:w="2160"/>
          </w:tcPr>
          <w:p>
            <w:r>
              <w:t>For each project, what technical uncertainties did you encounter that required experimentation or iterative testing to resolve?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1063-0039</w:t>
            </w:r>
          </w:p>
        </w:tc>
        <w:tc>
          <w:tcPr>
            <w:tcW w:type="dxa" w:w="2160"/>
          </w:tcPr>
          <w:p>
            <w:r>
              <w:t>Alternatives</w:t>
            </w:r>
          </w:p>
        </w:tc>
        <w:tc>
          <w:tcPr>
            <w:tcW w:type="dxa" w:w="2160"/>
          </w:tcPr>
          <w:p>
            <w:r>
              <w:t>What alternative approaches or methodologies were considered for each project, and why were they ultimately not pursued?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1063-0040</w:t>
            </w:r>
          </w:p>
        </w:tc>
        <w:tc>
          <w:tcPr>
            <w:tcW w:type="dxa" w:w="2160"/>
          </w:tcPr>
          <w:p>
            <w:r>
              <w:t>Experiments</w:t>
            </w:r>
          </w:p>
        </w:tc>
        <w:tc>
          <w:tcPr>
            <w:tcW w:type="dxa" w:w="2160"/>
          </w:tcPr>
          <w:p>
            <w:r>
              <w:t>Describe any experiments conducted to test hypotheses related to sesame crop yield or pest resistance in 2025. What were the results?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1063-0041</w:t>
            </w:r>
          </w:p>
        </w:tc>
        <w:tc>
          <w:tcPr>
            <w:tcW w:type="dxa" w:w="2160"/>
          </w:tcPr>
          <w:p>
            <w:r>
              <w:t>Measurements</w:t>
            </w:r>
          </w:p>
        </w:tc>
        <w:tc>
          <w:tcPr>
            <w:tcW w:type="dxa" w:w="2160"/>
          </w:tcPr>
          <w:p>
            <w:r>
              <w:t>What specific measurements or metrics were tracked during your R&amp;D projects, and how did they inform your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1063-0042</w:t>
            </w:r>
          </w:p>
        </w:tc>
        <w:tc>
          <w:tcPr>
            <w:tcW w:type="dxa" w:w="2160"/>
          </w:tcPr>
          <w:p>
            <w:r>
              <w:t>Costs</w:t>
            </w:r>
          </w:p>
        </w:tc>
        <w:tc>
          <w:tcPr>
            <w:tcW w:type="dxa" w:w="2160"/>
          </w:tcPr>
          <w:p>
            <w:r>
              <w:t>What were the total R&amp;D costs associated with each project, and how were these costs allocated?</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1063-0043</w:t>
            </w:r>
          </w:p>
        </w:tc>
        <w:tc>
          <w:tcPr>
            <w:tcW w:type="dxa" w:w="2160"/>
          </w:tcPr>
          <w:p>
            <w:r>
              <w:t>Evidence</w:t>
            </w:r>
          </w:p>
        </w:tc>
        <w:tc>
          <w:tcPr>
            <w:tcW w:type="dxa" w:w="2160"/>
          </w:tcPr>
          <w:p>
            <w:r>
              <w:t>What documentation or evidence do you have to support the R&amp;D activities undertaken for each project?</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1063-0044</w:t>
            </w:r>
          </w:p>
        </w:tc>
        <w:tc>
          <w:tcPr>
            <w:tcW w:type="dxa" w:w="2160"/>
          </w:tcPr>
          <w:p>
            <w:r>
              <w:t>Project Inventory</w:t>
            </w:r>
          </w:p>
        </w:tc>
        <w:tc>
          <w:tcPr>
            <w:tcW w:type="dxa" w:w="2160"/>
          </w:tcPr>
          <w:p>
            <w:r>
              <w:t>How many R&amp;D projects were completed in 2025, and how do they contribute to your overall business objectives?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1063-0045</w:t>
            </w:r>
          </w:p>
        </w:tc>
        <w:tc>
          <w:tcPr>
            <w:tcW w:type="dxa" w:w="2160"/>
          </w:tcPr>
          <w:p>
            <w:r>
              <w:t>Uncertainty</w:t>
            </w:r>
          </w:p>
        </w:tc>
        <w:tc>
          <w:tcPr>
            <w:tcW w:type="dxa" w:w="2160"/>
          </w:tcPr>
          <w:p>
            <w:r>
              <w:t>What specific challenges did you face in achieving the desired outcomes for your sesame farming projects?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1063-0046</w:t>
            </w:r>
          </w:p>
        </w:tc>
        <w:tc>
          <w:tcPr>
            <w:tcW w:type="dxa" w:w="2160"/>
          </w:tcPr>
          <w:p>
            <w:r>
              <w:t>Alternatives</w:t>
            </w:r>
          </w:p>
        </w:tc>
        <w:tc>
          <w:tcPr>
            <w:tcW w:type="dxa" w:w="2160"/>
          </w:tcPr>
          <w:p>
            <w:r>
              <w:t>Can you provide examples of failed experiments or approaches in your R&amp;D projects? What lessons were learned?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1063-0047</w:t>
            </w:r>
          </w:p>
        </w:tc>
        <w:tc>
          <w:tcPr>
            <w:tcW w:type="dxa" w:w="2160"/>
          </w:tcPr>
          <w:p>
            <w:r>
              <w:t>Experiments</w:t>
            </w:r>
          </w:p>
        </w:tc>
        <w:tc>
          <w:tcPr>
            <w:tcW w:type="dxa" w:w="2160"/>
          </w:tcPr>
          <w:p>
            <w:r>
              <w:t>How did you document the experimental processes and outcomes for your R&amp;D projects?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1063-0048</w:t>
            </w:r>
          </w:p>
        </w:tc>
        <w:tc>
          <w:tcPr>
            <w:tcW w:type="dxa" w:w="2160"/>
          </w:tcPr>
          <w:p>
            <w:r>
              <w:t>Measurements</w:t>
            </w:r>
          </w:p>
        </w:tc>
        <w:tc>
          <w:tcPr>
            <w:tcW w:type="dxa" w:w="2160"/>
          </w:tcPr>
          <w:p>
            <w:r>
              <w:t>What specific tools or technologies were utilized to measure the outcomes of your R&amp;D projects?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1063-0049</w:t>
            </w:r>
          </w:p>
        </w:tc>
        <w:tc>
          <w:tcPr>
            <w:tcW w:type="dxa" w:w="2160"/>
          </w:tcPr>
          <w:p>
            <w:r>
              <w:t>Costs</w:t>
            </w:r>
          </w:p>
        </w:tc>
        <w:tc>
          <w:tcPr>
            <w:tcW w:type="dxa" w:w="2160"/>
          </w:tcPr>
          <w:p>
            <w:r>
              <w:t>How do you ensure that all R&amp;D costs are accurately captured and reported for tax purposes?</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1063-0050</w:t>
            </w:r>
          </w:p>
        </w:tc>
        <w:tc>
          <w:tcPr>
            <w:tcW w:type="dxa" w:w="2160"/>
          </w:tcPr>
          <w:p>
            <w:r>
              <w:t>Evidence</w:t>
            </w:r>
          </w:p>
        </w:tc>
        <w:tc>
          <w:tcPr>
            <w:tcW w:type="dxa" w:w="2160"/>
          </w:tcPr>
          <w:p>
            <w:r>
              <w:t>What external resources or consultants were engaged to support your R&amp;D efforts, and how are their contributions documented?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1063-0051</w:t>
            </w:r>
          </w:p>
        </w:tc>
        <w:tc>
          <w:tcPr>
            <w:tcW w:type="dxa" w:w="2160"/>
          </w:tcPr>
          <w:p>
            <w:r>
              <w:t>Project Inventory</w:t>
            </w:r>
          </w:p>
        </w:tc>
        <w:tc>
          <w:tcPr>
            <w:tcW w:type="dxa" w:w="2160"/>
          </w:tcPr>
          <w:p>
            <w:r>
              <w:t>How do you prioritize R&amp;D projects related to sesame farming in terms of potential impact and feasibility?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1063-0052</w:t>
            </w:r>
          </w:p>
        </w:tc>
        <w:tc>
          <w:tcPr>
            <w:tcW w:type="dxa" w:w="2160"/>
          </w:tcPr>
          <w:p>
            <w:r>
              <w:t>Uncertainty</w:t>
            </w:r>
          </w:p>
        </w:tc>
        <w:tc>
          <w:tcPr>
            <w:tcW w:type="dxa" w:w="2160"/>
          </w:tcPr>
          <w:p>
            <w:r>
              <w:t>What specific hypotheses were tested during your R&amp;D projects, and what were the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1063-0053</w:t>
            </w:r>
          </w:p>
        </w:tc>
        <w:tc>
          <w:tcPr>
            <w:tcW w:type="dxa" w:w="2160"/>
          </w:tcPr>
          <w:p>
            <w:r>
              <w:t>Alternatives</w:t>
            </w:r>
          </w:p>
        </w:tc>
        <w:tc>
          <w:tcPr>
            <w:tcW w:type="dxa" w:w="2160"/>
          </w:tcPr>
          <w:p>
            <w:r>
              <w:t>What criteria do you use to evaluate the success of different approaches in your R&amp;D projects?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1063-0054</w:t>
            </w:r>
          </w:p>
        </w:tc>
        <w:tc>
          <w:tcPr>
            <w:tcW w:type="dxa" w:w="2160"/>
          </w:tcPr>
          <w:p>
            <w:r>
              <w:t>Experiments</w:t>
            </w:r>
          </w:p>
        </w:tc>
        <w:tc>
          <w:tcPr>
            <w:tcW w:type="dxa" w:w="2160"/>
          </w:tcPr>
          <w:p>
            <w:r>
              <w:t>Can you detail any iterative testing processes you employed during your R&amp;D projects? How did they evolve?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1063-0055</w:t>
            </w:r>
          </w:p>
        </w:tc>
        <w:tc>
          <w:tcPr>
            <w:tcW w:type="dxa" w:w="2160"/>
          </w:tcPr>
          <w:p>
            <w:r>
              <w:t>Project Description</w:t>
            </w:r>
          </w:p>
        </w:tc>
        <w:tc>
          <w:tcPr>
            <w:tcW w:type="dxa" w:w="2160"/>
          </w:tcPr>
          <w:p>
            <w:r>
              <w:t>Describe the key objectives of the R&amp;D projects undertaken in sesame farming during the tax year.</w:t>
              <w:br/>
              <w:t>Answer type: text</w:t>
              <w:br/>
              <w:t>Trigger: If R&amp;D projects were conducted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1063-0056</w:t>
            </w:r>
          </w:p>
        </w:tc>
        <w:tc>
          <w:tcPr>
            <w:tcW w:type="dxa" w:w="2160"/>
          </w:tcPr>
          <w:p>
            <w:r>
              <w:t>Project Outcomes</w:t>
            </w:r>
          </w:p>
        </w:tc>
        <w:tc>
          <w:tcPr>
            <w:tcW w:type="dxa" w:w="2160"/>
          </w:tcPr>
          <w:p>
            <w:r>
              <w:t>What measurable outcomes were achieved from the R&amp;D projects related to sesame farming in the tax year?</w:t>
              <w:br/>
              <w:t>Answer type: text</w:t>
              <w:br/>
              <w:t>Trigger: If R&amp;D projects were conducted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1063-0057</w:t>
            </w:r>
          </w:p>
        </w:tc>
        <w:tc>
          <w:tcPr>
            <w:tcW w:type="dxa" w:w="2160"/>
          </w:tcPr>
          <w:p>
            <w:r>
              <w:t>Technological Nature</w:t>
            </w:r>
          </w:p>
        </w:tc>
        <w:tc>
          <w:tcPr>
            <w:tcW w:type="dxa" w:w="2160"/>
          </w:tcPr>
          <w:p>
            <w:r>
              <w:t>Can you describe specific projects undertaken in 2025 that aimed to develop new sesame crop varieties or improve existing ones through experimental methods? Please include details on the technologies or methodologies used.</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1063-0058</w:t>
            </w:r>
          </w:p>
        </w:tc>
        <w:tc>
          <w:tcPr>
            <w:tcW w:type="dxa" w:w="2160"/>
          </w:tcPr>
          <w:p>
            <w:r>
              <w:t>Permitted Purpose</w:t>
            </w:r>
          </w:p>
        </w:tc>
        <w:tc>
          <w:tcPr>
            <w:tcW w:type="dxa" w:w="2160"/>
          </w:tcPr>
          <w:p>
            <w:r>
              <w:t>What was the primary purpose of your R&amp;D activities related to sesame farming in 2025? Please specify if it was to improve yield, pest resistance, or other agricultural advancements.</w:t>
              <w:br/>
              <w:t>Answer type: Single select</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1063-0059</w:t>
            </w:r>
          </w:p>
        </w:tc>
        <w:tc>
          <w:tcPr>
            <w:tcW w:type="dxa" w:w="2160"/>
          </w:tcPr>
          <w:p>
            <w:r>
              <w:t>Experimentation</w:t>
            </w:r>
          </w:p>
        </w:tc>
        <w:tc>
          <w:tcPr>
            <w:tcW w:type="dxa" w:w="2160"/>
          </w:tcPr>
          <w:p>
            <w:r>
              <w:t>During your R&amp;D efforts in 2025, what specific uncertainties did you encounter while experimenting with sesame farming techniques? How did you address these uncertainties?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1063-0060</w:t>
            </w:r>
          </w:p>
        </w:tc>
        <w:tc>
          <w:tcPr>
            <w:tcW w:type="dxa" w:w="2160"/>
          </w:tcPr>
          <w:p>
            <w:r>
              <w:t>Business Component</w:t>
            </w:r>
          </w:p>
        </w:tc>
        <w:tc>
          <w:tcPr>
            <w:tcW w:type="dxa" w:w="2160"/>
          </w:tcPr>
          <w:p>
            <w:r>
              <w:t>List the business components related to your sesame farming R&amp;D activities in 2025. For each component, indicate if it relates to a product, process, or software development.</w:t>
              <w:br/>
              <w:t>Answer type: Repeating table</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1063-0061</w:t>
            </w:r>
          </w:p>
        </w:tc>
        <w:tc>
          <w:tcPr>
            <w:tcW w:type="dxa" w:w="2160"/>
          </w:tcPr>
          <w:p>
            <w:r>
              <w:t>Section 174 Uncertainty</w:t>
            </w:r>
          </w:p>
        </w:tc>
        <w:tc>
          <w:tcPr>
            <w:tcW w:type="dxa" w:w="2160"/>
          </w:tcPr>
          <w:p>
            <w:r>
              <w:t>What specific hypotheses or technical challenges were tested during your R&amp;D projects in 2025? Please provide examples of how these challenges were evaluated and what results were obtained.</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1063-0062</w:t>
            </w:r>
          </w:p>
        </w:tc>
        <w:tc>
          <w:tcPr>
            <w:tcW w:type="dxa" w:w="2160"/>
          </w:tcPr>
          <w:p>
            <w:r>
              <w:t>Commercial Production</w:t>
            </w:r>
          </w:p>
        </w:tc>
        <w:tc>
          <w:tcPr>
            <w:tcW w:type="dxa" w:w="2160"/>
          </w:tcPr>
          <w:p>
            <w:r>
              <w:t>Can you describe any processes or products that were developed specifically for commercial production in your sesame farms during the tax year 2025, and how these differ from routine agricultural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1063-0063</w:t>
            </w:r>
          </w:p>
        </w:tc>
        <w:tc>
          <w:tcPr>
            <w:tcW w:type="dxa" w:w="2160"/>
          </w:tcPr>
          <w:p>
            <w:r>
              <w:t>Adaptation</w:t>
            </w:r>
          </w:p>
        </w:tc>
        <w:tc>
          <w:tcPr>
            <w:tcW w:type="dxa" w:w="2160"/>
          </w:tcPr>
          <w:p>
            <w:r>
              <w:t>What specific adaptations were made to existing sesame cultivation techniques or technologies in 2025, and how did these adaptations involve a process of experimentation?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1063-0064</w:t>
            </w:r>
          </w:p>
        </w:tc>
        <w:tc>
          <w:tcPr>
            <w:tcW w:type="dxa" w:w="2160"/>
          </w:tcPr>
          <w:p>
            <w:r>
              <w:t>Duplication</w:t>
            </w:r>
          </w:p>
        </w:tc>
        <w:tc>
          <w:tcPr>
            <w:tcW w:type="dxa" w:w="2160"/>
          </w:tcPr>
          <w:p>
            <w:r>
              <w:t>Did you engage in any activities in 2025 that involved duplicating existing processes or products without any modification or experimentation? If so, please specify these activities.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1063-0065</w:t>
            </w:r>
          </w:p>
        </w:tc>
        <w:tc>
          <w:tcPr>
            <w:tcW w:type="dxa" w:w="2160"/>
          </w:tcPr>
          <w:p>
            <w:r>
              <w:t>Routine Testing</w:t>
            </w:r>
          </w:p>
        </w:tc>
        <w:tc>
          <w:tcPr>
            <w:tcW w:type="dxa" w:w="2160"/>
          </w:tcPr>
          <w:p>
            <w:r>
              <w:t>What routine testing procedures were employed in 2025 that do not involve any experimental design or development of new methodologies for sesame farming? Please provide details.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1063-0066</w:t>
            </w:r>
          </w:p>
        </w:tc>
        <w:tc>
          <w:tcPr>
            <w:tcW w:type="dxa" w:w="2160"/>
          </w:tcPr>
          <w:p>
            <w:r>
              <w:t>Foreign/Funded Research</w:t>
            </w:r>
          </w:p>
        </w:tc>
        <w:tc>
          <w:tcPr>
            <w:tcW w:type="dxa" w:w="2160"/>
          </w:tcPr>
          <w:p>
            <w:r>
              <w:t>Did any of your sesame farming activities in 2025 involve foreign research or funding that does not qualify under IRC Section 41? If yes, please describe the nature of this research or funding.</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1063-0067</w:t>
            </w:r>
          </w:p>
        </w:tc>
        <w:tc>
          <w:tcPr>
            <w:tcW w:type="dxa" w:w="2160"/>
          </w:tcPr>
          <w:p>
            <w:r>
              <w:t>Unsupported Estimates</w:t>
            </w:r>
          </w:p>
        </w:tc>
        <w:tc>
          <w:tcPr>
            <w:tcW w:type="dxa" w:w="2160"/>
          </w:tcPr>
          <w:p>
            <w:r>
              <w:t>Were there any instances in 2025 where you relied on unsupported estimates for costs associated with R&amp;D activities related to sesame farming? If so, please provide details.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1063-0068</w:t>
            </w:r>
          </w:p>
        </w:tc>
        <w:tc>
          <w:tcPr>
            <w:tcW w:type="dxa" w:w="2160"/>
          </w:tcPr>
          <w:p>
            <w:r>
              <w:t>Commercial Production</w:t>
            </w:r>
          </w:p>
        </w:tc>
        <w:tc>
          <w:tcPr>
            <w:tcW w:type="dxa" w:w="2160"/>
          </w:tcPr>
          <w:p>
            <w:r>
              <w:t>What specific commercial production activities conducted in 2025 do you believe may not qualify for R&amp;D tax credits, and why?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1063-0069</w:t>
            </w:r>
          </w:p>
        </w:tc>
        <w:tc>
          <w:tcPr>
            <w:tcW w:type="dxa" w:w="2160"/>
          </w:tcPr>
          <w:p>
            <w:r>
              <w:t>Adaptation</w:t>
            </w:r>
          </w:p>
        </w:tc>
        <w:tc>
          <w:tcPr>
            <w:tcW w:type="dxa" w:w="2160"/>
          </w:tcPr>
          <w:p>
            <w:r>
              <w:t>Can you provide examples of any adaptations made in your sesame farming processes in 2025 that were solely for compliance or efficiency, rather than for innovative purposes?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1063-0070</w:t>
            </w:r>
          </w:p>
        </w:tc>
        <w:tc>
          <w:tcPr>
            <w:tcW w:type="dxa" w:w="2160"/>
          </w:tcPr>
          <w:p>
            <w:r>
              <w:t>Routine Testing</w:t>
            </w:r>
          </w:p>
        </w:tc>
        <w:tc>
          <w:tcPr>
            <w:tcW w:type="dxa" w:w="2160"/>
          </w:tcPr>
          <w:p>
            <w:r>
              <w:t>Please list any routine quality control tests performed on sesame crops in 2025 that do not involve innovative methodologies or experimentation.</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1063-0071</w:t>
            </w:r>
          </w:p>
        </w:tc>
        <w:tc>
          <w:tcPr>
            <w:tcW w:type="dxa" w:w="2160"/>
          </w:tcPr>
          <w:p>
            <w:r>
              <w:t>Employee Roles</w:t>
            </w:r>
          </w:p>
        </w:tc>
        <w:tc>
          <w:tcPr>
            <w:tcW w:type="dxa" w:w="2160"/>
          </w:tcPr>
          <w:p>
            <w:r>
              <w:t>Identify the employees who directly contributed to the development of new sesame farming techniques or products during the tax year 2025. Please list their names and roles.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1063-0072</w:t>
            </w:r>
          </w:p>
        </w:tc>
        <w:tc>
          <w:tcPr>
            <w:tcW w:type="dxa" w:w="2160"/>
          </w:tcPr>
          <w:p>
            <w:r>
              <w:t>Wage Allocation</w:t>
            </w:r>
          </w:p>
        </w:tc>
        <w:tc>
          <w:tcPr>
            <w:tcW w:type="dxa" w:w="2160"/>
          </w:tcPr>
          <w:p>
            <w:r>
              <w:t>For each identified employee, specify the total wages paid during 2025 that were allocated to qualified research activities related to sesame farming. Include any bonuses or incentives.</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1063-0073</w:t>
            </w:r>
          </w:p>
        </w:tc>
        <w:tc>
          <w:tcPr>
            <w:tcW w:type="dxa" w:w="2160"/>
          </w:tcPr>
          <w:p>
            <w:r>
              <w:t>Time Tracking</w:t>
            </w:r>
          </w:p>
        </w:tc>
        <w:tc>
          <w:tcPr>
            <w:tcW w:type="dxa" w:w="2160"/>
          </w:tcPr>
          <w:p>
            <w:r>
              <w:t>Describe the method used to track the time that employees spent on qualified research activities versus routine farming operations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1063-0074</w:t>
            </w:r>
          </w:p>
        </w:tc>
        <w:tc>
          <w:tcPr>
            <w:tcW w:type="dxa" w:w="2160"/>
          </w:tcPr>
          <w:p>
            <w:r>
              <w:t>Employee Qualifications</w:t>
            </w:r>
          </w:p>
        </w:tc>
        <w:tc>
          <w:tcPr>
            <w:tcW w:type="dxa" w:w="2160"/>
          </w:tcPr>
          <w:p>
            <w:r>
              <w:t>What qualifications or expertise did the employees involved in R&amp;D possess that contributed to the sesame farming innovations?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1063-0075</w:t>
            </w:r>
          </w:p>
        </w:tc>
        <w:tc>
          <w:tcPr>
            <w:tcW w:type="dxa" w:w="2160"/>
          </w:tcPr>
          <w:p>
            <w:r>
              <w:t>Project Documentation</w:t>
            </w:r>
          </w:p>
        </w:tc>
        <w:tc>
          <w:tcPr>
            <w:tcW w:type="dxa" w:w="2160"/>
          </w:tcPr>
          <w:p>
            <w:r>
              <w:t>List the specific projects or experiments conducted by the identified employees that aimed to improve sesame yield or quality in 2025. Include project objectives and outcomes.</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1063-0076</w:t>
            </w:r>
          </w:p>
        </w:tc>
        <w:tc>
          <w:tcPr>
            <w:tcW w:type="dxa" w:w="2160"/>
          </w:tcPr>
          <w:p>
            <w:r>
              <w:t>Employee Training</w:t>
            </w:r>
          </w:p>
        </w:tc>
        <w:tc>
          <w:tcPr>
            <w:tcW w:type="dxa" w:w="2160"/>
          </w:tcPr>
          <w:p>
            <w:r>
              <w:t>Were any of the employees involved in R&amp;D activities trained specifically for their roles in developing new sesame farming techniques? If yes, please provide details of the training.</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1063-0077</w:t>
            </w:r>
          </w:p>
        </w:tc>
        <w:tc>
          <w:tcPr>
            <w:tcW w:type="dxa" w:w="2160"/>
          </w:tcPr>
          <w:p>
            <w:r>
              <w:t>Collaboration</w:t>
            </w:r>
          </w:p>
        </w:tc>
        <w:tc>
          <w:tcPr>
            <w:tcW w:type="dxa" w:w="2160"/>
          </w:tcPr>
          <w:p>
            <w:r>
              <w:t>Did any employees collaborate with external experts or consultants on sesame farming R&amp;D projects in 2025? If so, provide the names and roles of those external parties.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1063-0078</w:t>
            </w:r>
          </w:p>
        </w:tc>
        <w:tc>
          <w:tcPr>
            <w:tcW w:type="dxa" w:w="2160"/>
          </w:tcPr>
          <w:p>
            <w:r>
              <w:t>Documentation Retention</w:t>
            </w:r>
          </w:p>
        </w:tc>
        <w:tc>
          <w:tcPr>
            <w:tcW w:type="dxa" w:w="2160"/>
          </w:tcPr>
          <w:p>
            <w:r>
              <w:t>What documentation do you maintain to support the allocation of wages to qualified research activities for the employees involved? Please describe the types of records kept.</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1063-0079</w:t>
            </w:r>
          </w:p>
        </w:tc>
        <w:tc>
          <w:tcPr>
            <w:tcW w:type="dxa" w:w="2160"/>
          </w:tcPr>
          <w:p>
            <w:r>
              <w:t>Expense Reporting</w:t>
            </w:r>
          </w:p>
        </w:tc>
        <w:tc>
          <w:tcPr>
            <w:tcW w:type="dxa" w:w="2160"/>
          </w:tcPr>
          <w:p>
            <w:r>
              <w:t>How do you differentiate between R&amp;D-related wages and general operational wages in your financial reporting for 2025?</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1063-0080</w:t>
            </w:r>
          </w:p>
        </w:tc>
        <w:tc>
          <w:tcPr>
            <w:tcW w:type="dxa" w:w="2160"/>
          </w:tcPr>
          <w:p>
            <w:r>
              <w:t>Innovation Assessment</w:t>
            </w:r>
          </w:p>
        </w:tc>
        <w:tc>
          <w:tcPr>
            <w:tcW w:type="dxa" w:w="2160"/>
          </w:tcPr>
          <w:p>
            <w:r>
              <w:t>In 2025, did any of the R&amp;D activities lead to a new product or significant improvement in sesame farming practices? Please describe the innovation and its impact.</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1063-0081</w:t>
            </w:r>
          </w:p>
        </w:tc>
        <w:tc>
          <w:tcPr>
            <w:tcW w:type="dxa" w:w="2160"/>
          </w:tcPr>
          <w:p>
            <w:r>
              <w:t>Experimental Supplies Definition</w:t>
            </w:r>
          </w:p>
        </w:tc>
        <w:tc>
          <w:tcPr>
            <w:tcW w:type="dxa" w:w="2160"/>
          </w:tcPr>
          <w:p>
            <w:r>
              <w:t>Can you identify and describe any supplies used in the cultivation or processing of sesame that were specifically developed or modified for experimental purposes in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1063-0082</w:t>
            </w:r>
          </w:p>
        </w:tc>
        <w:tc>
          <w:tcPr>
            <w:tcW w:type="dxa" w:w="2160"/>
          </w:tcPr>
          <w:p>
            <w:r>
              <w:t>Exclusions of Routine Supplies</w:t>
            </w:r>
          </w:p>
        </w:tc>
        <w:tc>
          <w:tcPr>
            <w:tcW w:type="dxa" w:w="2160"/>
          </w:tcPr>
          <w:p>
            <w:r>
              <w:t xml:space="preserve">Were any supplies used in your sesame farming operations in 2025 that are considered routine or commercially available without modification? If so, please list these supplies and explain why they do not qualify as experimental. </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1063-0083</w:t>
            </w:r>
          </w:p>
        </w:tc>
        <w:tc>
          <w:tcPr>
            <w:tcW w:type="dxa" w:w="2160"/>
          </w:tcPr>
          <w:p>
            <w:r>
              <w:t>Documentation of Experimental Supplies</w:t>
            </w:r>
          </w:p>
        </w:tc>
        <w:tc>
          <w:tcPr>
            <w:tcW w:type="dxa" w:w="2160"/>
          </w:tcPr>
          <w:p>
            <w:r>
              <w:t>What documentation do you have to support the use of experimental supplies in your sesame farming operations for the tax year 2025? Please specify the types of records maintained (e.g., purchase orders, lab reports).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1063-0084</w:t>
            </w:r>
          </w:p>
        </w:tc>
        <w:tc>
          <w:tcPr>
            <w:tcW w:type="dxa" w:w="2160"/>
          </w:tcPr>
          <w:p>
            <w:r>
              <w:t>Cost Allocation of Supplies</w:t>
            </w:r>
          </w:p>
        </w:tc>
        <w:tc>
          <w:tcPr>
            <w:tcW w:type="dxa" w:w="2160"/>
          </w:tcPr>
          <w:p>
            <w:r>
              <w:t>How do you allocate costs for experimental supplies used in the sesame farming process in 2025? Please provide details on your cost accounting methods and any relevant calculations.</w:t>
              <w:br/>
              <w:t>Answer type: Calculation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1063-0085</w:t>
            </w:r>
          </w:p>
        </w:tc>
        <w:tc>
          <w:tcPr>
            <w:tcW w:type="dxa" w:w="2160"/>
          </w:tcPr>
          <w:p>
            <w:r>
              <w:t>Impact of Experimental Supplies</w:t>
            </w:r>
          </w:p>
        </w:tc>
        <w:tc>
          <w:tcPr>
            <w:tcW w:type="dxa" w:w="2160"/>
          </w:tcPr>
          <w:p>
            <w:r>
              <w:t>What specific outcomes or improvements in sesame yield or quality can be attributed to the use of experimental supplies in 2025? Please provide measurable results or comparative data if available.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1063-0086</w:t>
            </w:r>
          </w:p>
        </w:tc>
        <w:tc>
          <w:tcPr>
            <w:tcW w:type="dxa" w:w="2160"/>
          </w:tcPr>
          <w:p>
            <w:r>
              <w:t>Contractor Services</w:t>
            </w:r>
          </w:p>
        </w:tc>
        <w:tc>
          <w:tcPr>
            <w:tcW w:type="dxa" w:w="2160"/>
          </w:tcPr>
          <w:p>
            <w:r>
              <w:t>What specific contractor services were engaged for the sesame farming operations during the tax year 2025, and how did these services contribute to the development or improvement of your products or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1063-0087</w:t>
            </w:r>
          </w:p>
        </w:tc>
        <w:tc>
          <w:tcPr>
            <w:tcW w:type="dxa" w:w="2160"/>
          </w:tcPr>
          <w:p>
            <w:r>
              <w:t>U.S. Location</w:t>
            </w:r>
          </w:p>
        </w:tc>
        <w:tc>
          <w:tcPr>
            <w:tcW w:type="dxa" w:w="2160"/>
          </w:tcPr>
          <w:p>
            <w:r>
              <w:t>Please list the locations within the U.S. where the contractors performed their services for the sesame farm during the tax year 2025.</w:t>
              <w:br/>
              <w:t>Answer type: Short text</w:t>
              <w:br/>
              <w:t>Trigger: Always</w:t>
              <w:br/>
              <w:t>Required: No</w:t>
              <w:br/>
              <w:t>Risk: Low</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1063-0088</w:t>
            </w:r>
          </w:p>
        </w:tc>
        <w:tc>
          <w:tcPr>
            <w:tcW w:type="dxa" w:w="2160"/>
          </w:tcPr>
          <w:p>
            <w:r>
              <w:t>Rights</w:t>
            </w:r>
          </w:p>
        </w:tc>
        <w:tc>
          <w:tcPr>
            <w:tcW w:type="dxa" w:w="2160"/>
          </w:tcPr>
          <w:p>
            <w:r>
              <w:t>What rights, if any, did you retain over the results or products developed by the contractors during the R&amp;D activities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1063-0089</w:t>
            </w:r>
          </w:p>
        </w:tc>
        <w:tc>
          <w:tcPr>
            <w:tcW w:type="dxa" w:w="2160"/>
          </w:tcPr>
          <w:p>
            <w:r>
              <w:t>Economic Risk</w:t>
            </w:r>
          </w:p>
        </w:tc>
        <w:tc>
          <w:tcPr>
            <w:tcW w:type="dxa" w:w="2160"/>
          </w:tcPr>
          <w:p>
            <w:r>
              <w:t>Describe the economic risks you assumed in relation to the contractor services provided for R&amp;D activities in 2025. What financial investments did you make to mitigate these risks?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1063-0090</w:t>
            </w:r>
          </w:p>
        </w:tc>
        <w:tc>
          <w:tcPr>
            <w:tcW w:type="dxa" w:w="2160"/>
          </w:tcPr>
          <w:p>
            <w:r>
              <w:t>Eligible Amount</w:t>
            </w:r>
          </w:p>
        </w:tc>
        <w:tc>
          <w:tcPr>
            <w:tcW w:type="dxa" w:w="2160"/>
          </w:tcPr>
          <w:p>
            <w:r>
              <w:t>What was the total amount paid to contractors for R&amp;D services related to sesame farming in 2025, and how was this amount determined?</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1063-0091</w:t>
            </w:r>
          </w:p>
        </w:tc>
        <w:tc>
          <w:tcPr>
            <w:tcW w:type="dxa" w:w="2160"/>
          </w:tcPr>
          <w:p>
            <w:r>
              <w:t>Contractor Engagement</w:t>
            </w:r>
          </w:p>
        </w:tc>
        <w:tc>
          <w:tcPr>
            <w:tcW w:type="dxa" w:w="2160"/>
          </w:tcPr>
          <w:p>
            <w:r>
              <w:t>Were the contractors you engaged for R&amp;D services in 2025 specialized in agricultural research or development? Please provide details on their qualifications.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1063-0092</w:t>
            </w:r>
          </w:p>
        </w:tc>
        <w:tc>
          <w:tcPr>
            <w:tcW w:type="dxa" w:w="2160"/>
          </w:tcPr>
          <w:p>
            <w:r>
              <w:t>Documentation</w:t>
            </w:r>
          </w:p>
        </w:tc>
        <w:tc>
          <w:tcPr>
            <w:tcW w:type="dxa" w:w="2160"/>
          </w:tcPr>
          <w:p>
            <w:r>
              <w:t>What documentation do you have to support the contractor services performed for R&amp;D activities in 2025, including contracts, invoices, and reports? Please summarize the key documents.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1063-0093</w:t>
            </w:r>
          </w:p>
        </w:tc>
        <w:tc>
          <w:tcPr>
            <w:tcW w:type="dxa" w:w="2160"/>
          </w:tcPr>
          <w:p>
            <w:r>
              <w:t>Cloud Services Utilization</w:t>
            </w:r>
          </w:p>
        </w:tc>
        <w:tc>
          <w:tcPr>
            <w:tcW w:type="dxa" w:w="2160"/>
          </w:tcPr>
          <w:p>
            <w:r>
              <w:t>During the tax year 2025, did your sesame farm utilize any third-party cloud computing services to develop or improve software or processes related to sesame cultivation? If yes, please specify the services used and their purpose.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1063-0094</w:t>
            </w:r>
          </w:p>
        </w:tc>
        <w:tc>
          <w:tcPr>
            <w:tcW w:type="dxa" w:w="2160"/>
          </w:tcPr>
          <w:p>
            <w:r>
              <w:t>Software Development Costs</w:t>
            </w:r>
          </w:p>
        </w:tc>
        <w:tc>
          <w:tcPr>
            <w:tcW w:type="dxa" w:w="2160"/>
          </w:tcPr>
          <w:p>
            <w:r>
              <w:t>Can you provide a breakdown of all costs incurred in 2025 for third-party software development or cloud services that were specifically aimed at enhancing the efficiency of sesame farming operations? Please include details such as vendor names, types of services, and associated costs.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1063-0095</w:t>
            </w:r>
          </w:p>
        </w:tc>
        <w:tc>
          <w:tcPr>
            <w:tcW w:type="dxa" w:w="2160"/>
          </w:tcPr>
          <w:p>
            <w:r>
              <w:t>Project Documentation</w:t>
            </w:r>
          </w:p>
        </w:tc>
        <w:tc>
          <w:tcPr>
            <w:tcW w:type="dxa" w:w="2160"/>
          </w:tcPr>
          <w:p>
            <w:r>
              <w:t>Can you provide detailed documentation of the specific sesame farming techniques or processes you experimented with during the tax year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1063-0096</w:t>
            </w:r>
          </w:p>
        </w:tc>
        <w:tc>
          <w:tcPr>
            <w:tcW w:type="dxa" w:w="2160"/>
          </w:tcPr>
          <w:p>
            <w:r>
              <w:t>Cost Records</w:t>
            </w:r>
          </w:p>
        </w:tc>
        <w:tc>
          <w:tcPr>
            <w:tcW w:type="dxa" w:w="2160"/>
          </w:tcPr>
          <w:p>
            <w:r>
              <w:t>What were the total labor costs associated with the R&amp;D projects in sesame farming for the year 2025? Please provide itemized records.</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1063-0097</w:t>
            </w:r>
          </w:p>
        </w:tc>
        <w:tc>
          <w:tcPr>
            <w:tcW w:type="dxa" w:w="2160"/>
          </w:tcPr>
          <w:p>
            <w:r>
              <w:t>Experimentation</w:t>
            </w:r>
          </w:p>
        </w:tc>
        <w:tc>
          <w:tcPr>
            <w:tcW w:type="dxa" w:w="2160"/>
          </w:tcPr>
          <w:p>
            <w:r>
              <w:t>Describe any challenges or failures encountered during your R&amp;D activities related to sesame farming in 2025. How did these inform your subsequent experiments?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1063-0098</w:t>
            </w:r>
          </w:p>
        </w:tc>
        <w:tc>
          <w:tcPr>
            <w:tcW w:type="dxa" w:w="2160"/>
          </w:tcPr>
          <w:p>
            <w:r>
              <w:t>Project Timeline</w:t>
            </w:r>
          </w:p>
        </w:tc>
        <w:tc>
          <w:tcPr>
            <w:tcW w:type="dxa" w:w="2160"/>
          </w:tcPr>
          <w:p>
            <w:r>
              <w:t>What was the timeline of your R&amp;D projects in sesame farming for 2025? Please include start and end dates for each project.</w:t>
              <w:br/>
              <w:t>Answer type: Date range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1063-0099</w:t>
            </w:r>
          </w:p>
        </w:tc>
        <w:tc>
          <w:tcPr>
            <w:tcW w:type="dxa" w:w="2160"/>
          </w:tcPr>
          <w:p>
            <w:r>
              <w:t>Material Costs</w:t>
            </w:r>
          </w:p>
        </w:tc>
        <w:tc>
          <w:tcPr>
            <w:tcW w:type="dxa" w:w="2160"/>
          </w:tcPr>
          <w:p>
            <w:r>
              <w:t>What specific materials did you purchase for your R&amp;D activities in sesame farming, and what were the associated costs?</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1063-0100</w:t>
            </w:r>
          </w:p>
        </w:tc>
        <w:tc>
          <w:tcPr>
            <w:tcW w:type="dxa" w:w="2160"/>
          </w:tcPr>
          <w:p>
            <w:r>
              <w:t>Technical Uncertainty</w:t>
            </w:r>
          </w:p>
        </w:tc>
        <w:tc>
          <w:tcPr>
            <w:tcW w:type="dxa" w:w="2160"/>
          </w:tcPr>
          <w:p>
            <w:r>
              <w:t>Can you identify and describe any technical uncertainties you faced while developing new sesame farming methods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1063-0101</w:t>
            </w:r>
          </w:p>
        </w:tc>
        <w:tc>
          <w:tcPr>
            <w:tcW w:type="dxa" w:w="2160"/>
          </w:tcPr>
          <w:p>
            <w:r>
              <w:t>Collaboration Records</w:t>
            </w:r>
          </w:p>
        </w:tc>
        <w:tc>
          <w:tcPr>
            <w:tcW w:type="dxa" w:w="2160"/>
          </w:tcPr>
          <w:p>
            <w:r>
              <w:t>Did you collaborate with any external consultants or experts on your R&amp;D projects for sesame farming in 2025? If so, please provide details and associated costs.</w:t>
              <w:br/>
              <w:t>Answer type: Long text + evidence</w:t>
              <w:br/>
              <w:t>Trigger: Yes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1063-0102</w:t>
            </w:r>
          </w:p>
        </w:tc>
        <w:tc>
          <w:tcPr>
            <w:tcW w:type="dxa" w:w="2160"/>
          </w:tcPr>
          <w:p>
            <w:r>
              <w:t>Regulatory Compliance</w:t>
            </w:r>
          </w:p>
        </w:tc>
        <w:tc>
          <w:tcPr>
            <w:tcW w:type="dxa" w:w="2160"/>
          </w:tcPr>
          <w:p>
            <w:r>
              <w:t>Were there any regulatory hurdles you encountered while conducting R&amp;D for sesame farming in 2025? Please provide details.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1063-0103</w:t>
            </w:r>
          </w:p>
        </w:tc>
        <w:tc>
          <w:tcPr>
            <w:tcW w:type="dxa" w:w="2160"/>
          </w:tcPr>
          <w:p>
            <w:r>
              <w:t>Record Keeping</w:t>
            </w:r>
          </w:p>
        </w:tc>
        <w:tc>
          <w:tcPr>
            <w:tcW w:type="dxa" w:w="2160"/>
          </w:tcPr>
          <w:p>
            <w:r>
              <w:t>How do you maintain and organize records of your R&amp;D activities and expenses related to sesame farming? Please describe your system.</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1063-0104</w:t>
            </w:r>
          </w:p>
        </w:tc>
        <w:tc>
          <w:tcPr>
            <w:tcW w:type="dxa" w:w="2160"/>
          </w:tcPr>
          <w:p>
            <w:r>
              <w:t>Outcome Measurement</w:t>
            </w:r>
          </w:p>
        </w:tc>
        <w:tc>
          <w:tcPr>
            <w:tcW w:type="dxa" w:w="2160"/>
          </w:tcPr>
          <w:p>
            <w:r>
              <w:t>What metrics or criteria did you use to evaluate the success of your R&amp;D projects in sesame farming during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1063-0105</w:t>
            </w:r>
          </w:p>
        </w:tc>
        <w:tc>
          <w:tcPr>
            <w:tcW w:type="dxa" w:w="2160"/>
          </w:tcPr>
          <w:p>
            <w:r>
              <w:t>Qualified Research Activities</w:t>
            </w:r>
          </w:p>
        </w:tc>
        <w:tc>
          <w:tcPr>
            <w:tcW w:type="dxa" w:w="2160"/>
          </w:tcPr>
          <w:p>
            <w:r>
              <w:t>Describe any projects conducted in 2025 that aimed to develop new sesame varieties or improve existing ones. What specific experimental methodologies were employed?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1063-0106</w:t>
            </w:r>
          </w:p>
        </w:tc>
        <w:tc>
          <w:tcPr>
            <w:tcW w:type="dxa" w:w="2160"/>
          </w:tcPr>
          <w:p>
            <w:r>
              <w:t>Qualified Research Expenses</w:t>
            </w:r>
          </w:p>
        </w:tc>
        <w:tc>
          <w:tcPr>
            <w:tcW w:type="dxa" w:w="2160"/>
          </w:tcPr>
          <w:p>
            <w:r>
              <w:t>List all salaries and wages paid to employees directly involved in sesame research and development during 2025. What percentage of their time was allocated to R&amp;D activities?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1063-0107</w:t>
            </w:r>
          </w:p>
        </w:tc>
        <w:tc>
          <w:tcPr>
            <w:tcW w:type="dxa" w:w="2160"/>
          </w:tcPr>
          <w:p>
            <w:r>
              <w:t>Supplies</w:t>
            </w:r>
          </w:p>
        </w:tc>
        <w:tc>
          <w:tcPr>
            <w:tcW w:type="dxa" w:w="2160"/>
          </w:tcPr>
          <w:p>
            <w:r>
              <w:t>What specific supplies were used in your R&amp;D activities for sesame farming in 2025? Please provide a breakdown of costs associated with these supplies.</w:t>
              <w:br/>
              <w:t>Answer type: Currency</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1063-0108</w:t>
            </w:r>
          </w:p>
        </w:tc>
        <w:tc>
          <w:tcPr>
            <w:tcW w:type="dxa" w:w="2160"/>
          </w:tcPr>
          <w:p>
            <w:r>
              <w:t>Contract Research Expenses</w:t>
            </w:r>
          </w:p>
        </w:tc>
        <w:tc>
          <w:tcPr>
            <w:tcW w:type="dxa" w:w="2160"/>
          </w:tcPr>
          <w:p>
            <w:r>
              <w:t>Did you engage any third-party contractors for R&amp;D activities related to sesame farming in 2025? If yes, please provide details of the contracts and associated costs.</w:t>
              <w:br/>
              <w:t>Answer type: Yes-No + details</w:t>
              <w:br/>
              <w:t>Trigger: Always</w:t>
              <w:br/>
              <w:t>Required: No</w:t>
              <w:br/>
              <w:t>Risk: Medium</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1063-0109</w:t>
            </w:r>
          </w:p>
        </w:tc>
        <w:tc>
          <w:tcPr>
            <w:tcW w:type="dxa" w:w="2160"/>
          </w:tcPr>
          <w:p>
            <w:r>
              <w:t>Documentation</w:t>
            </w:r>
          </w:p>
        </w:tc>
        <w:tc>
          <w:tcPr>
            <w:tcW w:type="dxa" w:w="2160"/>
          </w:tcPr>
          <w:p>
            <w:r>
              <w:t>What documentation do you maintain to support your R&amp;D claims for sesame farming in 2025? Include any lab reports, project plans, or experimental data.</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1063-0110</w:t>
            </w:r>
          </w:p>
        </w:tc>
        <w:tc>
          <w:tcPr>
            <w:tcW w:type="dxa" w:w="2160"/>
          </w:tcPr>
          <w:p>
            <w:r>
              <w:t>Technical Uncertainty</w:t>
            </w:r>
          </w:p>
        </w:tc>
        <w:tc>
          <w:tcPr>
            <w:tcW w:type="dxa" w:w="2160"/>
          </w:tcPr>
          <w:p>
            <w:r>
              <w:t>What specific technical uncertainties did you face in your sesame R&amp;D projects in 2025? How did you address these uncertainties?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1063-0111</w:t>
            </w:r>
          </w:p>
        </w:tc>
        <w:tc>
          <w:tcPr>
            <w:tcW w:type="dxa" w:w="2160"/>
          </w:tcPr>
          <w:p>
            <w:r>
              <w:t>Process Improvements</w:t>
            </w:r>
          </w:p>
        </w:tc>
        <w:tc>
          <w:tcPr>
            <w:tcW w:type="dxa" w:w="2160"/>
          </w:tcPr>
          <w:p>
            <w:r>
              <w:t>Describe any process improvements made in 2025 that resulted from your R&amp;D efforts in sesame farming. What metrics were used to evaluate these improvements?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1063-0112</w:t>
            </w:r>
          </w:p>
        </w:tc>
        <w:tc>
          <w:tcPr>
            <w:tcW w:type="dxa" w:w="2160"/>
          </w:tcPr>
          <w:p>
            <w:r>
              <w:t>R&amp;D Tax Credit Calculation</w:t>
            </w:r>
          </w:p>
        </w:tc>
        <w:tc>
          <w:tcPr>
            <w:tcW w:type="dxa" w:w="2160"/>
          </w:tcPr>
          <w:p>
            <w:r>
              <w:t>What is the estimated total amount of qualified research expenses incurred for sesame farming in 2025? Please provide a detailed breakdown.</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1063-0113</w:t>
            </w:r>
          </w:p>
        </w:tc>
        <w:tc>
          <w:tcPr>
            <w:tcW w:type="dxa" w:w="2160"/>
          </w:tcPr>
          <w:p>
            <w:r>
              <w:t>Employee Training</w:t>
            </w:r>
          </w:p>
        </w:tc>
        <w:tc>
          <w:tcPr>
            <w:tcW w:type="dxa" w:w="2160"/>
          </w:tcPr>
          <w:p>
            <w:r>
              <w:t>Did you provide any training for employees involved in R&amp;D for sesame farming in 2025? If yes, please describe the training and its relevance to R&amp;D activities.</w:t>
              <w:br/>
              <w:t>Answer type: Yes-No + details</w:t>
              <w:br/>
              <w:t>Trigger: Always</w:t>
              <w:br/>
              <w:t>Required: No</w:t>
              <w:br/>
              <w:t>Risk: Medium</w:t>
            </w:r>
          </w:p>
        </w:tc>
        <w:tc>
          <w:tcPr>
            <w:tcW w:type="dxa" w:w="2160"/>
          </w:tcPr>
          <w:p>
            <w:r>
              <w:t>Primary authority: IRC Section 41(b)(1)</w:t>
              <w:br/>
              <w:t>Response: ___________________________</w:t>
              <w:br/>
              <w:t>Evidence: ___________________________</w:t>
              <w:br/>
              <w:t>Reviewer conclusion: ___________________________</w:t>
            </w:r>
          </w:p>
        </w:tc>
      </w:tr>
      <w:tr>
        <w:tc>
          <w:tcPr>
            <w:tcW w:type="dxa" w:w="2160"/>
          </w:tcPr>
          <w:p>
            <w:r>
              <w:t>1063-0114</w:t>
            </w:r>
          </w:p>
        </w:tc>
        <w:tc>
          <w:tcPr>
            <w:tcW w:type="dxa" w:w="2160"/>
          </w:tcPr>
          <w:p>
            <w:r>
              <w:t>Experimentation Outcomes</w:t>
            </w:r>
          </w:p>
        </w:tc>
        <w:tc>
          <w:tcPr>
            <w:tcW w:type="dxa" w:w="2160"/>
          </w:tcPr>
          <w:p>
            <w:r>
              <w:t>What were the outcomes of your R&amp;D experiments related to sesame farming in 2025? How did these outcomes impact your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1063-0115</w:t>
            </w:r>
          </w:p>
        </w:tc>
        <w:tc>
          <w:tcPr>
            <w:tcW w:type="dxa" w:w="2160"/>
          </w:tcPr>
          <w:p>
            <w:r>
              <w:t>R&amp;D Project Timeline</w:t>
            </w:r>
          </w:p>
        </w:tc>
        <w:tc>
          <w:tcPr>
            <w:tcW w:type="dxa" w:w="2160"/>
          </w:tcPr>
          <w:p>
            <w:r>
              <w:t>Provide a timeline of your R&amp;D projects for sesame farming in 2025, including start and end dates for each project.</w:t>
              <w:br/>
              <w:t>Answer type: Date range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1063-0116</w:t>
            </w:r>
          </w:p>
        </w:tc>
        <w:tc>
          <w:tcPr>
            <w:tcW w:type="dxa" w:w="2160"/>
          </w:tcPr>
          <w:p>
            <w:r>
              <w:t>Qualified Research Activities</w:t>
            </w:r>
          </w:p>
        </w:tc>
        <w:tc>
          <w:tcPr>
            <w:tcW w:type="dxa" w:w="2160"/>
          </w:tcPr>
          <w:p>
            <w:r>
              <w:t>During the 2025 tax year, did your sesame farm engage in any activities aimed at developing new sesame varieties or improving existing ones through experimental methods? Please describe the specific activities.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1063-0117</w:t>
            </w:r>
          </w:p>
        </w:tc>
        <w:tc>
          <w:tcPr>
            <w:tcW w:type="dxa" w:w="2160"/>
          </w:tcPr>
          <w:p>
            <w:r>
              <w:t>Qualified Research Expenses</w:t>
            </w:r>
          </w:p>
        </w:tc>
        <w:tc>
          <w:tcPr>
            <w:tcW w:type="dxa" w:w="2160"/>
          </w:tcPr>
          <w:p>
            <w:r>
              <w:t>What were the total qualified research expenses (QREs) incurred for the 2025 tax year related to your sesame farming operations? Please include labor, supplies, and contract research costs.</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1063-0118</w:t>
            </w:r>
          </w:p>
        </w:tc>
        <w:tc>
          <w:tcPr>
            <w:tcW w:type="dxa" w:w="2160"/>
          </w:tcPr>
          <w:p>
            <w:r>
              <w:t>Employee Involvement</w:t>
            </w:r>
          </w:p>
        </w:tc>
        <w:tc>
          <w:tcPr>
            <w:tcW w:type="dxa" w:w="2160"/>
          </w:tcPr>
          <w:p>
            <w:r>
              <w:t>List the employees involved in R&amp;D activities related to sesame farming in 2025. What percentage of their time was dedicated to these activities?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1063-0119</w:t>
            </w:r>
          </w:p>
        </w:tc>
        <w:tc>
          <w:tcPr>
            <w:tcW w:type="dxa" w:w="2160"/>
          </w:tcPr>
          <w:p>
            <w:r>
              <w:t>Contract Research</w:t>
            </w:r>
          </w:p>
        </w:tc>
        <w:tc>
          <w:tcPr>
            <w:tcW w:type="dxa" w:w="2160"/>
          </w:tcPr>
          <w:p>
            <w:r>
              <w:t>Did you engage any third-party contractors for R&amp;D activities related to sesame farming in 2025? If yes, please provide details of the contracts and amounts paid.</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1063-0120</w:t>
            </w:r>
          </w:p>
        </w:tc>
        <w:tc>
          <w:tcPr>
            <w:tcW w:type="dxa" w:w="2160"/>
          </w:tcPr>
          <w:p>
            <w:r>
              <w:t>Documentation</w:t>
            </w:r>
          </w:p>
        </w:tc>
        <w:tc>
          <w:tcPr>
            <w:tcW w:type="dxa" w:w="2160"/>
          </w:tcPr>
          <w:p>
            <w:r>
              <w:t>What documentation do you have to support your claims of R&amp;D activities and associated expenses for the 2025 tax year? Please list and describe the documents.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1063-0121</w:t>
            </w:r>
          </w:p>
        </w:tc>
        <w:tc>
          <w:tcPr>
            <w:tcW w:type="dxa" w:w="2160"/>
          </w:tcPr>
          <w:p>
            <w:r>
              <w:t>Technical Uncertainty</w:t>
            </w:r>
          </w:p>
        </w:tc>
        <w:tc>
          <w:tcPr>
            <w:tcW w:type="dxa" w:w="2160"/>
          </w:tcPr>
          <w:p>
            <w:r>
              <w:t>Describe any technical uncertainties you faced during R&amp;D activities for sesame farming in 2025. How did you attempt to resolve these uncertainties?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1063-0122</w:t>
            </w:r>
          </w:p>
        </w:tc>
        <w:tc>
          <w:tcPr>
            <w:tcW w:type="dxa" w:w="2160"/>
          </w:tcPr>
          <w:p>
            <w:r>
              <w:t>Experimentation</w:t>
            </w:r>
          </w:p>
        </w:tc>
        <w:tc>
          <w:tcPr>
            <w:tcW w:type="dxa" w:w="2160"/>
          </w:tcPr>
          <w:p>
            <w:r>
              <w:t>What specific experiments did you conduct in 2025 to test new farming techniques or technologies for sesame cultivation? Please provide details.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1063-0123</w:t>
            </w:r>
          </w:p>
        </w:tc>
        <w:tc>
          <w:tcPr>
            <w:tcW w:type="dxa" w:w="2160"/>
          </w:tcPr>
          <w:p>
            <w:r>
              <w:t>Supply Costs</w:t>
            </w:r>
          </w:p>
        </w:tc>
        <w:tc>
          <w:tcPr>
            <w:tcW w:type="dxa" w:w="2160"/>
          </w:tcPr>
          <w:p>
            <w:r>
              <w:t>What were the total costs of supplies used for R&amp;D activities in sesame farming for the 2025 tax year? Please specify the types of supplies used.</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1063-0124</w:t>
            </w:r>
          </w:p>
        </w:tc>
        <w:tc>
          <w:tcPr>
            <w:tcW w:type="dxa" w:w="2160"/>
          </w:tcPr>
          <w:p>
            <w:r>
              <w:t>R&amp;D Goals</w:t>
            </w:r>
          </w:p>
        </w:tc>
        <w:tc>
          <w:tcPr>
            <w:tcW w:type="dxa" w:w="2160"/>
          </w:tcPr>
          <w:p>
            <w:r>
              <w:t>What were the primary goals of your R&amp;D activities related to sesame farming in 2025? How did these goals align with your overall business objectives?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1063-0125</w:t>
            </w:r>
          </w:p>
        </w:tc>
        <w:tc>
          <w:tcPr>
            <w:tcW w:type="dxa" w:w="2160"/>
          </w:tcPr>
          <w:p>
            <w:r>
              <w:t>Tax Credit Claim</w:t>
            </w:r>
          </w:p>
        </w:tc>
        <w:tc>
          <w:tcPr>
            <w:tcW w:type="dxa" w:w="2160"/>
          </w:tcPr>
          <w:p>
            <w:r>
              <w:t>How do you plan to claim the R&amp;D tax credit for the 2025 tax year? Please describe your approach and any calculations you have made.</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1063-0126</w:t>
            </w:r>
          </w:p>
        </w:tc>
        <w:tc>
          <w:tcPr>
            <w:tcW w:type="dxa" w:w="2160"/>
          </w:tcPr>
          <w:p>
            <w:r>
              <w:t>State-Specific Regulations</w:t>
            </w:r>
          </w:p>
        </w:tc>
        <w:tc>
          <w:tcPr>
            <w:tcW w:type="dxa" w:w="2160"/>
          </w:tcPr>
          <w:p>
            <w:r>
              <w:t>Are you aware of any California-specific regulations or incentives that may impact your R&amp;D activities or claims for the 2025 tax year? Please describe any relevant details.</w:t>
              <w:br/>
              <w:t>Answer type: Yes-No + details</w:t>
              <w:br/>
              <w:t>Trigger: Always</w:t>
              <w:br/>
              <w:t>Required: No</w:t>
              <w:br/>
              <w:t>Risk: Low</w:t>
            </w:r>
          </w:p>
        </w:tc>
        <w:tc>
          <w:tcPr>
            <w:tcW w:type="dxa" w:w="2160"/>
          </w:tcPr>
          <w:p>
            <w:r>
              <w:t>Primary authority: FTB 3523</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1063-0127</w:t>
            </w:r>
          </w:p>
        </w:tc>
        <w:tc>
          <w:tcPr>
            <w:tcW w:type="dxa" w:w="2160"/>
          </w:tcPr>
          <w:p>
            <w:r>
              <w:t>Final Conclusions</w:t>
            </w:r>
          </w:p>
        </w:tc>
        <w:tc>
          <w:tcPr>
            <w:tcW w:type="dxa" w:w="2160"/>
          </w:tcPr>
          <w:p>
            <w:r>
              <w:t>What specific projects or processes involving sesame farming did you undertake that you believe qualify as R&amp;D under IRC Section 41? Please provide a brief description of each.</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1063-0128</w:t>
            </w:r>
          </w:p>
        </w:tc>
        <w:tc>
          <w:tcPr>
            <w:tcW w:type="dxa" w:w="2160"/>
          </w:tcPr>
          <w:p>
            <w:r>
              <w:t>Open Issues</w:t>
            </w:r>
          </w:p>
        </w:tc>
        <w:tc>
          <w:tcPr>
            <w:tcW w:type="dxa" w:w="2160"/>
          </w:tcPr>
          <w:p>
            <w:r>
              <w:t>Are there any unresolved issues or uncertainties regarding the eligibility of your R&amp;D activities for the tax year 2025? If yes, please describe them.</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1063-0129</w:t>
            </w:r>
          </w:p>
        </w:tc>
        <w:tc>
          <w:tcPr>
            <w:tcW w:type="dxa" w:w="2160"/>
          </w:tcPr>
          <w:p>
            <w:r>
              <w:t>Certification</w:t>
            </w:r>
          </w:p>
        </w:tc>
        <w:tc>
          <w:tcPr>
            <w:tcW w:type="dxa" w:w="2160"/>
          </w:tcPr>
          <w:p>
            <w:r>
              <w:t>Have you maintained documentation that supports your R&amp;D claims, including project descriptions, experimental results, and any related expenses?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1063-0130</w:t>
            </w:r>
          </w:p>
        </w:tc>
        <w:tc>
          <w:tcPr>
            <w:tcW w:type="dxa" w:w="2160"/>
          </w:tcPr>
          <w:p>
            <w:r>
              <w:t>Review</w:t>
            </w:r>
          </w:p>
        </w:tc>
        <w:tc>
          <w:tcPr>
            <w:tcW w:type="dxa" w:w="2160"/>
          </w:tcPr>
          <w:p>
            <w:r>
              <w:t>What methods did you use to track and allocate R&amp;D expenses related to sesame farming for the tax year 2025?</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1063-0131</w:t>
            </w:r>
          </w:p>
        </w:tc>
        <w:tc>
          <w:tcPr>
            <w:tcW w:type="dxa" w:w="2160"/>
          </w:tcPr>
          <w:p>
            <w:r>
              <w:t>Next-Year Controls</w:t>
            </w:r>
          </w:p>
        </w:tc>
        <w:tc>
          <w:tcPr>
            <w:tcW w:type="dxa" w:w="2160"/>
          </w:tcPr>
          <w:p>
            <w:r>
              <w:t>What changes or improvements do you plan to implement in your R&amp;D documentation processes for the upcoming tax year to ensure compliance with IRC Section 41?</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1063-0132</w:t>
            </w:r>
          </w:p>
        </w:tc>
        <w:tc>
          <w:tcPr>
            <w:tcW w:type="dxa" w:w="2160"/>
          </w:tcPr>
          <w:p>
            <w:r>
              <w:t>Final Conclusions</w:t>
            </w:r>
          </w:p>
        </w:tc>
        <w:tc>
          <w:tcPr>
            <w:tcW w:type="dxa" w:w="2160"/>
          </w:tcPr>
          <w:p>
            <w:r>
              <w:t>Can you provide a summary of the total R&amp;D expenditures incurred for sesame farming in 2025, broken down by project?</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1063-0133</w:t>
            </w:r>
          </w:p>
        </w:tc>
        <w:tc>
          <w:tcPr>
            <w:tcW w:type="dxa" w:w="2160"/>
          </w:tcPr>
          <w:p>
            <w:r>
              <w:t>Open Issues</w:t>
            </w:r>
          </w:p>
        </w:tc>
        <w:tc>
          <w:tcPr>
            <w:tcW w:type="dxa" w:w="2160"/>
          </w:tcPr>
          <w:p>
            <w:r>
              <w:t>Have you received any inquiries or audits from tax authorities regarding your R&amp;D claims for previous years? If so, what were the outcomes?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1063-0134</w:t>
            </w:r>
          </w:p>
        </w:tc>
        <w:tc>
          <w:tcPr>
            <w:tcW w:type="dxa" w:w="2160"/>
          </w:tcPr>
          <w:p>
            <w:r>
              <w:t>Certification</w:t>
            </w:r>
          </w:p>
        </w:tc>
        <w:tc>
          <w:tcPr>
            <w:tcW w:type="dxa" w:w="2160"/>
          </w:tcPr>
          <w:p>
            <w:r>
              <w:t>Who is responsible for certifying the accuracy of the R&amp;D claims submitted for sesame farming, and what is their qualification?</w:t>
              <w:br/>
              <w:t>Answer type: Short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1063-0135</w:t>
            </w:r>
          </w:p>
        </w:tc>
        <w:tc>
          <w:tcPr>
            <w:tcW w:type="dxa" w:w="2160"/>
          </w:tcPr>
          <w:p>
            <w:r>
              <w:t>Review</w:t>
            </w:r>
          </w:p>
        </w:tc>
        <w:tc>
          <w:tcPr>
            <w:tcW w:type="dxa" w:w="2160"/>
          </w:tcPr>
          <w:p>
            <w:r>
              <w:t>What specific challenges did you face during the R&amp;D process for sesame farming, and how did you address them?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1063-0136</w:t>
            </w:r>
          </w:p>
        </w:tc>
        <w:tc>
          <w:tcPr>
            <w:tcW w:type="dxa" w:w="2160"/>
          </w:tcPr>
          <w:p>
            <w:r>
              <w:t>Next-Year Controls</w:t>
            </w:r>
          </w:p>
        </w:tc>
        <w:tc>
          <w:tcPr>
            <w:tcW w:type="dxa" w:w="2160"/>
          </w:tcPr>
          <w:p>
            <w:r>
              <w:t>What plans do you have for improving the tracking of R&amp;D activities related to sesame farming in the next tax year?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SEED-QUALITY-TESTING (23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1063-0137</w:t>
            </w:r>
          </w:p>
        </w:tc>
        <w:tc>
          <w:tcPr>
            <w:tcW w:type="dxa" w:w="2160"/>
          </w:tcPr>
          <w:p>
            <w:r>
              <w:t>Seed Sourcing</w:t>
            </w:r>
          </w:p>
        </w:tc>
        <w:tc>
          <w:tcPr>
            <w:tcW w:type="dxa" w:w="2160"/>
          </w:tcPr>
          <w:p>
            <w:r>
              <w:t>What specific criteria do you use to select sesame seed suppliers, and how do you evaluate their reliability and seed quality?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1063-0138</w:t>
            </w:r>
          </w:p>
        </w:tc>
        <w:tc>
          <w:tcPr>
            <w:tcW w:type="dxa" w:w="2160"/>
          </w:tcPr>
          <w:p>
            <w:r>
              <w:t>Germination Rates</w:t>
            </w:r>
          </w:p>
        </w:tc>
        <w:tc>
          <w:tcPr>
            <w:tcW w:type="dxa" w:w="2160"/>
          </w:tcPr>
          <w:p>
            <w:r>
              <w:t>What methods do you employ to test the germination rates of sesame seeds, and how frequently are these tests conducted?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1063-0139</w:t>
            </w:r>
          </w:p>
        </w:tc>
        <w:tc>
          <w:tcPr>
            <w:tcW w:type="dxa" w:w="2160"/>
          </w:tcPr>
          <w:p>
            <w:r>
              <w:t>Pest Resistance</w:t>
            </w:r>
          </w:p>
        </w:tc>
        <w:tc>
          <w:tcPr>
            <w:tcW w:type="dxa" w:w="2160"/>
          </w:tcPr>
          <w:p>
            <w:r>
              <w:t>Can you describe any experimental procedures you have implemented to assess the pest resistance of different sesame seed varieties?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1063-0140</w:t>
            </w:r>
          </w:p>
        </w:tc>
        <w:tc>
          <w:tcPr>
            <w:tcW w:type="dxa" w:w="2160"/>
          </w:tcPr>
          <w:p>
            <w:r>
              <w:t>Soil Compatibility</w:t>
            </w:r>
          </w:p>
        </w:tc>
        <w:tc>
          <w:tcPr>
            <w:tcW w:type="dxa" w:w="2160"/>
          </w:tcPr>
          <w:p>
            <w:r>
              <w:t>What specific soil tests do you conduct to determine compatibility with sesame seed cultivation, and how do you adjust your practices based on the results?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1063-0141</w:t>
            </w:r>
          </w:p>
        </w:tc>
        <w:tc>
          <w:tcPr>
            <w:tcW w:type="dxa" w:w="2160"/>
          </w:tcPr>
          <w:p>
            <w:r>
              <w:t>Chemical Treatments</w:t>
            </w:r>
          </w:p>
        </w:tc>
        <w:tc>
          <w:tcPr>
            <w:tcW w:type="dxa" w:w="2160"/>
          </w:tcPr>
          <w:p>
            <w:r>
              <w:t>What types of chemical treatments do you apply to sesame seeds before planting, and how do you evaluate their effectiveness?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1063-0142</w:t>
            </w:r>
          </w:p>
        </w:tc>
        <w:tc>
          <w:tcPr>
            <w:tcW w:type="dxa" w:w="2160"/>
          </w:tcPr>
          <w:p>
            <w:r>
              <w:t>Testing Protocols</w:t>
            </w:r>
          </w:p>
        </w:tc>
        <w:tc>
          <w:tcPr>
            <w:tcW w:type="dxa" w:w="2160"/>
          </w:tcPr>
          <w:p>
            <w:r>
              <w:t>What standardized testing protocols do you follow for evaluating the quality of sesame seeds, and how are these protocols documented?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1063-0143</w:t>
            </w:r>
          </w:p>
        </w:tc>
        <w:tc>
          <w:tcPr>
            <w:tcW w:type="dxa" w:w="2160"/>
          </w:tcPr>
          <w:p>
            <w:r>
              <w:t>Certifications</w:t>
            </w:r>
          </w:p>
        </w:tc>
        <w:tc>
          <w:tcPr>
            <w:tcW w:type="dxa" w:w="2160"/>
          </w:tcPr>
          <w:p>
            <w:r>
              <w:t>What certifications do your sesame seeds hold, and how do you ensure compliance with the standards required for these certifications?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1063-0144</w:t>
            </w:r>
          </w:p>
        </w:tc>
        <w:tc>
          <w:tcPr>
            <w:tcW w:type="dxa" w:w="2160"/>
          </w:tcPr>
          <w:p>
            <w:r>
              <w:t>Regulatory Compliance</w:t>
            </w:r>
          </w:p>
        </w:tc>
        <w:tc>
          <w:tcPr>
            <w:tcW w:type="dxa" w:w="2160"/>
          </w:tcPr>
          <w:p>
            <w:r>
              <w:t>What regulatory requirements do you adhere to when testing and using sesame seeds, and how do you stay updated on changes in these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1063-0145</w:t>
            </w:r>
          </w:p>
        </w:tc>
        <w:tc>
          <w:tcPr>
            <w:tcW w:type="dxa" w:w="2160"/>
          </w:tcPr>
          <w:p>
            <w:r>
              <w:t>Seed Sourcing</w:t>
            </w:r>
          </w:p>
        </w:tc>
        <w:tc>
          <w:tcPr>
            <w:tcW w:type="dxa" w:w="2160"/>
          </w:tcPr>
          <w:p>
            <w:r>
              <w:t>How do you track the origin and lineage of the sesame seeds you source, and what documentation do you maintain?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1063-0146</w:t>
            </w:r>
          </w:p>
        </w:tc>
        <w:tc>
          <w:tcPr>
            <w:tcW w:type="dxa" w:w="2160"/>
          </w:tcPr>
          <w:p>
            <w:r>
              <w:t>Germination Rates</w:t>
            </w:r>
          </w:p>
        </w:tc>
        <w:tc>
          <w:tcPr>
            <w:tcW w:type="dxa" w:w="2160"/>
          </w:tcPr>
          <w:p>
            <w:r>
              <w:t>What is the average germination rate of the sesame seeds you use, and how do you compare this to industry standards?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1063-0147</w:t>
            </w:r>
          </w:p>
        </w:tc>
        <w:tc>
          <w:tcPr>
            <w:tcW w:type="dxa" w:w="2160"/>
          </w:tcPr>
          <w:p>
            <w:r>
              <w:t>Pest Resistance</w:t>
            </w:r>
          </w:p>
        </w:tc>
        <w:tc>
          <w:tcPr>
            <w:tcW w:type="dxa" w:w="2160"/>
          </w:tcPr>
          <w:p>
            <w:r>
              <w:t>Have you conducted any trials to compare the pest resistance of your sesame seeds against those of competitors? If so, what were the findings?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1063-0148</w:t>
            </w:r>
          </w:p>
        </w:tc>
        <w:tc>
          <w:tcPr>
            <w:tcW w:type="dxa" w:w="2160"/>
          </w:tcPr>
          <w:p>
            <w:r>
              <w:t>Soil Compatibility</w:t>
            </w:r>
          </w:p>
        </w:tc>
        <w:tc>
          <w:tcPr>
            <w:tcW w:type="dxa" w:w="2160"/>
          </w:tcPr>
          <w:p>
            <w:r>
              <w:t>What specific soil amendments do you apply based on the compatibility tests for sesame cultivation, and how do you measure their impact?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1063-0149</w:t>
            </w:r>
          </w:p>
        </w:tc>
        <w:tc>
          <w:tcPr>
            <w:tcW w:type="dxa" w:w="2160"/>
          </w:tcPr>
          <w:p>
            <w:r>
              <w:t>Chemical Treatments</w:t>
            </w:r>
          </w:p>
        </w:tc>
        <w:tc>
          <w:tcPr>
            <w:tcW w:type="dxa" w:w="2160"/>
          </w:tcPr>
          <w:p>
            <w:r>
              <w:t>What protocols do you follow to assess the environmental impact of the chemical treatments used on sesame seeds?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1063-0150</w:t>
            </w:r>
          </w:p>
        </w:tc>
        <w:tc>
          <w:tcPr>
            <w:tcW w:type="dxa" w:w="2160"/>
          </w:tcPr>
          <w:p>
            <w:r>
              <w:t>Testing Protocols</w:t>
            </w:r>
          </w:p>
        </w:tc>
        <w:tc>
          <w:tcPr>
            <w:tcW w:type="dxa" w:w="2160"/>
          </w:tcPr>
          <w:p>
            <w:r>
              <w:t>How do you ensure that your testing protocols for sesame seeds are scientifically valid and repeatable?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1063-0151</w:t>
            </w:r>
          </w:p>
        </w:tc>
        <w:tc>
          <w:tcPr>
            <w:tcW w:type="dxa" w:w="2160"/>
          </w:tcPr>
          <w:p>
            <w:r>
              <w:t>Certifications</w:t>
            </w:r>
          </w:p>
        </w:tc>
        <w:tc>
          <w:tcPr>
            <w:tcW w:type="dxa" w:w="2160"/>
          </w:tcPr>
          <w:p>
            <w:r>
              <w:t>What are the specific criteria for the certifications you pursue for your sesame seeds, and how do you verify compliance?</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1063-0152</w:t>
            </w:r>
          </w:p>
        </w:tc>
        <w:tc>
          <w:tcPr>
            <w:tcW w:type="dxa" w:w="2160"/>
          </w:tcPr>
          <w:p>
            <w:r>
              <w:t>Regulatory Compliance</w:t>
            </w:r>
          </w:p>
        </w:tc>
        <w:tc>
          <w:tcPr>
            <w:tcW w:type="dxa" w:w="2160"/>
          </w:tcPr>
          <w:p>
            <w:r>
              <w:t>What steps do you take to ensure that the sesame seeds you use meet all applicable regulatory standards?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1063-0153</w:t>
            </w:r>
          </w:p>
        </w:tc>
        <w:tc>
          <w:tcPr>
            <w:tcW w:type="dxa" w:w="2160"/>
          </w:tcPr>
          <w:p>
            <w:r>
              <w:t>Seed Sourcing</w:t>
            </w:r>
          </w:p>
        </w:tc>
        <w:tc>
          <w:tcPr>
            <w:tcW w:type="dxa" w:w="2160"/>
          </w:tcPr>
          <w:p>
            <w:r>
              <w:t>How do you evaluate the genetic diversity of the sesame seeds you source, and why is this important for your operations?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1063-0154</w:t>
            </w:r>
          </w:p>
        </w:tc>
        <w:tc>
          <w:tcPr>
            <w:tcW w:type="dxa" w:w="2160"/>
          </w:tcPr>
          <w:p>
            <w:r>
              <w:t>Germination Rates</w:t>
            </w:r>
          </w:p>
        </w:tc>
        <w:tc>
          <w:tcPr>
            <w:tcW w:type="dxa" w:w="2160"/>
          </w:tcPr>
          <w:p>
            <w:r>
              <w:t>What factors do you believe most significantly affect the germination rates of your sesame seeds, based on your testing?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1063-0155</w:t>
            </w:r>
          </w:p>
        </w:tc>
        <w:tc>
          <w:tcPr>
            <w:tcW w:type="dxa" w:w="2160"/>
          </w:tcPr>
          <w:p>
            <w:r>
              <w:t>Pest Resistance</w:t>
            </w:r>
          </w:p>
        </w:tc>
        <w:tc>
          <w:tcPr>
            <w:tcW w:type="dxa" w:w="2160"/>
          </w:tcPr>
          <w:p>
            <w:r>
              <w:t>What innovative strategies have you implemented to enhance the pest resistance of your sesame crops?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1063-0156</w:t>
            </w:r>
          </w:p>
        </w:tc>
        <w:tc>
          <w:tcPr>
            <w:tcW w:type="dxa" w:w="2160"/>
          </w:tcPr>
          <w:p>
            <w:r>
              <w:t>Soil Compatibility</w:t>
            </w:r>
          </w:p>
        </w:tc>
        <w:tc>
          <w:tcPr>
            <w:tcW w:type="dxa" w:w="2160"/>
          </w:tcPr>
          <w:p>
            <w:r>
              <w:t>Can you provide examples of how soil compatibility results have influenced your cultivation practices for sesame seeds?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1063-0157</w:t>
            </w:r>
          </w:p>
        </w:tc>
        <w:tc>
          <w:tcPr>
            <w:tcW w:type="dxa" w:w="2160"/>
          </w:tcPr>
          <w:p>
            <w:r>
              <w:t>Chemical Treatments</w:t>
            </w:r>
          </w:p>
        </w:tc>
        <w:tc>
          <w:tcPr>
            <w:tcW w:type="dxa" w:w="2160"/>
          </w:tcPr>
          <w:p>
            <w:r>
              <w:t>What research have you conducted to determine the optimal chemical treatments for enhancing sesame seed viability?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1063-0158</w:t>
            </w:r>
          </w:p>
        </w:tc>
        <w:tc>
          <w:tcPr>
            <w:tcW w:type="dxa" w:w="2160"/>
          </w:tcPr>
          <w:p>
            <w:r>
              <w:t>Testing Methods</w:t>
            </w:r>
          </w:p>
        </w:tc>
        <w:tc>
          <w:tcPr>
            <w:tcW w:type="dxa" w:w="2160"/>
          </w:tcPr>
          <w:p>
            <w:r>
              <w:t>What innovative testing methods were employed to assess seed quality during the tax year?</w:t>
              <w:br/>
              <w:t>Answer type: text</w:t>
              <w:br/>
              <w:t>Trigger: If seed quality testing was performed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1063-0159</w:t>
            </w:r>
          </w:p>
        </w:tc>
        <w:tc>
          <w:tcPr>
            <w:tcW w:type="dxa" w:w="2160"/>
          </w:tcPr>
          <w:p>
            <w:r>
              <w:t>Results Analysis</w:t>
            </w:r>
          </w:p>
        </w:tc>
        <w:tc>
          <w:tcPr>
            <w:tcW w:type="dxa" w:w="2160"/>
          </w:tcPr>
          <w:p>
            <w:r>
              <w:t>How did the results from seed quality testing influence cultivation practices in the tax year?</w:t>
              <w:br/>
              <w:t>Answer type: text</w:t>
              <w:br/>
              <w:t>Trigger: If seed quality testing was performed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CULTIVATION-PRACTICES-OPTIMIZATION (29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1063-0160</w:t>
            </w:r>
          </w:p>
        </w:tc>
        <w:tc>
          <w:tcPr>
            <w:tcW w:type="dxa" w:w="2160"/>
          </w:tcPr>
          <w:p>
            <w:r>
              <w:t>Crop Rotation</w:t>
            </w:r>
          </w:p>
        </w:tc>
        <w:tc>
          <w:tcPr>
            <w:tcW w:type="dxa" w:w="2160"/>
          </w:tcPr>
          <w:p>
            <w:r>
              <w:t>What specific crop rotation practices have you implemented to enhance sesame yield, and what results did you observe?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1063-0161</w:t>
            </w:r>
          </w:p>
        </w:tc>
        <w:tc>
          <w:tcPr>
            <w:tcW w:type="dxa" w:w="2160"/>
          </w:tcPr>
          <w:p>
            <w:r>
              <w:t>Irrigation Techniques</w:t>
            </w:r>
          </w:p>
        </w:tc>
        <w:tc>
          <w:tcPr>
            <w:tcW w:type="dxa" w:w="2160"/>
          </w:tcPr>
          <w:p>
            <w:r>
              <w:t>Describe any innovative irrigation techniques you have tested or adopted that differ from traditional methods. What were the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1063-0162</w:t>
            </w:r>
          </w:p>
        </w:tc>
        <w:tc>
          <w:tcPr>
            <w:tcW w:type="dxa" w:w="2160"/>
          </w:tcPr>
          <w:p>
            <w:r>
              <w:t>Fertilization Methods</w:t>
            </w:r>
          </w:p>
        </w:tc>
        <w:tc>
          <w:tcPr>
            <w:tcW w:type="dxa" w:w="2160"/>
          </w:tcPr>
          <w:p>
            <w:r>
              <w:t>What new fertilization methods have you experimented with to improve the nutrient uptake of sesame plants? Please provide specific examples and results.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1063-0163</w:t>
            </w:r>
          </w:p>
        </w:tc>
        <w:tc>
          <w:tcPr>
            <w:tcW w:type="dxa" w:w="2160"/>
          </w:tcPr>
          <w:p>
            <w:r>
              <w:t>Integrated Pest Management</w:t>
            </w:r>
          </w:p>
        </w:tc>
        <w:tc>
          <w:tcPr>
            <w:tcW w:type="dxa" w:w="2160"/>
          </w:tcPr>
          <w:p>
            <w:r>
              <w:t>Can you detail any integrated pest management strategies you have developed or refined for sesame crops? What challenges did you face and how did you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1063-0164</w:t>
            </w:r>
          </w:p>
        </w:tc>
        <w:tc>
          <w:tcPr>
            <w:tcW w:type="dxa" w:w="2160"/>
          </w:tcPr>
          <w:p>
            <w:r>
              <w:t>Sustainability</w:t>
            </w:r>
          </w:p>
        </w:tc>
        <w:tc>
          <w:tcPr>
            <w:tcW w:type="dxa" w:w="2160"/>
          </w:tcPr>
          <w:p>
            <w:r>
              <w:t>What innovative sustainable practices have you implemented in your sesame farming operations? How have these practices impacted yield and quality?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1063-0165</w:t>
            </w:r>
          </w:p>
        </w:tc>
        <w:tc>
          <w:tcPr>
            <w:tcW w:type="dxa" w:w="2160"/>
          </w:tcPr>
          <w:p>
            <w:r>
              <w:t>Soil Health</w:t>
            </w:r>
          </w:p>
        </w:tc>
        <w:tc>
          <w:tcPr>
            <w:tcW w:type="dxa" w:w="2160"/>
          </w:tcPr>
          <w:p>
            <w:r>
              <w:t>What specific soil health assessments have you conducted, and what innovative practices have you applied based on those assessments?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1063-0166</w:t>
            </w:r>
          </w:p>
        </w:tc>
        <w:tc>
          <w:tcPr>
            <w:tcW w:type="dxa" w:w="2160"/>
          </w:tcPr>
          <w:p>
            <w:r>
              <w:t>Climate Adaptation</w:t>
            </w:r>
          </w:p>
        </w:tc>
        <w:tc>
          <w:tcPr>
            <w:tcW w:type="dxa" w:w="2160"/>
          </w:tcPr>
          <w:p>
            <w:r>
              <w:t>In what ways have you adapted your sesame cultivation practices in response to climate change? Please provide specific examples of experimentation and results.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1063-0167</w:t>
            </w:r>
          </w:p>
        </w:tc>
        <w:tc>
          <w:tcPr>
            <w:tcW w:type="dxa" w:w="2160"/>
          </w:tcPr>
          <w:p>
            <w:r>
              <w:t>Technology Integration</w:t>
            </w:r>
          </w:p>
        </w:tc>
        <w:tc>
          <w:tcPr>
            <w:tcW w:type="dxa" w:w="2160"/>
          </w:tcPr>
          <w:p>
            <w:r>
              <w:t>What new technologies have you integrated into your sesame farming processes? Describe the experimentation involved and the impact on productivity.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1063-0168</w:t>
            </w:r>
          </w:p>
        </w:tc>
        <w:tc>
          <w:tcPr>
            <w:tcW w:type="dxa" w:w="2160"/>
          </w:tcPr>
          <w:p>
            <w:r>
              <w:t>Crop Rotation</w:t>
            </w:r>
          </w:p>
        </w:tc>
        <w:tc>
          <w:tcPr>
            <w:tcW w:type="dxa" w:w="2160"/>
          </w:tcPr>
          <w:p>
            <w:r>
              <w:t>Have you documented the yield differences between traditional and experimental crop rotation methods? Please provide data.</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1063-0169</w:t>
            </w:r>
          </w:p>
        </w:tc>
        <w:tc>
          <w:tcPr>
            <w:tcW w:type="dxa" w:w="2160"/>
          </w:tcPr>
          <w:p>
            <w:r>
              <w:t>Irrigation Techniques</w:t>
            </w:r>
          </w:p>
        </w:tc>
        <w:tc>
          <w:tcPr>
            <w:tcW w:type="dxa" w:w="2160"/>
          </w:tcPr>
          <w:p>
            <w:r>
              <w:t>What metrics do you use to evaluate the effectiveness of new irrigation techniques on sesame yield?</w:t>
              <w:br/>
              <w:t>Answer type: Short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1063-0170</w:t>
            </w:r>
          </w:p>
        </w:tc>
        <w:tc>
          <w:tcPr>
            <w:tcW w:type="dxa" w:w="2160"/>
          </w:tcPr>
          <w:p>
            <w:r>
              <w:t>Fertilization Methods</w:t>
            </w:r>
          </w:p>
        </w:tc>
        <w:tc>
          <w:tcPr>
            <w:tcW w:type="dxa" w:w="2160"/>
          </w:tcPr>
          <w:p>
            <w:r>
              <w:t>How do you determine the optimal timing and application rates for your experimental fertilization methods?</w:t>
              <w:br/>
              <w:t>Answer type: Short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1063-0171</w:t>
            </w:r>
          </w:p>
        </w:tc>
        <w:tc>
          <w:tcPr>
            <w:tcW w:type="dxa" w:w="2160"/>
          </w:tcPr>
          <w:p>
            <w:r>
              <w:t>Integrated Pest Management</w:t>
            </w:r>
          </w:p>
        </w:tc>
        <w:tc>
          <w:tcPr>
            <w:tcW w:type="dxa" w:w="2160"/>
          </w:tcPr>
          <w:p>
            <w:r>
              <w:t>What specific pest challenges have led you to innovate in your pest management strategies?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1063-0172</w:t>
            </w:r>
          </w:p>
        </w:tc>
        <w:tc>
          <w:tcPr>
            <w:tcW w:type="dxa" w:w="2160"/>
          </w:tcPr>
          <w:p>
            <w:r>
              <w:t>Sustainability</w:t>
            </w:r>
          </w:p>
        </w:tc>
        <w:tc>
          <w:tcPr>
            <w:tcW w:type="dxa" w:w="2160"/>
          </w:tcPr>
          <w:p>
            <w:r>
              <w:t>Have you engaged in any partnerships or collaborations focused on sustainable sesame farming practices? If so, please describe.</w:t>
              <w:br/>
              <w:t>Answer type: Yes-No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1063-0173</w:t>
            </w:r>
          </w:p>
        </w:tc>
        <w:tc>
          <w:tcPr>
            <w:tcW w:type="dxa" w:w="2160"/>
          </w:tcPr>
          <w:p>
            <w:r>
              <w:t>Soil Health</w:t>
            </w:r>
          </w:p>
        </w:tc>
        <w:tc>
          <w:tcPr>
            <w:tcW w:type="dxa" w:w="2160"/>
          </w:tcPr>
          <w:p>
            <w:r>
              <w:t>What innovative soil amendments have you tested, and what were the results in terms of sesame crop performance?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1063-0174</w:t>
            </w:r>
          </w:p>
        </w:tc>
        <w:tc>
          <w:tcPr>
            <w:tcW w:type="dxa" w:w="2160"/>
          </w:tcPr>
          <w:p>
            <w:r>
              <w:t>Climate Adaptation</w:t>
            </w:r>
          </w:p>
        </w:tc>
        <w:tc>
          <w:tcPr>
            <w:tcW w:type="dxa" w:w="2160"/>
          </w:tcPr>
          <w:p>
            <w:r>
              <w:t>What specific changes have you made to your sesame farming practices to mitigate the effects of extreme weather conditions?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1063-0175</w:t>
            </w:r>
          </w:p>
        </w:tc>
        <w:tc>
          <w:tcPr>
            <w:tcW w:type="dxa" w:w="2160"/>
          </w:tcPr>
          <w:p>
            <w:r>
              <w:t>Technology Integration</w:t>
            </w:r>
          </w:p>
        </w:tc>
        <w:tc>
          <w:tcPr>
            <w:tcW w:type="dxa" w:w="2160"/>
          </w:tcPr>
          <w:p>
            <w:r>
              <w:t>What specific technological tools have you adopted for monitoring sesame crop health, and how have they influenced your farming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1063-0176</w:t>
            </w:r>
          </w:p>
        </w:tc>
        <w:tc>
          <w:tcPr>
            <w:tcW w:type="dxa" w:w="2160"/>
          </w:tcPr>
          <w:p>
            <w:r>
              <w:t>Crop Rotation</w:t>
            </w:r>
          </w:p>
        </w:tc>
        <w:tc>
          <w:tcPr>
            <w:tcW w:type="dxa" w:w="2160"/>
          </w:tcPr>
          <w:p>
            <w:r>
              <w:t>Have you tracked the financial impacts of implementing new crop rotation strategies? If so, please provide data.</w:t>
              <w:br/>
              <w:t>Answer type: Currency</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1063-0177</w:t>
            </w:r>
          </w:p>
        </w:tc>
        <w:tc>
          <w:tcPr>
            <w:tcW w:type="dxa" w:w="2160"/>
          </w:tcPr>
          <w:p>
            <w:r>
              <w:t>Irrigation Techniques</w:t>
            </w:r>
          </w:p>
        </w:tc>
        <w:tc>
          <w:tcPr>
            <w:tcW w:type="dxa" w:w="2160"/>
          </w:tcPr>
          <w:p>
            <w:r>
              <w:t>What are the specific costs associated with the new irrigation technologies you have implemented?</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1063-0178</w:t>
            </w:r>
          </w:p>
        </w:tc>
        <w:tc>
          <w:tcPr>
            <w:tcW w:type="dxa" w:w="2160"/>
          </w:tcPr>
          <w:p>
            <w:r>
              <w:t>Fertilization Methods</w:t>
            </w:r>
          </w:p>
        </w:tc>
        <w:tc>
          <w:tcPr>
            <w:tcW w:type="dxa" w:w="2160"/>
          </w:tcPr>
          <w:p>
            <w:r>
              <w:t>What percentage of your total fertilization budget is allocated to experimental methods?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1063-0179</w:t>
            </w:r>
          </w:p>
        </w:tc>
        <w:tc>
          <w:tcPr>
            <w:tcW w:type="dxa" w:w="2160"/>
          </w:tcPr>
          <w:p>
            <w:r>
              <w:t>Integrated Pest Management</w:t>
            </w:r>
          </w:p>
        </w:tc>
        <w:tc>
          <w:tcPr>
            <w:tcW w:type="dxa" w:w="2160"/>
          </w:tcPr>
          <w:p>
            <w:r>
              <w:t>What specific metrics do you use to measure the success of your integrated pest management strategies?</w:t>
              <w:br/>
              <w:t>Answer type: Short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1063-0180</w:t>
            </w:r>
          </w:p>
        </w:tc>
        <w:tc>
          <w:tcPr>
            <w:tcW w:type="dxa" w:w="2160"/>
          </w:tcPr>
          <w:p>
            <w:r>
              <w:t>Sustainability</w:t>
            </w:r>
          </w:p>
        </w:tc>
        <w:tc>
          <w:tcPr>
            <w:tcW w:type="dxa" w:w="2160"/>
          </w:tcPr>
          <w:p>
            <w:r>
              <w:t>How do you quantify the environmental benefits of the sustainable practices you have adopted?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1063-0181</w:t>
            </w:r>
          </w:p>
        </w:tc>
        <w:tc>
          <w:tcPr>
            <w:tcW w:type="dxa" w:w="2160"/>
          </w:tcPr>
          <w:p>
            <w:r>
              <w:t>Soil Health</w:t>
            </w:r>
          </w:p>
        </w:tc>
        <w:tc>
          <w:tcPr>
            <w:tcW w:type="dxa" w:w="2160"/>
          </w:tcPr>
          <w:p>
            <w:r>
              <w:t>What innovative soil testing methods have you employed to assess the health of your sesame fields?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1063-0182</w:t>
            </w:r>
          </w:p>
        </w:tc>
        <w:tc>
          <w:tcPr>
            <w:tcW w:type="dxa" w:w="2160"/>
          </w:tcPr>
          <w:p>
            <w:r>
              <w:t>Climate Adaptation</w:t>
            </w:r>
          </w:p>
        </w:tc>
        <w:tc>
          <w:tcPr>
            <w:tcW w:type="dxa" w:w="2160"/>
          </w:tcPr>
          <w:p>
            <w:r>
              <w:t>How have you documented the effectiveness of your climate adaptation strategies in sesame farming?</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1063-0183</w:t>
            </w:r>
          </w:p>
        </w:tc>
        <w:tc>
          <w:tcPr>
            <w:tcW w:type="dxa" w:w="2160"/>
          </w:tcPr>
          <w:p>
            <w:r>
              <w:t>Technology Integration</w:t>
            </w:r>
          </w:p>
        </w:tc>
        <w:tc>
          <w:tcPr>
            <w:tcW w:type="dxa" w:w="2160"/>
          </w:tcPr>
          <w:p>
            <w:r>
              <w:t>What specific data analytics tools do you use to analyze the impact of technology on sesame yield?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1063-0184</w:t>
            </w:r>
          </w:p>
        </w:tc>
        <w:tc>
          <w:tcPr>
            <w:tcW w:type="dxa" w:w="2160"/>
          </w:tcPr>
          <w:p>
            <w:r>
              <w:t>Techniques</w:t>
            </w:r>
          </w:p>
        </w:tc>
        <w:tc>
          <w:tcPr>
            <w:tcW w:type="dxa" w:w="2160"/>
          </w:tcPr>
          <w:p>
            <w:r>
              <w:t>What new cultivation techniques were developed or optimized during the tax year to improve sesame yield?</w:t>
              <w:br/>
              <w:t>Answer type: text</w:t>
              <w:br/>
              <w:t>Trigger: If cultivation practices were optimized</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1063-0185</w:t>
            </w:r>
          </w:p>
        </w:tc>
        <w:tc>
          <w:tcPr>
            <w:tcW w:type="dxa" w:w="2160"/>
          </w:tcPr>
          <w:p>
            <w:r>
              <w:t>Data Collection</w:t>
            </w:r>
          </w:p>
        </w:tc>
        <w:tc>
          <w:tcPr>
            <w:tcW w:type="dxa" w:w="2160"/>
          </w:tcPr>
          <w:p>
            <w:r>
              <w:t>What data was collected to evaluate the effectiveness of the new cultivation practices implemented?</w:t>
              <w:br/>
              <w:t>Answer type: text</w:t>
              <w:br/>
              <w:t>Trigger: If data was collected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1063-0186</w:t>
            </w:r>
          </w:p>
        </w:tc>
        <w:tc>
          <w:tcPr>
            <w:tcW w:type="dxa" w:w="2160"/>
          </w:tcPr>
          <w:p>
            <w:r>
              <w:t>Collaboration</w:t>
            </w:r>
          </w:p>
        </w:tc>
        <w:tc>
          <w:tcPr>
            <w:tcW w:type="dxa" w:w="2160"/>
          </w:tcPr>
          <w:p>
            <w:r>
              <w:t>Were there any collaborations with agricultural experts or institutions to enhance cultivation practices during the tax year?</w:t>
              <w:br/>
              <w:t>Answer type: text</w:t>
              <w:br/>
              <w:t>Trigger: If collaborations occurred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1063-0187</w:t>
            </w:r>
          </w:p>
        </w:tc>
        <w:tc>
          <w:tcPr>
            <w:tcW w:type="dxa" w:w="2160"/>
          </w:tcPr>
          <w:p>
            <w:r>
              <w:t>Challenges</w:t>
            </w:r>
          </w:p>
        </w:tc>
        <w:tc>
          <w:tcPr>
            <w:tcW w:type="dxa" w:w="2160"/>
          </w:tcPr>
          <w:p>
            <w:r>
              <w:t>What challenges were encountered during the optimization of cultivation practices, and how were they addressed?</w:t>
              <w:br/>
              <w:t>Answer type: text</w:t>
              <w:br/>
              <w:t>Trigger: If challenges were faced</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1063-0188</w:t>
            </w:r>
          </w:p>
        </w:tc>
        <w:tc>
          <w:tcPr>
            <w:tcW w:type="dxa" w:w="2160"/>
          </w:tcPr>
          <w:p>
            <w:r>
              <w:t>Sustainability</w:t>
            </w:r>
          </w:p>
        </w:tc>
        <w:tc>
          <w:tcPr>
            <w:tcW w:type="dxa" w:w="2160"/>
          </w:tcPr>
          <w:p>
            <w:r>
              <w:t>How did the optimized cultivation practices contribute to sustainability in sesame farming?</w:t>
              <w:br/>
              <w:t>Answer type: text</w:t>
              <w:br/>
              <w:t>Trigger: If sustainability practices were implemented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HARVESTING-METHODS-EFFICIENCY (25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1063-0189</w:t>
            </w:r>
          </w:p>
        </w:tc>
        <w:tc>
          <w:tcPr>
            <w:tcW w:type="dxa" w:w="2160"/>
          </w:tcPr>
          <w:p>
            <w:r>
              <w:t>Mechanical Harvesting</w:t>
            </w:r>
          </w:p>
        </w:tc>
        <w:tc>
          <w:tcPr>
            <w:tcW w:type="dxa" w:w="2160"/>
          </w:tcPr>
          <w:p>
            <w:r>
              <w:t>What specific mechanical harvesting equipment do you utilize for sesame crops, and how has its efficiency been measured?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1063-0190</w:t>
            </w:r>
          </w:p>
        </w:tc>
        <w:tc>
          <w:tcPr>
            <w:tcW w:type="dxa" w:w="2160"/>
          </w:tcPr>
          <w:p>
            <w:r>
              <w:t>Manual Techniques</w:t>
            </w:r>
          </w:p>
        </w:tc>
        <w:tc>
          <w:tcPr>
            <w:tcW w:type="dxa" w:w="2160"/>
          </w:tcPr>
          <w:p>
            <w:r>
              <w:t>Can you describe any manual harvesting techniques employed and how they differ in yield compared to mechanical methods?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1063-0191</w:t>
            </w:r>
          </w:p>
        </w:tc>
        <w:tc>
          <w:tcPr>
            <w:tcW w:type="dxa" w:w="2160"/>
          </w:tcPr>
          <w:p>
            <w:r>
              <w:t>Timing of Harvest</w:t>
            </w:r>
          </w:p>
        </w:tc>
        <w:tc>
          <w:tcPr>
            <w:tcW w:type="dxa" w:w="2160"/>
          </w:tcPr>
          <w:p>
            <w:r>
              <w:t>What criteria do you use to determine the optimal timing for harvesting sesame, and how do you document this process?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1063-0192</w:t>
            </w:r>
          </w:p>
        </w:tc>
        <w:tc>
          <w:tcPr>
            <w:tcW w:type="dxa" w:w="2160"/>
          </w:tcPr>
          <w:p>
            <w:r>
              <w:t>Post-Harvest Handling</w:t>
            </w:r>
          </w:p>
        </w:tc>
        <w:tc>
          <w:tcPr>
            <w:tcW w:type="dxa" w:w="2160"/>
          </w:tcPr>
          <w:p>
            <w:r>
              <w:t>What post-harvest handling processes do you implement to maintain quality, and what experiments have you conducted to optimize these processes?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1063-0193</w:t>
            </w:r>
          </w:p>
        </w:tc>
        <w:tc>
          <w:tcPr>
            <w:tcW w:type="dxa" w:w="2160"/>
          </w:tcPr>
          <w:p>
            <w:r>
              <w:t>Equipment Calibration</w:t>
            </w:r>
          </w:p>
        </w:tc>
        <w:tc>
          <w:tcPr>
            <w:tcW w:type="dxa" w:w="2160"/>
          </w:tcPr>
          <w:p>
            <w:r>
              <w:t>How often do you calibrate your harvesting equipment, and what specific calibration methods do you use to ensure accuracy?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1063-0194</w:t>
            </w:r>
          </w:p>
        </w:tc>
        <w:tc>
          <w:tcPr>
            <w:tcW w:type="dxa" w:w="2160"/>
          </w:tcPr>
          <w:p>
            <w:r>
              <w:t>Yield Optimization</w:t>
            </w:r>
          </w:p>
        </w:tc>
        <w:tc>
          <w:tcPr>
            <w:tcW w:type="dxa" w:w="2160"/>
          </w:tcPr>
          <w:p>
            <w:r>
              <w:t>What innovative techniques or technologies have you tested to optimize yield during the harvesting process?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1063-0195</w:t>
            </w:r>
          </w:p>
        </w:tc>
        <w:tc>
          <w:tcPr>
            <w:tcW w:type="dxa" w:w="2160"/>
          </w:tcPr>
          <w:p>
            <w:r>
              <w:t>Quality Preservation</w:t>
            </w:r>
          </w:p>
        </w:tc>
        <w:tc>
          <w:tcPr>
            <w:tcW w:type="dxa" w:w="2160"/>
          </w:tcPr>
          <w:p>
            <w:r>
              <w:t>What specific measures do you take to preserve the quality of sesame post-harvest, and how do you evaluate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1063-0196</w:t>
            </w:r>
          </w:p>
        </w:tc>
        <w:tc>
          <w:tcPr>
            <w:tcW w:type="dxa" w:w="2160"/>
          </w:tcPr>
          <w:p>
            <w:r>
              <w:t>Labor Practices</w:t>
            </w:r>
          </w:p>
        </w:tc>
        <w:tc>
          <w:tcPr>
            <w:tcW w:type="dxa" w:w="2160"/>
          </w:tcPr>
          <w:p>
            <w:r>
              <w:t>How do you train your labor force in harvesting techniques, and what feedback mechanisms are in place to improve these practices?</w:t>
              <w:br/>
              <w:t>Answer type: Long text + evidence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1063-0197</w:t>
            </w:r>
          </w:p>
        </w:tc>
        <w:tc>
          <w:tcPr>
            <w:tcW w:type="dxa" w:w="2160"/>
          </w:tcPr>
          <w:p>
            <w:r>
              <w:t>Mechanical Harvesting</w:t>
            </w:r>
          </w:p>
        </w:tc>
        <w:tc>
          <w:tcPr>
            <w:tcW w:type="dxa" w:w="2160"/>
          </w:tcPr>
          <w:p>
            <w:r>
              <w:t>What challenges have you faced with mechanical harvesting, and what solutions have you implemented to overcome them?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1063-0198</w:t>
            </w:r>
          </w:p>
        </w:tc>
        <w:tc>
          <w:tcPr>
            <w:tcW w:type="dxa" w:w="2160"/>
          </w:tcPr>
          <w:p>
            <w:r>
              <w:t>Timing of Harvest</w:t>
            </w:r>
          </w:p>
        </w:tc>
        <w:tc>
          <w:tcPr>
            <w:tcW w:type="dxa" w:w="2160"/>
          </w:tcPr>
          <w:p>
            <w:r>
              <w:t>Have you conducted any trials to assess the impact of different harvest timings on yield? If so, what were the findings?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1063-0199</w:t>
            </w:r>
          </w:p>
        </w:tc>
        <w:tc>
          <w:tcPr>
            <w:tcW w:type="dxa" w:w="2160"/>
          </w:tcPr>
          <w:p>
            <w:r>
              <w:t>Post-Harvest Handling</w:t>
            </w:r>
          </w:p>
        </w:tc>
        <w:tc>
          <w:tcPr>
            <w:tcW w:type="dxa" w:w="2160"/>
          </w:tcPr>
          <w:p>
            <w:r>
              <w:t>What technologies do you employ for post-harvest handling, and how do you assess their impact on sesame quality?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1063-0200</w:t>
            </w:r>
          </w:p>
        </w:tc>
        <w:tc>
          <w:tcPr>
            <w:tcW w:type="dxa" w:w="2160"/>
          </w:tcPr>
          <w:p>
            <w:r>
              <w:t>Equipment Calibration</w:t>
            </w:r>
          </w:p>
        </w:tc>
        <w:tc>
          <w:tcPr>
            <w:tcW w:type="dxa" w:w="2160"/>
          </w:tcPr>
          <w:p>
            <w:r>
              <w:t>Can you provide documentation of equipment calibration records and any adjustments made based on those calibrations?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1063-0201</w:t>
            </w:r>
          </w:p>
        </w:tc>
        <w:tc>
          <w:tcPr>
            <w:tcW w:type="dxa" w:w="2160"/>
          </w:tcPr>
          <w:p>
            <w:r>
              <w:t>Yield Optimization</w:t>
            </w:r>
          </w:p>
        </w:tc>
        <w:tc>
          <w:tcPr>
            <w:tcW w:type="dxa" w:w="2160"/>
          </w:tcPr>
          <w:p>
            <w:r>
              <w:t>What metrics do you track to measure yield optimization, and how have they influenced your harvesting practices?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1063-0202</w:t>
            </w:r>
          </w:p>
        </w:tc>
        <w:tc>
          <w:tcPr>
            <w:tcW w:type="dxa" w:w="2160"/>
          </w:tcPr>
          <w:p>
            <w:r>
              <w:t>Quality Preservation</w:t>
            </w:r>
          </w:p>
        </w:tc>
        <w:tc>
          <w:tcPr>
            <w:tcW w:type="dxa" w:w="2160"/>
          </w:tcPr>
          <w:p>
            <w:r>
              <w:t>What specific quality metrics do you measure post-harvest, and how do you use this data to make operational improvements?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1063-0203</w:t>
            </w:r>
          </w:p>
        </w:tc>
        <w:tc>
          <w:tcPr>
            <w:tcW w:type="dxa" w:w="2160"/>
          </w:tcPr>
          <w:p>
            <w:r>
              <w:t>Labor Practices</w:t>
            </w:r>
          </w:p>
        </w:tc>
        <w:tc>
          <w:tcPr>
            <w:tcW w:type="dxa" w:w="2160"/>
          </w:tcPr>
          <w:p>
            <w:r>
              <w:t>What are the safety protocols in place for laborers during the harvesting process, and how are these monitored?</w:t>
              <w:br/>
              <w:t>Answer type: Long text + evidence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1063-0204</w:t>
            </w:r>
          </w:p>
        </w:tc>
        <w:tc>
          <w:tcPr>
            <w:tcW w:type="dxa" w:w="2160"/>
          </w:tcPr>
          <w:p>
            <w:r>
              <w:t>Mechanical Harvesting</w:t>
            </w:r>
          </w:p>
        </w:tc>
        <w:tc>
          <w:tcPr>
            <w:tcW w:type="dxa" w:w="2160"/>
          </w:tcPr>
          <w:p>
            <w:r>
              <w:t>What modifications have you made to your mechanical harvesting equipment to enhance efficiency, and what were the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1063-0205</w:t>
            </w:r>
          </w:p>
        </w:tc>
        <w:tc>
          <w:tcPr>
            <w:tcW w:type="dxa" w:w="2160"/>
          </w:tcPr>
          <w:p>
            <w:r>
              <w:t>Timing of Harvest</w:t>
            </w:r>
          </w:p>
        </w:tc>
        <w:tc>
          <w:tcPr>
            <w:tcW w:type="dxa" w:w="2160"/>
          </w:tcPr>
          <w:p>
            <w:r>
              <w:t>How do environmental conditions influence your decision on harvest timing, and what data do you collect to support these decisions?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1063-0206</w:t>
            </w:r>
          </w:p>
        </w:tc>
        <w:tc>
          <w:tcPr>
            <w:tcW w:type="dxa" w:w="2160"/>
          </w:tcPr>
          <w:p>
            <w:r>
              <w:t>Post-Harvest Handling</w:t>
            </w:r>
          </w:p>
        </w:tc>
        <w:tc>
          <w:tcPr>
            <w:tcW w:type="dxa" w:w="2160"/>
          </w:tcPr>
          <w:p>
            <w:r>
              <w:t>What storage conditions do you maintain post-harvest, and how do you evaluate their effectiveness on sesame quality?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1063-0207</w:t>
            </w:r>
          </w:p>
        </w:tc>
        <w:tc>
          <w:tcPr>
            <w:tcW w:type="dxa" w:w="2160"/>
          </w:tcPr>
          <w:p>
            <w:r>
              <w:t>Equipment Calibration</w:t>
            </w:r>
          </w:p>
        </w:tc>
        <w:tc>
          <w:tcPr>
            <w:tcW w:type="dxa" w:w="2160"/>
          </w:tcPr>
          <w:p>
            <w:r>
              <w:t>What is the frequency of equipment calibration, and how do you ensure compliance with industry standards?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1063-0208</w:t>
            </w:r>
          </w:p>
        </w:tc>
        <w:tc>
          <w:tcPr>
            <w:tcW w:type="dxa" w:w="2160"/>
          </w:tcPr>
          <w:p>
            <w:r>
              <w:t>Yield Optimization</w:t>
            </w:r>
          </w:p>
        </w:tc>
        <w:tc>
          <w:tcPr>
            <w:tcW w:type="dxa" w:w="2160"/>
          </w:tcPr>
          <w:p>
            <w:r>
              <w:t>What specific research or trials have you conducted to identify factors that limit yield during harvesting?</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1063-0209</w:t>
            </w:r>
          </w:p>
        </w:tc>
        <w:tc>
          <w:tcPr>
            <w:tcW w:type="dxa" w:w="2160"/>
          </w:tcPr>
          <w:p>
            <w:r>
              <w:t>Quality Preservation</w:t>
            </w:r>
          </w:p>
        </w:tc>
        <w:tc>
          <w:tcPr>
            <w:tcW w:type="dxa" w:w="2160"/>
          </w:tcPr>
          <w:p>
            <w:r>
              <w:t>What quality control measures do you implement during the post-harvest phase, and how do you document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1063-0210</w:t>
            </w:r>
          </w:p>
        </w:tc>
        <w:tc>
          <w:tcPr>
            <w:tcW w:type="dxa" w:w="2160"/>
          </w:tcPr>
          <w:p>
            <w:r>
              <w:t>Labor Practices</w:t>
            </w:r>
          </w:p>
        </w:tc>
        <w:tc>
          <w:tcPr>
            <w:tcW w:type="dxa" w:w="2160"/>
          </w:tcPr>
          <w:p>
            <w:r>
              <w:t>How do you evaluate the effectiveness of labor practices in the harvesting process, and what changes have resulted from this evaluation?</w:t>
              <w:br/>
              <w:t>Answer type: Long text + evidence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1063-0211</w:t>
            </w:r>
          </w:p>
        </w:tc>
        <w:tc>
          <w:tcPr>
            <w:tcW w:type="dxa" w:w="2160"/>
          </w:tcPr>
          <w:p>
            <w:r>
              <w:t>Efficiency Improvements</w:t>
            </w:r>
          </w:p>
        </w:tc>
        <w:tc>
          <w:tcPr>
            <w:tcW w:type="dxa" w:w="2160"/>
          </w:tcPr>
          <w:p>
            <w:r>
              <w:t>What new harvesting methods were tested to improve efficiency during the tax year?</w:t>
              <w:br/>
              <w:t>Answer type: text</w:t>
              <w:br/>
              <w:t>Trigger: If new methods were tested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1063-0212</w:t>
            </w:r>
          </w:p>
        </w:tc>
        <w:tc>
          <w:tcPr>
            <w:tcW w:type="dxa" w:w="2160"/>
          </w:tcPr>
          <w:p>
            <w:r>
              <w:t>Cost Analysis</w:t>
            </w:r>
          </w:p>
        </w:tc>
        <w:tc>
          <w:tcPr>
            <w:tcW w:type="dxa" w:w="2160"/>
          </w:tcPr>
          <w:p>
            <w:r>
              <w:t>What cost savings were realized from implementing new harvesting methods in the tax year?</w:t>
              <w:br/>
              <w:t>Answer type: text</w:t>
              <w:br/>
              <w:t>Trigger: If cost analysis was performed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1063-0213</w:t>
            </w:r>
          </w:p>
        </w:tc>
        <w:tc>
          <w:tcPr>
            <w:tcW w:type="dxa" w:w="2160"/>
          </w:tcPr>
          <w:p>
            <w:r>
              <w:t>Labor Impact</w:t>
            </w:r>
          </w:p>
        </w:tc>
        <w:tc>
          <w:tcPr>
            <w:tcW w:type="dxa" w:w="2160"/>
          </w:tcPr>
          <w:p>
            <w:r>
              <w:t>How did the new harvesting methods impact labor requirements during the tax year?</w:t>
              <w:br/>
              <w:t>Answer type: text</w:t>
              <w:br/>
              <w:t>Trigger: If labor impact was assessed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PROCESSING-TECHNOLOGIES-SESAME (30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1063-0214</w:t>
            </w:r>
          </w:p>
        </w:tc>
        <w:tc>
          <w:tcPr>
            <w:tcW w:type="dxa" w:w="2160"/>
          </w:tcPr>
          <w:p>
            <w:r>
              <w:t>Cleaning Processes</w:t>
            </w:r>
          </w:p>
        </w:tc>
        <w:tc>
          <w:tcPr>
            <w:tcW w:type="dxa" w:w="2160"/>
          </w:tcPr>
          <w:p>
            <w:r>
              <w:t>What specific cleaning technologies are utilized to remove impurities from sesame seeds prior to processing?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1063-0215</w:t>
            </w:r>
          </w:p>
        </w:tc>
        <w:tc>
          <w:tcPr>
            <w:tcW w:type="dxa" w:w="2160"/>
          </w:tcPr>
          <w:p>
            <w:r>
              <w:t>Cleaning Processes</w:t>
            </w:r>
          </w:p>
        </w:tc>
        <w:tc>
          <w:tcPr>
            <w:tcW w:type="dxa" w:w="2160"/>
          </w:tcPr>
          <w:p>
            <w:r>
              <w:t>Can you detail the experimental methods you have tested for improving the cleaning efficiency of sesame seeds?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1063-0216</w:t>
            </w:r>
          </w:p>
        </w:tc>
        <w:tc>
          <w:tcPr>
            <w:tcW w:type="dxa" w:w="2160"/>
          </w:tcPr>
          <w:p>
            <w:r>
              <w:t>Dehulling Techniques</w:t>
            </w:r>
          </w:p>
        </w:tc>
        <w:tc>
          <w:tcPr>
            <w:tcW w:type="dxa" w:w="2160"/>
          </w:tcPr>
          <w:p>
            <w:r>
              <w:t>What dehulling equipment is used, and what parameters are adjusted to optimize the dehulling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1063-0217</w:t>
            </w:r>
          </w:p>
        </w:tc>
        <w:tc>
          <w:tcPr>
            <w:tcW w:type="dxa" w:w="2160"/>
          </w:tcPr>
          <w:p>
            <w:r>
              <w:t>Dehulling Techniques</w:t>
            </w:r>
          </w:p>
        </w:tc>
        <w:tc>
          <w:tcPr>
            <w:tcW w:type="dxa" w:w="2160"/>
          </w:tcPr>
          <w:p>
            <w:r>
              <w:t>Have you conducted any trials to assess the impact of different dehulling methods on seed quality? If yes, please describe.</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1063-0218</w:t>
            </w:r>
          </w:p>
        </w:tc>
        <w:tc>
          <w:tcPr>
            <w:tcW w:type="dxa" w:w="2160"/>
          </w:tcPr>
          <w:p>
            <w:r>
              <w:t>Grinding Techniques</w:t>
            </w:r>
          </w:p>
        </w:tc>
        <w:tc>
          <w:tcPr>
            <w:tcW w:type="dxa" w:w="2160"/>
          </w:tcPr>
          <w:p>
            <w:r>
              <w:t>What grinding technologies are implemented for sesame seeds, and how do you evaluate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1063-0219</w:t>
            </w:r>
          </w:p>
        </w:tc>
        <w:tc>
          <w:tcPr>
            <w:tcW w:type="dxa" w:w="2160"/>
          </w:tcPr>
          <w:p>
            <w:r>
              <w:t>Grinding Techniques</w:t>
            </w:r>
          </w:p>
        </w:tc>
        <w:tc>
          <w:tcPr>
            <w:tcW w:type="dxa" w:w="2160"/>
          </w:tcPr>
          <w:p>
            <w:r>
              <w:t>What experimental grinding parameters have you tested to enhance the fineness of ground sesame seeds?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1063-0220</w:t>
            </w:r>
          </w:p>
        </w:tc>
        <w:tc>
          <w:tcPr>
            <w:tcW w:type="dxa" w:w="2160"/>
          </w:tcPr>
          <w:p>
            <w:r>
              <w:t>Oil Extraction Methods</w:t>
            </w:r>
          </w:p>
        </w:tc>
        <w:tc>
          <w:tcPr>
            <w:tcW w:type="dxa" w:w="2160"/>
          </w:tcPr>
          <w:p>
            <w:r>
              <w:t>What methods are used for oil extraction from sesame seeds, and how do you determine their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1063-0221</w:t>
            </w:r>
          </w:p>
        </w:tc>
        <w:tc>
          <w:tcPr>
            <w:tcW w:type="dxa" w:w="2160"/>
          </w:tcPr>
          <w:p>
            <w:r>
              <w:t>Oil Extraction Methods</w:t>
            </w:r>
          </w:p>
        </w:tc>
        <w:tc>
          <w:tcPr>
            <w:tcW w:type="dxa" w:w="2160"/>
          </w:tcPr>
          <w:p>
            <w:r>
              <w:t>Can you provide details on any experimental techniques you have explored for improving oil yield from sesame seeds?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1063-0222</w:t>
            </w:r>
          </w:p>
        </w:tc>
        <w:tc>
          <w:tcPr>
            <w:tcW w:type="dxa" w:w="2160"/>
          </w:tcPr>
          <w:p>
            <w:r>
              <w:t>Refining Processes</w:t>
            </w:r>
          </w:p>
        </w:tc>
        <w:tc>
          <w:tcPr>
            <w:tcW w:type="dxa" w:w="2160"/>
          </w:tcPr>
          <w:p>
            <w:r>
              <w:t>What refining processes are applied to sesame oil, and what innovations have you implemented to enhance these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1063-0223</w:t>
            </w:r>
          </w:p>
        </w:tc>
        <w:tc>
          <w:tcPr>
            <w:tcW w:type="dxa" w:w="2160"/>
          </w:tcPr>
          <w:p>
            <w:r>
              <w:t>Refining Processes</w:t>
            </w:r>
          </w:p>
        </w:tc>
        <w:tc>
          <w:tcPr>
            <w:tcW w:type="dxa" w:w="2160"/>
          </w:tcPr>
          <w:p>
            <w:r>
              <w:t>Have you conducted any research on alternative refining methods to improve oil quality? Please describe your findings.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1063-0224</w:t>
            </w:r>
          </w:p>
        </w:tc>
        <w:tc>
          <w:tcPr>
            <w:tcW w:type="dxa" w:w="2160"/>
          </w:tcPr>
          <w:p>
            <w:r>
              <w:t>Quality Control</w:t>
            </w:r>
          </w:p>
        </w:tc>
        <w:tc>
          <w:tcPr>
            <w:tcW w:type="dxa" w:w="2160"/>
          </w:tcPr>
          <w:p>
            <w:r>
              <w:t>What quality control measures are in place for sesame seed processing, and how are they validated?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1063-0225</w:t>
            </w:r>
          </w:p>
        </w:tc>
        <w:tc>
          <w:tcPr>
            <w:tcW w:type="dxa" w:w="2160"/>
          </w:tcPr>
          <w:p>
            <w:r>
              <w:t>Quality Control</w:t>
            </w:r>
          </w:p>
        </w:tc>
        <w:tc>
          <w:tcPr>
            <w:tcW w:type="dxa" w:w="2160"/>
          </w:tcPr>
          <w:p>
            <w:r>
              <w:t>Can you provide examples of any experimental quality control tests you have developed for sesame products?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1063-0226</w:t>
            </w:r>
          </w:p>
        </w:tc>
        <w:tc>
          <w:tcPr>
            <w:tcW w:type="dxa" w:w="2160"/>
          </w:tcPr>
          <w:p>
            <w:r>
              <w:t>Equipment Specifications</w:t>
            </w:r>
          </w:p>
        </w:tc>
        <w:tc>
          <w:tcPr>
            <w:tcW w:type="dxa" w:w="2160"/>
          </w:tcPr>
          <w:p>
            <w:r>
              <w:t>What specifications are critical for the equipment used in sesame seed processing, and how do you determine these specifications?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1063-0227</w:t>
            </w:r>
          </w:p>
        </w:tc>
        <w:tc>
          <w:tcPr>
            <w:tcW w:type="dxa" w:w="2160"/>
          </w:tcPr>
          <w:p>
            <w:r>
              <w:t>Equipment Specifications</w:t>
            </w:r>
          </w:p>
        </w:tc>
        <w:tc>
          <w:tcPr>
            <w:tcW w:type="dxa" w:w="2160"/>
          </w:tcPr>
          <w:p>
            <w:r>
              <w:t>Have you modified any processing equipment for better performance? If so, please describe the modifications and their impact.</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1063-0228</w:t>
            </w:r>
          </w:p>
        </w:tc>
        <w:tc>
          <w:tcPr>
            <w:tcW w:type="dxa" w:w="2160"/>
          </w:tcPr>
          <w:p>
            <w:r>
              <w:t>Waste Management</w:t>
            </w:r>
          </w:p>
        </w:tc>
        <w:tc>
          <w:tcPr>
            <w:tcW w:type="dxa" w:w="2160"/>
          </w:tcPr>
          <w:p>
            <w:r>
              <w:t>What waste management practices are implemented during sesame processing, and how are they monitored for effectiveness?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1063-0229</w:t>
            </w:r>
          </w:p>
        </w:tc>
        <w:tc>
          <w:tcPr>
            <w:tcW w:type="dxa" w:w="2160"/>
          </w:tcPr>
          <w:p>
            <w:r>
              <w:t>Waste Management</w:t>
            </w:r>
          </w:p>
        </w:tc>
        <w:tc>
          <w:tcPr>
            <w:tcW w:type="dxa" w:w="2160"/>
          </w:tcPr>
          <w:p>
            <w:r>
              <w:t>Have you explored any innovative waste reduction techniques in your sesame processing operations? Please provide details.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1063-0230</w:t>
            </w:r>
          </w:p>
        </w:tc>
        <w:tc>
          <w:tcPr>
            <w:tcW w:type="dxa" w:w="2160"/>
          </w:tcPr>
          <w:p>
            <w:r>
              <w:t>Process Optimization</w:t>
            </w:r>
          </w:p>
        </w:tc>
        <w:tc>
          <w:tcPr>
            <w:tcW w:type="dxa" w:w="2160"/>
          </w:tcPr>
          <w:p>
            <w:r>
              <w:t>What specific process optimization techniques have been implemented to enhance sesame processing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1063-0231</w:t>
            </w:r>
          </w:p>
        </w:tc>
        <w:tc>
          <w:tcPr>
            <w:tcW w:type="dxa" w:w="2160"/>
          </w:tcPr>
          <w:p>
            <w:r>
              <w:t>Process Optimization</w:t>
            </w:r>
          </w:p>
        </w:tc>
        <w:tc>
          <w:tcPr>
            <w:tcW w:type="dxa" w:w="2160"/>
          </w:tcPr>
          <w:p>
            <w:r>
              <w:t>Can you describe any trials conducted to assess the impact of process changes on overall yield?</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1063-0232</w:t>
            </w:r>
          </w:p>
        </w:tc>
        <w:tc>
          <w:tcPr>
            <w:tcW w:type="dxa" w:w="2160"/>
          </w:tcPr>
          <w:p>
            <w:r>
              <w:t>Regulatory Compliance</w:t>
            </w:r>
          </w:p>
        </w:tc>
        <w:tc>
          <w:tcPr>
            <w:tcW w:type="dxa" w:w="2160"/>
          </w:tcPr>
          <w:p>
            <w:r>
              <w:t>What regulatory standards govern your sesame processing operations, and how do you ensure compliance?</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1063-0233</w:t>
            </w:r>
          </w:p>
        </w:tc>
        <w:tc>
          <w:tcPr>
            <w:tcW w:type="dxa" w:w="2160"/>
          </w:tcPr>
          <w:p>
            <w:r>
              <w:t>Regulatory Compliance</w:t>
            </w:r>
          </w:p>
        </w:tc>
        <w:tc>
          <w:tcPr>
            <w:tcW w:type="dxa" w:w="2160"/>
          </w:tcPr>
          <w:p>
            <w:r>
              <w:t>Have you implemented any changes in response to regulatory updates in sesame processing? Please describe.</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1063-0234</w:t>
            </w:r>
          </w:p>
        </w:tc>
        <w:tc>
          <w:tcPr>
            <w:tcW w:type="dxa" w:w="2160"/>
          </w:tcPr>
          <w:p>
            <w:r>
              <w:t>Research and Development</w:t>
            </w:r>
          </w:p>
        </w:tc>
        <w:tc>
          <w:tcPr>
            <w:tcW w:type="dxa" w:w="2160"/>
          </w:tcPr>
          <w:p>
            <w:r>
              <w:t>What R&amp;D initiatives have been undertaken to improve sesame processing technologies, and what were the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1063-0235</w:t>
            </w:r>
          </w:p>
        </w:tc>
        <w:tc>
          <w:tcPr>
            <w:tcW w:type="dxa" w:w="2160"/>
          </w:tcPr>
          <w:p>
            <w:r>
              <w:t>Research and Development</w:t>
            </w:r>
          </w:p>
        </w:tc>
        <w:tc>
          <w:tcPr>
            <w:tcW w:type="dxa" w:w="2160"/>
          </w:tcPr>
          <w:p>
            <w:r>
              <w:t>Can you detail any partnerships with research institutions aimed at advancing sesame processing methods?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1063-0236</w:t>
            </w:r>
          </w:p>
        </w:tc>
        <w:tc>
          <w:tcPr>
            <w:tcW w:type="dxa" w:w="2160"/>
          </w:tcPr>
          <w:p>
            <w:r>
              <w:t>Innovation Tracking</w:t>
            </w:r>
          </w:p>
        </w:tc>
        <w:tc>
          <w:tcPr>
            <w:tcW w:type="dxa" w:w="2160"/>
          </w:tcPr>
          <w:p>
            <w:r>
              <w:t>How do you track innovations in sesame processing, and what metrics do you use to assess their impact?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1063-0237</w:t>
            </w:r>
          </w:p>
        </w:tc>
        <w:tc>
          <w:tcPr>
            <w:tcW w:type="dxa" w:w="2160"/>
          </w:tcPr>
          <w:p>
            <w:r>
              <w:t>Innovation Tracking</w:t>
            </w:r>
          </w:p>
        </w:tc>
        <w:tc>
          <w:tcPr>
            <w:tcW w:type="dxa" w:w="2160"/>
          </w:tcPr>
          <w:p>
            <w:r>
              <w:t>Have you documented any significant innovations in sesame processing over the past year? Please provide examples.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1063-0238</w:t>
            </w:r>
          </w:p>
        </w:tc>
        <w:tc>
          <w:tcPr>
            <w:tcW w:type="dxa" w:w="2160"/>
          </w:tcPr>
          <w:p>
            <w:r>
              <w:t>Technology Adoption</w:t>
            </w:r>
          </w:p>
        </w:tc>
        <w:tc>
          <w:tcPr>
            <w:tcW w:type="dxa" w:w="2160"/>
          </w:tcPr>
          <w:p>
            <w:r>
              <w:t>What new processing technologies were adopted for sesame during the tax year?</w:t>
              <w:br/>
              <w:t>Answer type: text</w:t>
              <w:br/>
              <w:t>Trigger: If new technologies were adopted</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1063-0239</w:t>
            </w:r>
          </w:p>
        </w:tc>
        <w:tc>
          <w:tcPr>
            <w:tcW w:type="dxa" w:w="2160"/>
          </w:tcPr>
          <w:p>
            <w:r>
              <w:t>Quality Improvements</w:t>
            </w:r>
          </w:p>
        </w:tc>
        <w:tc>
          <w:tcPr>
            <w:tcW w:type="dxa" w:w="2160"/>
          </w:tcPr>
          <w:p>
            <w:r>
              <w:t>How did the new processing technologies improve the quality of the sesame products?</w:t>
              <w:br/>
              <w:t>Answer type: text</w:t>
              <w:br/>
              <w:t>Trigger: If quality improvements were observed</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1063-0240</w:t>
            </w:r>
          </w:p>
        </w:tc>
        <w:tc>
          <w:tcPr>
            <w:tcW w:type="dxa" w:w="2160"/>
          </w:tcPr>
          <w:p>
            <w:r>
              <w:t>Scalability</w:t>
            </w:r>
          </w:p>
        </w:tc>
        <w:tc>
          <w:tcPr>
            <w:tcW w:type="dxa" w:w="2160"/>
          </w:tcPr>
          <w:p>
            <w:r>
              <w:t>What scalability considerations were taken into account when implementing new processing technologies?</w:t>
              <w:br/>
              <w:t>Answer type: text</w:t>
              <w:br/>
              <w:t>Trigger: If scalability was considered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1063-0241</w:t>
            </w:r>
          </w:p>
        </w:tc>
        <w:tc>
          <w:tcPr>
            <w:tcW w:type="dxa" w:w="2160"/>
          </w:tcPr>
          <w:p>
            <w:r>
              <w:t>Regulatory Compliance</w:t>
            </w:r>
          </w:p>
        </w:tc>
        <w:tc>
          <w:tcPr>
            <w:tcW w:type="dxa" w:w="2160"/>
          </w:tcPr>
          <w:p>
            <w:r>
              <w:t>How did the new processing technologies ensure compliance with food safety regulations?</w:t>
              <w:br/>
              <w:t>Answer type: text</w:t>
              <w:br/>
              <w:t>Trigger: If compliance was assessed</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1063-0242</w:t>
            </w:r>
          </w:p>
        </w:tc>
        <w:tc>
          <w:tcPr>
            <w:tcW w:type="dxa" w:w="2160"/>
          </w:tcPr>
          <w:p>
            <w:r>
              <w:t>Research Collaboration</w:t>
            </w:r>
          </w:p>
        </w:tc>
        <w:tc>
          <w:tcPr>
            <w:tcW w:type="dxa" w:w="2160"/>
          </w:tcPr>
          <w:p>
            <w:r>
              <w:t>Were any research collaborations established to develop new processing technologies during the tax year?</w:t>
              <w:br/>
              <w:t>Answer type: text</w:t>
              <w:br/>
              <w:t>Trigger: If collaborations were established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1063-0243</w:t>
            </w:r>
          </w:p>
        </w:tc>
        <w:tc>
          <w:tcPr>
            <w:tcW w:type="dxa" w:w="2160"/>
          </w:tcPr>
          <w:p>
            <w:r>
              <w:t>Performance Metrics</w:t>
            </w:r>
          </w:p>
        </w:tc>
        <w:tc>
          <w:tcPr>
            <w:tcW w:type="dxa" w:w="2160"/>
          </w:tcPr>
          <w:p>
            <w:r>
              <w:t>What performance metrics were used to evaluate the effectiveness of the new processing technologies?</w:t>
              <w:br/>
              <w:t>Answer type: text</w:t>
              <w:br/>
              <w:t>Trigger: If metrics were used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QUALITY-CONTROL-TESTING (29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1063-0244</w:t>
            </w:r>
          </w:p>
        </w:tc>
        <w:tc>
          <w:tcPr>
            <w:tcW w:type="dxa" w:w="2160"/>
          </w:tcPr>
          <w:p>
            <w:r>
              <w:t>Lab Testing</w:t>
            </w:r>
          </w:p>
        </w:tc>
        <w:tc>
          <w:tcPr>
            <w:tcW w:type="dxa" w:w="2160"/>
          </w:tcPr>
          <w:p>
            <w:r>
              <w:t>What specific lab tests are conducted on sesame seeds to assess their quality before processing?</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1063-0245</w:t>
            </w:r>
          </w:p>
        </w:tc>
        <w:tc>
          <w:tcPr>
            <w:tcW w:type="dxa" w:w="2160"/>
          </w:tcPr>
          <w:p>
            <w:r>
              <w:t>Lab Testing</w:t>
            </w:r>
          </w:p>
        </w:tc>
        <w:tc>
          <w:tcPr>
            <w:tcW w:type="dxa" w:w="2160"/>
          </w:tcPr>
          <w:p>
            <w:r>
              <w:t>How frequently are lab tests performed on sesame products throughout the production process?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1063-0246</w:t>
            </w:r>
          </w:p>
        </w:tc>
        <w:tc>
          <w:tcPr>
            <w:tcW w:type="dxa" w:w="2160"/>
          </w:tcPr>
          <w:p>
            <w:r>
              <w:t>Sensory Evaluation</w:t>
            </w:r>
          </w:p>
        </w:tc>
        <w:tc>
          <w:tcPr>
            <w:tcW w:type="dxa" w:w="2160"/>
          </w:tcPr>
          <w:p>
            <w:r>
              <w:t>What sensory evaluation methods are employed to assess the taste and aroma of sesame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1063-0247</w:t>
            </w:r>
          </w:p>
        </w:tc>
        <w:tc>
          <w:tcPr>
            <w:tcW w:type="dxa" w:w="2160"/>
          </w:tcPr>
          <w:p>
            <w:r>
              <w:t>Chemical Analysis</w:t>
            </w:r>
          </w:p>
        </w:tc>
        <w:tc>
          <w:tcPr>
            <w:tcW w:type="dxa" w:w="2160"/>
          </w:tcPr>
          <w:p>
            <w:r>
              <w:t>What specific chemical analyses are conducted to determine the oil content and fatty acid profile of sesame seeds?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1063-0248</w:t>
            </w:r>
          </w:p>
        </w:tc>
        <w:tc>
          <w:tcPr>
            <w:tcW w:type="dxa" w:w="2160"/>
          </w:tcPr>
          <w:p>
            <w:r>
              <w:t>Microbial Testing</w:t>
            </w:r>
          </w:p>
        </w:tc>
        <w:tc>
          <w:tcPr>
            <w:tcW w:type="dxa" w:w="2160"/>
          </w:tcPr>
          <w:p>
            <w:r>
              <w:t>What microbial tests are performed to ensure the safety of sesame products?</w:t>
              <w:br/>
              <w:t>Answer type: Multi-select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1063-0249</w:t>
            </w:r>
          </w:p>
        </w:tc>
        <w:tc>
          <w:tcPr>
            <w:tcW w:type="dxa" w:w="2160"/>
          </w:tcPr>
          <w:p>
            <w:r>
              <w:t>Traceability Systems</w:t>
            </w:r>
          </w:p>
        </w:tc>
        <w:tc>
          <w:tcPr>
            <w:tcW w:type="dxa" w:w="2160"/>
          </w:tcPr>
          <w:p>
            <w:r>
              <w:t>How is traceability maintained for sesame products from farm to final product?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1063-0250</w:t>
            </w:r>
          </w:p>
        </w:tc>
        <w:tc>
          <w:tcPr>
            <w:tcW w:type="dxa" w:w="2160"/>
          </w:tcPr>
          <w:p>
            <w:r>
              <w:t>Certification Standards</w:t>
            </w:r>
          </w:p>
        </w:tc>
        <w:tc>
          <w:tcPr>
            <w:tcW w:type="dxa" w:w="2160"/>
          </w:tcPr>
          <w:p>
            <w:r>
              <w:t>What certification standards (e.g., organic, non-GMO) does your sesame production adhere to?</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1063-0251</w:t>
            </w:r>
          </w:p>
        </w:tc>
        <w:tc>
          <w:tcPr>
            <w:tcW w:type="dxa" w:w="2160"/>
          </w:tcPr>
          <w:p>
            <w:r>
              <w:t>Quality Assurance</w:t>
            </w:r>
          </w:p>
        </w:tc>
        <w:tc>
          <w:tcPr>
            <w:tcW w:type="dxa" w:w="2160"/>
          </w:tcPr>
          <w:p>
            <w:r>
              <w:t>What quality assurance protocols are in place to monitor sesame product quality throughout the production cycle?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1063-0252</w:t>
            </w:r>
          </w:p>
        </w:tc>
        <w:tc>
          <w:tcPr>
            <w:tcW w:type="dxa" w:w="2160"/>
          </w:tcPr>
          <w:p>
            <w:r>
              <w:t>Regulatory Compliance</w:t>
            </w:r>
          </w:p>
        </w:tc>
        <w:tc>
          <w:tcPr>
            <w:tcW w:type="dxa" w:w="2160"/>
          </w:tcPr>
          <w:p>
            <w:r>
              <w:t>What regulatory compliance measures are implemented to meet food safety standards for sesame products?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1063-0253</w:t>
            </w:r>
          </w:p>
        </w:tc>
        <w:tc>
          <w:tcPr>
            <w:tcW w:type="dxa" w:w="2160"/>
          </w:tcPr>
          <w:p>
            <w:r>
              <w:t>Lab Testing</w:t>
            </w:r>
          </w:p>
        </w:tc>
        <w:tc>
          <w:tcPr>
            <w:tcW w:type="dxa" w:w="2160"/>
          </w:tcPr>
          <w:p>
            <w:r>
              <w:t xml:space="preserve">Are there any third-party labs involved in the testing of sesame products? If yes, please specify the tests performed. </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1063-0254</w:t>
            </w:r>
          </w:p>
        </w:tc>
        <w:tc>
          <w:tcPr>
            <w:tcW w:type="dxa" w:w="2160"/>
          </w:tcPr>
          <w:p>
            <w:r>
              <w:t>Sensory Evaluation</w:t>
            </w:r>
          </w:p>
        </w:tc>
        <w:tc>
          <w:tcPr>
            <w:tcW w:type="dxa" w:w="2160"/>
          </w:tcPr>
          <w:p>
            <w:r>
              <w:t>How are sensory evaluation results documented and used to improve sesame product quality?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1063-0255</w:t>
            </w:r>
          </w:p>
        </w:tc>
        <w:tc>
          <w:tcPr>
            <w:tcW w:type="dxa" w:w="2160"/>
          </w:tcPr>
          <w:p>
            <w:r>
              <w:t>Chemical Analysis</w:t>
            </w:r>
          </w:p>
        </w:tc>
        <w:tc>
          <w:tcPr>
            <w:tcW w:type="dxa" w:w="2160"/>
          </w:tcPr>
          <w:p>
            <w:r>
              <w:t>What are the acceptable ranges for chemical analysis results for sesame seeds?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1063-0256</w:t>
            </w:r>
          </w:p>
        </w:tc>
        <w:tc>
          <w:tcPr>
            <w:tcW w:type="dxa" w:w="2160"/>
          </w:tcPr>
          <w:p>
            <w:r>
              <w:t>Microbial Testing</w:t>
            </w:r>
          </w:p>
        </w:tc>
        <w:tc>
          <w:tcPr>
            <w:tcW w:type="dxa" w:w="2160"/>
          </w:tcPr>
          <w:p>
            <w:r>
              <w:t>What specific pathogens are tested for in sesame products and what are the action levels?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1063-0257</w:t>
            </w:r>
          </w:p>
        </w:tc>
        <w:tc>
          <w:tcPr>
            <w:tcW w:type="dxa" w:w="2160"/>
          </w:tcPr>
          <w:p>
            <w:r>
              <w:t>Traceability Systems</w:t>
            </w:r>
          </w:p>
        </w:tc>
        <w:tc>
          <w:tcPr>
            <w:tcW w:type="dxa" w:w="2160"/>
          </w:tcPr>
          <w:p>
            <w:r>
              <w:t>What technology or systems are used to ensure traceability of sesame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1063-0258</w:t>
            </w:r>
          </w:p>
        </w:tc>
        <w:tc>
          <w:tcPr>
            <w:tcW w:type="dxa" w:w="2160"/>
          </w:tcPr>
          <w:p>
            <w:r>
              <w:t>Certification Standards</w:t>
            </w:r>
          </w:p>
        </w:tc>
        <w:tc>
          <w:tcPr>
            <w:tcW w:type="dxa" w:w="2160"/>
          </w:tcPr>
          <w:p>
            <w:r>
              <w:t>How often are certification standards reviewed and updated in your sesame production process?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1063-0259</w:t>
            </w:r>
          </w:p>
        </w:tc>
        <w:tc>
          <w:tcPr>
            <w:tcW w:type="dxa" w:w="2160"/>
          </w:tcPr>
          <w:p>
            <w:r>
              <w:t>Quality Assurance</w:t>
            </w:r>
          </w:p>
        </w:tc>
        <w:tc>
          <w:tcPr>
            <w:tcW w:type="dxa" w:w="2160"/>
          </w:tcPr>
          <w:p>
            <w:r>
              <w:t>What corrective actions are taken when quality assurance tests indicate a failure?</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1063-0260</w:t>
            </w:r>
          </w:p>
        </w:tc>
        <w:tc>
          <w:tcPr>
            <w:tcW w:type="dxa" w:w="2160"/>
          </w:tcPr>
          <w:p>
            <w:r>
              <w:t>Regulatory Compliance</w:t>
            </w:r>
          </w:p>
        </w:tc>
        <w:tc>
          <w:tcPr>
            <w:tcW w:type="dxa" w:w="2160"/>
          </w:tcPr>
          <w:p>
            <w:r>
              <w:t>What training do employees receive regarding regulatory compliance for sesame product quality?</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1063-0261</w:t>
            </w:r>
          </w:p>
        </w:tc>
        <w:tc>
          <w:tcPr>
            <w:tcW w:type="dxa" w:w="2160"/>
          </w:tcPr>
          <w:p>
            <w:r>
              <w:t>Lab Testing</w:t>
            </w:r>
          </w:p>
        </w:tc>
        <w:tc>
          <w:tcPr>
            <w:tcW w:type="dxa" w:w="2160"/>
          </w:tcPr>
          <w:p>
            <w:r>
              <w:t>What equipment is used for lab testing of sesame products and how often is it calibrated?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1063-0262</w:t>
            </w:r>
          </w:p>
        </w:tc>
        <w:tc>
          <w:tcPr>
            <w:tcW w:type="dxa" w:w="2160"/>
          </w:tcPr>
          <w:p>
            <w:r>
              <w:t>Sensory Evaluation</w:t>
            </w:r>
          </w:p>
        </w:tc>
        <w:tc>
          <w:tcPr>
            <w:tcW w:type="dxa" w:w="2160"/>
          </w:tcPr>
          <w:p>
            <w:r>
              <w:t>How are sensory evaluation panels selected and trained for sesame product testing?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1063-0263</w:t>
            </w:r>
          </w:p>
        </w:tc>
        <w:tc>
          <w:tcPr>
            <w:tcW w:type="dxa" w:w="2160"/>
          </w:tcPr>
          <w:p>
            <w:r>
              <w:t>Chemical Analysis</w:t>
            </w:r>
          </w:p>
        </w:tc>
        <w:tc>
          <w:tcPr>
            <w:tcW w:type="dxa" w:w="2160"/>
          </w:tcPr>
          <w:p>
            <w:r>
              <w:t>What are the consequences of failing a chemical analysis test on sesame products?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1063-0264</w:t>
            </w:r>
          </w:p>
        </w:tc>
        <w:tc>
          <w:tcPr>
            <w:tcW w:type="dxa" w:w="2160"/>
          </w:tcPr>
          <w:p>
            <w:r>
              <w:t>Microbial Testing</w:t>
            </w:r>
          </w:p>
        </w:tc>
        <w:tc>
          <w:tcPr>
            <w:tcW w:type="dxa" w:w="2160"/>
          </w:tcPr>
          <w:p>
            <w:r>
              <w:t>How are microbial test results communicated within the organization and to regulatory bodies?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1063-0265</w:t>
            </w:r>
          </w:p>
        </w:tc>
        <w:tc>
          <w:tcPr>
            <w:tcW w:type="dxa" w:w="2160"/>
          </w:tcPr>
          <w:p>
            <w:r>
              <w:t>Traceability Systems</w:t>
            </w:r>
          </w:p>
        </w:tc>
        <w:tc>
          <w:tcPr>
            <w:tcW w:type="dxa" w:w="2160"/>
          </w:tcPr>
          <w:p>
            <w:r>
              <w:t>What records are maintained to support traceability of sesame products during quality control?</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1063-0266</w:t>
            </w:r>
          </w:p>
        </w:tc>
        <w:tc>
          <w:tcPr>
            <w:tcW w:type="dxa" w:w="2160"/>
          </w:tcPr>
          <w:p>
            <w:r>
              <w:t>Certification Standards</w:t>
            </w:r>
          </w:p>
        </w:tc>
        <w:tc>
          <w:tcPr>
            <w:tcW w:type="dxa" w:w="2160"/>
          </w:tcPr>
          <w:p>
            <w:r>
              <w:t>What is the process for obtaining and maintaining certification for sesame product quality?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1063-0267</w:t>
            </w:r>
          </w:p>
        </w:tc>
        <w:tc>
          <w:tcPr>
            <w:tcW w:type="dxa" w:w="2160"/>
          </w:tcPr>
          <w:p>
            <w:r>
              <w:t>Quality Assurance</w:t>
            </w:r>
          </w:p>
        </w:tc>
        <w:tc>
          <w:tcPr>
            <w:tcW w:type="dxa" w:w="2160"/>
          </w:tcPr>
          <w:p>
            <w:r>
              <w:t>How do you measure the effectiveness of your quality assurance programs for sesame products?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1063-0268</w:t>
            </w:r>
          </w:p>
        </w:tc>
        <w:tc>
          <w:tcPr>
            <w:tcW w:type="dxa" w:w="2160"/>
          </w:tcPr>
          <w:p>
            <w:r>
              <w:t>Regulatory Compliance</w:t>
            </w:r>
          </w:p>
        </w:tc>
        <w:tc>
          <w:tcPr>
            <w:tcW w:type="dxa" w:w="2160"/>
          </w:tcPr>
          <w:p>
            <w:r>
              <w:t>What audits are conducted to ensure compliance with food safety regulations for sesame products?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1063-0269</w:t>
            </w:r>
          </w:p>
        </w:tc>
        <w:tc>
          <w:tcPr>
            <w:tcW w:type="dxa" w:w="2160"/>
          </w:tcPr>
          <w:p>
            <w:r>
              <w:t>Testing Protocols</w:t>
            </w:r>
          </w:p>
        </w:tc>
        <w:tc>
          <w:tcPr>
            <w:tcW w:type="dxa" w:w="2160"/>
          </w:tcPr>
          <w:p>
            <w:r>
              <w:t>What new quality control testing protocols were implemented during the tax year?</w:t>
              <w:br/>
              <w:t>Answer type: text</w:t>
              <w:br/>
              <w:t>Trigger: If new protocols were implemented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1063-0270</w:t>
            </w:r>
          </w:p>
        </w:tc>
        <w:tc>
          <w:tcPr>
            <w:tcW w:type="dxa" w:w="2160"/>
          </w:tcPr>
          <w:p>
            <w:r>
              <w:t>Failure Analysis</w:t>
            </w:r>
          </w:p>
        </w:tc>
        <w:tc>
          <w:tcPr>
            <w:tcW w:type="dxa" w:w="2160"/>
          </w:tcPr>
          <w:p>
            <w:r>
              <w:t>How were failures in quality control testing addressed and rectified?</w:t>
              <w:br/>
              <w:t>Answer type: text</w:t>
              <w:br/>
              <w:t>Trigger: If failures occurred</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1063-0271</w:t>
            </w:r>
          </w:p>
        </w:tc>
        <w:tc>
          <w:tcPr>
            <w:tcW w:type="dxa" w:w="2160"/>
          </w:tcPr>
          <w:p>
            <w:r>
              <w:t>Impact Assessment</w:t>
            </w:r>
          </w:p>
        </w:tc>
        <w:tc>
          <w:tcPr>
            <w:tcW w:type="dxa" w:w="2160"/>
          </w:tcPr>
          <w:p>
            <w:r>
              <w:t>What impact did the quality control testing have on the overall product quality?</w:t>
              <w:br/>
              <w:t>Answer type: text</w:t>
              <w:br/>
              <w:t>Trigger: If impact was assessed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1063-0272</w:t>
            </w:r>
          </w:p>
        </w:tc>
        <w:tc>
          <w:tcPr>
            <w:tcW w:type="dxa" w:w="2160"/>
          </w:tcPr>
          <w:p>
            <w:r>
              <w:t>Documentation</w:t>
            </w:r>
          </w:p>
        </w:tc>
        <w:tc>
          <w:tcPr>
            <w:tcW w:type="dxa" w:w="2160"/>
          </w:tcPr>
          <w:p>
            <w:r>
              <w:t>Can you provide documentation of the quality control testing results for the tax year?</w:t>
              <w:br/>
              <w:t>Answer type: file</w:t>
              <w:br/>
              <w:t>Trigger: If testing was performed</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PACKAGING-TRACEABILITY-SYSTEMS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1063-0273</w:t>
            </w:r>
          </w:p>
        </w:tc>
        <w:tc>
          <w:tcPr>
            <w:tcW w:type="dxa" w:w="2160"/>
          </w:tcPr>
          <w:p>
            <w:r>
              <w:t>Packaging Materials</w:t>
            </w:r>
          </w:p>
        </w:tc>
        <w:tc>
          <w:tcPr>
            <w:tcW w:type="dxa" w:w="2160"/>
          </w:tcPr>
          <w:p>
            <w:r>
              <w:t>What new materials have you tested for packaging your sesame products in 2025, and what were the specific objectives of these tests?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1063-0274</w:t>
            </w:r>
          </w:p>
        </w:tc>
        <w:tc>
          <w:tcPr>
            <w:tcW w:type="dxa" w:w="2160"/>
          </w:tcPr>
          <w:p>
            <w:r>
              <w:t>Labeling Requirements</w:t>
            </w:r>
          </w:p>
        </w:tc>
        <w:tc>
          <w:tcPr>
            <w:tcW w:type="dxa" w:w="2160"/>
          </w:tcPr>
          <w:p>
            <w:r>
              <w:t>Can you describe any changes made to the labeling of your sesame products in 2025 to meet new regulatory standards?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1063-0275</w:t>
            </w:r>
          </w:p>
        </w:tc>
        <w:tc>
          <w:tcPr>
            <w:tcW w:type="dxa" w:w="2160"/>
          </w:tcPr>
          <w:p>
            <w:r>
              <w:t>Traceability Software</w:t>
            </w:r>
          </w:p>
        </w:tc>
        <w:tc>
          <w:tcPr>
            <w:tcW w:type="dxa" w:w="2160"/>
          </w:tcPr>
          <w:p>
            <w:r>
              <w:t>What new features or functionalities have you implemented in your traceability software for sesame products in 2025, and what challenges did you face during implementation?</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1063-0276</w:t>
            </w:r>
          </w:p>
        </w:tc>
        <w:tc>
          <w:tcPr>
            <w:tcW w:type="dxa" w:w="2160"/>
          </w:tcPr>
          <w:p>
            <w:r>
              <w:t>Supply Chain Management</w:t>
            </w:r>
          </w:p>
        </w:tc>
        <w:tc>
          <w:tcPr>
            <w:tcW w:type="dxa" w:w="2160"/>
          </w:tcPr>
          <w:p>
            <w:r>
              <w:t>How have you modified your supply chain processes in 2025 to improve traceability of sesame products, and what specific metrics are you using to measure success?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1063-0277</w:t>
            </w:r>
          </w:p>
        </w:tc>
        <w:tc>
          <w:tcPr>
            <w:tcW w:type="dxa" w:w="2160"/>
          </w:tcPr>
          <w:p>
            <w:r>
              <w:t>Sustainability Practices</w:t>
            </w:r>
          </w:p>
        </w:tc>
        <w:tc>
          <w:tcPr>
            <w:tcW w:type="dxa" w:w="2160"/>
          </w:tcPr>
          <w:p>
            <w:r>
              <w:t>What experimental methods have you employed in 2025 to reduce the environmental impact of your packaging materials for sesame products?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1063-0278</w:t>
            </w:r>
          </w:p>
        </w:tc>
        <w:tc>
          <w:tcPr>
            <w:tcW w:type="dxa" w:w="2160"/>
          </w:tcPr>
          <w:p>
            <w:r>
              <w:t>Consumer Transparency</w:t>
            </w:r>
          </w:p>
        </w:tc>
        <w:tc>
          <w:tcPr>
            <w:tcW w:type="dxa" w:w="2160"/>
          </w:tcPr>
          <w:p>
            <w:r>
              <w:t>What new initiatives have you launched in 2025 to enhance consumer transparency regarding the sourcing and packaging of your sesame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1063-0279</w:t>
            </w:r>
          </w:p>
        </w:tc>
        <w:tc>
          <w:tcPr>
            <w:tcW w:type="dxa" w:w="2160"/>
          </w:tcPr>
          <w:p>
            <w:r>
              <w:t>Regulatory Standards</w:t>
            </w:r>
          </w:p>
        </w:tc>
        <w:tc>
          <w:tcPr>
            <w:tcW w:type="dxa" w:w="2160"/>
          </w:tcPr>
          <w:p>
            <w:r>
              <w:t>What specific regulatory changes affecting packaging and traceability of sesame products did you adapt to in 2025, and how did you ensure compliance?</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1063-0280</w:t>
            </w:r>
          </w:p>
        </w:tc>
        <w:tc>
          <w:tcPr>
            <w:tcW w:type="dxa" w:w="2160"/>
          </w:tcPr>
          <w:p>
            <w:r>
              <w:t>Waste Reduction</w:t>
            </w:r>
          </w:p>
        </w:tc>
        <w:tc>
          <w:tcPr>
            <w:tcW w:type="dxa" w:w="2160"/>
          </w:tcPr>
          <w:p>
            <w:r>
              <w:t>What experimental strategies have you implemented in 2025 to minimize waste generated from packaging materials for sesame products?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1063-0281</w:t>
            </w:r>
          </w:p>
        </w:tc>
        <w:tc>
          <w:tcPr>
            <w:tcW w:type="dxa" w:w="2160"/>
          </w:tcPr>
          <w:p>
            <w:r>
              <w:t>Packaging Materials</w:t>
            </w:r>
          </w:p>
        </w:tc>
        <w:tc>
          <w:tcPr>
            <w:tcW w:type="dxa" w:w="2160"/>
          </w:tcPr>
          <w:p>
            <w:r>
              <w:t>What testing protocols did you develop in 2025 to evaluate the performance of new packaging materials for sesame products?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1063-0282</w:t>
            </w:r>
          </w:p>
        </w:tc>
        <w:tc>
          <w:tcPr>
            <w:tcW w:type="dxa" w:w="2160"/>
          </w:tcPr>
          <w:p>
            <w:r>
              <w:t>Labeling Requirements</w:t>
            </w:r>
          </w:p>
        </w:tc>
        <w:tc>
          <w:tcPr>
            <w:tcW w:type="dxa" w:w="2160"/>
          </w:tcPr>
          <w:p>
            <w:r>
              <w:t>How have you addressed any consumer feedback on labeling clarity for your sesame products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1063-0283</w:t>
            </w:r>
          </w:p>
        </w:tc>
        <w:tc>
          <w:tcPr>
            <w:tcW w:type="dxa" w:w="2160"/>
          </w:tcPr>
          <w:p>
            <w:r>
              <w:t>Traceability Software</w:t>
            </w:r>
          </w:p>
        </w:tc>
        <w:tc>
          <w:tcPr>
            <w:tcW w:type="dxa" w:w="2160"/>
          </w:tcPr>
          <w:p>
            <w:r>
              <w:t>What specific data points have you integrated into your traceability software in 2025 to enhance tracking of sesame products throughout the supply chain?</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1063-0284</w:t>
            </w:r>
          </w:p>
        </w:tc>
        <w:tc>
          <w:tcPr>
            <w:tcW w:type="dxa" w:w="2160"/>
          </w:tcPr>
          <w:p>
            <w:r>
              <w:t>Supply Chain Management</w:t>
            </w:r>
          </w:p>
        </w:tc>
        <w:tc>
          <w:tcPr>
            <w:tcW w:type="dxa" w:w="2160"/>
          </w:tcPr>
          <w:p>
            <w:r>
              <w:t>What challenges did you encounter in 2025 when sourcing sustainable packaging materials for sesame products, and how did you address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1063-0285</w:t>
            </w:r>
          </w:p>
        </w:tc>
        <w:tc>
          <w:tcPr>
            <w:tcW w:type="dxa" w:w="2160"/>
          </w:tcPr>
          <w:p>
            <w:r>
              <w:t>Sustainability Practices</w:t>
            </w:r>
          </w:p>
        </w:tc>
        <w:tc>
          <w:tcPr>
            <w:tcW w:type="dxa" w:w="2160"/>
          </w:tcPr>
          <w:p>
            <w:r>
              <w:t>How have you measured the effectiveness of sustainability practices implemented in your packaging processes for sesame products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1063-0286</w:t>
            </w:r>
          </w:p>
        </w:tc>
        <w:tc>
          <w:tcPr>
            <w:tcW w:type="dxa" w:w="2160"/>
          </w:tcPr>
          <w:p>
            <w:r>
              <w:t>Consumer Transparency</w:t>
            </w:r>
          </w:p>
        </w:tc>
        <w:tc>
          <w:tcPr>
            <w:tcW w:type="dxa" w:w="2160"/>
          </w:tcPr>
          <w:p>
            <w:r>
              <w:t>What specific information about the sourcing of your sesame products is now included on packaging labels in 2025 to improve consumer trust?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1063-0287</w:t>
            </w:r>
          </w:p>
        </w:tc>
        <w:tc>
          <w:tcPr>
            <w:tcW w:type="dxa" w:w="2160"/>
          </w:tcPr>
          <w:p>
            <w:r>
              <w:t>Regulatory Standards</w:t>
            </w:r>
          </w:p>
        </w:tc>
        <w:tc>
          <w:tcPr>
            <w:tcW w:type="dxa" w:w="2160"/>
          </w:tcPr>
          <w:p>
            <w:r>
              <w:t>What internal audits have you conducted in 2025 to ensure compliance with updated packaging regulations for sesame products?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1063-0288</w:t>
            </w:r>
          </w:p>
        </w:tc>
        <w:tc>
          <w:tcPr>
            <w:tcW w:type="dxa" w:w="2160"/>
          </w:tcPr>
          <w:p>
            <w:r>
              <w:t>Waste Reduction</w:t>
            </w:r>
          </w:p>
        </w:tc>
        <w:tc>
          <w:tcPr>
            <w:tcW w:type="dxa" w:w="2160"/>
          </w:tcPr>
          <w:p>
            <w:r>
              <w:t>What quantitative targets have you set for waste reduction in your packaging processes for sesame products in 2025, and how are you tracking progress?</w:t>
              <w:br/>
              <w:t>Answer type: Integer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1063-0289</w:t>
            </w:r>
          </w:p>
        </w:tc>
        <w:tc>
          <w:tcPr>
            <w:tcW w:type="dxa" w:w="2160"/>
          </w:tcPr>
          <w:p>
            <w:r>
              <w:t>Packaging Materials</w:t>
            </w:r>
          </w:p>
        </w:tc>
        <w:tc>
          <w:tcPr>
            <w:tcW w:type="dxa" w:w="2160"/>
          </w:tcPr>
          <w:p>
            <w:r>
              <w:t>What innovations in packaging design have you explored in 2025 that could potentially enhance the shelf life of sesame 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1063-0290</w:t>
            </w:r>
          </w:p>
        </w:tc>
        <w:tc>
          <w:tcPr>
            <w:tcW w:type="dxa" w:w="2160"/>
          </w:tcPr>
          <w:p>
            <w:r>
              <w:t>Labeling Requirements</w:t>
            </w:r>
          </w:p>
        </w:tc>
        <w:tc>
          <w:tcPr>
            <w:tcW w:type="dxa" w:w="2160"/>
          </w:tcPr>
          <w:p>
            <w:r>
              <w:t>How do you ensure that all labeling on sesame products is compliant with both federal and state regulations in 2025?</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1063-0291</w:t>
            </w:r>
          </w:p>
        </w:tc>
        <w:tc>
          <w:tcPr>
            <w:tcW w:type="dxa" w:w="2160"/>
          </w:tcPr>
          <w:p>
            <w:r>
              <w:t>Traceability Software</w:t>
            </w:r>
          </w:p>
        </w:tc>
        <w:tc>
          <w:tcPr>
            <w:tcW w:type="dxa" w:w="2160"/>
          </w:tcPr>
          <w:p>
            <w:r>
              <w:t>What specific improvements have been made to the user interface of your traceability software in 2025 to facilitate better user experience for tracking sesame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1063-0292</w:t>
            </w:r>
          </w:p>
        </w:tc>
        <w:tc>
          <w:tcPr>
            <w:tcW w:type="dxa" w:w="2160"/>
          </w:tcPr>
          <w:p>
            <w:r>
              <w:t>System Implementation</w:t>
            </w:r>
          </w:p>
        </w:tc>
        <w:tc>
          <w:tcPr>
            <w:tcW w:type="dxa" w:w="2160"/>
          </w:tcPr>
          <w:p>
            <w:r>
              <w:t>What new packaging traceability systems were implemented during the tax year?</w:t>
              <w:br/>
              <w:t>Answer type: text</w:t>
              <w:br/>
              <w:t>Trigger: If new systems were implemented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1063-0293</w:t>
            </w:r>
          </w:p>
        </w:tc>
        <w:tc>
          <w:tcPr>
            <w:tcW w:type="dxa" w:w="2160"/>
          </w:tcPr>
          <w:p>
            <w:r>
              <w:t>Data Management</w:t>
            </w:r>
          </w:p>
        </w:tc>
        <w:tc>
          <w:tcPr>
            <w:tcW w:type="dxa" w:w="2160"/>
          </w:tcPr>
          <w:p>
            <w:r>
              <w:t>How was data managed and tracked within the new packaging traceability systems?</w:t>
              <w:br/>
              <w:t>Answer type: text</w:t>
              <w:br/>
              <w:t>Trigger: If data management was assessed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1063-0294</w:t>
            </w:r>
          </w:p>
        </w:tc>
        <w:tc>
          <w:tcPr>
            <w:tcW w:type="dxa" w:w="2160"/>
          </w:tcPr>
          <w:p>
            <w:r>
              <w:t>Compliance</w:t>
            </w:r>
          </w:p>
        </w:tc>
        <w:tc>
          <w:tcPr>
            <w:tcW w:type="dxa" w:w="2160"/>
          </w:tcPr>
          <w:p>
            <w:r>
              <w:t>How do the new packaging traceability systems ensure compliance with regulatory requirements?</w:t>
              <w:br/>
              <w:t>Answer type: text</w:t>
              <w:br/>
              <w:t>Trigger: If compliance was assessed</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REGULATORY-COMPLIANCE-FOOD-SAFETY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1063-0295</w:t>
            </w:r>
          </w:p>
        </w:tc>
        <w:tc>
          <w:tcPr>
            <w:tcW w:type="dxa" w:w="2160"/>
          </w:tcPr>
          <w:p>
            <w:r>
              <w:t>FDA Regulations</w:t>
            </w:r>
          </w:p>
        </w:tc>
        <w:tc>
          <w:tcPr>
            <w:tcW w:type="dxa" w:w="2160"/>
          </w:tcPr>
          <w:p>
            <w:r>
              <w:t>What specific FDA regulations apply to the planting, harvesting, and processing of sesame seeds on your farm?</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1063-0296</w:t>
            </w:r>
          </w:p>
        </w:tc>
        <w:tc>
          <w:tcPr>
            <w:tcW w:type="dxa" w:w="2160"/>
          </w:tcPr>
          <w:p>
            <w:r>
              <w:t>USDA Guidelines</w:t>
            </w:r>
          </w:p>
        </w:tc>
        <w:tc>
          <w:tcPr>
            <w:tcW w:type="dxa" w:w="2160"/>
          </w:tcPr>
          <w:p>
            <w:r>
              <w:t>How do you ensure compliance with USDA guidelines for organic certification in your sesame farming practices?</w:t>
              <w:br/>
              <w:t>Answer type: Long text</w:t>
              <w:br/>
              <w:t>Trigger: Always</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1063-0297</w:t>
            </w:r>
          </w:p>
        </w:tc>
        <w:tc>
          <w:tcPr>
            <w:tcW w:type="dxa" w:w="2160"/>
          </w:tcPr>
          <w:p>
            <w:r>
              <w:t>State-Specific Requirements</w:t>
            </w:r>
          </w:p>
        </w:tc>
        <w:tc>
          <w:tcPr>
            <w:tcW w:type="dxa" w:w="2160"/>
          </w:tcPr>
          <w:p>
            <w:r>
              <w:t>What state-specific agricultural regulations do you follow for sesame farming, and how do they differ from federal requirements?</w:t>
              <w:br/>
              <w:t>Answer type: Long text</w:t>
              <w:br/>
              <w:t>Trigger: Always</w:t>
              <w:br/>
              <w:t>Required: No</w:t>
              <w:br/>
              <w:t>Risk: Medium</w:t>
            </w:r>
          </w:p>
        </w:tc>
        <w:tc>
          <w:tcPr>
            <w:tcW w:type="dxa" w:w="2160"/>
          </w:tcPr>
          <w:p>
            <w:r>
              <w:t>Primary authority: State Agricultural Department</w:t>
              <w:br/>
              <w:t>Response: ___________________________</w:t>
              <w:br/>
              <w:t>Evidence: ___________________________</w:t>
              <w:br/>
              <w:t>Reviewer conclusion: ___________________________</w:t>
            </w:r>
          </w:p>
        </w:tc>
      </w:tr>
      <w:tr>
        <w:tc>
          <w:tcPr>
            <w:tcW w:type="dxa" w:w="2160"/>
          </w:tcPr>
          <w:p>
            <w:r>
              <w:t>1063-0298</w:t>
            </w:r>
          </w:p>
        </w:tc>
        <w:tc>
          <w:tcPr>
            <w:tcW w:type="dxa" w:w="2160"/>
          </w:tcPr>
          <w:p>
            <w:r>
              <w:t>Food Safety Audits</w:t>
            </w:r>
          </w:p>
        </w:tc>
        <w:tc>
          <w:tcPr>
            <w:tcW w:type="dxa" w:w="2160"/>
          </w:tcPr>
          <w:p>
            <w:r>
              <w:t>When was your last food safety audit conducted, and what were the key findings related to sesame processing?</w:t>
              <w:br/>
              <w:t>Answer type: Date range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1063-0299</w:t>
            </w:r>
          </w:p>
        </w:tc>
        <w:tc>
          <w:tcPr>
            <w:tcW w:type="dxa" w:w="2160"/>
          </w:tcPr>
          <w:p>
            <w:r>
              <w:t>Labeling Laws</w:t>
            </w:r>
          </w:p>
        </w:tc>
        <w:tc>
          <w:tcPr>
            <w:tcW w:type="dxa" w:w="2160"/>
          </w:tcPr>
          <w:p>
            <w:r>
              <w:t>What labeling laws do you adhere to when marketing your sesame products, and how do you ensure compliance?</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1063-0300</w:t>
            </w:r>
          </w:p>
        </w:tc>
        <w:tc>
          <w:tcPr>
            <w:tcW w:type="dxa" w:w="2160"/>
          </w:tcPr>
          <w:p>
            <w:r>
              <w:t>Organic Certification</w:t>
            </w:r>
          </w:p>
        </w:tc>
        <w:tc>
          <w:tcPr>
            <w:tcW w:type="dxa" w:w="2160"/>
          </w:tcPr>
          <w:p>
            <w:r>
              <w:t>What steps have you taken to obtain organic certification for your sesame crops, and what challenges have you faced?</w:t>
              <w:br/>
              <w:t>Answer type: Long text</w:t>
              <w:br/>
              <w:t>Trigger: Always</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1063-0301</w:t>
            </w:r>
          </w:p>
        </w:tc>
        <w:tc>
          <w:tcPr>
            <w:tcW w:type="dxa" w:w="2160"/>
          </w:tcPr>
          <w:p>
            <w:r>
              <w:t>Sustainability Standards</w:t>
            </w:r>
          </w:p>
        </w:tc>
        <w:tc>
          <w:tcPr>
            <w:tcW w:type="dxa" w:w="2160"/>
          </w:tcPr>
          <w:p>
            <w:r>
              <w:t>What sustainability standards do you implement in your sesame farming practices, and how do you measure their effectiveness?</w:t>
              <w:br/>
              <w:t>Answer type: Long text</w:t>
              <w:br/>
              <w:t>Trigger: Always</w:t>
              <w:br/>
              <w:t>Required: No</w:t>
              <w:br/>
              <w:t>Risk: Medium</w:t>
            </w:r>
          </w:p>
        </w:tc>
        <w:tc>
          <w:tcPr>
            <w:tcW w:type="dxa" w:w="2160"/>
          </w:tcPr>
          <w:p>
            <w:r>
              <w:t>Primary authority: Sustainable Agriculture Standards</w:t>
              <w:br/>
              <w:t>Response: ___________________________</w:t>
              <w:br/>
              <w:t>Evidence: ___________________________</w:t>
              <w:br/>
              <w:t>Reviewer conclusion: ___________________________</w:t>
            </w:r>
          </w:p>
        </w:tc>
      </w:tr>
      <w:tr>
        <w:tc>
          <w:tcPr>
            <w:tcW w:type="dxa" w:w="2160"/>
          </w:tcPr>
          <w:p>
            <w:r>
              <w:t>1063-0302</w:t>
            </w:r>
          </w:p>
        </w:tc>
        <w:tc>
          <w:tcPr>
            <w:tcW w:type="dxa" w:w="2160"/>
          </w:tcPr>
          <w:p>
            <w:r>
              <w:t>Import/Export Regulations</w:t>
            </w:r>
          </w:p>
        </w:tc>
        <w:tc>
          <w:tcPr>
            <w:tcW w:type="dxa" w:w="2160"/>
          </w:tcPr>
          <w:p>
            <w:r>
              <w:t>What import/export regulations do you comply with when shipping sesame products internationally, and how do you stay updated on changes?</w:t>
              <w:br/>
              <w:t>Answer type: Long text</w:t>
              <w:br/>
              <w:t>Trigger: Always</w:t>
              <w:br/>
              <w:t>Required: No</w:t>
              <w:br/>
              <w:t>Risk: High</w:t>
            </w:r>
          </w:p>
        </w:tc>
        <w:tc>
          <w:tcPr>
            <w:tcW w:type="dxa" w:w="2160"/>
          </w:tcPr>
          <w:p>
            <w:r>
              <w:t>Primary authority: U.S. Customs and Border Protection</w:t>
              <w:br/>
              <w:t>Response: ___________________________</w:t>
              <w:br/>
              <w:t>Evidence: ___________________________</w:t>
              <w:br/>
              <w:t>Reviewer conclusion: ___________________________</w:t>
            </w:r>
          </w:p>
        </w:tc>
      </w:tr>
      <w:tr>
        <w:tc>
          <w:tcPr>
            <w:tcW w:type="dxa" w:w="2160"/>
          </w:tcPr>
          <w:p>
            <w:r>
              <w:t>1063-0303</w:t>
            </w:r>
          </w:p>
        </w:tc>
        <w:tc>
          <w:tcPr>
            <w:tcW w:type="dxa" w:w="2160"/>
          </w:tcPr>
          <w:p>
            <w:r>
              <w:t>FDA Regulations</w:t>
            </w:r>
          </w:p>
        </w:tc>
        <w:tc>
          <w:tcPr>
            <w:tcW w:type="dxa" w:w="2160"/>
          </w:tcPr>
          <w:p>
            <w:r>
              <w:t>Can you provide documentation of compliance with FDA food safety management systems for your sesame processing operations?</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1063-0304</w:t>
            </w:r>
          </w:p>
        </w:tc>
        <w:tc>
          <w:tcPr>
            <w:tcW w:type="dxa" w:w="2160"/>
          </w:tcPr>
          <w:p>
            <w:r>
              <w:t>USDA Guidelines</w:t>
            </w:r>
          </w:p>
        </w:tc>
        <w:tc>
          <w:tcPr>
            <w:tcW w:type="dxa" w:w="2160"/>
          </w:tcPr>
          <w:p>
            <w:r>
              <w:t>How do you document adherence to USDA guidelines for pest management in your sesame farming?</w:t>
              <w:br/>
              <w:t>Answer type: Long text + evidence</w:t>
              <w:br/>
              <w:t>Trigger: Always</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1063-0305</w:t>
            </w:r>
          </w:p>
        </w:tc>
        <w:tc>
          <w:tcPr>
            <w:tcW w:type="dxa" w:w="2160"/>
          </w:tcPr>
          <w:p>
            <w:r>
              <w:t>State-Specific Requirements</w:t>
            </w:r>
          </w:p>
        </w:tc>
        <w:tc>
          <w:tcPr>
            <w:tcW w:type="dxa" w:w="2160"/>
          </w:tcPr>
          <w:p>
            <w:r>
              <w:t>What specific state regulations govern the use of pesticides in sesame farming on your property?</w:t>
              <w:br/>
              <w:t>Answer type: Long text</w:t>
              <w:br/>
              <w:t>Trigger: Always</w:t>
              <w:br/>
              <w:t>Required: No</w:t>
              <w:br/>
              <w:t>Risk: Medium</w:t>
            </w:r>
          </w:p>
        </w:tc>
        <w:tc>
          <w:tcPr>
            <w:tcW w:type="dxa" w:w="2160"/>
          </w:tcPr>
          <w:p>
            <w:r>
              <w:t>Primary authority: State Agricultural Department</w:t>
              <w:br/>
              <w:t>Response: ___________________________</w:t>
              <w:br/>
              <w:t>Evidence: ___________________________</w:t>
              <w:br/>
              <w:t>Reviewer conclusion: ___________________________</w:t>
            </w:r>
          </w:p>
        </w:tc>
      </w:tr>
      <w:tr>
        <w:tc>
          <w:tcPr>
            <w:tcW w:type="dxa" w:w="2160"/>
          </w:tcPr>
          <w:p>
            <w:r>
              <w:t>1063-0306</w:t>
            </w:r>
          </w:p>
        </w:tc>
        <w:tc>
          <w:tcPr>
            <w:tcW w:type="dxa" w:w="2160"/>
          </w:tcPr>
          <w:p>
            <w:r>
              <w:t>Food Safety Audits</w:t>
            </w:r>
          </w:p>
        </w:tc>
        <w:tc>
          <w:tcPr>
            <w:tcW w:type="dxa" w:w="2160"/>
          </w:tcPr>
          <w:p>
            <w:r>
              <w:t>How often do you conduct internal food safety audits for your sesame processing facility?</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1063-0307</w:t>
            </w:r>
          </w:p>
        </w:tc>
        <w:tc>
          <w:tcPr>
            <w:tcW w:type="dxa" w:w="2160"/>
          </w:tcPr>
          <w:p>
            <w:r>
              <w:t>Labeling Laws</w:t>
            </w:r>
          </w:p>
        </w:tc>
        <w:tc>
          <w:tcPr>
            <w:tcW w:type="dxa" w:w="2160"/>
          </w:tcPr>
          <w:p>
            <w:r>
              <w:t>What specific information do you include on labels for your sesame products to comply with federal and state laws?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1063-0308</w:t>
            </w:r>
          </w:p>
        </w:tc>
        <w:tc>
          <w:tcPr>
            <w:tcW w:type="dxa" w:w="2160"/>
          </w:tcPr>
          <w:p>
            <w:r>
              <w:t>Organic Certification</w:t>
            </w:r>
          </w:p>
        </w:tc>
        <w:tc>
          <w:tcPr>
            <w:tcW w:type="dxa" w:w="2160"/>
          </w:tcPr>
          <w:p>
            <w:r>
              <w:t>What records do you maintain to demonstrate compliance with organic certification requirements for sesame production?</w:t>
              <w:br/>
              <w:t>Answer type: Long text + evidence</w:t>
              <w:br/>
              <w:t>Trigger: Always</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1063-0309</w:t>
            </w:r>
          </w:p>
        </w:tc>
        <w:tc>
          <w:tcPr>
            <w:tcW w:type="dxa" w:w="2160"/>
          </w:tcPr>
          <w:p>
            <w:r>
              <w:t>Sustainability Standards</w:t>
            </w:r>
          </w:p>
        </w:tc>
        <w:tc>
          <w:tcPr>
            <w:tcW w:type="dxa" w:w="2160"/>
          </w:tcPr>
          <w:p>
            <w:r>
              <w:t>What metrics do you track to evaluate the sustainability of your sesame farming practices?</w:t>
              <w:br/>
              <w:t>Answer type: Long text</w:t>
              <w:br/>
              <w:t>Trigger: Always</w:t>
              <w:br/>
              <w:t>Required: No</w:t>
              <w:br/>
              <w:t>Risk: Medium</w:t>
            </w:r>
          </w:p>
        </w:tc>
        <w:tc>
          <w:tcPr>
            <w:tcW w:type="dxa" w:w="2160"/>
          </w:tcPr>
          <w:p>
            <w:r>
              <w:t>Primary authority: Sustainable Agriculture Standards</w:t>
              <w:br/>
              <w:t>Response: ___________________________</w:t>
              <w:br/>
              <w:t>Evidence: ___________________________</w:t>
              <w:br/>
              <w:t>Reviewer conclusion: ___________________________</w:t>
            </w:r>
          </w:p>
        </w:tc>
      </w:tr>
      <w:tr>
        <w:tc>
          <w:tcPr>
            <w:tcW w:type="dxa" w:w="2160"/>
          </w:tcPr>
          <w:p>
            <w:r>
              <w:t>1063-0310</w:t>
            </w:r>
          </w:p>
        </w:tc>
        <w:tc>
          <w:tcPr>
            <w:tcW w:type="dxa" w:w="2160"/>
          </w:tcPr>
          <w:p>
            <w:r>
              <w:t>Import/Export Regulations</w:t>
            </w:r>
          </w:p>
        </w:tc>
        <w:tc>
          <w:tcPr>
            <w:tcW w:type="dxa" w:w="2160"/>
          </w:tcPr>
          <w:p>
            <w:r>
              <w:t>What documentation do you require for sesame products exported to ensure compliance with international regulations?</w:t>
              <w:br/>
              <w:t>Answer type: Long text + evidence</w:t>
              <w:br/>
              <w:t>Trigger: Always</w:t>
              <w:br/>
              <w:t>Required: No</w:t>
              <w:br/>
              <w:t>Risk: High</w:t>
            </w:r>
          </w:p>
        </w:tc>
        <w:tc>
          <w:tcPr>
            <w:tcW w:type="dxa" w:w="2160"/>
          </w:tcPr>
          <w:p>
            <w:r>
              <w:t>Primary authority: U.S. Customs and Border Protection</w:t>
              <w:br/>
              <w:t>Response: ___________________________</w:t>
              <w:br/>
              <w:t>Evidence: ___________________________</w:t>
              <w:br/>
              <w:t>Reviewer conclusion: ___________________________</w:t>
            </w:r>
          </w:p>
        </w:tc>
      </w:tr>
      <w:tr>
        <w:tc>
          <w:tcPr>
            <w:tcW w:type="dxa" w:w="2160"/>
          </w:tcPr>
          <w:p>
            <w:r>
              <w:t>1063-0311</w:t>
            </w:r>
          </w:p>
        </w:tc>
        <w:tc>
          <w:tcPr>
            <w:tcW w:type="dxa" w:w="2160"/>
          </w:tcPr>
          <w:p>
            <w:r>
              <w:t>FDA Regulations</w:t>
            </w:r>
          </w:p>
        </w:tc>
        <w:tc>
          <w:tcPr>
            <w:tcW w:type="dxa" w:w="2160"/>
          </w:tcPr>
          <w:p>
            <w:r>
              <w:t>Have you implemented a Hazard Analysis Critical Control Point (HACCP) plan for your sesame processing, and can you provide details?</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1063-0312</w:t>
            </w:r>
          </w:p>
        </w:tc>
        <w:tc>
          <w:tcPr>
            <w:tcW w:type="dxa" w:w="2160"/>
          </w:tcPr>
          <w:p>
            <w:r>
              <w:t>USDA Guidelines</w:t>
            </w:r>
          </w:p>
        </w:tc>
        <w:tc>
          <w:tcPr>
            <w:tcW w:type="dxa" w:w="2160"/>
          </w:tcPr>
          <w:p>
            <w:r>
              <w:t>What training do your employees receive regarding USDA guidelines for organic sesame farming?</w:t>
              <w:br/>
              <w:t>Answer type: Long text</w:t>
              <w:br/>
              <w:t>Trigger: Always</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1063-0313</w:t>
            </w:r>
          </w:p>
        </w:tc>
        <w:tc>
          <w:tcPr>
            <w:tcW w:type="dxa" w:w="2160"/>
          </w:tcPr>
          <w:p>
            <w:r>
              <w:t>State-Specific Requirements</w:t>
            </w:r>
          </w:p>
        </w:tc>
        <w:tc>
          <w:tcPr>
            <w:tcW w:type="dxa" w:w="2160"/>
          </w:tcPr>
          <w:p>
            <w:r>
              <w:t>What are the specific state requirements for reporting food safety incidents related to sesame products?</w:t>
              <w:br/>
              <w:t>Answer type: Long text</w:t>
              <w:br/>
              <w:t>Trigger: Always</w:t>
              <w:br/>
              <w:t>Required: No</w:t>
              <w:br/>
              <w:t>Risk: High</w:t>
            </w:r>
          </w:p>
        </w:tc>
        <w:tc>
          <w:tcPr>
            <w:tcW w:type="dxa" w:w="2160"/>
          </w:tcPr>
          <w:p>
            <w:r>
              <w:t>Primary authority: State Health Department</w:t>
              <w:br/>
              <w:t>Response: ___________________________</w:t>
              <w:br/>
              <w:t>Evidence: ___________________________</w:t>
              <w:br/>
              <w:t>Reviewer conclusion: ___________________________</w:t>
            </w:r>
          </w:p>
        </w:tc>
      </w:tr>
      <w:tr>
        <w:tc>
          <w:tcPr>
            <w:tcW w:type="dxa" w:w="2160"/>
          </w:tcPr>
          <w:p>
            <w:r>
              <w:t>1063-0314</w:t>
            </w:r>
          </w:p>
        </w:tc>
        <w:tc>
          <w:tcPr>
            <w:tcW w:type="dxa" w:w="2160"/>
          </w:tcPr>
          <w:p>
            <w:r>
              <w:t>Food Safety Audits</w:t>
            </w:r>
          </w:p>
        </w:tc>
        <w:tc>
          <w:tcPr>
            <w:tcW w:type="dxa" w:w="2160"/>
          </w:tcPr>
          <w:p>
            <w:r>
              <w:t>What corrective actions have you taken based on the findings of your last food safety audit?</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1063-0315</w:t>
            </w:r>
          </w:p>
        </w:tc>
        <w:tc>
          <w:tcPr>
            <w:tcW w:type="dxa" w:w="2160"/>
          </w:tcPr>
          <w:p>
            <w:r>
              <w:t>Labeling Laws</w:t>
            </w:r>
          </w:p>
        </w:tc>
        <w:tc>
          <w:tcPr>
            <w:tcW w:type="dxa" w:w="2160"/>
          </w:tcPr>
          <w:p>
            <w:r>
              <w:t>How do you ensure that your sesame product labels are compliant with both FDA and state labeling laws?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1063-0316</w:t>
            </w:r>
          </w:p>
        </w:tc>
        <w:tc>
          <w:tcPr>
            <w:tcW w:type="dxa" w:w="2160"/>
          </w:tcPr>
          <w:p>
            <w:r>
              <w:t>Organic Certification</w:t>
            </w:r>
          </w:p>
        </w:tc>
        <w:tc>
          <w:tcPr>
            <w:tcW w:type="dxa" w:w="2160"/>
          </w:tcPr>
          <w:p>
            <w:r>
              <w:t>What challenges have you encountered in maintaining organic certification for your sesame crops?</w:t>
              <w:br/>
              <w:t>Answer type: Long text</w:t>
              <w:br/>
              <w:t>Trigger: Always</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1063-0317</w:t>
            </w:r>
          </w:p>
        </w:tc>
        <w:tc>
          <w:tcPr>
            <w:tcW w:type="dxa" w:w="2160"/>
          </w:tcPr>
          <w:p>
            <w:r>
              <w:t>Sustainability Standards</w:t>
            </w:r>
          </w:p>
        </w:tc>
        <w:tc>
          <w:tcPr>
            <w:tcW w:type="dxa" w:w="2160"/>
          </w:tcPr>
          <w:p>
            <w:r>
              <w:t>How do you integrate sustainability practices into your sesame farming operations?</w:t>
              <w:br/>
              <w:t>Answer type: Long text</w:t>
              <w:br/>
              <w:t>Trigger: Always</w:t>
              <w:br/>
              <w:t>Required: No</w:t>
              <w:br/>
              <w:t>Risk: Medium</w:t>
            </w:r>
          </w:p>
        </w:tc>
        <w:tc>
          <w:tcPr>
            <w:tcW w:type="dxa" w:w="2160"/>
          </w:tcPr>
          <w:p>
            <w:r>
              <w:t>Primary authority: Sustainable Agriculture Standards</w:t>
              <w:br/>
              <w:t>Response: ___________________________</w:t>
              <w:br/>
              <w:t>Evidence: ___________________________</w:t>
              <w:br/>
              <w:t>Reviewer conclusion: ___________________________</w:t>
            </w:r>
          </w:p>
        </w:tc>
      </w:tr>
      <w:tr>
        <w:tc>
          <w:tcPr>
            <w:tcW w:type="dxa" w:w="2160"/>
          </w:tcPr>
          <w:p>
            <w:r>
              <w:t>1063-0318</w:t>
            </w:r>
          </w:p>
        </w:tc>
        <w:tc>
          <w:tcPr>
            <w:tcW w:type="dxa" w:w="2160"/>
          </w:tcPr>
          <w:p>
            <w:r>
              <w:t>Import/Export Regulations</w:t>
            </w:r>
          </w:p>
        </w:tc>
        <w:tc>
          <w:tcPr>
            <w:tcW w:type="dxa" w:w="2160"/>
          </w:tcPr>
          <w:p>
            <w:r>
              <w:t>What challenges have you faced in complying with import/export regulations for sesame products?</w:t>
              <w:br/>
              <w:t>Answer type: Long text</w:t>
              <w:br/>
              <w:t>Trigger: Always</w:t>
              <w:br/>
              <w:t>Required: No</w:t>
              <w:br/>
              <w:t>Risk: High</w:t>
            </w:r>
          </w:p>
        </w:tc>
        <w:tc>
          <w:tcPr>
            <w:tcW w:type="dxa" w:w="2160"/>
          </w:tcPr>
          <w:p>
            <w:r>
              <w:t>Primary authority: U.S. Customs and Border Protection</w:t>
              <w:br/>
              <w:t>Response: ___________________________</w:t>
              <w:br/>
              <w:t>Evidence: ___________________________</w:t>
              <w:br/>
              <w:t>Reviewer conclusion: ___________________________</w:t>
            </w:r>
          </w:p>
        </w:tc>
      </w:tr>
      <w:tr>
        <w:tc>
          <w:tcPr>
            <w:tcW w:type="dxa" w:w="2160"/>
          </w:tcPr>
          <w:p>
            <w:r>
              <w:t>1063-0319</w:t>
            </w:r>
          </w:p>
        </w:tc>
        <w:tc>
          <w:tcPr>
            <w:tcW w:type="dxa" w:w="2160"/>
          </w:tcPr>
          <w:p>
            <w:r>
              <w:t>Compliance Measures</w:t>
            </w:r>
          </w:p>
        </w:tc>
        <w:tc>
          <w:tcPr>
            <w:tcW w:type="dxa" w:w="2160"/>
          </w:tcPr>
          <w:p>
            <w:r>
              <w:t>What specific measures were taken to ensure compliance with food safety regulations during the tax year?</w:t>
              <w:br/>
              <w:t>Answer type: text</w:t>
              <w:br/>
              <w:t>Trigger: If compliance measures were taken</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1063-0320</w:t>
            </w:r>
          </w:p>
        </w:tc>
        <w:tc>
          <w:tcPr>
            <w:tcW w:type="dxa" w:w="2160"/>
          </w:tcPr>
          <w:p>
            <w:r>
              <w:t>Training Programs</w:t>
            </w:r>
          </w:p>
        </w:tc>
        <w:tc>
          <w:tcPr>
            <w:tcW w:type="dxa" w:w="2160"/>
          </w:tcPr>
          <w:p>
            <w:r>
              <w:t>Were any training programs implemented to educate staff on food safety compliance?</w:t>
              <w:br/>
              <w:t>Answer type: text</w:t>
              <w:br/>
              <w:t>Trigger: If training programs were implemented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1063-0321</w:t>
            </w:r>
          </w:p>
        </w:tc>
        <w:tc>
          <w:tcPr>
            <w:tcW w:type="dxa" w:w="2160"/>
          </w:tcPr>
          <w:p>
            <w:r>
              <w:t>Audit Results</w:t>
            </w:r>
          </w:p>
        </w:tc>
        <w:tc>
          <w:tcPr>
            <w:tcW w:type="dxa" w:w="2160"/>
          </w:tcPr>
          <w:p>
            <w:r>
              <w:t>What were the results of any food safety audits conducted during the tax year?</w:t>
              <w:br/>
              <w:t>Answer type: text</w:t>
              <w:br/>
              <w:t>Trigger: If audits were conducted</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1063-0322</w:t>
            </w:r>
          </w:p>
        </w:tc>
        <w:tc>
          <w:tcPr>
            <w:tcW w:type="dxa" w:w="2160"/>
          </w:tcPr>
          <w:p>
            <w:r>
              <w:t>Documentation</w:t>
            </w:r>
          </w:p>
        </w:tc>
        <w:tc>
          <w:tcPr>
            <w:tcW w:type="dxa" w:w="2160"/>
          </w:tcPr>
          <w:p>
            <w:r>
              <w:t>Can you provide documentation demonstrating compliance with food safety regulations?</w:t>
              <w:br/>
              <w:t>Answer type: file</w:t>
              <w:br/>
              <w:t>Trigger: If compliance documentation exists</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SUSTAINABILITY-PRACTICES-SESAME (29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1063-0323</w:t>
            </w:r>
          </w:p>
        </w:tc>
        <w:tc>
          <w:tcPr>
            <w:tcW w:type="dxa" w:w="2160"/>
          </w:tcPr>
          <w:p>
            <w:r>
              <w:t>Water Conservation</w:t>
            </w:r>
          </w:p>
        </w:tc>
        <w:tc>
          <w:tcPr>
            <w:tcW w:type="dxa" w:w="2160"/>
          </w:tcPr>
          <w:p>
            <w:r>
              <w:t>What specific water conservation techniques have you implemented in your sesame farming operations, and how do you measure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1063-0324</w:t>
            </w:r>
          </w:p>
        </w:tc>
        <w:tc>
          <w:tcPr>
            <w:tcW w:type="dxa" w:w="2160"/>
          </w:tcPr>
          <w:p>
            <w:r>
              <w:t>Soil Management</w:t>
            </w:r>
          </w:p>
        </w:tc>
        <w:tc>
          <w:tcPr>
            <w:tcW w:type="dxa" w:w="2160"/>
          </w:tcPr>
          <w:p>
            <w:r>
              <w:t>Can you describe any innovative soil management practices you have adopted to improve soil health and fertility in your sesame fields?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1063-0325</w:t>
            </w:r>
          </w:p>
        </w:tc>
        <w:tc>
          <w:tcPr>
            <w:tcW w:type="dxa" w:w="2160"/>
          </w:tcPr>
          <w:p>
            <w:r>
              <w:t>Crop Diversity</w:t>
            </w:r>
          </w:p>
        </w:tc>
        <w:tc>
          <w:tcPr>
            <w:tcW w:type="dxa" w:w="2160"/>
          </w:tcPr>
          <w:p>
            <w:r>
              <w:t>What crop rotation or intercropping strategies do you utilize to enhance biodiversity and sustainability in your sesame farming?</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1063-0326</w:t>
            </w:r>
          </w:p>
        </w:tc>
        <w:tc>
          <w:tcPr>
            <w:tcW w:type="dxa" w:w="2160"/>
          </w:tcPr>
          <w:p>
            <w:r>
              <w:t>Energy Efficiency</w:t>
            </w:r>
          </w:p>
        </w:tc>
        <w:tc>
          <w:tcPr>
            <w:tcW w:type="dxa" w:w="2160"/>
          </w:tcPr>
          <w:p>
            <w:r>
              <w:t>What energy-efficient technologies or practices have you implemented in your sesame processing facilities to reduce energy consumption?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1063-0327</w:t>
            </w:r>
          </w:p>
        </w:tc>
        <w:tc>
          <w:tcPr>
            <w:tcW w:type="dxa" w:w="2160"/>
          </w:tcPr>
          <w:p>
            <w:r>
              <w:t>Waste Reduction</w:t>
            </w:r>
          </w:p>
        </w:tc>
        <w:tc>
          <w:tcPr>
            <w:tcW w:type="dxa" w:w="2160"/>
          </w:tcPr>
          <w:p>
            <w:r>
              <w:t>Describe your waste reduction strategies in both farming and processing of sesame. How do you track and report waste generated?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1063-0328</w:t>
            </w:r>
          </w:p>
        </w:tc>
        <w:tc>
          <w:tcPr>
            <w:tcW w:type="dxa" w:w="2160"/>
          </w:tcPr>
          <w:p>
            <w:r>
              <w:t>Carbon Footprint</w:t>
            </w:r>
          </w:p>
        </w:tc>
        <w:tc>
          <w:tcPr>
            <w:tcW w:type="dxa" w:w="2160"/>
          </w:tcPr>
          <w:p>
            <w:r>
              <w:t>What methods do you use to calculate and monitor the carbon footprint of your sesame farming and processing operations?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1063-0329</w:t>
            </w:r>
          </w:p>
        </w:tc>
        <w:tc>
          <w:tcPr>
            <w:tcW w:type="dxa" w:w="2160"/>
          </w:tcPr>
          <w:p>
            <w:r>
              <w:t>Certified Organic Practices</w:t>
            </w:r>
          </w:p>
        </w:tc>
        <w:tc>
          <w:tcPr>
            <w:tcW w:type="dxa" w:w="2160"/>
          </w:tcPr>
          <w:p>
            <w:r>
              <w:t>What specific practices do you follow to maintain certified organic status for your sesame crops, and how often do you undergo certification audits?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1063-0330</w:t>
            </w:r>
          </w:p>
        </w:tc>
        <w:tc>
          <w:tcPr>
            <w:tcW w:type="dxa" w:w="2160"/>
          </w:tcPr>
          <w:p>
            <w:r>
              <w:t>Community Impact</w:t>
            </w:r>
          </w:p>
        </w:tc>
        <w:tc>
          <w:tcPr>
            <w:tcW w:type="dxa" w:w="2160"/>
          </w:tcPr>
          <w:p>
            <w:r>
              <w:t>How do your sustainable practices in sesame farming positively impact the local community, and what metrics do you use to assess this impact?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1063-0331</w:t>
            </w:r>
          </w:p>
        </w:tc>
        <w:tc>
          <w:tcPr>
            <w:tcW w:type="dxa" w:w="2160"/>
          </w:tcPr>
          <w:p>
            <w:r>
              <w:t>Water Conservation</w:t>
            </w:r>
          </w:p>
        </w:tc>
        <w:tc>
          <w:tcPr>
            <w:tcW w:type="dxa" w:w="2160"/>
          </w:tcPr>
          <w:p>
            <w:r>
              <w:t>Have you implemented any rainwater harvesting systems? If so, please detail the system and its impact on water usage.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1063-0332</w:t>
            </w:r>
          </w:p>
        </w:tc>
        <w:tc>
          <w:tcPr>
            <w:tcW w:type="dxa" w:w="2160"/>
          </w:tcPr>
          <w:p>
            <w:r>
              <w:t>Soil Management</w:t>
            </w:r>
          </w:p>
        </w:tc>
        <w:tc>
          <w:tcPr>
            <w:tcW w:type="dxa" w:w="2160"/>
          </w:tcPr>
          <w:p>
            <w:r>
              <w:t>What soil amendments do you use to enhance soil quality, and how do you determine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1063-0333</w:t>
            </w:r>
          </w:p>
        </w:tc>
        <w:tc>
          <w:tcPr>
            <w:tcW w:type="dxa" w:w="2160"/>
          </w:tcPr>
          <w:p>
            <w:r>
              <w:t>Crop Diversity</w:t>
            </w:r>
          </w:p>
        </w:tc>
        <w:tc>
          <w:tcPr>
            <w:tcW w:type="dxa" w:w="2160"/>
          </w:tcPr>
          <w:p>
            <w:r>
              <w:t>What percentage of your total acreage is dedicated to non-sesame crops to promote biodiversity?</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1063-0334</w:t>
            </w:r>
          </w:p>
        </w:tc>
        <w:tc>
          <w:tcPr>
            <w:tcW w:type="dxa" w:w="2160"/>
          </w:tcPr>
          <w:p>
            <w:r>
              <w:t>Energy Efficiency</w:t>
            </w:r>
          </w:p>
        </w:tc>
        <w:tc>
          <w:tcPr>
            <w:tcW w:type="dxa" w:w="2160"/>
          </w:tcPr>
          <w:p>
            <w:r>
              <w:t>What is the average percentage reduction in energy consumption you have achieved through energy efficiency initiatives over the past three years?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1063-0335</w:t>
            </w:r>
          </w:p>
        </w:tc>
        <w:tc>
          <w:tcPr>
            <w:tcW w:type="dxa" w:w="2160"/>
          </w:tcPr>
          <w:p>
            <w:r>
              <w:t>Waste Reduction</w:t>
            </w:r>
          </w:p>
        </w:tc>
        <w:tc>
          <w:tcPr>
            <w:tcW w:type="dxa" w:w="2160"/>
          </w:tcPr>
          <w:p>
            <w:r>
              <w:t>How much waste (in tons) did your operations generate last year, and what percentage of that was recycled or repurposed?</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1063-0336</w:t>
            </w:r>
          </w:p>
        </w:tc>
        <w:tc>
          <w:tcPr>
            <w:tcW w:type="dxa" w:w="2160"/>
          </w:tcPr>
          <w:p>
            <w:r>
              <w:t>Carbon Footprint</w:t>
            </w:r>
          </w:p>
        </w:tc>
        <w:tc>
          <w:tcPr>
            <w:tcW w:type="dxa" w:w="2160"/>
          </w:tcPr>
          <w:p>
            <w:r>
              <w:t>What specific practices have you implemented to reduce greenhouse gas emissions in your sesame production process?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1063-0337</w:t>
            </w:r>
          </w:p>
        </w:tc>
        <w:tc>
          <w:tcPr>
            <w:tcW w:type="dxa" w:w="2160"/>
          </w:tcPr>
          <w:p>
            <w:r>
              <w:t>Certified Organic Practices</w:t>
            </w:r>
          </w:p>
        </w:tc>
        <w:tc>
          <w:tcPr>
            <w:tcW w:type="dxa" w:w="2160"/>
          </w:tcPr>
          <w:p>
            <w:r>
              <w:t>What challenges have you faced in maintaining your certified organic practices, and how have you addressed them?</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1063-0338</w:t>
            </w:r>
          </w:p>
        </w:tc>
        <w:tc>
          <w:tcPr>
            <w:tcW w:type="dxa" w:w="2160"/>
          </w:tcPr>
          <w:p>
            <w:r>
              <w:t>Community Impact</w:t>
            </w:r>
          </w:p>
        </w:tc>
        <w:tc>
          <w:tcPr>
            <w:tcW w:type="dxa" w:w="2160"/>
          </w:tcPr>
          <w:p>
            <w:r>
              <w:t>What community engagement initiatives have you undertaken to promote sustainable sesame farming practices?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1063-0339</w:t>
            </w:r>
          </w:p>
        </w:tc>
        <w:tc>
          <w:tcPr>
            <w:tcW w:type="dxa" w:w="2160"/>
          </w:tcPr>
          <w:p>
            <w:r>
              <w:t>Water Conservation</w:t>
            </w:r>
          </w:p>
        </w:tc>
        <w:tc>
          <w:tcPr>
            <w:tcW w:type="dxa" w:w="2160"/>
          </w:tcPr>
          <w:p>
            <w:r>
              <w:t>What irrigation methods do you utilize to optimize water usage, and how do you monitor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1063-0340</w:t>
            </w:r>
          </w:p>
        </w:tc>
        <w:tc>
          <w:tcPr>
            <w:tcW w:type="dxa" w:w="2160"/>
          </w:tcPr>
          <w:p>
            <w:r>
              <w:t>Soil Management</w:t>
            </w:r>
          </w:p>
        </w:tc>
        <w:tc>
          <w:tcPr>
            <w:tcW w:type="dxa" w:w="2160"/>
          </w:tcPr>
          <w:p>
            <w:r>
              <w:t>How often do you conduct soil testing, and what specific parameters do you analyze?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1063-0341</w:t>
            </w:r>
          </w:p>
        </w:tc>
        <w:tc>
          <w:tcPr>
            <w:tcW w:type="dxa" w:w="2160"/>
          </w:tcPr>
          <w:p>
            <w:r>
              <w:t>Crop Diversity</w:t>
            </w:r>
          </w:p>
        </w:tc>
        <w:tc>
          <w:tcPr>
            <w:tcW w:type="dxa" w:w="2160"/>
          </w:tcPr>
          <w:p>
            <w:r>
              <w:t>What is the rationale behind your choice of companion crops with sesame, and how do they benefit your farming system?</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1063-0342</w:t>
            </w:r>
          </w:p>
        </w:tc>
        <w:tc>
          <w:tcPr>
            <w:tcW w:type="dxa" w:w="2160"/>
          </w:tcPr>
          <w:p>
            <w:r>
              <w:t>Energy Efficiency</w:t>
            </w:r>
          </w:p>
        </w:tc>
        <w:tc>
          <w:tcPr>
            <w:tcW w:type="dxa" w:w="2160"/>
          </w:tcPr>
          <w:p>
            <w:r>
              <w:t>What specific energy audits have you conducted in your processing facilities, and what were the key findings?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1063-0343</w:t>
            </w:r>
          </w:p>
        </w:tc>
        <w:tc>
          <w:tcPr>
            <w:tcW w:type="dxa" w:w="2160"/>
          </w:tcPr>
          <w:p>
            <w:r>
              <w:t>Waste Reduction</w:t>
            </w:r>
          </w:p>
        </w:tc>
        <w:tc>
          <w:tcPr>
            <w:tcW w:type="dxa" w:w="2160"/>
          </w:tcPr>
          <w:p>
            <w:r>
              <w:t>What specific materials do you aim to reduce or eliminate in your sesame processing operations, and what alternatives have you adopted?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1063-0344</w:t>
            </w:r>
          </w:p>
        </w:tc>
        <w:tc>
          <w:tcPr>
            <w:tcW w:type="dxa" w:w="2160"/>
          </w:tcPr>
          <w:p>
            <w:r>
              <w:t>Carbon Footprint</w:t>
            </w:r>
          </w:p>
        </w:tc>
        <w:tc>
          <w:tcPr>
            <w:tcW w:type="dxa" w:w="2160"/>
          </w:tcPr>
          <w:p>
            <w:r>
              <w:t>What steps have you taken to offset carbon emissions generated from your sesame farming and processing activities?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1063-0345</w:t>
            </w:r>
          </w:p>
        </w:tc>
        <w:tc>
          <w:tcPr>
            <w:tcW w:type="dxa" w:w="2160"/>
          </w:tcPr>
          <w:p>
            <w:r>
              <w:t>Certified Organic Practices</w:t>
            </w:r>
          </w:p>
        </w:tc>
        <w:tc>
          <w:tcPr>
            <w:tcW w:type="dxa" w:w="2160"/>
          </w:tcPr>
          <w:p>
            <w:r>
              <w:t>How do you ensure compliance with organic standards throughout the growing and processing stages of your sesame?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1063-0346</w:t>
            </w:r>
          </w:p>
        </w:tc>
        <w:tc>
          <w:tcPr>
            <w:tcW w:type="dxa" w:w="2160"/>
          </w:tcPr>
          <w:p>
            <w:r>
              <w:t>Community Impact</w:t>
            </w:r>
          </w:p>
        </w:tc>
        <w:tc>
          <w:tcPr>
            <w:tcW w:type="dxa" w:w="2160"/>
          </w:tcPr>
          <w:p>
            <w:r>
              <w:t>What feedback mechanisms do you have in place to assess the community's perception of your sustainable practices?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1063-0347</w:t>
            </w:r>
          </w:p>
        </w:tc>
        <w:tc>
          <w:tcPr>
            <w:tcW w:type="dxa" w:w="2160"/>
          </w:tcPr>
          <w:p>
            <w:r>
              <w:t>Sustainable Practices</w:t>
            </w:r>
          </w:p>
        </w:tc>
        <w:tc>
          <w:tcPr>
            <w:tcW w:type="dxa" w:w="2160"/>
          </w:tcPr>
          <w:p>
            <w:r>
              <w:t>What new sustainable practices were adopted in sesame farming during the tax year?</w:t>
              <w:br/>
              <w:t>Answer type: text</w:t>
              <w:br/>
              <w:t>Trigger: If sustainable practices were adopted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1063-0348</w:t>
            </w:r>
          </w:p>
        </w:tc>
        <w:tc>
          <w:tcPr>
            <w:tcW w:type="dxa" w:w="2160"/>
          </w:tcPr>
          <w:p>
            <w:r>
              <w:t>Impact Assessment</w:t>
            </w:r>
          </w:p>
        </w:tc>
        <w:tc>
          <w:tcPr>
            <w:tcW w:type="dxa" w:w="2160"/>
          </w:tcPr>
          <w:p>
            <w:r>
              <w:t>How were the impacts of the new sustainable practices measured?</w:t>
              <w:br/>
              <w:t>Answer type: text</w:t>
              <w:br/>
              <w:t>Trigger: If impacts were measured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1063-0349</w:t>
            </w:r>
          </w:p>
        </w:tc>
        <w:tc>
          <w:tcPr>
            <w:tcW w:type="dxa" w:w="2160"/>
          </w:tcPr>
          <w:p>
            <w:r>
              <w:t>Long-term Goals</w:t>
            </w:r>
          </w:p>
        </w:tc>
        <w:tc>
          <w:tcPr>
            <w:tcW w:type="dxa" w:w="2160"/>
          </w:tcPr>
          <w:p>
            <w:r>
              <w:t>What long-term sustainability goals were set for sesame farming, and how were they addressed in the tax year?</w:t>
              <w:br/>
              <w:t>Answer type: text</w:t>
              <w:br/>
              <w:t>Trigger: If long-term goals were set</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1063-0350</w:t>
            </w:r>
          </w:p>
        </w:tc>
        <w:tc>
          <w:tcPr>
            <w:tcW w:type="dxa" w:w="2160"/>
          </w:tcPr>
          <w:p>
            <w:r>
              <w:t>Community Engagement</w:t>
            </w:r>
          </w:p>
        </w:tc>
        <w:tc>
          <w:tcPr>
            <w:tcW w:type="dxa" w:w="2160"/>
          </w:tcPr>
          <w:p>
            <w:r>
              <w:t>How were community engagement efforts incorporated into sustainability practices during the tax year?</w:t>
              <w:br/>
              <w:t>Answer type: text</w:t>
              <w:br/>
              <w:t>Trigger: If community engagement occurred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1063-0351</w:t>
            </w:r>
          </w:p>
        </w:tc>
        <w:tc>
          <w:tcPr>
            <w:tcW w:type="dxa" w:w="2160"/>
          </w:tcPr>
          <w:p>
            <w:r>
              <w:t>Resource Management</w:t>
            </w:r>
          </w:p>
        </w:tc>
        <w:tc>
          <w:tcPr>
            <w:tcW w:type="dxa" w:w="2160"/>
          </w:tcPr>
          <w:p>
            <w:r>
              <w:t>What resource management strategies were implemented to enhance sustainability in sesame farming?</w:t>
              <w:br/>
              <w:t>Answer type: text</w:t>
              <w:br/>
              <w:t>Trigger: If resource management strategies were implemented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EQUIPMENT-AUTOMATION-TECHNOLOGIES (35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1063-0352</w:t>
            </w:r>
          </w:p>
        </w:tc>
        <w:tc>
          <w:tcPr>
            <w:tcW w:type="dxa" w:w="2160"/>
          </w:tcPr>
          <w:p>
            <w:r>
              <w:t>Precision Agriculture</w:t>
            </w:r>
          </w:p>
        </w:tc>
        <w:tc>
          <w:tcPr>
            <w:tcW w:type="dxa" w:w="2160"/>
          </w:tcPr>
          <w:p>
            <w:r>
              <w:t>What precision agriculture technologies have you implemented in your sesame farming operations, and how do they differ from traditional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1063-0353</w:t>
            </w:r>
          </w:p>
        </w:tc>
        <w:tc>
          <w:tcPr>
            <w:tcW w:type="dxa" w:w="2160"/>
          </w:tcPr>
          <w:p>
            <w:r>
              <w:t>Robotics in Harvesting</w:t>
            </w:r>
          </w:p>
        </w:tc>
        <w:tc>
          <w:tcPr>
            <w:tcW w:type="dxa" w:w="2160"/>
          </w:tcPr>
          <w:p>
            <w:r>
              <w:t>Describe the robotic systems used in your sesame harvesting process. What specific challenges do these systems address?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1063-0354</w:t>
            </w:r>
          </w:p>
        </w:tc>
        <w:tc>
          <w:tcPr>
            <w:tcW w:type="dxa" w:w="2160"/>
          </w:tcPr>
          <w:p>
            <w:r>
              <w:t>Automated Processing</w:t>
            </w:r>
          </w:p>
        </w:tc>
        <w:tc>
          <w:tcPr>
            <w:tcW w:type="dxa" w:w="2160"/>
          </w:tcPr>
          <w:p>
            <w:r>
              <w:t>What automated processing equipment do you use for sesame seeds, and what improvements in efficiency have you observed since its implementation?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1063-0355</w:t>
            </w:r>
          </w:p>
        </w:tc>
        <w:tc>
          <w:tcPr>
            <w:tcW w:type="dxa" w:w="2160"/>
          </w:tcPr>
          <w:p>
            <w:r>
              <w:t>Data Collection Tools</w:t>
            </w:r>
          </w:p>
        </w:tc>
        <w:tc>
          <w:tcPr>
            <w:tcW w:type="dxa" w:w="2160"/>
          </w:tcPr>
          <w:p>
            <w:r>
              <w:t>What types of data collection tools are utilized in your sesame production, and how do they contribute to decision-making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1063-0356</w:t>
            </w:r>
          </w:p>
        </w:tc>
        <w:tc>
          <w:tcPr>
            <w:tcW w:type="dxa" w:w="2160"/>
          </w:tcPr>
          <w:p>
            <w:r>
              <w:t>Equipment Maintenance</w:t>
            </w:r>
          </w:p>
        </w:tc>
        <w:tc>
          <w:tcPr>
            <w:tcW w:type="dxa" w:w="2160"/>
          </w:tcPr>
          <w:p>
            <w:r>
              <w:t>How do you maintain the automated equipment used in sesame production, and what protocols are in place to ensure reliability?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1063-0357</w:t>
            </w:r>
          </w:p>
        </w:tc>
        <w:tc>
          <w:tcPr>
            <w:tcW w:type="dxa" w:w="2160"/>
          </w:tcPr>
          <w:p>
            <w:r>
              <w:t>Technology Upgrades</w:t>
            </w:r>
          </w:p>
        </w:tc>
        <w:tc>
          <w:tcPr>
            <w:tcW w:type="dxa" w:w="2160"/>
          </w:tcPr>
          <w:p>
            <w:r>
              <w:t>Can you detail any recent technology upgrades in your sesame farming operations? What was the rationale behind these upgrades?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1063-0358</w:t>
            </w:r>
          </w:p>
        </w:tc>
        <w:tc>
          <w:tcPr>
            <w:tcW w:type="dxa" w:w="2160"/>
          </w:tcPr>
          <w:p>
            <w:r>
              <w:t>Cost-Benefit Analysis</w:t>
            </w:r>
          </w:p>
        </w:tc>
        <w:tc>
          <w:tcPr>
            <w:tcW w:type="dxa" w:w="2160"/>
          </w:tcPr>
          <w:p>
            <w:r>
              <w:t>Have you conducted a cost-benefit analysis for your automated systems in sesame production? What were the key findings?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1063-0359</w:t>
            </w:r>
          </w:p>
        </w:tc>
        <w:tc>
          <w:tcPr>
            <w:tcW w:type="dxa" w:w="2160"/>
          </w:tcPr>
          <w:p>
            <w:r>
              <w:t>Efficiency Metrics</w:t>
            </w:r>
          </w:p>
        </w:tc>
        <w:tc>
          <w:tcPr>
            <w:tcW w:type="dxa" w:w="2160"/>
          </w:tcPr>
          <w:p>
            <w:r>
              <w:t>What specific metrics do you use to measure the efficiency of your automated sesame production processes?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1063-0360</w:t>
            </w:r>
          </w:p>
        </w:tc>
        <w:tc>
          <w:tcPr>
            <w:tcW w:type="dxa" w:w="2160"/>
          </w:tcPr>
          <w:p>
            <w:r>
              <w:t>Precision Agriculture</w:t>
            </w:r>
          </w:p>
        </w:tc>
        <w:tc>
          <w:tcPr>
            <w:tcW w:type="dxa" w:w="2160"/>
          </w:tcPr>
          <w:p>
            <w:r>
              <w:t>How do you integrate precision agriculture data into your operational practices for sesame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1063-0361</w:t>
            </w:r>
          </w:p>
        </w:tc>
        <w:tc>
          <w:tcPr>
            <w:tcW w:type="dxa" w:w="2160"/>
          </w:tcPr>
          <w:p>
            <w:r>
              <w:t>Robotics in Harvesting</w:t>
            </w:r>
          </w:p>
        </w:tc>
        <w:tc>
          <w:tcPr>
            <w:tcW w:type="dxa" w:w="2160"/>
          </w:tcPr>
          <w:p>
            <w:r>
              <w:t>What specific tasks do your robotic systems perform during the sesame harvesting process?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1063-0362</w:t>
            </w:r>
          </w:p>
        </w:tc>
        <w:tc>
          <w:tcPr>
            <w:tcW w:type="dxa" w:w="2160"/>
          </w:tcPr>
          <w:p>
            <w:r>
              <w:t>Automated Processing</w:t>
            </w:r>
          </w:p>
        </w:tc>
        <w:tc>
          <w:tcPr>
            <w:tcW w:type="dxa" w:w="2160"/>
          </w:tcPr>
          <w:p>
            <w:r>
              <w:t>What types of automated processing technologies are currently in use for sesame seed extraction, and what are their operational benefits?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1063-0363</w:t>
            </w:r>
          </w:p>
        </w:tc>
        <w:tc>
          <w:tcPr>
            <w:tcW w:type="dxa" w:w="2160"/>
          </w:tcPr>
          <w:p>
            <w:r>
              <w:t>Data Collection Tools</w:t>
            </w:r>
          </w:p>
        </w:tc>
        <w:tc>
          <w:tcPr>
            <w:tcW w:type="dxa" w:w="2160"/>
          </w:tcPr>
          <w:p>
            <w:r>
              <w:t>What challenges have you faced in implementing data collection tools for sesame production, and how have you addressed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1063-0364</w:t>
            </w:r>
          </w:p>
        </w:tc>
        <w:tc>
          <w:tcPr>
            <w:tcW w:type="dxa" w:w="2160"/>
          </w:tcPr>
          <w:p>
            <w:r>
              <w:t>Equipment Maintenance</w:t>
            </w:r>
          </w:p>
        </w:tc>
        <w:tc>
          <w:tcPr>
            <w:tcW w:type="dxa" w:w="2160"/>
          </w:tcPr>
          <w:p>
            <w:r>
              <w:t>How frequently do you perform maintenance on your automated sesame production equipment, and what does that maintenance entail?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1063-0365</w:t>
            </w:r>
          </w:p>
        </w:tc>
        <w:tc>
          <w:tcPr>
            <w:tcW w:type="dxa" w:w="2160"/>
          </w:tcPr>
          <w:p>
            <w:r>
              <w:t>Technology Upgrades</w:t>
            </w:r>
          </w:p>
        </w:tc>
        <w:tc>
          <w:tcPr>
            <w:tcW w:type="dxa" w:w="2160"/>
          </w:tcPr>
          <w:p>
            <w:r>
              <w:t>What criteria do you use to evaluate the need for technology upgrades in your sesame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1063-0366</w:t>
            </w:r>
          </w:p>
        </w:tc>
        <w:tc>
          <w:tcPr>
            <w:tcW w:type="dxa" w:w="2160"/>
          </w:tcPr>
          <w:p>
            <w:r>
              <w:t>Cost-Benefit Analysis</w:t>
            </w:r>
          </w:p>
        </w:tc>
        <w:tc>
          <w:tcPr>
            <w:tcW w:type="dxa" w:w="2160"/>
          </w:tcPr>
          <w:p>
            <w:r>
              <w:t>What factors do you consider when conducting a cost-benefit analysis for new equipment in sesame production?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1063-0367</w:t>
            </w:r>
          </w:p>
        </w:tc>
        <w:tc>
          <w:tcPr>
            <w:tcW w:type="dxa" w:w="2160"/>
          </w:tcPr>
          <w:p>
            <w:r>
              <w:t>Efficiency Metrics</w:t>
            </w:r>
          </w:p>
        </w:tc>
        <w:tc>
          <w:tcPr>
            <w:tcW w:type="dxa" w:w="2160"/>
          </w:tcPr>
          <w:p>
            <w:r>
              <w:t>How do you track and report the efficiency of your automated systems in sesame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1063-0368</w:t>
            </w:r>
          </w:p>
        </w:tc>
        <w:tc>
          <w:tcPr>
            <w:tcW w:type="dxa" w:w="2160"/>
          </w:tcPr>
          <w:p>
            <w:r>
              <w:t>Precision Agriculture</w:t>
            </w:r>
          </w:p>
        </w:tc>
        <w:tc>
          <w:tcPr>
            <w:tcW w:type="dxa" w:w="2160"/>
          </w:tcPr>
          <w:p>
            <w:r>
              <w:t>What role does soil health monitoring play in your precision agriculture practices for sesame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1063-0369</w:t>
            </w:r>
          </w:p>
        </w:tc>
        <w:tc>
          <w:tcPr>
            <w:tcW w:type="dxa" w:w="2160"/>
          </w:tcPr>
          <w:p>
            <w:r>
              <w:t>Robotics in Harvesting</w:t>
            </w:r>
          </w:p>
        </w:tc>
        <w:tc>
          <w:tcPr>
            <w:tcW w:type="dxa" w:w="2160"/>
          </w:tcPr>
          <w:p>
            <w:r>
              <w:t>What specific advancements in robotics have you implemented in your sesame harvesting operations over the past year?</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1063-0370</w:t>
            </w:r>
          </w:p>
        </w:tc>
        <w:tc>
          <w:tcPr>
            <w:tcW w:type="dxa" w:w="2160"/>
          </w:tcPr>
          <w:p>
            <w:r>
              <w:t>Automated Processing</w:t>
            </w:r>
          </w:p>
        </w:tc>
        <w:tc>
          <w:tcPr>
            <w:tcW w:type="dxa" w:w="2160"/>
          </w:tcPr>
          <w:p>
            <w:r>
              <w:t>How do you ensure quality control in the automated processing of sesame seeds?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1063-0371</w:t>
            </w:r>
          </w:p>
        </w:tc>
        <w:tc>
          <w:tcPr>
            <w:tcW w:type="dxa" w:w="2160"/>
          </w:tcPr>
          <w:p>
            <w:r>
              <w:t>Data Collection Tools</w:t>
            </w:r>
          </w:p>
        </w:tc>
        <w:tc>
          <w:tcPr>
            <w:tcW w:type="dxa" w:w="2160"/>
          </w:tcPr>
          <w:p>
            <w:r>
              <w:t>What specific metrics do you collect through your data collection tools, and how are they utilized in operational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1063-0372</w:t>
            </w:r>
          </w:p>
        </w:tc>
        <w:tc>
          <w:tcPr>
            <w:tcW w:type="dxa" w:w="2160"/>
          </w:tcPr>
          <w:p>
            <w:r>
              <w:t>Equipment Maintenance</w:t>
            </w:r>
          </w:p>
        </w:tc>
        <w:tc>
          <w:tcPr>
            <w:tcW w:type="dxa" w:w="2160"/>
          </w:tcPr>
          <w:p>
            <w:r>
              <w:t>What is the average downtime for your automated equipment due to maintenance, and how does it impact production?</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1063-0373</w:t>
            </w:r>
          </w:p>
        </w:tc>
        <w:tc>
          <w:tcPr>
            <w:tcW w:type="dxa" w:w="2160"/>
          </w:tcPr>
          <w:p>
            <w:r>
              <w:t>Technology Upgrades</w:t>
            </w:r>
          </w:p>
        </w:tc>
        <w:tc>
          <w:tcPr>
            <w:tcW w:type="dxa" w:w="2160"/>
          </w:tcPr>
          <w:p>
            <w:r>
              <w:t>How do you assess the return on investment for technology upgrades in your sesame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1063-0374</w:t>
            </w:r>
          </w:p>
        </w:tc>
        <w:tc>
          <w:tcPr>
            <w:tcW w:type="dxa" w:w="2160"/>
          </w:tcPr>
          <w:p>
            <w:r>
              <w:t>Cost-Benefit Analysis</w:t>
            </w:r>
          </w:p>
        </w:tc>
        <w:tc>
          <w:tcPr>
            <w:tcW w:type="dxa" w:w="2160"/>
          </w:tcPr>
          <w:p>
            <w:r>
              <w:t>What specific outcomes have you measured as part of your cost-benefit analysis for automated systems in sesame production?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1063-0375</w:t>
            </w:r>
          </w:p>
        </w:tc>
        <w:tc>
          <w:tcPr>
            <w:tcW w:type="dxa" w:w="2160"/>
          </w:tcPr>
          <w:p>
            <w:r>
              <w:t>Efficiency Metrics</w:t>
            </w:r>
          </w:p>
        </w:tc>
        <w:tc>
          <w:tcPr>
            <w:tcW w:type="dxa" w:w="2160"/>
          </w:tcPr>
          <w:p>
            <w:r>
              <w:t>What benchmarks do you use to compare the efficiency of your automated sesame production processes against industry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1063-0376</w:t>
            </w:r>
          </w:p>
        </w:tc>
        <w:tc>
          <w:tcPr>
            <w:tcW w:type="dxa" w:w="2160"/>
          </w:tcPr>
          <w:p>
            <w:r>
              <w:t>Precision Agriculture</w:t>
            </w:r>
          </w:p>
        </w:tc>
        <w:tc>
          <w:tcPr>
            <w:tcW w:type="dxa" w:w="2160"/>
          </w:tcPr>
          <w:p>
            <w:r>
              <w:t>What innovations in precision agriculture have you explored or implemented specifically for sesame crop management?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1063-0377</w:t>
            </w:r>
          </w:p>
        </w:tc>
        <w:tc>
          <w:tcPr>
            <w:tcW w:type="dxa" w:w="2160"/>
          </w:tcPr>
          <w:p>
            <w:r>
              <w:t>Robotics in Harvesting</w:t>
            </w:r>
          </w:p>
        </w:tc>
        <w:tc>
          <w:tcPr>
            <w:tcW w:type="dxa" w:w="2160"/>
          </w:tcPr>
          <w:p>
            <w:r>
              <w:t>How do you evaluate the effectiveness of robotic systems in reducing labor costs during sesame harvesting?</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1063-0378</w:t>
            </w:r>
          </w:p>
        </w:tc>
        <w:tc>
          <w:tcPr>
            <w:tcW w:type="dxa" w:w="2160"/>
          </w:tcPr>
          <w:p>
            <w:r>
              <w:t>Automated Processing</w:t>
            </w:r>
          </w:p>
        </w:tc>
        <w:tc>
          <w:tcPr>
            <w:tcW w:type="dxa" w:w="2160"/>
          </w:tcPr>
          <w:p>
            <w:r>
              <w:t>What specific technologies are utilized for automated sorting and packaging of sesame seeds, and what efficiencies have they introduced?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1063-0379</w:t>
            </w:r>
          </w:p>
        </w:tc>
        <w:tc>
          <w:tcPr>
            <w:tcW w:type="dxa" w:w="2160"/>
          </w:tcPr>
          <w:p>
            <w:r>
              <w:t>Data Collection Tools</w:t>
            </w:r>
          </w:p>
        </w:tc>
        <w:tc>
          <w:tcPr>
            <w:tcW w:type="dxa" w:w="2160"/>
          </w:tcPr>
          <w:p>
            <w:r>
              <w:t>How do you ensure the accuracy and reliability of data collected through your tools in sesame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1063-0380</w:t>
            </w:r>
          </w:p>
        </w:tc>
        <w:tc>
          <w:tcPr>
            <w:tcW w:type="dxa" w:w="2160"/>
          </w:tcPr>
          <w:p>
            <w:r>
              <w:t>Equipment Maintenance</w:t>
            </w:r>
          </w:p>
        </w:tc>
        <w:tc>
          <w:tcPr>
            <w:tcW w:type="dxa" w:w="2160"/>
          </w:tcPr>
          <w:p>
            <w:r>
              <w:t>What is your process for documenting maintenance activities on your automated sesame production equipment?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1063-0381</w:t>
            </w:r>
          </w:p>
        </w:tc>
        <w:tc>
          <w:tcPr>
            <w:tcW w:type="dxa" w:w="2160"/>
          </w:tcPr>
          <w:p>
            <w:r>
              <w:t>Technology Upgrades</w:t>
            </w:r>
          </w:p>
        </w:tc>
        <w:tc>
          <w:tcPr>
            <w:tcW w:type="dxa" w:w="2160"/>
          </w:tcPr>
          <w:p>
            <w:r>
              <w:t>What future technology upgrades are you planning for your sesame farming operations, and what are the expected benefits?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1063-0382</w:t>
            </w:r>
          </w:p>
        </w:tc>
        <w:tc>
          <w:tcPr>
            <w:tcW w:type="dxa" w:w="2160"/>
          </w:tcPr>
          <w:p>
            <w:r>
              <w:t>Technology Implementation</w:t>
            </w:r>
          </w:p>
        </w:tc>
        <w:tc>
          <w:tcPr>
            <w:tcW w:type="dxa" w:w="2160"/>
          </w:tcPr>
          <w:p>
            <w:r>
              <w:t>What new equipment automation technologies were integrated into sesame farming during the tax year?</w:t>
              <w:br/>
              <w:t>Answer type: text</w:t>
              <w:br/>
              <w:t>Trigger: If new technologies were integrated</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1063-0383</w:t>
            </w:r>
          </w:p>
        </w:tc>
        <w:tc>
          <w:tcPr>
            <w:tcW w:type="dxa" w:w="2160"/>
          </w:tcPr>
          <w:p>
            <w:r>
              <w:t>Efficiency Gains</w:t>
            </w:r>
          </w:p>
        </w:tc>
        <w:tc>
          <w:tcPr>
            <w:tcW w:type="dxa" w:w="2160"/>
          </w:tcPr>
          <w:p>
            <w:r>
              <w:t>What efficiency gains were realized from the implementation of equipment automation technologies?</w:t>
              <w:br/>
              <w:t>Answer type: text</w:t>
              <w:br/>
              <w:t>Trigger: If efficiency gains were measured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1063-0384</w:t>
            </w:r>
          </w:p>
        </w:tc>
        <w:tc>
          <w:tcPr>
            <w:tcW w:type="dxa" w:w="2160"/>
          </w:tcPr>
          <w:p>
            <w:r>
              <w:t>Training Requirements</w:t>
            </w:r>
          </w:p>
        </w:tc>
        <w:tc>
          <w:tcPr>
            <w:tcW w:type="dxa" w:w="2160"/>
          </w:tcPr>
          <w:p>
            <w:r>
              <w:t>What training was provided to staff for the new equipment automation technologies?</w:t>
              <w:br/>
              <w:t>Answer type: text</w:t>
              <w:br/>
              <w:t>Trigger: If training was provided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1063-0385</w:t>
            </w:r>
          </w:p>
        </w:tc>
        <w:tc>
          <w:tcPr>
            <w:tcW w:type="dxa" w:w="2160"/>
          </w:tcPr>
          <w:p>
            <w:r>
              <w:t>Maintenance Protocols</w:t>
            </w:r>
          </w:p>
        </w:tc>
        <w:tc>
          <w:tcPr>
            <w:tcW w:type="dxa" w:w="2160"/>
          </w:tcPr>
          <w:p>
            <w:r>
              <w:t>What maintenance protocols were established for the new equipment automation technologies?</w:t>
              <w:br/>
              <w:t>Answer type: text</w:t>
              <w:br/>
              <w:t>Trigger: If maintenance protocols were established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1063-0386</w:t>
            </w:r>
          </w:p>
        </w:tc>
        <w:tc>
          <w:tcPr>
            <w:tcW w:type="dxa" w:w="2160"/>
          </w:tcPr>
          <w:p>
            <w:r>
              <w:t>Cost Analysis</w:t>
            </w:r>
          </w:p>
        </w:tc>
        <w:tc>
          <w:tcPr>
            <w:tcW w:type="dxa" w:w="2160"/>
          </w:tcPr>
          <w:p>
            <w:r>
              <w:t>What cost analysis was conducted to evaluate the return on investment for the new automation technologies?</w:t>
              <w:br/>
              <w:t>Answer type: text</w:t>
              <w:br/>
              <w:t>Trigger: If cost analysis was conducted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DATA-SOFTWARE-ANALYTICS (29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1063-0387</w:t>
            </w:r>
          </w:p>
        </w:tc>
        <w:tc>
          <w:tcPr>
            <w:tcW w:type="dxa" w:w="2160"/>
          </w:tcPr>
          <w:p>
            <w:r>
              <w:t>Farm Management Software</w:t>
            </w:r>
          </w:p>
        </w:tc>
        <w:tc>
          <w:tcPr>
            <w:tcW w:type="dxa" w:w="2160"/>
          </w:tcPr>
          <w:p>
            <w:r>
              <w:t>What specific farm management software do you utilize for tracking sesame crop performance, and how does it facilitate data collection and analysis?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1063-0388</w:t>
            </w:r>
          </w:p>
        </w:tc>
        <w:tc>
          <w:tcPr>
            <w:tcW w:type="dxa" w:w="2160"/>
          </w:tcPr>
          <w:p>
            <w:r>
              <w:t>Data Analytics</w:t>
            </w:r>
          </w:p>
        </w:tc>
        <w:tc>
          <w:tcPr>
            <w:tcW w:type="dxa" w:w="2160"/>
          </w:tcPr>
          <w:p>
            <w:r>
              <w:t>Can you describe a recent instance where data analytics led to a significant change in your farming practices or decision-making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1063-0389</w:t>
            </w:r>
          </w:p>
        </w:tc>
        <w:tc>
          <w:tcPr>
            <w:tcW w:type="dxa" w:w="2160"/>
          </w:tcPr>
          <w:p>
            <w:r>
              <w:t>Yield Forecasting</w:t>
            </w:r>
          </w:p>
        </w:tc>
        <w:tc>
          <w:tcPr>
            <w:tcW w:type="dxa" w:w="2160"/>
          </w:tcPr>
          <w:p>
            <w:r>
              <w:t>What methodologies or software tools do you employ for yield forecasting of sesame crops, and how do you validate their accuracy?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1063-0390</w:t>
            </w:r>
          </w:p>
        </w:tc>
        <w:tc>
          <w:tcPr>
            <w:tcW w:type="dxa" w:w="2160"/>
          </w:tcPr>
          <w:p>
            <w:r>
              <w:t>Supply Chain Tracking</w:t>
            </w:r>
          </w:p>
        </w:tc>
        <w:tc>
          <w:tcPr>
            <w:tcW w:type="dxa" w:w="2160"/>
          </w:tcPr>
          <w:p>
            <w:r>
              <w:t>How do you track the supply chain for your sesame products, and what software systems are involved in this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1063-0391</w:t>
            </w:r>
          </w:p>
        </w:tc>
        <w:tc>
          <w:tcPr>
            <w:tcW w:type="dxa" w:w="2160"/>
          </w:tcPr>
          <w:p>
            <w:r>
              <w:t>Inventory Management</w:t>
            </w:r>
          </w:p>
        </w:tc>
        <w:tc>
          <w:tcPr>
            <w:tcW w:type="dxa" w:w="2160"/>
          </w:tcPr>
          <w:p>
            <w:r>
              <w:t>What inventory management systems do you use to monitor sesame seed stock levels, and how do they integrate with your sales data?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1063-0392</w:t>
            </w:r>
          </w:p>
        </w:tc>
        <w:tc>
          <w:tcPr>
            <w:tcW w:type="dxa" w:w="2160"/>
          </w:tcPr>
          <w:p>
            <w:r>
              <w:t>Sensor Technology</w:t>
            </w:r>
          </w:p>
        </w:tc>
        <w:tc>
          <w:tcPr>
            <w:tcW w:type="dxa" w:w="2160"/>
          </w:tcPr>
          <w:p>
            <w:r>
              <w:t>What types of sensor technology do you implement in your sesame farming operations, and how do they contribute to data collection and analysis?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1063-0393</w:t>
            </w:r>
          </w:p>
        </w:tc>
        <w:tc>
          <w:tcPr>
            <w:tcW w:type="dxa" w:w="2160"/>
          </w:tcPr>
          <w:p>
            <w:r>
              <w:t>Decision Support Systems</w:t>
            </w:r>
          </w:p>
        </w:tc>
        <w:tc>
          <w:tcPr>
            <w:tcW w:type="dxa" w:w="2160"/>
          </w:tcPr>
          <w:p>
            <w:r>
              <w:t>Can you explain the decision support systems you have in place for sesame farming, and how they aid in optimizing your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1063-0394</w:t>
            </w:r>
          </w:p>
        </w:tc>
        <w:tc>
          <w:tcPr>
            <w:tcW w:type="dxa" w:w="2160"/>
          </w:tcPr>
          <w:p>
            <w:r>
              <w:t>Data Security</w:t>
            </w:r>
          </w:p>
        </w:tc>
        <w:tc>
          <w:tcPr>
            <w:tcW w:type="dxa" w:w="2160"/>
          </w:tcPr>
          <w:p>
            <w:r>
              <w:t>What measures do you have in place to ensure the security of the data collected from your sesame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1063-0395</w:t>
            </w:r>
          </w:p>
        </w:tc>
        <w:tc>
          <w:tcPr>
            <w:tcW w:type="dxa" w:w="2160"/>
          </w:tcPr>
          <w:p>
            <w:r>
              <w:t>Data Analytics</w:t>
            </w:r>
          </w:p>
        </w:tc>
        <w:tc>
          <w:tcPr>
            <w:tcW w:type="dxa" w:w="2160"/>
          </w:tcPr>
          <w:p>
            <w:r>
              <w:t>How frequently do you analyze data collected from your sesame farming operations, and what key performance indicators do you focus 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1063-0396</w:t>
            </w:r>
          </w:p>
        </w:tc>
        <w:tc>
          <w:tcPr>
            <w:tcW w:type="dxa" w:w="2160"/>
          </w:tcPr>
          <w:p>
            <w:r>
              <w:t>Yield Forecasting</w:t>
            </w:r>
          </w:p>
        </w:tc>
        <w:tc>
          <w:tcPr>
            <w:tcW w:type="dxa" w:w="2160"/>
          </w:tcPr>
          <w:p>
            <w:r>
              <w:t>What data inputs do you consider critical for accurate yield forecasting in sesame farming?</w:t>
              <w:br/>
              <w:t>Answer type: Multi-select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1063-0397</w:t>
            </w:r>
          </w:p>
        </w:tc>
        <w:tc>
          <w:tcPr>
            <w:tcW w:type="dxa" w:w="2160"/>
          </w:tcPr>
          <w:p>
            <w:r>
              <w:t>Supply Chain Tracking</w:t>
            </w:r>
          </w:p>
        </w:tc>
        <w:tc>
          <w:tcPr>
            <w:tcW w:type="dxa" w:w="2160"/>
          </w:tcPr>
          <w:p>
            <w:r>
              <w:t>What software do you use for tracking sesame supply chain logistics, and how do you ensure data accuracy throughout the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1063-0398</w:t>
            </w:r>
          </w:p>
        </w:tc>
        <w:tc>
          <w:tcPr>
            <w:tcW w:type="dxa" w:w="2160"/>
          </w:tcPr>
          <w:p>
            <w:r>
              <w:t>Inventory Management</w:t>
            </w:r>
          </w:p>
        </w:tc>
        <w:tc>
          <w:tcPr>
            <w:tcW w:type="dxa" w:w="2160"/>
          </w:tcPr>
          <w:p>
            <w:r>
              <w:t>How do you reconcile your inventory management data with actual stock levels of sesame seeds?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1063-0399</w:t>
            </w:r>
          </w:p>
        </w:tc>
        <w:tc>
          <w:tcPr>
            <w:tcW w:type="dxa" w:w="2160"/>
          </w:tcPr>
          <w:p>
            <w:r>
              <w:t>Sensor Technology</w:t>
            </w:r>
          </w:p>
        </w:tc>
        <w:tc>
          <w:tcPr>
            <w:tcW w:type="dxa" w:w="2160"/>
          </w:tcPr>
          <w:p>
            <w:r>
              <w:t>What specific types of data do your sensors collect, and how is this data used to inform farming decisions?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1063-0400</w:t>
            </w:r>
          </w:p>
        </w:tc>
        <w:tc>
          <w:tcPr>
            <w:tcW w:type="dxa" w:w="2160"/>
          </w:tcPr>
          <w:p>
            <w:r>
              <w:t>Decision Support Systems</w:t>
            </w:r>
          </w:p>
        </w:tc>
        <w:tc>
          <w:tcPr>
            <w:tcW w:type="dxa" w:w="2160"/>
          </w:tcPr>
          <w:p>
            <w:r>
              <w:t>What criteria do you use to evaluate the effectiveness of your decision support systems in sesame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1063-0401</w:t>
            </w:r>
          </w:p>
        </w:tc>
        <w:tc>
          <w:tcPr>
            <w:tcW w:type="dxa" w:w="2160"/>
          </w:tcPr>
          <w:p>
            <w:r>
              <w:t>Data Security</w:t>
            </w:r>
          </w:p>
        </w:tc>
        <w:tc>
          <w:tcPr>
            <w:tcW w:type="dxa" w:w="2160"/>
          </w:tcPr>
          <w:p>
            <w:r>
              <w:t>Have you experienced any data breaches or security incidents related to your farming data, and how were they addressed?</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1063-0402</w:t>
            </w:r>
          </w:p>
        </w:tc>
        <w:tc>
          <w:tcPr>
            <w:tcW w:type="dxa" w:w="2160"/>
          </w:tcPr>
          <w:p>
            <w:r>
              <w:t>Data Analytics</w:t>
            </w:r>
          </w:p>
        </w:tc>
        <w:tc>
          <w:tcPr>
            <w:tcW w:type="dxa" w:w="2160"/>
          </w:tcPr>
          <w:p>
            <w:r>
              <w:t>What tools do you use for data visualization in your sesame farming operations, and how do they enhance your analytical capabilities?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1063-0403</w:t>
            </w:r>
          </w:p>
        </w:tc>
        <w:tc>
          <w:tcPr>
            <w:tcW w:type="dxa" w:w="2160"/>
          </w:tcPr>
          <w:p>
            <w:r>
              <w:t>Yield Forecasting</w:t>
            </w:r>
          </w:p>
        </w:tc>
        <w:tc>
          <w:tcPr>
            <w:tcW w:type="dxa" w:w="2160"/>
          </w:tcPr>
          <w:p>
            <w:r>
              <w:t>How do you incorporate weather data into your yield forecasting models for sesame crops?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1063-0404</w:t>
            </w:r>
          </w:p>
        </w:tc>
        <w:tc>
          <w:tcPr>
            <w:tcW w:type="dxa" w:w="2160"/>
          </w:tcPr>
          <w:p>
            <w:r>
              <w:t>Supply Chain Tracking</w:t>
            </w:r>
          </w:p>
        </w:tc>
        <w:tc>
          <w:tcPr>
            <w:tcW w:type="dxa" w:w="2160"/>
          </w:tcPr>
          <w:p>
            <w:r>
              <w:t>What challenges have you faced in tracking sesame products through your supply chain, and how have you addressed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1063-0405</w:t>
            </w:r>
          </w:p>
        </w:tc>
        <w:tc>
          <w:tcPr>
            <w:tcW w:type="dxa" w:w="2160"/>
          </w:tcPr>
          <w:p>
            <w:r>
              <w:t>Inventory Management</w:t>
            </w:r>
          </w:p>
        </w:tc>
        <w:tc>
          <w:tcPr>
            <w:tcW w:type="dxa" w:w="2160"/>
          </w:tcPr>
          <w:p>
            <w:r>
              <w:t>What metrics do you use to assess the efficiency of your inventory management for sesame seeds?</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1063-0406</w:t>
            </w:r>
          </w:p>
        </w:tc>
        <w:tc>
          <w:tcPr>
            <w:tcW w:type="dxa" w:w="2160"/>
          </w:tcPr>
          <w:p>
            <w:r>
              <w:t>Sensor Technology</w:t>
            </w:r>
          </w:p>
        </w:tc>
        <w:tc>
          <w:tcPr>
            <w:tcW w:type="dxa" w:w="2160"/>
          </w:tcPr>
          <w:p>
            <w:r>
              <w:t>How do you evaluate the performance of the sensor technology used in your sesame farming operations?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1063-0407</w:t>
            </w:r>
          </w:p>
        </w:tc>
        <w:tc>
          <w:tcPr>
            <w:tcW w:type="dxa" w:w="2160"/>
          </w:tcPr>
          <w:p>
            <w:r>
              <w:t>Decision Support Systems</w:t>
            </w:r>
          </w:p>
        </w:tc>
        <w:tc>
          <w:tcPr>
            <w:tcW w:type="dxa" w:w="2160"/>
          </w:tcPr>
          <w:p>
            <w:r>
              <w:t>Can you provide an example of a decision made using your decision support systems that significantly impacted your sesame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1063-0408</w:t>
            </w:r>
          </w:p>
        </w:tc>
        <w:tc>
          <w:tcPr>
            <w:tcW w:type="dxa" w:w="2160"/>
          </w:tcPr>
          <w:p>
            <w:r>
              <w:t>Data Security</w:t>
            </w:r>
          </w:p>
        </w:tc>
        <w:tc>
          <w:tcPr>
            <w:tcW w:type="dxa" w:w="2160"/>
          </w:tcPr>
          <w:p>
            <w:r>
              <w:t>What protocols do you have in place to ensure compliance with data protection regulations for your sesame farming data?</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1063-0409</w:t>
            </w:r>
          </w:p>
        </w:tc>
        <w:tc>
          <w:tcPr>
            <w:tcW w:type="dxa" w:w="2160"/>
          </w:tcPr>
          <w:p>
            <w:r>
              <w:t>Data Analytics</w:t>
            </w:r>
          </w:p>
        </w:tc>
        <w:tc>
          <w:tcPr>
            <w:tcW w:type="dxa" w:w="2160"/>
          </w:tcPr>
          <w:p>
            <w:r>
              <w:t>How do you ensure that the data used for analysis is accurate and up to date in your sesame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1063-0410</w:t>
            </w:r>
          </w:p>
        </w:tc>
        <w:tc>
          <w:tcPr>
            <w:tcW w:type="dxa" w:w="2160"/>
          </w:tcPr>
          <w:p>
            <w:r>
              <w:t>Yield Forecasting</w:t>
            </w:r>
          </w:p>
        </w:tc>
        <w:tc>
          <w:tcPr>
            <w:tcW w:type="dxa" w:w="2160"/>
          </w:tcPr>
          <w:p>
            <w:r>
              <w:t>What external factors do you consider when adjusting your yield forecasts for sesame crops?</w:t>
              <w:br/>
              <w:t>Answer type: Multi-select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1063-0411</w:t>
            </w:r>
          </w:p>
        </w:tc>
        <w:tc>
          <w:tcPr>
            <w:tcW w:type="dxa" w:w="2160"/>
          </w:tcPr>
          <w:p>
            <w:r>
              <w:t>Supply Chain Tracking</w:t>
            </w:r>
          </w:p>
        </w:tc>
        <w:tc>
          <w:tcPr>
            <w:tcW w:type="dxa" w:w="2160"/>
          </w:tcPr>
          <w:p>
            <w:r>
              <w:t>How do you integrate data from various sources to create a comprehensive view of your sesame supply chain?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1063-0412</w:t>
            </w:r>
          </w:p>
        </w:tc>
        <w:tc>
          <w:tcPr>
            <w:tcW w:type="dxa" w:w="2160"/>
          </w:tcPr>
          <w:p>
            <w:r>
              <w:t>Data Collection</w:t>
            </w:r>
          </w:p>
        </w:tc>
        <w:tc>
          <w:tcPr>
            <w:tcW w:type="dxa" w:w="2160"/>
          </w:tcPr>
          <w:p>
            <w:r>
              <w:t>What types of data were collected to support analytics efforts in sesame farming during the tax year?</w:t>
              <w:br/>
              <w:t>Answer type: text</w:t>
              <w:br/>
              <w:t>Trigger: If data was collected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1063-0413</w:t>
            </w:r>
          </w:p>
        </w:tc>
        <w:tc>
          <w:tcPr>
            <w:tcW w:type="dxa" w:w="2160"/>
          </w:tcPr>
          <w:p>
            <w:r>
              <w:t>Software Tools</w:t>
            </w:r>
          </w:p>
        </w:tc>
        <w:tc>
          <w:tcPr>
            <w:tcW w:type="dxa" w:w="2160"/>
          </w:tcPr>
          <w:p>
            <w:r>
              <w:t>What software tools were utilized for data analysis in sesame farming?</w:t>
              <w:br/>
              <w:t>Answer type: text</w:t>
              <w:br/>
              <w:t>Trigger: If software tools were used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1063-0414</w:t>
            </w:r>
          </w:p>
        </w:tc>
        <w:tc>
          <w:tcPr>
            <w:tcW w:type="dxa" w:w="2160"/>
          </w:tcPr>
          <w:p>
            <w:r>
              <w:t>Analytics Outcomes</w:t>
            </w:r>
          </w:p>
        </w:tc>
        <w:tc>
          <w:tcPr>
            <w:tcW w:type="dxa" w:w="2160"/>
          </w:tcPr>
          <w:p>
            <w:r>
              <w:t>What key outcomes were derived from the data analytics efforts in sesame farming?</w:t>
              <w:br/>
              <w:t>Answer type: text</w:t>
              <w:br/>
              <w:t>Trigger: If analytics outcomes were assessed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1063-0415</w:t>
            </w:r>
          </w:p>
        </w:tc>
        <w:tc>
          <w:tcPr>
            <w:tcW w:type="dxa" w:w="2160"/>
          </w:tcPr>
          <w:p>
            <w:r>
              <w:t>Decision-Making</w:t>
            </w:r>
          </w:p>
        </w:tc>
        <w:tc>
          <w:tcPr>
            <w:tcW w:type="dxa" w:w="2160"/>
          </w:tcPr>
          <w:p>
            <w:r>
              <w:t>How did data analytics influence decision-making processes in sesame farming during the tax year?</w:t>
              <w:br/>
              <w:t>Answer type: text</w:t>
              <w:br/>
              <w:t>Trigger: If decision-making was influenced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BYPRODUCTS-UTILIZATION-SESAME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1063-0416</w:t>
            </w:r>
          </w:p>
        </w:tc>
        <w:tc>
          <w:tcPr>
            <w:tcW w:type="dxa" w:w="2160"/>
          </w:tcPr>
          <w:p>
            <w:r>
              <w:t>Meal Production</w:t>
            </w:r>
          </w:p>
        </w:tc>
        <w:tc>
          <w:tcPr>
            <w:tcW w:type="dxa" w:w="2160"/>
          </w:tcPr>
          <w:p>
            <w:r>
              <w:t>What specific processes do you employ to convert sesame seed byproducts into meal, and what experimental methods have you tested to optimize these processes?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1063-0417</w:t>
            </w:r>
          </w:p>
        </w:tc>
        <w:tc>
          <w:tcPr>
            <w:tcW w:type="dxa" w:w="2160"/>
          </w:tcPr>
          <w:p>
            <w:r>
              <w:t>Animal Feed</w:t>
            </w:r>
          </w:p>
        </w:tc>
        <w:tc>
          <w:tcPr>
            <w:tcW w:type="dxa" w:w="2160"/>
          </w:tcPr>
          <w:p>
            <w:r>
              <w:t>Can you describe any research or trials conducted to assess the nutritional value of sesame meal as animal feed compared to other feed sources?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1063-0418</w:t>
            </w:r>
          </w:p>
        </w:tc>
        <w:tc>
          <w:tcPr>
            <w:tcW w:type="dxa" w:w="2160"/>
          </w:tcPr>
          <w:p>
            <w:r>
              <w:t>Biomass Energy</w:t>
            </w:r>
          </w:p>
        </w:tc>
        <w:tc>
          <w:tcPr>
            <w:tcW w:type="dxa" w:w="2160"/>
          </w:tcPr>
          <w:p>
            <w:r>
              <w:t>What innovative techniques have you explored for converting sesame byproducts into biomass energy, and what challenges did you encounter during these experiments?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1063-0419</w:t>
            </w:r>
          </w:p>
        </w:tc>
        <w:tc>
          <w:tcPr>
            <w:tcW w:type="dxa" w:w="2160"/>
          </w:tcPr>
          <w:p>
            <w:r>
              <w:t>Waste Recycling</w:t>
            </w:r>
          </w:p>
        </w:tc>
        <w:tc>
          <w:tcPr>
            <w:tcW w:type="dxa" w:w="2160"/>
          </w:tcPr>
          <w:p>
            <w:r>
              <w:t>What specific waste recycling methods have you implemented for sesame processing byproducts, and how do you measure their effectiveness?</w:t>
              <w:br/>
              <w:t>Answer type: Long text + evidence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1063-0420</w:t>
            </w:r>
          </w:p>
        </w:tc>
        <w:tc>
          <w:tcPr>
            <w:tcW w:type="dxa" w:w="2160"/>
          </w:tcPr>
          <w:p>
            <w:r>
              <w:t>Nutrient Recovery</w:t>
            </w:r>
          </w:p>
        </w:tc>
        <w:tc>
          <w:tcPr>
            <w:tcW w:type="dxa" w:w="2160"/>
          </w:tcPr>
          <w:p>
            <w:r>
              <w:t>Have you conducted any experiments aimed at recovering nutrients from sesame processing waste, and what results did you achieve?</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1063-0421</w:t>
            </w:r>
          </w:p>
        </w:tc>
        <w:tc>
          <w:tcPr>
            <w:tcW w:type="dxa" w:w="2160"/>
          </w:tcPr>
          <w:p>
            <w:r>
              <w:t>Economic Viability</w:t>
            </w:r>
          </w:p>
        </w:tc>
        <w:tc>
          <w:tcPr>
            <w:tcW w:type="dxa" w:w="2160"/>
          </w:tcPr>
          <w:p>
            <w:r>
              <w:t>What analyses have you performed to evaluate the economic viability of utilizing sesame byproducts, including cost-benefit assessments of different utilization methods?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1063-0422</w:t>
            </w:r>
          </w:p>
        </w:tc>
        <w:tc>
          <w:tcPr>
            <w:tcW w:type="dxa" w:w="2160"/>
          </w:tcPr>
          <w:p>
            <w:r>
              <w:t>Sustainability</w:t>
            </w:r>
          </w:p>
        </w:tc>
        <w:tc>
          <w:tcPr>
            <w:tcW w:type="dxa" w:w="2160"/>
          </w:tcPr>
          <w:p>
            <w:r>
              <w:t>What sustainability metrics do you track for your sesame byproduct utilization processes, and how have these metrics influenced your operational decisions?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1063-0423</w:t>
            </w:r>
          </w:p>
        </w:tc>
        <w:tc>
          <w:tcPr>
            <w:tcW w:type="dxa" w:w="2160"/>
          </w:tcPr>
          <w:p>
            <w:r>
              <w:t>Market Opportunities</w:t>
            </w:r>
          </w:p>
        </w:tc>
        <w:tc>
          <w:tcPr>
            <w:tcW w:type="dxa" w:w="2160"/>
          </w:tcPr>
          <w:p>
            <w:r>
              <w:t>What market research have you conducted to identify potential opportunities for sesame byproducts, and what innovative products have emerged from this research?</w:t>
              <w:br/>
              <w:t>Answer type: Long text + evidence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1063-0424</w:t>
            </w:r>
          </w:p>
        </w:tc>
        <w:tc>
          <w:tcPr>
            <w:tcW w:type="dxa" w:w="2160"/>
          </w:tcPr>
          <w:p>
            <w:r>
              <w:t>Meal Production</w:t>
            </w:r>
          </w:p>
        </w:tc>
        <w:tc>
          <w:tcPr>
            <w:tcW w:type="dxa" w:w="2160"/>
          </w:tcPr>
          <w:p>
            <w:r>
              <w:t>What specific challenges have you faced in scaling up the production of sesame meal, and what experimental solutions have you tested to overcome these challenges?</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1063-0425</w:t>
            </w:r>
          </w:p>
        </w:tc>
        <w:tc>
          <w:tcPr>
            <w:tcW w:type="dxa" w:w="2160"/>
          </w:tcPr>
          <w:p>
            <w:r>
              <w:t>Animal Feed</w:t>
            </w:r>
          </w:p>
        </w:tc>
        <w:tc>
          <w:tcPr>
            <w:tcW w:type="dxa" w:w="2160"/>
          </w:tcPr>
          <w:p>
            <w:r>
              <w:t>Have you developed any proprietary formulations for animal feed using sesame byproducts, and what testing protocols have you used to validate their effectiveness?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1063-0426</w:t>
            </w:r>
          </w:p>
        </w:tc>
        <w:tc>
          <w:tcPr>
            <w:tcW w:type="dxa" w:w="2160"/>
          </w:tcPr>
          <w:p>
            <w:r>
              <w:t>Biomass Energy</w:t>
            </w:r>
          </w:p>
        </w:tc>
        <w:tc>
          <w:tcPr>
            <w:tcW w:type="dxa" w:w="2160"/>
          </w:tcPr>
          <w:p>
            <w:r>
              <w:t>What experimental setups have you utilized to test the energy output of biomass derived from sesame byproducts, and what were the findings?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1063-0427</w:t>
            </w:r>
          </w:p>
        </w:tc>
        <w:tc>
          <w:tcPr>
            <w:tcW w:type="dxa" w:w="2160"/>
          </w:tcPr>
          <w:p>
            <w:r>
              <w:t>Waste Recycling</w:t>
            </w:r>
          </w:p>
        </w:tc>
        <w:tc>
          <w:tcPr>
            <w:tcW w:type="dxa" w:w="2160"/>
          </w:tcPr>
          <w:p>
            <w:r>
              <w:t>What innovative recycling technologies have you researched or implemented for sesame processing waste, and what results were observed?</w:t>
              <w:br/>
              <w:t>Answer type: Long text + evidence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1063-0428</w:t>
            </w:r>
          </w:p>
        </w:tc>
        <w:tc>
          <w:tcPr>
            <w:tcW w:type="dxa" w:w="2160"/>
          </w:tcPr>
          <w:p>
            <w:r>
              <w:t>Nutrient Recovery</w:t>
            </w:r>
          </w:p>
        </w:tc>
        <w:tc>
          <w:tcPr>
            <w:tcW w:type="dxa" w:w="2160"/>
          </w:tcPr>
          <w:p>
            <w:r>
              <w:t>What specific nutrient recovery technologies have you explored for sesame byproducts, and what experimental data supports their effectiveness?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1063-0429</w:t>
            </w:r>
          </w:p>
        </w:tc>
        <w:tc>
          <w:tcPr>
            <w:tcW w:type="dxa" w:w="2160"/>
          </w:tcPr>
          <w:p>
            <w:r>
              <w:t>Economic Viability</w:t>
            </w:r>
          </w:p>
        </w:tc>
        <w:tc>
          <w:tcPr>
            <w:tcW w:type="dxa" w:w="2160"/>
          </w:tcPr>
          <w:p>
            <w:r>
              <w:t>What financial models have you developed to project the profitability of sesame byproduct utilization, and what assumptions underlie these models?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1063-0430</w:t>
            </w:r>
          </w:p>
        </w:tc>
        <w:tc>
          <w:tcPr>
            <w:tcW w:type="dxa" w:w="2160"/>
          </w:tcPr>
          <w:p>
            <w:r>
              <w:t>Sustainability</w:t>
            </w:r>
          </w:p>
        </w:tc>
        <w:tc>
          <w:tcPr>
            <w:tcW w:type="dxa" w:w="2160"/>
          </w:tcPr>
          <w:p>
            <w:r>
              <w:t>How do you assess the environmental impact of your sesame byproduct utilization processes, and what changes have you implemented based on this assessment?</w:t>
              <w:br/>
              <w:t>Answer type: Long text + evidence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1063-0431</w:t>
            </w:r>
          </w:p>
        </w:tc>
        <w:tc>
          <w:tcPr>
            <w:tcW w:type="dxa" w:w="2160"/>
          </w:tcPr>
          <w:p>
            <w:r>
              <w:t>Market Opportunities</w:t>
            </w:r>
          </w:p>
        </w:tc>
        <w:tc>
          <w:tcPr>
            <w:tcW w:type="dxa" w:w="2160"/>
          </w:tcPr>
          <w:p>
            <w:r>
              <w:t>What specific customer segments have you targeted for sesame byproduct products, and what feedback have you received from these segments?</w:t>
              <w:br/>
              <w:t>Answer type: Long text + evidence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1063-0432</w:t>
            </w:r>
          </w:p>
        </w:tc>
        <w:tc>
          <w:tcPr>
            <w:tcW w:type="dxa" w:w="2160"/>
          </w:tcPr>
          <w:p>
            <w:r>
              <w:t>Meal Production</w:t>
            </w:r>
          </w:p>
        </w:tc>
        <w:tc>
          <w:tcPr>
            <w:tcW w:type="dxa" w:w="2160"/>
          </w:tcPr>
          <w:p>
            <w:r>
              <w:t>What are the key quality control measures you have established for sesame meal production, and how do you validate their effectiveness?</w:t>
              <w:br/>
              <w:t>Answer type: Long text + evidence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1063-0433</w:t>
            </w:r>
          </w:p>
        </w:tc>
        <w:tc>
          <w:tcPr>
            <w:tcW w:type="dxa" w:w="2160"/>
          </w:tcPr>
          <w:p>
            <w:r>
              <w:t>Animal Feed</w:t>
            </w:r>
          </w:p>
        </w:tc>
        <w:tc>
          <w:tcPr>
            <w:tcW w:type="dxa" w:w="2160"/>
          </w:tcPr>
          <w:p>
            <w:r>
              <w:t>What regulatory compliance measures have you implemented for the use of sesame meal in animal feed, and how do you ensure these measures are met?</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1063-0434</w:t>
            </w:r>
          </w:p>
        </w:tc>
        <w:tc>
          <w:tcPr>
            <w:tcW w:type="dxa" w:w="2160"/>
          </w:tcPr>
          <w:p>
            <w:r>
              <w:t>Biomass Energy</w:t>
            </w:r>
          </w:p>
        </w:tc>
        <w:tc>
          <w:tcPr>
            <w:tcW w:type="dxa" w:w="2160"/>
          </w:tcPr>
          <w:p>
            <w:r>
              <w:t>What partnerships or collaborations have you established to enhance the development of biomass energy from sesame byproducts, and what outcomes have resulted from these collaborations?</w:t>
              <w:br/>
              <w:t>Answer type: Long text + evidence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1063-0435</w:t>
            </w:r>
          </w:p>
        </w:tc>
        <w:tc>
          <w:tcPr>
            <w:tcW w:type="dxa" w:w="2160"/>
          </w:tcPr>
          <w:p>
            <w:r>
              <w:t>Utilization Strategies</w:t>
            </w:r>
          </w:p>
        </w:tc>
        <w:tc>
          <w:tcPr>
            <w:tcW w:type="dxa" w:w="2160"/>
          </w:tcPr>
          <w:p>
            <w:r>
              <w:t>What strategies were developed for the utilization of byproducts from sesame processing?</w:t>
              <w:br/>
              <w:t>Answer type: text</w:t>
              <w:br/>
              <w:t>Trigger: If strategies were developed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1063-0436</w:t>
            </w:r>
          </w:p>
        </w:tc>
        <w:tc>
          <w:tcPr>
            <w:tcW w:type="dxa" w:w="2160"/>
          </w:tcPr>
          <w:p>
            <w:r>
              <w:t>Market Analysis</w:t>
            </w:r>
          </w:p>
        </w:tc>
        <w:tc>
          <w:tcPr>
            <w:tcW w:type="dxa" w:w="2160"/>
          </w:tcPr>
          <w:p>
            <w:r>
              <w:t>What market analysis was conducted to identify potential uses for sesame byproducts?</w:t>
              <w:br/>
              <w:t>Answer type: text</w:t>
              <w:br/>
              <w:t>Trigger: If market analysis was conducted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1063-0437</w:t>
            </w:r>
          </w:p>
        </w:tc>
        <w:tc>
          <w:tcPr>
            <w:tcW w:type="dxa" w:w="2160"/>
          </w:tcPr>
          <w:p>
            <w:r>
              <w:t>Environmental Impact</w:t>
            </w:r>
          </w:p>
        </w:tc>
        <w:tc>
          <w:tcPr>
            <w:tcW w:type="dxa" w:w="2160"/>
          </w:tcPr>
          <w:p>
            <w:r>
              <w:t>What environmental impact assessments were performed regarding the utilization of sesame byproducts?</w:t>
              <w:br/>
              <w:t>Answer type: text</w:t>
              <w:br/>
              <w:t>Trigger: If assessments were performed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CROP-HEALTH-MONITORING (29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1063-0438</w:t>
            </w:r>
          </w:p>
        </w:tc>
        <w:tc>
          <w:tcPr>
            <w:tcW w:type="dxa" w:w="2160"/>
          </w:tcPr>
          <w:p>
            <w:r>
              <w:t>Disease Detection</w:t>
            </w:r>
          </w:p>
        </w:tc>
        <w:tc>
          <w:tcPr>
            <w:tcW w:type="dxa" w:w="2160"/>
          </w:tcPr>
          <w:p>
            <w:r>
              <w:t>What specific methods or technologies are you using to detect diseases in your sesame crops, and how do you determine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1063-0439</w:t>
            </w:r>
          </w:p>
        </w:tc>
        <w:tc>
          <w:tcPr>
            <w:tcW w:type="dxa" w:w="2160"/>
          </w:tcPr>
          <w:p>
            <w:r>
              <w:t>Pest Monitoring</w:t>
            </w:r>
          </w:p>
        </w:tc>
        <w:tc>
          <w:tcPr>
            <w:tcW w:type="dxa" w:w="2160"/>
          </w:tcPr>
          <w:p>
            <w:r>
              <w:t>Describe the pest monitoring systems you have implemented. How do you collect and analyze data on pest populations?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1063-0440</w:t>
            </w:r>
          </w:p>
        </w:tc>
        <w:tc>
          <w:tcPr>
            <w:tcW w:type="dxa" w:w="2160"/>
          </w:tcPr>
          <w:p>
            <w:r>
              <w:t>Soil Health Assessment</w:t>
            </w:r>
          </w:p>
        </w:tc>
        <w:tc>
          <w:tcPr>
            <w:tcW w:type="dxa" w:w="2160"/>
          </w:tcPr>
          <w:p>
            <w:r>
              <w:t>What techniques are you using to assess soil health, and how do these techniques influence your crop management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1063-0441</w:t>
            </w:r>
          </w:p>
        </w:tc>
        <w:tc>
          <w:tcPr>
            <w:tcW w:type="dxa" w:w="2160"/>
          </w:tcPr>
          <w:p>
            <w:r>
              <w:t>Remote Sensing</w:t>
            </w:r>
          </w:p>
        </w:tc>
        <w:tc>
          <w:tcPr>
            <w:tcW w:type="dxa" w:w="2160"/>
          </w:tcPr>
          <w:p>
            <w:r>
              <w:t>What remote sensing technologies do you utilize for monitoring crop health, and what specific data do you derive from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1063-0442</w:t>
            </w:r>
          </w:p>
        </w:tc>
        <w:tc>
          <w:tcPr>
            <w:tcW w:type="dxa" w:w="2160"/>
          </w:tcPr>
          <w:p>
            <w:r>
              <w:t>Drone Technology</w:t>
            </w:r>
          </w:p>
        </w:tc>
        <w:tc>
          <w:tcPr>
            <w:tcW w:type="dxa" w:w="2160"/>
          </w:tcPr>
          <w:p>
            <w:r>
              <w:t>How are drones integrated into your crop monitoring processes, and what specific outcomes have you observed from their use?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1063-0443</w:t>
            </w:r>
          </w:p>
        </w:tc>
        <w:tc>
          <w:tcPr>
            <w:tcW w:type="dxa" w:w="2160"/>
          </w:tcPr>
          <w:p>
            <w:r>
              <w:t>Field Data Analysis</w:t>
            </w:r>
          </w:p>
        </w:tc>
        <w:tc>
          <w:tcPr>
            <w:tcW w:type="dxa" w:w="2160"/>
          </w:tcPr>
          <w:p>
            <w:r>
              <w:t>What types of field data do you collect, and how do you analyze this data to inform your crop health strategies?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1063-0444</w:t>
            </w:r>
          </w:p>
        </w:tc>
        <w:tc>
          <w:tcPr>
            <w:tcW w:type="dxa" w:w="2160"/>
          </w:tcPr>
          <w:p>
            <w:r>
              <w:t>Integrated Pest Management</w:t>
            </w:r>
          </w:p>
        </w:tc>
        <w:tc>
          <w:tcPr>
            <w:tcW w:type="dxa" w:w="2160"/>
          </w:tcPr>
          <w:p>
            <w:r>
              <w:t>Can you detail your integrated pest management strategies and how they are adapted based on monitoring data?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1063-0445</w:t>
            </w:r>
          </w:p>
        </w:tc>
        <w:tc>
          <w:tcPr>
            <w:tcW w:type="dxa" w:w="2160"/>
          </w:tcPr>
          <w:p>
            <w:r>
              <w:t>Yield Mapping</w:t>
            </w:r>
          </w:p>
        </w:tc>
        <w:tc>
          <w:tcPr>
            <w:tcW w:type="dxa" w:w="2160"/>
          </w:tcPr>
          <w:p>
            <w:r>
              <w:t>What methods do you use for yield mapping, and how do you correlate this data with crop health indicators?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1063-0446</w:t>
            </w:r>
          </w:p>
        </w:tc>
        <w:tc>
          <w:tcPr>
            <w:tcW w:type="dxa" w:w="2160"/>
          </w:tcPr>
          <w:p>
            <w:r>
              <w:t>Disease Detection</w:t>
            </w:r>
          </w:p>
        </w:tc>
        <w:tc>
          <w:tcPr>
            <w:tcW w:type="dxa" w:w="2160"/>
          </w:tcPr>
          <w:p>
            <w:r>
              <w:t>How frequently do you conduct disease assessments, and what triggers a more in-depth investigation?</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1063-0447</w:t>
            </w:r>
          </w:p>
        </w:tc>
        <w:tc>
          <w:tcPr>
            <w:tcW w:type="dxa" w:w="2160"/>
          </w:tcPr>
          <w:p>
            <w:r>
              <w:t>Pest Monitoring</w:t>
            </w:r>
          </w:p>
        </w:tc>
        <w:tc>
          <w:tcPr>
            <w:tcW w:type="dxa" w:w="2160"/>
          </w:tcPr>
          <w:p>
            <w:r>
              <w:t>What thresholds do you use to determine when pest populations require intervention?</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1063-0448</w:t>
            </w:r>
          </w:p>
        </w:tc>
        <w:tc>
          <w:tcPr>
            <w:tcW w:type="dxa" w:w="2160"/>
          </w:tcPr>
          <w:p>
            <w:r>
              <w:t>Soil Health Assessment</w:t>
            </w:r>
          </w:p>
        </w:tc>
        <w:tc>
          <w:tcPr>
            <w:tcW w:type="dxa" w:w="2160"/>
          </w:tcPr>
          <w:p>
            <w:r>
              <w:t>What specific soil health indicators do you monitor, and how do they impact your farming practices?</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1063-0449</w:t>
            </w:r>
          </w:p>
        </w:tc>
        <w:tc>
          <w:tcPr>
            <w:tcW w:type="dxa" w:w="2160"/>
          </w:tcPr>
          <w:p>
            <w:r>
              <w:t>Remote Sensing</w:t>
            </w:r>
          </w:p>
        </w:tc>
        <w:tc>
          <w:tcPr>
            <w:tcW w:type="dxa" w:w="2160"/>
          </w:tcPr>
          <w:p>
            <w:r>
              <w:t>How do you validate the data obtained from remote sensing technologies?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1063-0450</w:t>
            </w:r>
          </w:p>
        </w:tc>
        <w:tc>
          <w:tcPr>
            <w:tcW w:type="dxa" w:w="2160"/>
          </w:tcPr>
          <w:p>
            <w:r>
              <w:t>Drone Technology</w:t>
            </w:r>
          </w:p>
        </w:tc>
        <w:tc>
          <w:tcPr>
            <w:tcW w:type="dxa" w:w="2160"/>
          </w:tcPr>
          <w:p>
            <w:r>
              <w:t>What specific data do you capture with drones, and how do you utilize this data in your crop management?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1063-0451</w:t>
            </w:r>
          </w:p>
        </w:tc>
        <w:tc>
          <w:tcPr>
            <w:tcW w:type="dxa" w:w="2160"/>
          </w:tcPr>
          <w:p>
            <w:r>
              <w:t>Field Data Analysis</w:t>
            </w:r>
          </w:p>
        </w:tc>
        <w:tc>
          <w:tcPr>
            <w:tcW w:type="dxa" w:w="2160"/>
          </w:tcPr>
          <w:p>
            <w:r>
              <w:t>What software or tools do you use for analyzing field data, and how do they assist in decision-making?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1063-0452</w:t>
            </w:r>
          </w:p>
        </w:tc>
        <w:tc>
          <w:tcPr>
            <w:tcW w:type="dxa" w:w="2160"/>
          </w:tcPr>
          <w:p>
            <w:r>
              <w:t>Integrated Pest Management</w:t>
            </w:r>
          </w:p>
        </w:tc>
        <w:tc>
          <w:tcPr>
            <w:tcW w:type="dxa" w:w="2160"/>
          </w:tcPr>
          <w:p>
            <w:r>
              <w:t>How do you measure the effectiveness of your integrated pest management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1063-0453</w:t>
            </w:r>
          </w:p>
        </w:tc>
        <w:tc>
          <w:tcPr>
            <w:tcW w:type="dxa" w:w="2160"/>
          </w:tcPr>
          <w:p>
            <w:r>
              <w:t>Yield Mapping</w:t>
            </w:r>
          </w:p>
        </w:tc>
        <w:tc>
          <w:tcPr>
            <w:tcW w:type="dxa" w:w="2160"/>
          </w:tcPr>
          <w:p>
            <w:r>
              <w:t>What tools or technologies do you use for yield mapping, and how is this data integrated into your overall crop management strategy?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1063-0454</w:t>
            </w:r>
          </w:p>
        </w:tc>
        <w:tc>
          <w:tcPr>
            <w:tcW w:type="dxa" w:w="2160"/>
          </w:tcPr>
          <w:p>
            <w:r>
              <w:t>Disease Detection</w:t>
            </w:r>
          </w:p>
        </w:tc>
        <w:tc>
          <w:tcPr>
            <w:tcW w:type="dxa" w:w="2160"/>
          </w:tcPr>
          <w:p>
            <w:r>
              <w:t>What are the most common diseases affecting your sesame crops, and how do you monitor for these specifically?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1063-0455</w:t>
            </w:r>
          </w:p>
        </w:tc>
        <w:tc>
          <w:tcPr>
            <w:tcW w:type="dxa" w:w="2160"/>
          </w:tcPr>
          <w:p>
            <w:r>
              <w:t>Pest Monitoring</w:t>
            </w:r>
          </w:p>
        </w:tc>
        <w:tc>
          <w:tcPr>
            <w:tcW w:type="dxa" w:w="2160"/>
          </w:tcPr>
          <w:p>
            <w:r>
              <w:t>What specific pest species do you monitor, and what methods do you use to track their populations?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1063-0456</w:t>
            </w:r>
          </w:p>
        </w:tc>
        <w:tc>
          <w:tcPr>
            <w:tcW w:type="dxa" w:w="2160"/>
          </w:tcPr>
          <w:p>
            <w:r>
              <w:t>Soil Health Assessment</w:t>
            </w:r>
          </w:p>
        </w:tc>
        <w:tc>
          <w:tcPr>
            <w:tcW w:type="dxa" w:w="2160"/>
          </w:tcPr>
          <w:p>
            <w:r>
              <w:t>How do you ensure that your soil health assessments are consistent and reliable over time?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1063-0457</w:t>
            </w:r>
          </w:p>
        </w:tc>
        <w:tc>
          <w:tcPr>
            <w:tcW w:type="dxa" w:w="2160"/>
          </w:tcPr>
          <w:p>
            <w:r>
              <w:t>Remote Sensing</w:t>
            </w:r>
          </w:p>
        </w:tc>
        <w:tc>
          <w:tcPr>
            <w:tcW w:type="dxa" w:w="2160"/>
          </w:tcPr>
          <w:p>
            <w:r>
              <w:t>What specific challenges have you encountered when using remote sensing for crop health monitoring?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1063-0458</w:t>
            </w:r>
          </w:p>
        </w:tc>
        <w:tc>
          <w:tcPr>
            <w:tcW w:type="dxa" w:w="2160"/>
          </w:tcPr>
          <w:p>
            <w:r>
              <w:t>Drone Technology</w:t>
            </w:r>
          </w:p>
        </w:tc>
        <w:tc>
          <w:tcPr>
            <w:tcW w:type="dxa" w:w="2160"/>
          </w:tcPr>
          <w:p>
            <w:r>
              <w:t>How often do you deploy drones for monitoring, and what specific conditions prompt their use?</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1063-0459</w:t>
            </w:r>
          </w:p>
        </w:tc>
        <w:tc>
          <w:tcPr>
            <w:tcW w:type="dxa" w:w="2160"/>
          </w:tcPr>
          <w:p>
            <w:r>
              <w:t>Field Data Analysis</w:t>
            </w:r>
          </w:p>
        </w:tc>
        <w:tc>
          <w:tcPr>
            <w:tcW w:type="dxa" w:w="2160"/>
          </w:tcPr>
          <w:p>
            <w:r>
              <w:t>What specific metrics do you analyze from field data, and how do these metrics influence your crop management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1063-0460</w:t>
            </w:r>
          </w:p>
        </w:tc>
        <w:tc>
          <w:tcPr>
            <w:tcW w:type="dxa" w:w="2160"/>
          </w:tcPr>
          <w:p>
            <w:r>
              <w:t>Integrated Pest Management</w:t>
            </w:r>
          </w:p>
        </w:tc>
        <w:tc>
          <w:tcPr>
            <w:tcW w:type="dxa" w:w="2160"/>
          </w:tcPr>
          <w:p>
            <w:r>
              <w:t>What types of interventions do you implement based on pest monitoring data, and how do you evaluate their success?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1063-0461</w:t>
            </w:r>
          </w:p>
        </w:tc>
        <w:tc>
          <w:tcPr>
            <w:tcW w:type="dxa" w:w="2160"/>
          </w:tcPr>
          <w:p>
            <w:r>
              <w:t>Yield Mapping</w:t>
            </w:r>
          </w:p>
        </w:tc>
        <w:tc>
          <w:tcPr>
            <w:tcW w:type="dxa" w:w="2160"/>
          </w:tcPr>
          <w:p>
            <w:r>
              <w:t>How do you utilize yield mapping data to inform future planting and management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1063-0462</w:t>
            </w:r>
          </w:p>
        </w:tc>
        <w:tc>
          <w:tcPr>
            <w:tcW w:type="dxa" w:w="2160"/>
          </w:tcPr>
          <w:p>
            <w:r>
              <w:t>General Practices</w:t>
            </w:r>
          </w:p>
        </w:tc>
        <w:tc>
          <w:tcPr>
            <w:tcW w:type="dxa" w:w="2160"/>
          </w:tcPr>
          <w:p>
            <w:r>
              <w:t>What innovative practices have you implemented in crop health monitoring that differ from traditional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1063-0463</w:t>
            </w:r>
          </w:p>
        </w:tc>
        <w:tc>
          <w:tcPr>
            <w:tcW w:type="dxa" w:w="2160"/>
          </w:tcPr>
          <w:p>
            <w:r>
              <w:t>Monitoring Techniques</w:t>
            </w:r>
          </w:p>
        </w:tc>
        <w:tc>
          <w:tcPr>
            <w:tcW w:type="dxa" w:w="2160"/>
          </w:tcPr>
          <w:p>
            <w:r>
              <w:t>What new techniques were implemented for crop health monitoring during the tax year?</w:t>
              <w:br/>
              <w:t>Answer type: text</w:t>
              <w:br/>
              <w:t>Trigger: If new techniques were implemented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1063-0464</w:t>
            </w:r>
          </w:p>
        </w:tc>
        <w:tc>
          <w:tcPr>
            <w:tcW w:type="dxa" w:w="2160"/>
          </w:tcPr>
          <w:p>
            <w:r>
              <w:t>Data Analysis</w:t>
            </w:r>
          </w:p>
        </w:tc>
        <w:tc>
          <w:tcPr>
            <w:tcW w:type="dxa" w:w="2160"/>
          </w:tcPr>
          <w:p>
            <w:r>
              <w:t>How was data from crop health monitoring analyzed to inform farming practices?</w:t>
              <w:br/>
              <w:t>Answer type: text</w:t>
              <w:br/>
              <w:t>Trigger: If data analysis was conducted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1063-0465</w:t>
            </w:r>
          </w:p>
        </w:tc>
        <w:tc>
          <w:tcPr>
            <w:tcW w:type="dxa" w:w="2160"/>
          </w:tcPr>
          <w:p>
            <w:r>
              <w:t>Impact on Yield</w:t>
            </w:r>
          </w:p>
        </w:tc>
        <w:tc>
          <w:tcPr>
            <w:tcW w:type="dxa" w:w="2160"/>
          </w:tcPr>
          <w:p>
            <w:r>
              <w:t>What impact did crop health monitoring have on the yield of sesame crops during the tax year?</w:t>
              <w:br/>
              <w:t>Answer type: text</w:t>
              <w:br/>
              <w:t>Trigger: If impact was assessed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1063-0466</w:t>
            </w:r>
          </w:p>
        </w:tc>
        <w:tc>
          <w:tcPr>
            <w:tcW w:type="dxa" w:w="2160"/>
          </w:tcPr>
          <w:p>
            <w:r>
              <w:t>Collaboration</w:t>
            </w:r>
          </w:p>
        </w:tc>
        <w:tc>
          <w:tcPr>
            <w:tcW w:type="dxa" w:w="2160"/>
          </w:tcPr>
          <w:p>
            <w:r>
              <w:t>Were there any collaborations with agronomists or researchers for crop health monitoring?</w:t>
              <w:br/>
              <w:t>Answer type: text</w:t>
              <w:br/>
              <w:t>Trigger: If collaborations occurred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1063 (Sesame farms). Next Business ID:  ((not yet assigned)).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