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1065 -- Dry pea farms</w:t>
      </w:r>
    </w:p>
    <w:p>
      <w:pPr>
        <w:jc w:val="center"/>
      </w:pPr>
      <w:r>
        <w:t>Business ID: 1065</w:t>
        <w:br/>
        <w:t>Business Type: Dry pea farms</w:t>
        <w:br/>
        <w:t>Tax Year Design Basis: 2025</w:t>
        <w:br/>
        <w:t>Federal + California</w:t>
        <w:br/>
        <w:t>Question Range: 1065-0001 through 1065-0475</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RECEIVING-INPUTS-SUPPLY-CHAIN</w:t>
            </w:r>
          </w:p>
        </w:tc>
        <w:tc>
          <w:tcPr>
            <w:tcW w:type="dxa" w:w="2880"/>
          </w:tcPr>
          <w:p>
            <w:r>
              <w:t>28</w:t>
            </w:r>
          </w:p>
        </w:tc>
        <w:tc>
          <w:tcPr>
            <w:tcW w:type="dxa" w:w="2880"/>
          </w:tcPr>
          <w:p>
            <w:r>
              <w:t>Focuses on the processes and technologies involved in receiving and managing inputs for dry pea farming.</w:t>
            </w:r>
          </w:p>
        </w:tc>
      </w:tr>
      <w:tr>
        <w:tc>
          <w:tcPr>
            <w:tcW w:type="dxa" w:w="2880"/>
          </w:tcPr>
          <w:p>
            <w:r>
              <w:t>PLANTING-CULTIVATION-PROCESSING</w:t>
            </w:r>
          </w:p>
        </w:tc>
        <w:tc>
          <w:tcPr>
            <w:tcW w:type="dxa" w:w="2880"/>
          </w:tcPr>
          <w:p>
            <w:r>
              <w:t>33</w:t>
            </w:r>
          </w:p>
        </w:tc>
        <w:tc>
          <w:tcPr>
            <w:tcW w:type="dxa" w:w="2880"/>
          </w:tcPr>
          <w:p>
            <w:r>
              <w:t>Explores the agricultural practices and technologies used in planting and cultivating dry peas.</w:t>
            </w:r>
          </w:p>
        </w:tc>
      </w:tr>
      <w:tr>
        <w:tc>
          <w:tcPr>
            <w:tcW w:type="dxa" w:w="2880"/>
          </w:tcPr>
          <w:p>
            <w:r>
              <w:t>HARVESTING-POST-HARVEST-PROCESSING</w:t>
            </w:r>
          </w:p>
        </w:tc>
        <w:tc>
          <w:tcPr>
            <w:tcW w:type="dxa" w:w="2880"/>
          </w:tcPr>
          <w:p>
            <w:r>
              <w:t>32</w:t>
            </w:r>
          </w:p>
        </w:tc>
        <w:tc>
          <w:tcPr>
            <w:tcW w:type="dxa" w:w="2880"/>
          </w:tcPr>
          <w:p>
            <w:r>
              <w:t>Covers the methods and technologies used for harvesting and post-harvest processing of dry peas.</w:t>
            </w:r>
          </w:p>
        </w:tc>
      </w:tr>
      <w:tr>
        <w:tc>
          <w:tcPr>
            <w:tcW w:type="dxa" w:w="2880"/>
          </w:tcPr>
          <w:p>
            <w:r>
              <w:t>QUALITY-CONTROL-LAB-TESTING</w:t>
            </w:r>
          </w:p>
        </w:tc>
        <w:tc>
          <w:tcPr>
            <w:tcW w:type="dxa" w:w="2880"/>
          </w:tcPr>
          <w:p>
            <w:r>
              <w:t>28</w:t>
            </w:r>
          </w:p>
        </w:tc>
        <w:tc>
          <w:tcPr>
            <w:tcW w:type="dxa" w:w="2880"/>
          </w:tcPr>
          <w:p>
            <w:r>
              <w:t>Examines the quality control measures and laboratory testing protocols for dry peas.</w:t>
            </w:r>
          </w:p>
        </w:tc>
      </w:tr>
      <w:tr>
        <w:tc>
          <w:tcPr>
            <w:tcW w:type="dxa" w:w="2880"/>
          </w:tcPr>
          <w:p>
            <w:r>
              <w:t>PACKAGING-TRACEABILITY-SYSTEMS</w:t>
            </w:r>
          </w:p>
        </w:tc>
        <w:tc>
          <w:tcPr>
            <w:tcW w:type="dxa" w:w="2880"/>
          </w:tcPr>
          <w:p>
            <w:r>
              <w:t>26</w:t>
            </w:r>
          </w:p>
        </w:tc>
        <w:tc>
          <w:tcPr>
            <w:tcW w:type="dxa" w:w="2880"/>
          </w:tcPr>
          <w:p>
            <w:r>
              <w:t>Focuses on the packaging methods and traceability systems used for dry peas.</w:t>
            </w:r>
          </w:p>
        </w:tc>
      </w:tr>
      <w:tr>
        <w:tc>
          <w:tcPr>
            <w:tcW w:type="dxa" w:w="2880"/>
          </w:tcPr>
          <w:p>
            <w:r>
              <w:t>REGULATORY-COMPLIANCE-FOOD-SAFETY</w:t>
            </w:r>
          </w:p>
        </w:tc>
        <w:tc>
          <w:tcPr>
            <w:tcW w:type="dxa" w:w="2880"/>
          </w:tcPr>
          <w:p>
            <w:r>
              <w:t>30</w:t>
            </w:r>
          </w:p>
        </w:tc>
        <w:tc>
          <w:tcPr>
            <w:tcW w:type="dxa" w:w="2880"/>
          </w:tcPr>
          <w:p>
            <w:r>
              <w:t>Addresses the regulatory landscape and food safety requirements for dry pea farms.</w:t>
            </w:r>
          </w:p>
        </w:tc>
      </w:tr>
      <w:tr>
        <w:tc>
          <w:tcPr>
            <w:tcW w:type="dxa" w:w="2880"/>
          </w:tcPr>
          <w:p>
            <w:r>
              <w:t>UTILITIES-ENVIRONMENTAL-IMPACT</w:t>
            </w:r>
          </w:p>
        </w:tc>
        <w:tc>
          <w:tcPr>
            <w:tcW w:type="dxa" w:w="2880"/>
          </w:tcPr>
          <w:p>
            <w:r>
              <w:t>24</w:t>
            </w:r>
          </w:p>
        </w:tc>
        <w:tc>
          <w:tcPr>
            <w:tcW w:type="dxa" w:w="2880"/>
          </w:tcPr>
          <w:p>
            <w:r>
              <w:t>Explores the utilities used and the environmental impact of dry pea farming.</w:t>
            </w:r>
          </w:p>
        </w:tc>
      </w:tr>
      <w:tr>
        <w:tc>
          <w:tcPr>
            <w:tcW w:type="dxa" w:w="2880"/>
          </w:tcPr>
          <w:p>
            <w:r>
              <w:t>BYPRODUCTS-SUSTAINABILITY-PRACTICES</w:t>
            </w:r>
          </w:p>
        </w:tc>
        <w:tc>
          <w:tcPr>
            <w:tcW w:type="dxa" w:w="2880"/>
          </w:tcPr>
          <w:p>
            <w:r>
              <w:t>22</w:t>
            </w:r>
          </w:p>
        </w:tc>
        <w:tc>
          <w:tcPr>
            <w:tcW w:type="dxa" w:w="2880"/>
          </w:tcPr>
          <w:p>
            <w:r>
              <w:t>Covers the management of byproducts and sustainability practices in dry pea farming.</w:t>
            </w:r>
          </w:p>
        </w:tc>
      </w:tr>
      <w:tr>
        <w:tc>
          <w:tcPr>
            <w:tcW w:type="dxa" w:w="2880"/>
          </w:tcPr>
          <w:p>
            <w:r>
              <w:t>EQUIPMENT-AUTOMATION-TECHNOLOGY</w:t>
            </w:r>
          </w:p>
        </w:tc>
        <w:tc>
          <w:tcPr>
            <w:tcW w:type="dxa" w:w="2880"/>
          </w:tcPr>
          <w:p>
            <w:r>
              <w:t>32</w:t>
            </w:r>
          </w:p>
        </w:tc>
        <w:tc>
          <w:tcPr>
            <w:tcW w:type="dxa" w:w="2880"/>
          </w:tcPr>
          <w:p>
            <w:r>
              <w:t>Examines the equipment and automation technologies used in dry pea farming.</w:t>
            </w:r>
          </w:p>
        </w:tc>
      </w:tr>
      <w:tr>
        <w:tc>
          <w:tcPr>
            <w:tcW w:type="dxa" w:w="2880"/>
          </w:tcPr>
          <w:p>
            <w:r>
              <w:t>DATA-SOFTWARE-SYSTEMS</w:t>
            </w:r>
          </w:p>
        </w:tc>
        <w:tc>
          <w:tcPr>
            <w:tcW w:type="dxa" w:w="2880"/>
          </w:tcPr>
          <w:p>
            <w:r>
              <w:t>28</w:t>
            </w:r>
          </w:p>
        </w:tc>
        <w:tc>
          <w:tcPr>
            <w:tcW w:type="dxa" w:w="2880"/>
          </w:tcPr>
          <w:p>
            <w:r>
              <w:t>Focuses on the data management and software systems utilized in dry pea farming.</w:t>
            </w:r>
          </w:p>
        </w:tc>
      </w:tr>
      <w:tr>
        <w:tc>
          <w:tcPr>
            <w:tcW w:type="dxa" w:w="2880"/>
          </w:tcPr>
          <w:p>
            <w:r>
              <w:t>IRRIGATION-WATER-MANAGEMENT</w:t>
            </w:r>
          </w:p>
        </w:tc>
        <w:tc>
          <w:tcPr>
            <w:tcW w:type="dxa" w:w="2880"/>
          </w:tcPr>
          <w:p>
            <w:r>
              <w:t>28</w:t>
            </w:r>
          </w:p>
        </w:tc>
        <w:tc>
          <w:tcPr>
            <w:tcW w:type="dxa" w:w="2880"/>
          </w:tcPr>
          <w:p>
            <w:r>
              <w:t>Explores the irrigation and water management practices specific to dry pea farming.</w:t>
            </w:r>
          </w:p>
        </w:tc>
      </w:tr>
      <w:tr>
        <w:tc>
          <w:tcPr>
            <w:tcW w:type="dxa" w:w="2880"/>
          </w:tcPr>
          <w:p>
            <w:r>
              <w:t>CROP-HEALTH-MONITORING</w:t>
            </w:r>
          </w:p>
        </w:tc>
        <w:tc>
          <w:tcPr>
            <w:tcW w:type="dxa" w:w="2880"/>
          </w:tcPr>
          <w:p>
            <w:r>
              <w:t>28</w:t>
            </w:r>
          </w:p>
        </w:tc>
        <w:tc>
          <w:tcPr>
            <w:tcW w:type="dxa" w:w="2880"/>
          </w:tcPr>
          <w:p>
            <w:r>
              <w:t>Covers the methodologies for monitoring crop health in dry pea farming.</w:t>
            </w:r>
          </w:p>
        </w:tc>
      </w:tr>
    </w:tbl>
    <w:p>
      <w:r>
        <w:t>Total questions in this pack: 475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1065-0001</w:t>
            </w:r>
          </w:p>
        </w:tc>
        <w:tc>
          <w:tcPr>
            <w:tcW w:type="dxa" w:w="2160"/>
          </w:tcPr>
          <w:p>
            <w:r>
              <w:t>Entity Structure</w:t>
            </w:r>
          </w:p>
        </w:tc>
        <w:tc>
          <w:tcPr>
            <w:tcW w:type="dxa" w:w="2160"/>
          </w:tcPr>
          <w:p>
            <w:r>
              <w:t>What is the legal structure of your dry pea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1065-0002</w:t>
            </w:r>
          </w:p>
        </w:tc>
        <w:tc>
          <w:tcPr>
            <w:tcW w:type="dxa" w:w="2160"/>
          </w:tcPr>
          <w:p>
            <w:r>
              <w:t>Ownership</w:t>
            </w:r>
          </w:p>
        </w:tc>
        <w:tc>
          <w:tcPr>
            <w:tcW w:type="dxa" w:w="2160"/>
          </w:tcPr>
          <w:p>
            <w:r>
              <w:t>Who are the primary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1065-0003</w:t>
            </w:r>
          </w:p>
        </w:tc>
        <w:tc>
          <w:tcPr>
            <w:tcW w:type="dxa" w:w="2160"/>
          </w:tcPr>
          <w:p>
            <w:r>
              <w:t>Locations</w:t>
            </w:r>
          </w:p>
        </w:tc>
        <w:tc>
          <w:tcPr>
            <w:tcW w:type="dxa" w:w="2160"/>
          </w:tcPr>
          <w:p>
            <w:r>
              <w:t>Please list all locations where your dry pea farming operations are conducted, including any leased or owned properties.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1065-0004</w:t>
            </w:r>
          </w:p>
        </w:tc>
        <w:tc>
          <w:tcPr>
            <w:tcW w:type="dxa" w:w="2160"/>
          </w:tcPr>
          <w:p>
            <w:r>
              <w:t>Products</w:t>
            </w:r>
          </w:p>
        </w:tc>
        <w:tc>
          <w:tcPr>
            <w:tcW w:type="dxa" w:w="2160"/>
          </w:tcPr>
          <w:p>
            <w:r>
              <w:t>What specific varieties of dry peas are produced on your farms?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1065-0005</w:t>
            </w:r>
          </w:p>
        </w:tc>
        <w:tc>
          <w:tcPr>
            <w:tcW w:type="dxa" w:w="2160"/>
          </w:tcPr>
          <w:p>
            <w:r>
              <w:t>Revenue</w:t>
            </w:r>
          </w:p>
        </w:tc>
        <w:tc>
          <w:tcPr>
            <w:tcW w:type="dxa" w:w="2160"/>
          </w:tcPr>
          <w:p>
            <w:r>
              <w:t>What was the total revenue generated from dry pea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1065-0006</w:t>
            </w:r>
          </w:p>
        </w:tc>
        <w:tc>
          <w:tcPr>
            <w:tcW w:type="dxa" w:w="2160"/>
          </w:tcPr>
          <w:p>
            <w:r>
              <w:t>Personnel</w:t>
            </w:r>
          </w:p>
        </w:tc>
        <w:tc>
          <w:tcPr>
            <w:tcW w:type="dxa" w:w="2160"/>
          </w:tcPr>
          <w:p>
            <w:r>
              <w:t>How many full-time and part-time employees are involved in the dry pea farming operations?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1065-0007</w:t>
            </w:r>
          </w:p>
        </w:tc>
        <w:tc>
          <w:tcPr>
            <w:tcW w:type="dxa" w:w="2160"/>
          </w:tcPr>
          <w:p>
            <w:r>
              <w:t>Records</w:t>
            </w:r>
          </w:p>
        </w:tc>
        <w:tc>
          <w:tcPr>
            <w:tcW w:type="dxa" w:w="2160"/>
          </w:tcPr>
          <w:p>
            <w:r>
              <w:t>What types of records do you maintain to track the production and sales of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1065-0008</w:t>
            </w:r>
          </w:p>
        </w:tc>
        <w:tc>
          <w:tcPr>
            <w:tcW w:type="dxa" w:w="2160"/>
          </w:tcPr>
          <w:p>
            <w:r>
              <w:t>Lead Facts</w:t>
            </w:r>
          </w:p>
        </w:tc>
        <w:tc>
          <w:tcPr>
            <w:tcW w:type="dxa" w:w="2160"/>
          </w:tcPr>
          <w:p>
            <w:r>
              <w:t>What are the primary challenges faced in the cultivation of dry peas that require innovative solutions?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1065-0009</w:t>
            </w:r>
          </w:p>
        </w:tc>
        <w:tc>
          <w:tcPr>
            <w:tcW w:type="dxa" w:w="2160"/>
          </w:tcPr>
          <w:p>
            <w:r>
              <w:t>Entity Structure</w:t>
            </w:r>
          </w:p>
        </w:tc>
        <w:tc>
          <w:tcPr>
            <w:tcW w:type="dxa" w:w="2160"/>
          </w:tcPr>
          <w:p>
            <w:r>
              <w:t>Is your business part of a larger agricultural group or cooperative?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1065-0010</w:t>
            </w:r>
          </w:p>
        </w:tc>
        <w:tc>
          <w:tcPr>
            <w:tcW w:type="dxa" w:w="2160"/>
          </w:tcPr>
          <w:p>
            <w:r>
              <w:t>Ownership</w:t>
            </w:r>
          </w:p>
        </w:tc>
        <w:tc>
          <w:tcPr>
            <w:tcW w:type="dxa" w:w="2160"/>
          </w:tcPr>
          <w:p>
            <w:r>
              <w:t>Have there been any changes in ownership or structure of the business in the past three years? Please explain.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1065-0011</w:t>
            </w:r>
          </w:p>
        </w:tc>
        <w:tc>
          <w:tcPr>
            <w:tcW w:type="dxa" w:w="2160"/>
          </w:tcPr>
          <w:p>
            <w:r>
              <w:t>Locations</w:t>
            </w:r>
          </w:p>
        </w:tc>
        <w:tc>
          <w:tcPr>
            <w:tcW w:type="dxa" w:w="2160"/>
          </w:tcPr>
          <w:p>
            <w:r>
              <w:t>Are any of your farming locations designated as experimental or test sites for new agricultural practices?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1065-0012</w:t>
            </w:r>
          </w:p>
        </w:tc>
        <w:tc>
          <w:tcPr>
            <w:tcW w:type="dxa" w:w="2160"/>
          </w:tcPr>
          <w:p>
            <w:r>
              <w:t>Products</w:t>
            </w:r>
          </w:p>
        </w:tc>
        <w:tc>
          <w:tcPr>
            <w:tcW w:type="dxa" w:w="2160"/>
          </w:tcPr>
          <w:p>
            <w:r>
              <w:t>What processes do you employ to improve the yield or quality of your dry peas?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1065-0013</w:t>
            </w:r>
          </w:p>
        </w:tc>
        <w:tc>
          <w:tcPr>
            <w:tcW w:type="dxa" w:w="2160"/>
          </w:tcPr>
          <w:p>
            <w:r>
              <w:t>Revenue</w:t>
            </w:r>
          </w:p>
        </w:tc>
        <w:tc>
          <w:tcPr>
            <w:tcW w:type="dxa" w:w="2160"/>
          </w:tcPr>
          <w:p>
            <w:r>
              <w:t>What percentage of your revenue comes from government contracts or subsidies related to agricultural innovation?</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1065-0014</w:t>
            </w:r>
          </w:p>
        </w:tc>
        <w:tc>
          <w:tcPr>
            <w:tcW w:type="dxa" w:w="2160"/>
          </w:tcPr>
          <w:p>
            <w:r>
              <w:t>Personnel</w:t>
            </w:r>
          </w:p>
        </w:tc>
        <w:tc>
          <w:tcPr>
            <w:tcW w:type="dxa" w:w="2160"/>
          </w:tcPr>
          <w:p>
            <w:r>
              <w:t>Do you employ any specialized personnel (e.g., agronomists, biotechnologists) for R&amp;D purposes? If yes, please specify roles.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1065-0015</w:t>
            </w:r>
          </w:p>
        </w:tc>
        <w:tc>
          <w:tcPr>
            <w:tcW w:type="dxa" w:w="2160"/>
          </w:tcPr>
          <w:p>
            <w:r>
              <w:t>Records</w:t>
            </w:r>
          </w:p>
        </w:tc>
        <w:tc>
          <w:tcPr>
            <w:tcW w:type="dxa" w:w="2160"/>
          </w:tcPr>
          <w:p>
            <w:r>
              <w:t>What documentation do you have to support any R&amp;D activities conducted in the cultivation of dry peas?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1065-0016</w:t>
            </w:r>
          </w:p>
        </w:tc>
        <w:tc>
          <w:tcPr>
            <w:tcW w:type="dxa" w:w="2160"/>
          </w:tcPr>
          <w:p>
            <w:r>
              <w:t>Lead Facts</w:t>
            </w:r>
          </w:p>
        </w:tc>
        <w:tc>
          <w:tcPr>
            <w:tcW w:type="dxa" w:w="2160"/>
          </w:tcPr>
          <w:p>
            <w:r>
              <w:t>Can you describe any experimental techniques or technologies you have implemented in your farming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1065-0017</w:t>
            </w:r>
          </w:p>
        </w:tc>
        <w:tc>
          <w:tcPr>
            <w:tcW w:type="dxa" w:w="2160"/>
          </w:tcPr>
          <w:p>
            <w:r>
              <w:t>Entity Structure</w:t>
            </w:r>
          </w:p>
        </w:tc>
        <w:tc>
          <w:tcPr>
            <w:tcW w:type="dxa" w:w="2160"/>
          </w:tcPr>
          <w:p>
            <w:r>
              <w:t>Is your business registered for any specific agricultural programs or certifications?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1065-0018</w:t>
            </w:r>
          </w:p>
        </w:tc>
        <w:tc>
          <w:tcPr>
            <w:tcW w:type="dxa" w:w="2160"/>
          </w:tcPr>
          <w:p>
            <w:r>
              <w:t>Ownership</w:t>
            </w:r>
          </w:p>
        </w:tc>
        <w:tc>
          <w:tcPr>
            <w:tcW w:type="dxa" w:w="2160"/>
          </w:tcPr>
          <w:p>
            <w:r>
              <w:t>Are there any investors or stakeholders who are not directly involved in the day-to-day operations of the farm?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1065-0019</w:t>
            </w:r>
          </w:p>
        </w:tc>
        <w:tc>
          <w:tcPr>
            <w:tcW w:type="dxa" w:w="2160"/>
          </w:tcPr>
          <w:p>
            <w:r>
              <w:t>Locations</w:t>
            </w:r>
          </w:p>
        </w:tc>
        <w:tc>
          <w:tcPr>
            <w:tcW w:type="dxa" w:w="2160"/>
          </w:tcPr>
          <w:p>
            <w:r>
              <w:t>Do you have any partnerships with local universities or research institutions for agricultural research?</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1065-0020</w:t>
            </w:r>
          </w:p>
        </w:tc>
        <w:tc>
          <w:tcPr>
            <w:tcW w:type="dxa" w:w="2160"/>
          </w:tcPr>
          <w:p>
            <w:r>
              <w:t>Products</w:t>
            </w:r>
          </w:p>
        </w:tc>
        <w:tc>
          <w:tcPr>
            <w:tcW w:type="dxa" w:w="2160"/>
          </w:tcPr>
          <w:p>
            <w:r>
              <w:t>What are the primary markets for your dry peas, and how do you differentiate your products from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1065-0021</w:t>
            </w:r>
          </w:p>
        </w:tc>
        <w:tc>
          <w:tcPr>
            <w:tcW w:type="dxa" w:w="2160"/>
          </w:tcPr>
          <w:p>
            <w:r>
              <w:t>Revenue</w:t>
            </w:r>
          </w:p>
        </w:tc>
        <w:tc>
          <w:tcPr>
            <w:tcW w:type="dxa" w:w="2160"/>
          </w:tcPr>
          <w:p>
            <w:r>
              <w:t>What were your total expenses related to R&amp;D activities in the tax year 2025?</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1065-0022</w:t>
            </w:r>
          </w:p>
        </w:tc>
        <w:tc>
          <w:tcPr>
            <w:tcW w:type="dxa" w:w="2160"/>
          </w:tcPr>
          <w:p>
            <w:r>
              <w:t>Documentation</w:t>
            </w:r>
          </w:p>
        </w:tc>
        <w:tc>
          <w:tcPr>
            <w:tcW w:type="dxa" w:w="2160"/>
          </w:tcPr>
          <w:p>
            <w:r>
              <w:t>What documentation do you maintain to support the R&amp;D activities related to the intake of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1065-0023</w:t>
            </w:r>
          </w:p>
        </w:tc>
        <w:tc>
          <w:tcPr>
            <w:tcW w:type="dxa" w:w="2160"/>
          </w:tcPr>
          <w:p>
            <w:r>
              <w:t>Return Status</w:t>
            </w:r>
          </w:p>
        </w:tc>
        <w:tc>
          <w:tcPr>
            <w:tcW w:type="dxa" w:w="2160"/>
          </w:tcPr>
          <w:p>
            <w:r>
              <w:t>What is the current status of your R&amp;D tax credit return for the tax year 2025?</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1065-0024</w:t>
            </w:r>
          </w:p>
        </w:tc>
        <w:tc>
          <w:tcPr>
            <w:tcW w:type="dxa" w:w="2160"/>
          </w:tcPr>
          <w:p>
            <w:r>
              <w:t>Prior Credits</w:t>
            </w:r>
          </w:p>
        </w:tc>
        <w:tc>
          <w:tcPr>
            <w:tcW w:type="dxa" w:w="2160"/>
          </w:tcPr>
          <w:p>
            <w:r>
              <w:t>Have you claimed any R&amp;D tax credits in previous tax years? If yes, please specify the years and amounts.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1065-0025</w:t>
            </w:r>
          </w:p>
        </w:tc>
        <w:tc>
          <w:tcPr>
            <w:tcW w:type="dxa" w:w="2160"/>
          </w:tcPr>
          <w:p>
            <w:r>
              <w:t>Aggregation</w:t>
            </w:r>
          </w:p>
        </w:tc>
        <w:tc>
          <w:tcPr>
            <w:tcW w:type="dxa" w:w="2160"/>
          </w:tcPr>
          <w:p>
            <w:r>
              <w:t>Are you aggregating multiple projects under a single claim for the 2025 tax year? If so, please list the projects involved.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1065-0026</w:t>
            </w:r>
          </w:p>
        </w:tc>
        <w:tc>
          <w:tcPr>
            <w:tcW w:type="dxa" w:w="2160"/>
          </w:tcPr>
          <w:p>
            <w:r>
              <w:t>Elections</w:t>
            </w:r>
          </w:p>
        </w:tc>
        <w:tc>
          <w:tcPr>
            <w:tcW w:type="dxa" w:w="2160"/>
          </w:tcPr>
          <w:p>
            <w:r>
              <w:t>Have you made any elections under Section 41 or Section 174 that affect your R&amp;D credit claim for 2025? Please describe.</w:t>
              <w:br/>
              <w:t>Answer type: Long text</w:t>
              <w:br/>
              <w:t>Trigger: Always</w:t>
              <w:br/>
              <w:t>Required: No</w:t>
              <w:br/>
              <w:t>Risk: Medium</w:t>
            </w:r>
          </w:p>
        </w:tc>
        <w:tc>
          <w:tcPr>
            <w:tcW w:type="dxa" w:w="2160"/>
          </w:tcPr>
          <w:p>
            <w:r>
              <w:t>Primary authority: IRC Section 41(e)</w:t>
              <w:br/>
              <w:t>Response: ___________________________</w:t>
              <w:br/>
              <w:t>Evidence: ___________________________</w:t>
              <w:br/>
              <w:t>Reviewer conclusion: ___________________________</w:t>
            </w:r>
          </w:p>
        </w:tc>
      </w:tr>
      <w:tr>
        <w:tc>
          <w:tcPr>
            <w:tcW w:type="dxa" w:w="2160"/>
          </w:tcPr>
          <w:p>
            <w:r>
              <w:t>1065-0027</w:t>
            </w:r>
          </w:p>
        </w:tc>
        <w:tc>
          <w:tcPr>
            <w:tcW w:type="dxa" w:w="2160"/>
          </w:tcPr>
          <w:p>
            <w:r>
              <w:t>Amended Returns</w:t>
            </w:r>
          </w:p>
        </w:tc>
        <w:tc>
          <w:tcPr>
            <w:tcW w:type="dxa" w:w="2160"/>
          </w:tcPr>
          <w:p>
            <w:r>
              <w:t>Have you filed any amended returns related to R&amp;D tax credits for prior years? If yes, please provide details.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1065-0028</w:t>
            </w:r>
          </w:p>
        </w:tc>
        <w:tc>
          <w:tcPr>
            <w:tcW w:type="dxa" w:w="2160"/>
          </w:tcPr>
          <w:p>
            <w:r>
              <w:t>Section 174</w:t>
            </w:r>
          </w:p>
        </w:tc>
        <w:tc>
          <w:tcPr>
            <w:tcW w:type="dxa" w:w="2160"/>
          </w:tcPr>
          <w:p>
            <w:r>
              <w:t>Have you incurred any expenses related to research and development that are subject to capitalization under Section 174 for the tax year 2025?</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1065-0029</w:t>
            </w:r>
          </w:p>
        </w:tc>
        <w:tc>
          <w:tcPr>
            <w:tcW w:type="dxa" w:w="2160"/>
          </w:tcPr>
          <w:p>
            <w:r>
              <w:t>Return Status</w:t>
            </w:r>
          </w:p>
        </w:tc>
        <w:tc>
          <w:tcPr>
            <w:tcW w:type="dxa" w:w="2160"/>
          </w:tcPr>
          <w:p>
            <w:r>
              <w:t>What documentation do you have to support your R&amp;D activities for the 2025 tax year?</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1065-0030</w:t>
            </w:r>
          </w:p>
        </w:tc>
        <w:tc>
          <w:tcPr>
            <w:tcW w:type="dxa" w:w="2160"/>
          </w:tcPr>
          <w:p>
            <w:r>
              <w:t>Prior Credits</w:t>
            </w:r>
          </w:p>
        </w:tc>
        <w:tc>
          <w:tcPr>
            <w:tcW w:type="dxa" w:w="2160"/>
          </w:tcPr>
          <w:p>
            <w:r>
              <w:t>What specific activities did you claim for R&amp;D tax credits in prior years? Please detail each activity.</w:t>
              <w:br/>
              <w:t>Answer type: Long text</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1065-0031</w:t>
            </w:r>
          </w:p>
        </w:tc>
        <w:tc>
          <w:tcPr>
            <w:tcW w:type="dxa" w:w="2160"/>
          </w:tcPr>
          <w:p>
            <w:r>
              <w:t>Aggregation</w:t>
            </w:r>
          </w:p>
        </w:tc>
        <w:tc>
          <w:tcPr>
            <w:tcW w:type="dxa" w:w="2160"/>
          </w:tcPr>
          <w:p>
            <w:r>
              <w:t>How do you determine which projects qualify for aggregation under your R&amp;D tax credit claim?</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1065-0032</w:t>
            </w:r>
          </w:p>
        </w:tc>
        <w:tc>
          <w:tcPr>
            <w:tcW w:type="dxa" w:w="2160"/>
          </w:tcPr>
          <w:p>
            <w:r>
              <w:t>Elections</w:t>
            </w:r>
          </w:p>
        </w:tc>
        <w:tc>
          <w:tcPr>
            <w:tcW w:type="dxa" w:w="2160"/>
          </w:tcPr>
          <w:p>
            <w:r>
              <w:t>Which specific elections have you made regarding your R&amp;D activities, and how do they impact your current claim?</w:t>
              <w:br/>
              <w:t>Answer type: Long text</w:t>
              <w:br/>
              <w:t>Trigger: Yes</w:t>
              <w:br/>
              <w:t>Required: No</w:t>
              <w:br/>
              <w:t>Risk: Medium</w:t>
            </w:r>
          </w:p>
        </w:tc>
        <w:tc>
          <w:tcPr>
            <w:tcW w:type="dxa" w:w="2160"/>
          </w:tcPr>
          <w:p>
            <w:r>
              <w:t>Primary authority: IRC Section 41(e)</w:t>
              <w:br/>
              <w:t>Response: ___________________________</w:t>
              <w:br/>
              <w:t>Evidence: ___________________________</w:t>
              <w:br/>
              <w:t>Reviewer conclusion: ___________________________</w:t>
            </w:r>
          </w:p>
        </w:tc>
      </w:tr>
      <w:tr>
        <w:tc>
          <w:tcPr>
            <w:tcW w:type="dxa" w:w="2160"/>
          </w:tcPr>
          <w:p>
            <w:r>
              <w:t>1065-0033</w:t>
            </w:r>
          </w:p>
        </w:tc>
        <w:tc>
          <w:tcPr>
            <w:tcW w:type="dxa" w:w="2160"/>
          </w:tcPr>
          <w:p>
            <w:r>
              <w:t>Amended Returns</w:t>
            </w:r>
          </w:p>
        </w:tc>
        <w:tc>
          <w:tcPr>
            <w:tcW w:type="dxa" w:w="2160"/>
          </w:tcPr>
          <w:p>
            <w:r>
              <w:t>What was the reason for any amended returns filed related to R&amp;D credits, and what changes were made?</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1065-0034</w:t>
            </w:r>
          </w:p>
        </w:tc>
        <w:tc>
          <w:tcPr>
            <w:tcW w:type="dxa" w:w="2160"/>
          </w:tcPr>
          <w:p>
            <w:r>
              <w:t>Section 174</w:t>
            </w:r>
          </w:p>
        </w:tc>
        <w:tc>
          <w:tcPr>
            <w:tcW w:type="dxa" w:w="2160"/>
          </w:tcPr>
          <w:p>
            <w:r>
              <w:t>What specific expenses have you incurred that are related to research activities and qualify under Section 174 for the 2025 tax year?</w:t>
              <w:br/>
              <w:t>Answer type: Long text</w:t>
              <w:br/>
              <w:t>Trigger: Yes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1065-0035</w:t>
            </w:r>
          </w:p>
        </w:tc>
        <w:tc>
          <w:tcPr>
            <w:tcW w:type="dxa" w:w="2160"/>
          </w:tcPr>
          <w:p>
            <w:r>
              <w:t>Return Status</w:t>
            </w:r>
          </w:p>
        </w:tc>
        <w:tc>
          <w:tcPr>
            <w:tcW w:type="dxa" w:w="2160"/>
          </w:tcPr>
          <w:p>
            <w:r>
              <w:t>Have you received any correspondence from the IRS or state tax authority regarding your R&amp;D tax credit claims? If yes, please summarize the correspondence.</w:t>
              <w:br/>
              <w:t>Answer type: Long text</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1065-0036</w:t>
            </w:r>
          </w:p>
        </w:tc>
        <w:tc>
          <w:tcPr>
            <w:tcW w:type="dxa" w:w="2160"/>
          </w:tcPr>
          <w:p>
            <w:r>
              <w:t>Prior Credits</w:t>
            </w:r>
          </w:p>
        </w:tc>
        <w:tc>
          <w:tcPr>
            <w:tcW w:type="dxa" w:w="2160"/>
          </w:tcPr>
          <w:p>
            <w:r>
              <w:t>What methodologies did you use to calculate your R&amp;D tax credit claims in prior years? Please describe.</w:t>
              <w:br/>
              <w:t>Answer type: Long text</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1065-0037</w:t>
            </w:r>
          </w:p>
        </w:tc>
        <w:tc>
          <w:tcPr>
            <w:tcW w:type="dxa" w:w="2160"/>
          </w:tcPr>
          <w:p>
            <w:r>
              <w:t>Project Inventory</w:t>
            </w:r>
          </w:p>
        </w:tc>
        <w:tc>
          <w:tcPr>
            <w:tcW w:type="dxa" w:w="2160"/>
          </w:tcPr>
          <w:p>
            <w:r>
              <w:t>What specific new varieties of dry peas did you experiment with during the tax year 2025, and what were the objectives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1065-0038</w:t>
            </w:r>
          </w:p>
        </w:tc>
        <w:tc>
          <w:tcPr>
            <w:tcW w:type="dxa" w:w="2160"/>
          </w:tcPr>
          <w:p>
            <w:r>
              <w:t>Uncertainty</w:t>
            </w:r>
          </w:p>
        </w:tc>
        <w:tc>
          <w:tcPr>
            <w:tcW w:type="dxa" w:w="2160"/>
          </w:tcPr>
          <w:p>
            <w:r>
              <w:t>Can you describe the scientific or technological uncertainties you faced when developing new agricultural techniques for dry pea farming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1065-0039</w:t>
            </w:r>
          </w:p>
        </w:tc>
        <w:tc>
          <w:tcPr>
            <w:tcW w:type="dxa" w:w="2160"/>
          </w:tcPr>
          <w:p>
            <w:r>
              <w:t>Alternatives</w:t>
            </w:r>
          </w:p>
        </w:tc>
        <w:tc>
          <w:tcPr>
            <w:tcW w:type="dxa" w:w="2160"/>
          </w:tcPr>
          <w:p>
            <w:r>
              <w:t>What alternative methods did you consider for improving dry pea yields,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1065-0040</w:t>
            </w:r>
          </w:p>
        </w:tc>
        <w:tc>
          <w:tcPr>
            <w:tcW w:type="dxa" w:w="2160"/>
          </w:tcPr>
          <w:p>
            <w:r>
              <w:t>Experiments</w:t>
            </w:r>
          </w:p>
        </w:tc>
        <w:tc>
          <w:tcPr>
            <w:tcW w:type="dxa" w:w="2160"/>
          </w:tcPr>
          <w:p>
            <w:r>
              <w:t>How many distinct experimental plots did you establish for testing new dry pea varieties in 2025, and what were their sizes?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1065-0041</w:t>
            </w:r>
          </w:p>
        </w:tc>
        <w:tc>
          <w:tcPr>
            <w:tcW w:type="dxa" w:w="2160"/>
          </w:tcPr>
          <w:p>
            <w:r>
              <w:t>Measurements</w:t>
            </w:r>
          </w:p>
        </w:tc>
        <w:tc>
          <w:tcPr>
            <w:tcW w:type="dxa" w:w="2160"/>
          </w:tcPr>
          <w:p>
            <w:r>
              <w:t>What specific metrics did you use to measure the success of your dry pea experiments in 2025, and how were these metrics determined?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1065-0042</w:t>
            </w:r>
          </w:p>
        </w:tc>
        <w:tc>
          <w:tcPr>
            <w:tcW w:type="dxa" w:w="2160"/>
          </w:tcPr>
          <w:p>
            <w:r>
              <w:t>Costs</w:t>
            </w:r>
          </w:p>
        </w:tc>
        <w:tc>
          <w:tcPr>
            <w:tcW w:type="dxa" w:w="2160"/>
          </w:tcPr>
          <w:p>
            <w:r>
              <w:t>What were the total costs associated with the R&amp;D activities for dry pea farming in 2025, broken down by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1065-0043</w:t>
            </w:r>
          </w:p>
        </w:tc>
        <w:tc>
          <w:tcPr>
            <w:tcW w:type="dxa" w:w="2160"/>
          </w:tcPr>
          <w:p>
            <w:r>
              <w:t>Evidence</w:t>
            </w:r>
          </w:p>
        </w:tc>
        <w:tc>
          <w:tcPr>
            <w:tcW w:type="dxa" w:w="2160"/>
          </w:tcPr>
          <w:p>
            <w:r>
              <w:t>What documentation do you have to support the R&amp;D activities conducted for dry pea farming in 2025? Please list the types of records kept (e.g., lab notes, field trial reports).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1065-0044</w:t>
            </w:r>
          </w:p>
        </w:tc>
        <w:tc>
          <w:tcPr>
            <w:tcW w:type="dxa" w:w="2160"/>
          </w:tcPr>
          <w:p>
            <w:r>
              <w:t>Project Inventory</w:t>
            </w:r>
          </w:p>
        </w:tc>
        <w:tc>
          <w:tcPr>
            <w:tcW w:type="dxa" w:w="2160"/>
          </w:tcPr>
          <w:p>
            <w:r>
              <w:t>How did you prioritize which new dry pea varieties to test in 2025, and what criteria were used in that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1065-0045</w:t>
            </w:r>
          </w:p>
        </w:tc>
        <w:tc>
          <w:tcPr>
            <w:tcW w:type="dxa" w:w="2160"/>
          </w:tcPr>
          <w:p>
            <w:r>
              <w:t>Uncertainty</w:t>
            </w:r>
          </w:p>
        </w:tc>
        <w:tc>
          <w:tcPr>
            <w:tcW w:type="dxa" w:w="2160"/>
          </w:tcPr>
          <w:p>
            <w:r>
              <w:t>What unforeseen challenges did you encounter during the R&amp;D process for dry pea farming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1065-0046</w:t>
            </w:r>
          </w:p>
        </w:tc>
        <w:tc>
          <w:tcPr>
            <w:tcW w:type="dxa" w:w="2160"/>
          </w:tcPr>
          <w:p>
            <w:r>
              <w:t>Alternatives</w:t>
            </w:r>
          </w:p>
        </w:tc>
        <w:tc>
          <w:tcPr>
            <w:tcW w:type="dxa" w:w="2160"/>
          </w:tcPr>
          <w:p>
            <w:r>
              <w:t>What alternative crops or farming practices did you evaluate alongside dry peas in 2025, and what were the results of that evaluation?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1065-0047</w:t>
            </w:r>
          </w:p>
        </w:tc>
        <w:tc>
          <w:tcPr>
            <w:tcW w:type="dxa" w:w="2160"/>
          </w:tcPr>
          <w:p>
            <w:r>
              <w:t>Experiments</w:t>
            </w:r>
          </w:p>
        </w:tc>
        <w:tc>
          <w:tcPr>
            <w:tcW w:type="dxa" w:w="2160"/>
          </w:tcPr>
          <w:p>
            <w:r>
              <w:t>Can you detail the experimental design for your 2025 dry pea trials, including control groups and treatment variables?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1065-0048</w:t>
            </w:r>
          </w:p>
        </w:tc>
        <w:tc>
          <w:tcPr>
            <w:tcW w:type="dxa" w:w="2160"/>
          </w:tcPr>
          <w:p>
            <w:r>
              <w:t>Measurements</w:t>
            </w:r>
          </w:p>
        </w:tc>
        <w:tc>
          <w:tcPr>
            <w:tcW w:type="dxa" w:w="2160"/>
          </w:tcPr>
          <w:p>
            <w:r>
              <w:t>What specific data collection methods did you employ to track the performance of your dry pea experiments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1065-0049</w:t>
            </w:r>
          </w:p>
        </w:tc>
        <w:tc>
          <w:tcPr>
            <w:tcW w:type="dxa" w:w="2160"/>
          </w:tcPr>
          <w:p>
            <w:r>
              <w:t>Costs</w:t>
            </w:r>
          </w:p>
        </w:tc>
        <w:tc>
          <w:tcPr>
            <w:tcW w:type="dxa" w:w="2160"/>
          </w:tcPr>
          <w:p>
            <w:r>
              <w:t>What percentage of your total farming budget in 2025 was allocated to R&amp;D activities related to dry peas?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1065-0050</w:t>
            </w:r>
          </w:p>
        </w:tc>
        <w:tc>
          <w:tcPr>
            <w:tcW w:type="dxa" w:w="2160"/>
          </w:tcPr>
          <w:p>
            <w:r>
              <w:t>Evidence</w:t>
            </w:r>
          </w:p>
        </w:tc>
        <w:tc>
          <w:tcPr>
            <w:tcW w:type="dxa" w:w="2160"/>
          </w:tcPr>
          <w:p>
            <w:r>
              <w:t>What external resources or expertise did you consult during your R&amp;D activities for dry peas in 2025, and how was this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1065-0051</w:t>
            </w:r>
          </w:p>
        </w:tc>
        <w:tc>
          <w:tcPr>
            <w:tcW w:type="dxa" w:w="2160"/>
          </w:tcPr>
          <w:p>
            <w:r>
              <w:t>Project Inventory</w:t>
            </w:r>
          </w:p>
        </w:tc>
        <w:tc>
          <w:tcPr>
            <w:tcW w:type="dxa" w:w="2160"/>
          </w:tcPr>
          <w:p>
            <w:r>
              <w:t>How did you track the progress of your R&amp;D projects for dry peas throughout 2025? Please describe your project management approach.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1065-0052</w:t>
            </w:r>
          </w:p>
        </w:tc>
        <w:tc>
          <w:tcPr>
            <w:tcW w:type="dxa" w:w="2160"/>
          </w:tcPr>
          <w:p>
            <w:r>
              <w:t>Uncertainty</w:t>
            </w:r>
          </w:p>
        </w:tc>
        <w:tc>
          <w:tcPr>
            <w:tcW w:type="dxa" w:w="2160"/>
          </w:tcPr>
          <w:p>
            <w:r>
              <w:t>What specific hypotheses did you test regarding dry pea growth or yield in 2025,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1065-0053</w:t>
            </w:r>
          </w:p>
        </w:tc>
        <w:tc>
          <w:tcPr>
            <w:tcW w:type="dxa" w:w="2160"/>
          </w:tcPr>
          <w:p>
            <w:r>
              <w:t>Alternatives</w:t>
            </w:r>
          </w:p>
        </w:tc>
        <w:tc>
          <w:tcPr>
            <w:tcW w:type="dxa" w:w="2160"/>
          </w:tcPr>
          <w:p>
            <w:r>
              <w:t>During your R&amp;D process in 2025, what alternative pest management strategies did you consider, and what evidence did you gather to support your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1065-0054</w:t>
            </w:r>
          </w:p>
        </w:tc>
        <w:tc>
          <w:tcPr>
            <w:tcW w:type="dxa" w:w="2160"/>
          </w:tcPr>
          <w:p>
            <w:r>
              <w:t>Experiments</w:t>
            </w:r>
          </w:p>
        </w:tc>
        <w:tc>
          <w:tcPr>
            <w:tcW w:type="dxa" w:w="2160"/>
          </w:tcPr>
          <w:p>
            <w:r>
              <w:t>How were the results of your dry pea experiments in 2025 documented and analyzed to inform future R&amp;D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1065-0055</w:t>
            </w:r>
          </w:p>
        </w:tc>
        <w:tc>
          <w:tcPr>
            <w:tcW w:type="dxa" w:w="2160"/>
          </w:tcPr>
          <w:p>
            <w:r>
              <w:t>Measurements</w:t>
            </w:r>
          </w:p>
        </w:tc>
        <w:tc>
          <w:tcPr>
            <w:tcW w:type="dxa" w:w="2160"/>
          </w:tcPr>
          <w:p>
            <w:r>
              <w:t>What statistical methods did you use to analyze the data collected from your dry pea experiments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1065-0056</w:t>
            </w:r>
          </w:p>
        </w:tc>
        <w:tc>
          <w:tcPr>
            <w:tcW w:type="dxa" w:w="2160"/>
          </w:tcPr>
          <w:p>
            <w:r>
              <w:t>Project Description</w:t>
            </w:r>
          </w:p>
        </w:tc>
        <w:tc>
          <w:tcPr>
            <w:tcW w:type="dxa" w:w="2160"/>
          </w:tcPr>
          <w:p>
            <w:r>
              <w:t>Can you describe a specific project aimed at improving the yield of dry peas through innovative farming techniques?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1065-0057</w:t>
            </w:r>
          </w:p>
        </w:tc>
        <w:tc>
          <w:tcPr>
            <w:tcW w:type="dxa" w:w="2160"/>
          </w:tcPr>
          <w:p>
            <w:r>
              <w:t>Technological Nature</w:t>
            </w:r>
          </w:p>
        </w:tc>
        <w:tc>
          <w:tcPr>
            <w:tcW w:type="dxa" w:w="2160"/>
          </w:tcPr>
          <w:p>
            <w:r>
              <w:t>Can you describe any new techniques or technologies you implemented in your dry pea farming operations during the tax year that aimed to improve yield or pest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1065-0058</w:t>
            </w:r>
          </w:p>
        </w:tc>
        <w:tc>
          <w:tcPr>
            <w:tcW w:type="dxa" w:w="2160"/>
          </w:tcPr>
          <w:p>
            <w:r>
              <w:t>Experimentation</w:t>
            </w:r>
          </w:p>
        </w:tc>
        <w:tc>
          <w:tcPr>
            <w:tcW w:type="dxa" w:w="2160"/>
          </w:tcPr>
          <w:p>
            <w:r>
              <w:t>What specific experiments did you conduct to test the effectiveness of these new techniques or technologies, including the parameters you were measuring?</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1065-0059</w:t>
            </w:r>
          </w:p>
        </w:tc>
        <w:tc>
          <w:tcPr>
            <w:tcW w:type="dxa" w:w="2160"/>
          </w:tcPr>
          <w:p>
            <w:r>
              <w:t>Permitted Purpose</w:t>
            </w:r>
          </w:p>
        </w:tc>
        <w:tc>
          <w:tcPr>
            <w:tcW w:type="dxa" w:w="2160"/>
          </w:tcPr>
          <w:p>
            <w:r>
              <w:t>What objectives were you aiming to achieve through your R&amp;D activities in dry pea farming, such as improving crop resilience or reducing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1065-0060</w:t>
            </w:r>
          </w:p>
        </w:tc>
        <w:tc>
          <w:tcPr>
            <w:tcW w:type="dxa" w:w="2160"/>
          </w:tcPr>
          <w:p>
            <w:r>
              <w:t>Business Component</w:t>
            </w:r>
          </w:p>
        </w:tc>
        <w:tc>
          <w:tcPr>
            <w:tcW w:type="dxa" w:w="2160"/>
          </w:tcPr>
          <w:p>
            <w:r>
              <w:t>Please list and describe the specific business components (e.g., seed varieties, farming methods) that were involved in your R&amp;D efforts during the tax year.</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1065-0061</w:t>
            </w:r>
          </w:p>
        </w:tc>
        <w:tc>
          <w:tcPr>
            <w:tcW w:type="dxa" w:w="2160"/>
          </w:tcPr>
          <w:p>
            <w:r>
              <w:t>Section 174 Uncertainty</w:t>
            </w:r>
          </w:p>
        </w:tc>
        <w:tc>
          <w:tcPr>
            <w:tcW w:type="dxa" w:w="2160"/>
          </w:tcPr>
          <w:p>
            <w:r>
              <w:t>Were there any challenges or uncertainties you faced in your R&amp;D process that required you to iterate on your methods or technologies? If so, please describe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1065-0062</w:t>
            </w:r>
          </w:p>
        </w:tc>
        <w:tc>
          <w:tcPr>
            <w:tcW w:type="dxa" w:w="2160"/>
          </w:tcPr>
          <w:p>
            <w:r>
              <w:t>Commercial Production</w:t>
            </w:r>
          </w:p>
        </w:tc>
        <w:tc>
          <w:tcPr>
            <w:tcW w:type="dxa" w:w="2160"/>
          </w:tcPr>
          <w:p>
            <w:r>
              <w:t>During the tax year, did your dry pea farming operations involve any activities that were primarily for commercial production rather than experimentation or research?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1065-0063</w:t>
            </w:r>
          </w:p>
        </w:tc>
        <w:tc>
          <w:tcPr>
            <w:tcW w:type="dxa" w:w="2160"/>
          </w:tcPr>
          <w:p>
            <w:r>
              <w:t>Adaptation</w:t>
            </w:r>
          </w:p>
        </w:tc>
        <w:tc>
          <w:tcPr>
            <w:tcW w:type="dxa" w:w="2160"/>
          </w:tcPr>
          <w:p>
            <w:r>
              <w:t>Did you adapt existing farming techniques or technologies for your dry pea crops in a way that involved significant experimentation? If so, please describe the specifics of the adaptation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1065-0064</w:t>
            </w:r>
          </w:p>
        </w:tc>
        <w:tc>
          <w:tcPr>
            <w:tcW w:type="dxa" w:w="2160"/>
          </w:tcPr>
          <w:p>
            <w:r>
              <w:t>Duplication</w:t>
            </w:r>
          </w:p>
        </w:tc>
        <w:tc>
          <w:tcPr>
            <w:tcW w:type="dxa" w:w="2160"/>
          </w:tcPr>
          <w:p>
            <w:r>
              <w:t>Were any of your farming activities focused solely on duplicating existing processes or products without any experimentation or innovation?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1065-0065</w:t>
            </w:r>
          </w:p>
        </w:tc>
        <w:tc>
          <w:tcPr>
            <w:tcW w:type="dxa" w:w="2160"/>
          </w:tcPr>
          <w:p>
            <w:r>
              <w:t>Routine Testing</w:t>
            </w:r>
          </w:p>
        </w:tc>
        <w:tc>
          <w:tcPr>
            <w:tcW w:type="dxa" w:w="2160"/>
          </w:tcPr>
          <w:p>
            <w:r>
              <w:t>Did you conduct any routine testing of your crops or farming methods that did not involve significant uncertainty or experimentation? Please elaborate on the types of tests performed.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1065-0066</w:t>
            </w:r>
          </w:p>
        </w:tc>
        <w:tc>
          <w:tcPr>
            <w:tcW w:type="dxa" w:w="2160"/>
          </w:tcPr>
          <w:p>
            <w:r>
              <w:t>Foreign/Funded Research</w:t>
            </w:r>
          </w:p>
        </w:tc>
        <w:tc>
          <w:tcPr>
            <w:tcW w:type="dxa" w:w="2160"/>
          </w:tcPr>
          <w:p>
            <w:r>
              <w:t>Did your research activities involve any foreign entities or were they funded by external sources? If yes, please provide details about the nature and extent of this involvement.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1065-0067</w:t>
            </w:r>
          </w:p>
        </w:tc>
        <w:tc>
          <w:tcPr>
            <w:tcW w:type="dxa" w:w="2160"/>
          </w:tcPr>
          <w:p>
            <w:r>
              <w:t>Unsupported Estimates</w:t>
            </w:r>
          </w:p>
        </w:tc>
        <w:tc>
          <w:tcPr>
            <w:tcW w:type="dxa" w:w="2160"/>
          </w:tcPr>
          <w:p>
            <w:r>
              <w:t>Did you rely on any unsupported estimates in determining your R&amp;D expenses related to dry pea farming? If so, please describe the estimates and the basis for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1065-0068</w:t>
            </w:r>
          </w:p>
        </w:tc>
        <w:tc>
          <w:tcPr>
            <w:tcW w:type="dxa" w:w="2160"/>
          </w:tcPr>
          <w:p>
            <w:r>
              <w:t>Commercial Production</w:t>
            </w:r>
          </w:p>
        </w:tc>
        <w:tc>
          <w:tcPr>
            <w:tcW w:type="dxa" w:w="2160"/>
          </w:tcPr>
          <w:p>
            <w:r>
              <w:t>Did you engage in any activities that were primarily aimed at increasing yield or efficiency of commercial production without any experimentation? Please describe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1065-0069</w:t>
            </w:r>
          </w:p>
        </w:tc>
        <w:tc>
          <w:tcPr>
            <w:tcW w:type="dxa" w:w="2160"/>
          </w:tcPr>
          <w:p>
            <w:r>
              <w:t>Routine Testing</w:t>
            </w:r>
          </w:p>
        </w:tc>
        <w:tc>
          <w:tcPr>
            <w:tcW w:type="dxa" w:w="2160"/>
          </w:tcPr>
          <w:p>
            <w:r>
              <w:t>Were any of the tests performed on your dry pea crops standard industry practices that do not involve any new scientific or technical uncertainty? Please provide examples.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1065-0070</w:t>
            </w:r>
          </w:p>
        </w:tc>
        <w:tc>
          <w:tcPr>
            <w:tcW w:type="dxa" w:w="2160"/>
          </w:tcPr>
          <w:p>
            <w:r>
              <w:t>Adaptation</w:t>
            </w:r>
          </w:p>
        </w:tc>
        <w:tc>
          <w:tcPr>
            <w:tcW w:type="dxa" w:w="2160"/>
          </w:tcPr>
          <w:p>
            <w:r>
              <w:t>Did you modify any existing agricultural practices solely for compliance with regulations or market demands without any experimental component? If yes, please detail these modifications.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1065-0071</w:t>
            </w:r>
          </w:p>
        </w:tc>
        <w:tc>
          <w:tcPr>
            <w:tcW w:type="dxa" w:w="2160"/>
          </w:tcPr>
          <w:p>
            <w:r>
              <w:t>Employee Roles</w:t>
            </w:r>
          </w:p>
        </w:tc>
        <w:tc>
          <w:tcPr>
            <w:tcW w:type="dxa" w:w="2160"/>
          </w:tcPr>
          <w:p>
            <w:r>
              <w:t>List all employees involved in the development of new dry pea varieties or farming techniques during the tax year 2025. Include their roles and responsibilities in the R&amp;D process.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1065-0072</w:t>
            </w:r>
          </w:p>
        </w:tc>
        <w:tc>
          <w:tcPr>
            <w:tcW w:type="dxa" w:w="2160"/>
          </w:tcPr>
          <w:p>
            <w:r>
              <w:t>Wage Allocation</w:t>
            </w:r>
          </w:p>
        </w:tc>
        <w:tc>
          <w:tcPr>
            <w:tcW w:type="dxa" w:w="2160"/>
          </w:tcPr>
          <w:p>
            <w:r>
              <w:t>What percentage of each qualifying employee's time was dedicated to R&amp;D activities related to dry pea farming during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1065-0073</w:t>
            </w:r>
          </w:p>
        </w:tc>
        <w:tc>
          <w:tcPr>
            <w:tcW w:type="dxa" w:w="2160"/>
          </w:tcPr>
          <w:p>
            <w:r>
              <w:t>Compensation Structure</w:t>
            </w:r>
          </w:p>
        </w:tc>
        <w:tc>
          <w:tcPr>
            <w:tcW w:type="dxa" w:w="2160"/>
          </w:tcPr>
          <w:p>
            <w:r>
              <w:t>What was the total compensation (salary, wages, and benefits) paid to each employee involved in R&amp;D activities for the tax year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1065-0074</w:t>
            </w:r>
          </w:p>
        </w:tc>
        <w:tc>
          <w:tcPr>
            <w:tcW w:type="dxa" w:w="2160"/>
          </w:tcPr>
          <w:p>
            <w:r>
              <w:t>Documentation</w:t>
            </w:r>
          </w:p>
        </w:tc>
        <w:tc>
          <w:tcPr>
            <w:tcW w:type="dxa" w:w="2160"/>
          </w:tcPr>
          <w:p>
            <w:r>
              <w:t>What documentation do you have to support the time allocation of employees to R&amp;D activities? Please specify types of records (e.g., timesheets, project logs).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1065-0075</w:t>
            </w:r>
          </w:p>
        </w:tc>
        <w:tc>
          <w:tcPr>
            <w:tcW w:type="dxa" w:w="2160"/>
          </w:tcPr>
          <w:p>
            <w:r>
              <w:t>Project Identification</w:t>
            </w:r>
          </w:p>
        </w:tc>
        <w:tc>
          <w:tcPr>
            <w:tcW w:type="dxa" w:w="2160"/>
          </w:tcPr>
          <w:p>
            <w:r>
              <w:t>Identify specific projects or experiments conducted in 2025 that aimed to improve dry pea yield or resistance to pests. How many employees were involved in each project?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1065-0076</w:t>
            </w:r>
          </w:p>
        </w:tc>
        <w:tc>
          <w:tcPr>
            <w:tcW w:type="dxa" w:w="2160"/>
          </w:tcPr>
          <w:p>
            <w:r>
              <w:t>Employee Training</w:t>
            </w:r>
          </w:p>
        </w:tc>
        <w:tc>
          <w:tcPr>
            <w:tcW w:type="dxa" w:w="2160"/>
          </w:tcPr>
          <w:p>
            <w:r>
              <w:t>Did any employees receive specialized training in 2025 that directly contributed to R&amp;D in dry pea farming? If yes, please describe the training and its relevance.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1065-0077</w:t>
            </w:r>
          </w:p>
        </w:tc>
        <w:tc>
          <w:tcPr>
            <w:tcW w:type="dxa" w:w="2160"/>
          </w:tcPr>
          <w:p>
            <w:r>
              <w:t>Contract Labor</w:t>
            </w:r>
          </w:p>
        </w:tc>
        <w:tc>
          <w:tcPr>
            <w:tcW w:type="dxa" w:w="2160"/>
          </w:tcPr>
          <w:p>
            <w:r>
              <w:t>Did you utilize any contract labor for R&amp;D activities related to dry peas in 2025? If yes, provide details on the nature of the work and the total amount paid.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1065-0078</w:t>
            </w:r>
          </w:p>
        </w:tc>
        <w:tc>
          <w:tcPr>
            <w:tcW w:type="dxa" w:w="2160"/>
          </w:tcPr>
          <w:p>
            <w:r>
              <w:t>Innovation Outcomes</w:t>
            </w:r>
          </w:p>
        </w:tc>
        <w:tc>
          <w:tcPr>
            <w:tcW w:type="dxa" w:w="2160"/>
          </w:tcPr>
          <w:p>
            <w:r>
              <w:t>What specific innovations or advancements in dry pea farming resulted from the R&amp;D efforts in 2025? How were employees' contributions measured?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1065-0079</w:t>
            </w:r>
          </w:p>
        </w:tc>
        <w:tc>
          <w:tcPr>
            <w:tcW w:type="dxa" w:w="2160"/>
          </w:tcPr>
          <w:p>
            <w:r>
              <w:t>Time Tracking</w:t>
            </w:r>
          </w:p>
        </w:tc>
        <w:tc>
          <w:tcPr>
            <w:tcW w:type="dxa" w:w="2160"/>
          </w:tcPr>
          <w:p>
            <w:r>
              <w:t>How did you track the time spent by employees on R&amp;D activities versus non-R&amp;D activities in 2025? Describe the methods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1065-0080</w:t>
            </w:r>
          </w:p>
        </w:tc>
        <w:tc>
          <w:tcPr>
            <w:tcW w:type="dxa" w:w="2160"/>
          </w:tcPr>
          <w:p>
            <w:r>
              <w:t>Employee Involvement</w:t>
            </w:r>
          </w:p>
        </w:tc>
        <w:tc>
          <w:tcPr>
            <w:tcW w:type="dxa" w:w="2160"/>
          </w:tcPr>
          <w:p>
            <w:r>
              <w:t>Were any employees involved in activities that were primarily routine or compliance-related in 2025? If so, please specify which employees and the nature of those activities.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1065-0081</w:t>
            </w:r>
          </w:p>
        </w:tc>
        <w:tc>
          <w:tcPr>
            <w:tcW w:type="dxa" w:w="2160"/>
          </w:tcPr>
          <w:p>
            <w:r>
              <w:t>Experimental Supplies</w:t>
            </w:r>
          </w:p>
        </w:tc>
        <w:tc>
          <w:tcPr>
            <w:tcW w:type="dxa" w:w="2160"/>
          </w:tcPr>
          <w:p>
            <w:r>
              <w:t>During the tax year 2025, did you purchase any supplies specifically for the purpose of conducting experiments related to the cultivation or processing of dry peas? If yes, please list these supplies and their intended experimental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1065-0082</w:t>
            </w:r>
          </w:p>
        </w:tc>
        <w:tc>
          <w:tcPr>
            <w:tcW w:type="dxa" w:w="2160"/>
          </w:tcPr>
          <w:p>
            <w:r>
              <w:t>Exclusions</w:t>
            </w:r>
          </w:p>
        </w:tc>
        <w:tc>
          <w:tcPr>
            <w:tcW w:type="dxa" w:w="2160"/>
          </w:tcPr>
          <w:p>
            <w:r>
              <w:t>Were any of the supplies purchased for routine agricultural practices, such as planting or harvesting dry peas, rather than for experimental purposes? Please specify which supplies were excluded and the rationale for their classification.</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1065-0083</w:t>
            </w:r>
          </w:p>
        </w:tc>
        <w:tc>
          <w:tcPr>
            <w:tcW w:type="dxa" w:w="2160"/>
          </w:tcPr>
          <w:p>
            <w:r>
              <w:t>Experimental Supplies</w:t>
            </w:r>
          </w:p>
        </w:tc>
        <w:tc>
          <w:tcPr>
            <w:tcW w:type="dxa" w:w="2160"/>
          </w:tcPr>
          <w:p>
            <w:r>
              <w:t>Can you identify any supplies that were used in experiments to improve yield or disease resistance in dry peas? Please provide details on the experiments and the specific supplies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1065-0084</w:t>
            </w:r>
          </w:p>
        </w:tc>
        <w:tc>
          <w:tcPr>
            <w:tcW w:type="dxa" w:w="2160"/>
          </w:tcPr>
          <w:p>
            <w:r>
              <w:t>Documentation</w:t>
            </w:r>
          </w:p>
        </w:tc>
        <w:tc>
          <w:tcPr>
            <w:tcW w:type="dxa" w:w="2160"/>
          </w:tcPr>
          <w:p>
            <w:r>
              <w:t>Do you maintain records of the supplies used in your R&amp;D activities, including purchase invoices and usage logs? If yes, please describe how these records are organized and maintained.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1065-0085</w:t>
            </w:r>
          </w:p>
        </w:tc>
        <w:tc>
          <w:tcPr>
            <w:tcW w:type="dxa" w:w="2160"/>
          </w:tcPr>
          <w:p>
            <w:r>
              <w:t>Cost Allocation</w:t>
            </w:r>
          </w:p>
        </w:tc>
        <w:tc>
          <w:tcPr>
            <w:tcW w:type="dxa" w:w="2160"/>
          </w:tcPr>
          <w:p>
            <w:r>
              <w:t>What percentage of the total supply costs incurred in 2025 can be attributed to experimental activities versus routine farming operations? Please provide a breakdown of these costs.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1065-0086</w:t>
            </w:r>
          </w:p>
        </w:tc>
        <w:tc>
          <w:tcPr>
            <w:tcW w:type="dxa" w:w="2160"/>
          </w:tcPr>
          <w:p>
            <w:r>
              <w:t>Contractor Services</w:t>
            </w:r>
          </w:p>
        </w:tc>
        <w:tc>
          <w:tcPr>
            <w:tcW w:type="dxa" w:w="2160"/>
          </w:tcPr>
          <w:p>
            <w:r>
              <w:t>What specific contractor services did you engage for the development or improvement of your dry pea farming processes in 2025? Please provide details on the nature of these services.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1065-0087</w:t>
            </w:r>
          </w:p>
        </w:tc>
        <w:tc>
          <w:tcPr>
            <w:tcW w:type="dxa" w:w="2160"/>
          </w:tcPr>
          <w:p>
            <w:r>
              <w:t>U.S. Location</w:t>
            </w:r>
          </w:p>
        </w:tc>
        <w:tc>
          <w:tcPr>
            <w:tcW w:type="dxa" w:w="2160"/>
          </w:tcPr>
          <w:p>
            <w:r>
              <w:t>Where were the contractor services performed? Please specify the state and any relevant locations within the state.</w:t>
              <w:br/>
              <w:t>Answer type: Short text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1065-0088</w:t>
            </w:r>
          </w:p>
        </w:tc>
        <w:tc>
          <w:tcPr>
            <w:tcW w:type="dxa" w:w="2160"/>
          </w:tcPr>
          <w:p>
            <w:r>
              <w:t>Rights</w:t>
            </w:r>
          </w:p>
        </w:tc>
        <w:tc>
          <w:tcPr>
            <w:tcW w:type="dxa" w:w="2160"/>
          </w:tcPr>
          <w:p>
            <w:r>
              <w:t>What rights did you retain over the results of the contractor's work? Were these rights exclusive or non-exclusive?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1065-0089</w:t>
            </w:r>
          </w:p>
        </w:tc>
        <w:tc>
          <w:tcPr>
            <w:tcW w:type="dxa" w:w="2160"/>
          </w:tcPr>
          <w:p>
            <w:r>
              <w:t>Economic Risk</w:t>
            </w:r>
          </w:p>
        </w:tc>
        <w:tc>
          <w:tcPr>
            <w:tcW w:type="dxa" w:w="2160"/>
          </w:tcPr>
          <w:p>
            <w:r>
              <w:t>Did your agreement with the contractor include any performance-based compensation or penalties based on the outcomes of the R&amp;D activities?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1065-0090</w:t>
            </w:r>
          </w:p>
        </w:tc>
        <w:tc>
          <w:tcPr>
            <w:tcW w:type="dxa" w:w="2160"/>
          </w:tcPr>
          <w:p>
            <w:r>
              <w:t>Eligible Amount</w:t>
            </w:r>
          </w:p>
        </w:tc>
        <w:tc>
          <w:tcPr>
            <w:tcW w:type="dxa" w:w="2160"/>
          </w:tcPr>
          <w:p>
            <w:r>
              <w:t>What was the total amount paid to contractors for R&amp;D activities related to your dry pea farming in 2025? Please provide a breakdown if applicable.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1065-0091</w:t>
            </w:r>
          </w:p>
        </w:tc>
        <w:tc>
          <w:tcPr>
            <w:tcW w:type="dxa" w:w="2160"/>
          </w:tcPr>
          <w:p>
            <w:r>
              <w:t>Contractor Qualifications</w:t>
            </w:r>
          </w:p>
        </w:tc>
        <w:tc>
          <w:tcPr>
            <w:tcW w:type="dxa" w:w="2160"/>
          </w:tcPr>
          <w:p>
            <w:r>
              <w:t>What qualifications or expertise did the contractors possess that made them suitable for the R&amp;D activities in your dry pea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1065-0092</w:t>
            </w:r>
          </w:p>
        </w:tc>
        <w:tc>
          <w:tcPr>
            <w:tcW w:type="dxa" w:w="2160"/>
          </w:tcPr>
          <w:p>
            <w:r>
              <w:t>Contractual Terms</w:t>
            </w:r>
          </w:p>
        </w:tc>
        <w:tc>
          <w:tcPr>
            <w:tcW w:type="dxa" w:w="2160"/>
          </w:tcPr>
          <w:p>
            <w:r>
              <w:t>What specific terms in the contract governed the R&amp;D activities, including timelines, deliverables, and ownership of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1065-0093</w:t>
            </w:r>
          </w:p>
        </w:tc>
        <w:tc>
          <w:tcPr>
            <w:tcW w:type="dxa" w:w="2160"/>
          </w:tcPr>
          <w:p>
            <w:r>
              <w:t>Cloud Computing Services</w:t>
            </w:r>
          </w:p>
        </w:tc>
        <w:tc>
          <w:tcPr>
            <w:tcW w:type="dxa" w:w="2160"/>
          </w:tcPr>
          <w:p>
            <w:r>
              <w:t>What specific cloud computing services did your dry pea farm utilize for research and development activities in 2025, and how did these services contribute to the development or improvement of your agricultural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1065-0094</w:t>
            </w:r>
          </w:p>
        </w:tc>
        <w:tc>
          <w:tcPr>
            <w:tcW w:type="dxa" w:w="2160"/>
          </w:tcPr>
          <w:p>
            <w:r>
              <w:t>Third-Party Software</w:t>
            </w:r>
          </w:p>
        </w:tc>
        <w:tc>
          <w:tcPr>
            <w:tcW w:type="dxa" w:w="2160"/>
          </w:tcPr>
          <w:p>
            <w:r>
              <w:t>List any third-party software applications used in your R&amp;D efforts for crop development or yield optimization during 2025, including the purpose of each application and how it was integrated into your research processes.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1065-0095</w:t>
            </w:r>
          </w:p>
        </w:tc>
        <w:tc>
          <w:tcPr>
            <w:tcW w:type="dxa" w:w="2160"/>
          </w:tcPr>
          <w:p>
            <w:r>
              <w:t>Project Documentation</w:t>
            </w:r>
          </w:p>
        </w:tc>
        <w:tc>
          <w:tcPr>
            <w:tcW w:type="dxa" w:w="2160"/>
          </w:tcPr>
          <w:p>
            <w:r>
              <w:t>Can you provide detailed project descriptions for each R&amp;D activity related to dry pea farming conducted in 2025, including objectives and hypotheses tested?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1065-0096</w:t>
            </w:r>
          </w:p>
        </w:tc>
        <w:tc>
          <w:tcPr>
            <w:tcW w:type="dxa" w:w="2160"/>
          </w:tcPr>
          <w:p>
            <w:r>
              <w:t>Cost Tracking</w:t>
            </w:r>
          </w:p>
        </w:tc>
        <w:tc>
          <w:tcPr>
            <w:tcW w:type="dxa" w:w="2160"/>
          </w:tcPr>
          <w:p>
            <w:r>
              <w:t>What specific costs have been incurred for labor, materials, and overhead directly associated with R&amp;D activities in your dry pea farming operations for the tax year 2025?</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1065-0097</w:t>
            </w:r>
          </w:p>
        </w:tc>
        <w:tc>
          <w:tcPr>
            <w:tcW w:type="dxa" w:w="2160"/>
          </w:tcPr>
          <w:p>
            <w:r>
              <w:t>Experimentation Records</w:t>
            </w:r>
          </w:p>
        </w:tc>
        <w:tc>
          <w:tcPr>
            <w:tcW w:type="dxa" w:w="2160"/>
          </w:tcPr>
          <w:p>
            <w:r>
              <w:t>Can you describe any experimental methodologies or techniques employed in your dry pea farming R&amp;D activities during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1065-0098</w:t>
            </w:r>
          </w:p>
        </w:tc>
        <w:tc>
          <w:tcPr>
            <w:tcW w:type="dxa" w:w="2160"/>
          </w:tcPr>
          <w:p>
            <w:r>
              <w:t>Project Timeline</w:t>
            </w:r>
          </w:p>
        </w:tc>
        <w:tc>
          <w:tcPr>
            <w:tcW w:type="dxa" w:w="2160"/>
          </w:tcPr>
          <w:p>
            <w:r>
              <w:t>What was the timeline for each R&amp;D project related to dry pea farming, including start and end dates for each phase of experimentation?</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1065-0099</w:t>
            </w:r>
          </w:p>
        </w:tc>
        <w:tc>
          <w:tcPr>
            <w:tcW w:type="dxa" w:w="2160"/>
          </w:tcPr>
          <w:p>
            <w:r>
              <w:t>Technical Uncertainty</w:t>
            </w:r>
          </w:p>
        </w:tc>
        <w:tc>
          <w:tcPr>
            <w:tcW w:type="dxa" w:w="2160"/>
          </w:tcPr>
          <w:p>
            <w:r>
              <w:t>What specific technical uncertainties were encountered in your R&amp;D projects for dry pea farming,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1065-0100</w:t>
            </w:r>
          </w:p>
        </w:tc>
        <w:tc>
          <w:tcPr>
            <w:tcW w:type="dxa" w:w="2160"/>
          </w:tcPr>
          <w:p>
            <w:r>
              <w:t>Documentation of Results</w:t>
            </w:r>
          </w:p>
        </w:tc>
        <w:tc>
          <w:tcPr>
            <w:tcW w:type="dxa" w:w="2160"/>
          </w:tcPr>
          <w:p>
            <w:r>
              <w:t>Can you provide documentation or reports that summarize the results of your R&amp;D activities in dry pea farming for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1065-0101</w:t>
            </w:r>
          </w:p>
        </w:tc>
        <w:tc>
          <w:tcPr>
            <w:tcW w:type="dxa" w:w="2160"/>
          </w:tcPr>
          <w:p>
            <w:r>
              <w:t>Collaboration Records</w:t>
            </w:r>
          </w:p>
        </w:tc>
        <w:tc>
          <w:tcPr>
            <w:tcW w:type="dxa" w:w="2160"/>
          </w:tcPr>
          <w:p>
            <w:r>
              <w:t>Did you collaborate with any external parties (e.g., universities, research institutions) on R&amp;D projects in 2025? If yes, please provide details and documentation of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1065-0102</w:t>
            </w:r>
          </w:p>
        </w:tc>
        <w:tc>
          <w:tcPr>
            <w:tcW w:type="dxa" w:w="2160"/>
          </w:tcPr>
          <w:p>
            <w:r>
              <w:t>Regulatory Compliance</w:t>
            </w:r>
          </w:p>
        </w:tc>
        <w:tc>
          <w:tcPr>
            <w:tcW w:type="dxa" w:w="2160"/>
          </w:tcPr>
          <w:p>
            <w:r>
              <w:t>What regulatory requirements related to R&amp;D in agriculture were considered during your dry pea farming projects in 2025, and how were they documented?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1065-0103</w:t>
            </w:r>
          </w:p>
        </w:tc>
        <w:tc>
          <w:tcPr>
            <w:tcW w:type="dxa" w:w="2160"/>
          </w:tcPr>
          <w:p>
            <w:r>
              <w:t>Employee Involvement</w:t>
            </w:r>
          </w:p>
        </w:tc>
        <w:tc>
          <w:tcPr>
            <w:tcW w:type="dxa" w:w="2160"/>
          </w:tcPr>
          <w:p>
            <w:r>
              <w:t>Which employees were directly involved in the R&amp;D activities for dry pea farming in 2025, and what were their specific roles?</w:t>
              <w:br/>
              <w:t>Answer type: Repeating table</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1065-0104</w:t>
            </w:r>
          </w:p>
        </w:tc>
        <w:tc>
          <w:tcPr>
            <w:tcW w:type="dxa" w:w="2160"/>
          </w:tcPr>
          <w:p>
            <w:r>
              <w:t>Cost Allocation</w:t>
            </w:r>
          </w:p>
        </w:tc>
        <w:tc>
          <w:tcPr>
            <w:tcW w:type="dxa" w:w="2160"/>
          </w:tcPr>
          <w:p>
            <w:r>
              <w:t>How were costs allocated between R&amp;D activities and other operational activities in your dry pea farming business for the tax year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1065-0105</w:t>
            </w:r>
          </w:p>
        </w:tc>
        <w:tc>
          <w:tcPr>
            <w:tcW w:type="dxa" w:w="2160"/>
          </w:tcPr>
          <w:p>
            <w:r>
              <w:t>Qualified Research Activities</w:t>
            </w:r>
          </w:p>
        </w:tc>
        <w:tc>
          <w:tcPr>
            <w:tcW w:type="dxa" w:w="2160"/>
          </w:tcPr>
          <w:p>
            <w:r>
              <w:t>During the tax year, did your dry pea farm engage in any experimental activities aimed at improving crop yields or pest resistance? Please describe these activities in detail.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1065-0106</w:t>
            </w:r>
          </w:p>
        </w:tc>
        <w:tc>
          <w:tcPr>
            <w:tcW w:type="dxa" w:w="2160"/>
          </w:tcPr>
          <w:p>
            <w:r>
              <w:t>Qualified Research Expenses (QRE)</w:t>
            </w:r>
          </w:p>
        </w:tc>
        <w:tc>
          <w:tcPr>
            <w:tcW w:type="dxa" w:w="2160"/>
          </w:tcPr>
          <w:p>
            <w:r>
              <w:t>What specific expenses did you incur related to the experimentation on crop varieties or farming techniques? Please list each expense and its purpose.</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1065-0107</w:t>
            </w:r>
          </w:p>
        </w:tc>
        <w:tc>
          <w:tcPr>
            <w:tcW w:type="dxa" w:w="2160"/>
          </w:tcPr>
          <w:p>
            <w:r>
              <w:t>Employee Involvement</w:t>
            </w:r>
          </w:p>
        </w:tc>
        <w:tc>
          <w:tcPr>
            <w:tcW w:type="dxa" w:w="2160"/>
          </w:tcPr>
          <w:p>
            <w:r>
              <w:t>How many employees were directly involved in the R&amp;D activities related to your dry pea farming operations during the tax year? Please specify their roles and the time spent on R&amp;D tasks.</w:t>
              <w:br/>
              <w:t>Answer type: Integer + details</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1065-0108</w:t>
            </w:r>
          </w:p>
        </w:tc>
        <w:tc>
          <w:tcPr>
            <w:tcW w:type="dxa" w:w="2160"/>
          </w:tcPr>
          <w:p>
            <w:r>
              <w:t>Contract Research</w:t>
            </w:r>
          </w:p>
        </w:tc>
        <w:tc>
          <w:tcPr>
            <w:tcW w:type="dxa" w:w="2160"/>
          </w:tcPr>
          <w:p>
            <w:r>
              <w:t>Did you engage any third-party contractors or consultants for R&amp;D activities in the tax year? If yes, please provide their names and the nature of the work performed.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1065-0109</w:t>
            </w:r>
          </w:p>
        </w:tc>
        <w:tc>
          <w:tcPr>
            <w:tcW w:type="dxa" w:w="2160"/>
          </w:tcPr>
          <w:p>
            <w:r>
              <w:t>Documentation</w:t>
            </w:r>
          </w:p>
        </w:tc>
        <w:tc>
          <w:tcPr>
            <w:tcW w:type="dxa" w:w="2160"/>
          </w:tcPr>
          <w:p>
            <w:r>
              <w:t>What documentation do you maintain to support your R&amp;D claims? Please list types of records such as project plans, lab notes, or expense receipts.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1065-0110</w:t>
            </w:r>
          </w:p>
        </w:tc>
        <w:tc>
          <w:tcPr>
            <w:tcW w:type="dxa" w:w="2160"/>
          </w:tcPr>
          <w:p>
            <w:r>
              <w:t>Technical Uncertainty</w:t>
            </w:r>
          </w:p>
        </w:tc>
        <w:tc>
          <w:tcPr>
            <w:tcW w:type="dxa" w:w="2160"/>
          </w:tcPr>
          <w:p>
            <w:r>
              <w:t>Can you describe any technical uncertainties you faced in your R&amp;D efforts, such as challenges in plant growth or disease resistance? How did you address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1065-0111</w:t>
            </w:r>
          </w:p>
        </w:tc>
        <w:tc>
          <w:tcPr>
            <w:tcW w:type="dxa" w:w="2160"/>
          </w:tcPr>
          <w:p>
            <w:r>
              <w:t>Process Improvements</w:t>
            </w:r>
          </w:p>
        </w:tc>
        <w:tc>
          <w:tcPr>
            <w:tcW w:type="dxa" w:w="2160"/>
          </w:tcPr>
          <w:p>
            <w:r>
              <w:t>What specific processes or methodologies did you develop or improve as a result of your R&amp;D activities? Please provide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1065-0112</w:t>
            </w:r>
          </w:p>
        </w:tc>
        <w:tc>
          <w:tcPr>
            <w:tcW w:type="dxa" w:w="2160"/>
          </w:tcPr>
          <w:p>
            <w:r>
              <w:t>Time Tracking</w:t>
            </w:r>
          </w:p>
        </w:tc>
        <w:tc>
          <w:tcPr>
            <w:tcW w:type="dxa" w:w="2160"/>
          </w:tcPr>
          <w:p>
            <w:r>
              <w:t>How do you track the time spent by employees on R&amp;D activities versus routine farming operations? Please describe your method.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1065-0113</w:t>
            </w:r>
          </w:p>
        </w:tc>
        <w:tc>
          <w:tcPr>
            <w:tcW w:type="dxa" w:w="2160"/>
          </w:tcPr>
          <w:p>
            <w:r>
              <w:t>Prototype Development</w:t>
            </w:r>
          </w:p>
        </w:tc>
        <w:tc>
          <w:tcPr>
            <w:tcW w:type="dxa" w:w="2160"/>
          </w:tcPr>
          <w:p>
            <w:r>
              <w:t>Did you develop any prototypes or test plots for new dry pea varieties during the tax year? If so, please describe the development process and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1065-0114</w:t>
            </w:r>
          </w:p>
        </w:tc>
        <w:tc>
          <w:tcPr>
            <w:tcW w:type="dxa" w:w="2160"/>
          </w:tcPr>
          <w:p>
            <w:r>
              <w:t>Project Identification</w:t>
            </w:r>
          </w:p>
        </w:tc>
        <w:tc>
          <w:tcPr>
            <w:tcW w:type="dxa" w:w="2160"/>
          </w:tcPr>
          <w:p>
            <w:r>
              <w:t>How do you identify and prioritize R&amp;D projects within your dry pea farming operations? Please explain your criteria.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1065-0115</w:t>
            </w:r>
          </w:p>
        </w:tc>
        <w:tc>
          <w:tcPr>
            <w:tcW w:type="dxa" w:w="2160"/>
          </w:tcPr>
          <w:p>
            <w:r>
              <w:t>Compliance and Reporting</w:t>
            </w:r>
          </w:p>
        </w:tc>
        <w:tc>
          <w:tcPr>
            <w:tcW w:type="dxa" w:w="2160"/>
          </w:tcPr>
          <w:p>
            <w:r>
              <w:t>What steps do you take to ensure compliance with federal R&amp;D tax credit regulations when reporting your QREs? Please describe your process.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1065-0116</w:t>
            </w:r>
          </w:p>
        </w:tc>
        <w:tc>
          <w:tcPr>
            <w:tcW w:type="dxa" w:w="2160"/>
          </w:tcPr>
          <w:p>
            <w:r>
              <w:t>Qualified Research Activities</w:t>
            </w:r>
          </w:p>
        </w:tc>
        <w:tc>
          <w:tcPr>
            <w:tcW w:type="dxa" w:w="2160"/>
          </w:tcPr>
          <w:p>
            <w:r>
              <w:t>Describe any specific experiments conducted on dry pea varieties to improve yield or disease resistance during the tax year. What methodologies were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1065-0117</w:t>
            </w:r>
          </w:p>
        </w:tc>
        <w:tc>
          <w:tcPr>
            <w:tcW w:type="dxa" w:w="2160"/>
          </w:tcPr>
          <w:p>
            <w:r>
              <w:t>Qualified Research Expenses</w:t>
            </w:r>
          </w:p>
        </w:tc>
        <w:tc>
          <w:tcPr>
            <w:tcW w:type="dxa" w:w="2160"/>
          </w:tcPr>
          <w:p>
            <w:r>
              <w:t>What were the total wages paid to employees directly involved in the R&amp;D activities related to dry pea farming in 2025? Please specify the roles and the percentage of time spent on R&amp;D.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1065-0118</w:t>
            </w:r>
          </w:p>
        </w:tc>
        <w:tc>
          <w:tcPr>
            <w:tcW w:type="dxa" w:w="2160"/>
          </w:tcPr>
          <w:p>
            <w:r>
              <w:t>Supplies and Materials</w:t>
            </w:r>
          </w:p>
        </w:tc>
        <w:tc>
          <w:tcPr>
            <w:tcW w:type="dxa" w:w="2160"/>
          </w:tcPr>
          <w:p>
            <w:r>
              <w:t>List all materials and supplies used in the R&amp;D processes for dry pea cultivation. How were these materials specifically related to experimentation?</w:t>
              <w:br/>
              <w:t>Answer type: Long text + evidence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1065-0119</w:t>
            </w:r>
          </w:p>
        </w:tc>
        <w:tc>
          <w:tcPr>
            <w:tcW w:type="dxa" w:w="2160"/>
          </w:tcPr>
          <w:p>
            <w:r>
              <w:t>Contract Research</w:t>
            </w:r>
          </w:p>
        </w:tc>
        <w:tc>
          <w:tcPr>
            <w:tcW w:type="dxa" w:w="2160"/>
          </w:tcPr>
          <w:p>
            <w:r>
              <w:t>Did you engage any third-party contractors for R&amp;D activities related to dry pea farming? If yes, please provide details on the nature of the work and the amount paid.</w:t>
              <w:br/>
              <w:t>Answer type: Currency</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1065-0120</w:t>
            </w:r>
          </w:p>
        </w:tc>
        <w:tc>
          <w:tcPr>
            <w:tcW w:type="dxa" w:w="2160"/>
          </w:tcPr>
          <w:p>
            <w:r>
              <w:t>Documentation Practices</w:t>
            </w:r>
          </w:p>
        </w:tc>
        <w:tc>
          <w:tcPr>
            <w:tcW w:type="dxa" w:w="2160"/>
          </w:tcPr>
          <w:p>
            <w:r>
              <w:t>What documentation do you maintain to support your R&amp;D claims for dry pea farming? Please specify the types of records kept (e.g., lab notes, project plans).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1065-0121</w:t>
            </w:r>
          </w:p>
        </w:tc>
        <w:tc>
          <w:tcPr>
            <w:tcW w:type="dxa" w:w="2160"/>
          </w:tcPr>
          <w:p>
            <w:r>
              <w:t>Technical Uncertainty</w:t>
            </w:r>
          </w:p>
        </w:tc>
        <w:tc>
          <w:tcPr>
            <w:tcW w:type="dxa" w:w="2160"/>
          </w:tcPr>
          <w:p>
            <w:r>
              <w:t>What specific technical uncertainties did you face while conducting R&amp;D on dry peas? How did these uncertainties impact your experimental design?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1065-0122</w:t>
            </w:r>
          </w:p>
        </w:tc>
        <w:tc>
          <w:tcPr>
            <w:tcW w:type="dxa" w:w="2160"/>
          </w:tcPr>
          <w:p>
            <w:r>
              <w:t>R&amp;D Time Tracking</w:t>
            </w:r>
          </w:p>
        </w:tc>
        <w:tc>
          <w:tcPr>
            <w:tcW w:type="dxa" w:w="2160"/>
          </w:tcPr>
          <w:p>
            <w:r>
              <w:t>How do you track and allocate time spent by employees on R&amp;D activities versus routine farming operations? Please provide a summary of the tracking method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1065-0123</w:t>
            </w:r>
          </w:p>
        </w:tc>
        <w:tc>
          <w:tcPr>
            <w:tcW w:type="dxa" w:w="2160"/>
          </w:tcPr>
          <w:p>
            <w:r>
              <w:t>Innovation Outcomes</w:t>
            </w:r>
          </w:p>
        </w:tc>
        <w:tc>
          <w:tcPr>
            <w:tcW w:type="dxa" w:w="2160"/>
          </w:tcPr>
          <w:p>
            <w:r>
              <w:t>What innovative outcomes resulted from your R&amp;D activities in 2025? Please describe any new techniques or processes developed for dry pea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1065-0124</w:t>
            </w:r>
          </w:p>
        </w:tc>
        <w:tc>
          <w:tcPr>
            <w:tcW w:type="dxa" w:w="2160"/>
          </w:tcPr>
          <w:p>
            <w:r>
              <w:t>R&amp;D Project Duration</w:t>
            </w:r>
          </w:p>
        </w:tc>
        <w:tc>
          <w:tcPr>
            <w:tcW w:type="dxa" w:w="2160"/>
          </w:tcPr>
          <w:p>
            <w:r>
              <w:t>What was the duration of each R&amp;D project undertaken in 2025 related to dry peas? Please provide start and end dates for each project.</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1065-0125</w:t>
            </w:r>
          </w:p>
        </w:tc>
        <w:tc>
          <w:tcPr>
            <w:tcW w:type="dxa" w:w="2160"/>
          </w:tcPr>
          <w:p>
            <w:r>
              <w:t>Regulatory Compliance</w:t>
            </w:r>
          </w:p>
        </w:tc>
        <w:tc>
          <w:tcPr>
            <w:tcW w:type="dxa" w:w="2160"/>
          </w:tcPr>
          <w:p>
            <w:r>
              <w:t>Were there any regulatory requirements or compliance issues that influenced your R&amp;D activities for dry peas in 2025? If so, please describe.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1065-0126</w:t>
            </w:r>
          </w:p>
        </w:tc>
        <w:tc>
          <w:tcPr>
            <w:tcW w:type="dxa" w:w="2160"/>
          </w:tcPr>
          <w:p>
            <w:r>
              <w:t>Expense Calculation</w:t>
            </w:r>
          </w:p>
        </w:tc>
        <w:tc>
          <w:tcPr>
            <w:tcW w:type="dxa" w:w="2160"/>
          </w:tcPr>
          <w:p>
            <w:r>
              <w:t>How do you allocate expenses related to R&amp;D activities for California tax credits specifically for dry pea farming?</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1065-0127</w:t>
            </w:r>
          </w:p>
        </w:tc>
        <w:tc>
          <w:tcPr>
            <w:tcW w:type="dxa" w:w="2160"/>
          </w:tcPr>
          <w:p>
            <w:r>
              <w:t>Final Conclusions</w:t>
            </w:r>
          </w:p>
        </w:tc>
        <w:tc>
          <w:tcPr>
            <w:tcW w:type="dxa" w:w="2160"/>
          </w:tcPr>
          <w:p>
            <w:r>
              <w:t>What specific advancements in dry pea cultivation techniques did your team achieve during the tax year, and how do these advancements qualify as experimental activities under IRC Section 41?</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1065-0128</w:t>
            </w:r>
          </w:p>
        </w:tc>
        <w:tc>
          <w:tcPr>
            <w:tcW w:type="dxa" w:w="2160"/>
          </w:tcPr>
          <w:p>
            <w:r>
              <w:t>Open Issues</w:t>
            </w:r>
          </w:p>
        </w:tc>
        <w:tc>
          <w:tcPr>
            <w:tcW w:type="dxa" w:w="2160"/>
          </w:tcPr>
          <w:p>
            <w:r>
              <w:t>Are there any unresolved issues related to the classification of expenses incurred for R&amp;D activities in the dry pea farming process? If yes, please detail these issues.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1065-0129</w:t>
            </w:r>
          </w:p>
        </w:tc>
        <w:tc>
          <w:tcPr>
            <w:tcW w:type="dxa" w:w="2160"/>
          </w:tcPr>
          <w:p>
            <w:r>
              <w:t>Certification</w:t>
            </w:r>
          </w:p>
        </w:tc>
        <w:tc>
          <w:tcPr>
            <w:tcW w:type="dxa" w:w="2160"/>
          </w:tcPr>
          <w:p>
            <w:r>
              <w:t>Can you confirm that all R&amp;D activities claimed for the tax year were conducted in-house and not outsourced? Please provide supporting documentation.</w:t>
              <w:br/>
              <w:t>Answer type: Yes-No + details</w:t>
              <w:br/>
              <w:t>Trigger: Always</w:t>
              <w:br/>
              <w:t>Required: No</w:t>
              <w:br/>
              <w:t>Risk: High</w:t>
            </w:r>
          </w:p>
        </w:tc>
        <w:tc>
          <w:tcPr>
            <w:tcW w:type="dxa" w:w="2160"/>
          </w:tcPr>
          <w:p>
            <w:r>
              <w:t>Primary authority: IRC Section 41(a) &amp; (b)</w:t>
              <w:br/>
              <w:t>Response: ___________________________</w:t>
              <w:br/>
              <w:t>Evidence: ___________________________</w:t>
              <w:br/>
              <w:t>Reviewer conclusion: ___________________________</w:t>
            </w:r>
          </w:p>
        </w:tc>
      </w:tr>
      <w:tr>
        <w:tc>
          <w:tcPr>
            <w:tcW w:type="dxa" w:w="2160"/>
          </w:tcPr>
          <w:p>
            <w:r>
              <w:t>1065-0130</w:t>
            </w:r>
          </w:p>
        </w:tc>
        <w:tc>
          <w:tcPr>
            <w:tcW w:type="dxa" w:w="2160"/>
          </w:tcPr>
          <w:p>
            <w:r>
              <w:t>Next-Year Controls</w:t>
            </w:r>
          </w:p>
        </w:tc>
        <w:tc>
          <w:tcPr>
            <w:tcW w:type="dxa" w:w="2160"/>
          </w:tcPr>
          <w:p>
            <w:r>
              <w:t>What measures are being implemented to ensure that R&amp;D activities for the next tax year are properly documented and tracked?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1065-0131</w:t>
            </w:r>
          </w:p>
        </w:tc>
        <w:tc>
          <w:tcPr>
            <w:tcW w:type="dxa" w:w="2160"/>
          </w:tcPr>
          <w:p>
            <w:r>
              <w:t>Final Conclusions</w:t>
            </w:r>
          </w:p>
        </w:tc>
        <w:tc>
          <w:tcPr>
            <w:tcW w:type="dxa" w:w="2160"/>
          </w:tcPr>
          <w:p>
            <w:r>
              <w:t>How did the results of your R&amp;D activities impact the overall yield and quality of your dry pea crops? Please quantify any improvements observed.</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1065-0132</w:t>
            </w:r>
          </w:p>
        </w:tc>
        <w:tc>
          <w:tcPr>
            <w:tcW w:type="dxa" w:w="2160"/>
          </w:tcPr>
          <w:p>
            <w:r>
              <w:t>Open Issues</w:t>
            </w:r>
          </w:p>
        </w:tc>
        <w:tc>
          <w:tcPr>
            <w:tcW w:type="dxa" w:w="2160"/>
          </w:tcPr>
          <w:p>
            <w:r>
              <w:t>Have there been any changes to federal or state R&amp;D tax credit regulations that may affect your claims for the current tax year? If so, please describe these changes.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1065-0133</w:t>
            </w:r>
          </w:p>
        </w:tc>
        <w:tc>
          <w:tcPr>
            <w:tcW w:type="dxa" w:w="2160"/>
          </w:tcPr>
          <w:p>
            <w:r>
              <w:t>Certification</w:t>
            </w:r>
          </w:p>
        </w:tc>
        <w:tc>
          <w:tcPr>
            <w:tcW w:type="dxa" w:w="2160"/>
          </w:tcPr>
          <w:p>
            <w:r>
              <w:t>Did you maintain a contemporaneous record of all R&amp;D activities, including experiments, trials, and results? Please specify the format and frequency of these records.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1065-0134</w:t>
            </w:r>
          </w:p>
        </w:tc>
        <w:tc>
          <w:tcPr>
            <w:tcW w:type="dxa" w:w="2160"/>
          </w:tcPr>
          <w:p>
            <w:r>
              <w:t>Next-Year Controls</w:t>
            </w:r>
          </w:p>
        </w:tc>
        <w:tc>
          <w:tcPr>
            <w:tcW w:type="dxa" w:w="2160"/>
          </w:tcPr>
          <w:p>
            <w:r>
              <w:t>What specific training or resources will be provided to staff to enhance their understanding of R&amp;D tax credit eligibility for the upcoming year?</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1065-0135</w:t>
            </w:r>
          </w:p>
        </w:tc>
        <w:tc>
          <w:tcPr>
            <w:tcW w:type="dxa" w:w="2160"/>
          </w:tcPr>
          <w:p>
            <w:r>
              <w:t>Final Conclusions</w:t>
            </w:r>
          </w:p>
        </w:tc>
        <w:tc>
          <w:tcPr>
            <w:tcW w:type="dxa" w:w="2160"/>
          </w:tcPr>
          <w:p>
            <w:r>
              <w:t>What percentage of your total expenses for the tax year were allocated to R&amp;D activities related to dry pea farming?</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1065-0136</w:t>
            </w:r>
          </w:p>
        </w:tc>
        <w:tc>
          <w:tcPr>
            <w:tcW w:type="dxa" w:w="2160"/>
          </w:tcPr>
          <w:p>
            <w:r>
              <w:t>Open Issues</w:t>
            </w:r>
          </w:p>
        </w:tc>
        <w:tc>
          <w:tcPr>
            <w:tcW w:type="dxa" w:w="2160"/>
          </w:tcPr>
          <w:p>
            <w:r>
              <w:t>Are there any discrepancies between your reported R&amp;D expenses and the actual expenses incurred? If yes, please explain the nature of these discrepancies.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RECEIVING-INPUTS-SUPPLY-CHAIN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1065-0137</w:t>
            </w:r>
          </w:p>
        </w:tc>
        <w:tc>
          <w:tcPr>
            <w:tcW w:type="dxa" w:w="2160"/>
          </w:tcPr>
          <w:p>
            <w:r>
              <w:t>Supplier Selection</w:t>
            </w:r>
          </w:p>
        </w:tc>
        <w:tc>
          <w:tcPr>
            <w:tcW w:type="dxa" w:w="2160"/>
          </w:tcPr>
          <w:p>
            <w:r>
              <w:t>What criteria do you use to evaluate and select suppliers for your dry pea seeds and inputs? Please specify any technical qualifications or certifications required.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1065-0138</w:t>
            </w:r>
          </w:p>
        </w:tc>
        <w:tc>
          <w:tcPr>
            <w:tcW w:type="dxa" w:w="2160"/>
          </w:tcPr>
          <w:p>
            <w:r>
              <w:t>Input Quality Control</w:t>
            </w:r>
          </w:p>
        </w:tc>
        <w:tc>
          <w:tcPr>
            <w:tcW w:type="dxa" w:w="2160"/>
          </w:tcPr>
          <w:p>
            <w:r>
              <w:t>Describe the quality control processes you have in place for incoming dry pea seeds. What specific tests or evaluations do you conduct?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1065-0139</w:t>
            </w:r>
          </w:p>
        </w:tc>
        <w:tc>
          <w:tcPr>
            <w:tcW w:type="dxa" w:w="2160"/>
          </w:tcPr>
          <w:p>
            <w:r>
              <w:t>Transportation Logistics</w:t>
            </w:r>
          </w:p>
        </w:tc>
        <w:tc>
          <w:tcPr>
            <w:tcW w:type="dxa" w:w="2160"/>
          </w:tcPr>
          <w:p>
            <w:r>
              <w:t>What transportation methods do you utilize for receiving inputs, and how do you ensure that these methods maintain the integrity of the dry pea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1065-0140</w:t>
            </w:r>
          </w:p>
        </w:tc>
        <w:tc>
          <w:tcPr>
            <w:tcW w:type="dxa" w:w="2160"/>
          </w:tcPr>
          <w:p>
            <w:r>
              <w:t>Inventory Management</w:t>
            </w:r>
          </w:p>
        </w:tc>
        <w:tc>
          <w:tcPr>
            <w:tcW w:type="dxa" w:w="2160"/>
          </w:tcPr>
          <w:p>
            <w:r>
              <w:t>How do you track the inventory levels of your dry pea seeds and other inputs? What systems or software do you use for inventory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1065-0141</w:t>
            </w:r>
          </w:p>
        </w:tc>
        <w:tc>
          <w:tcPr>
            <w:tcW w:type="dxa" w:w="2160"/>
          </w:tcPr>
          <w:p>
            <w:r>
              <w:t>Storage Conditions</w:t>
            </w:r>
          </w:p>
        </w:tc>
        <w:tc>
          <w:tcPr>
            <w:tcW w:type="dxa" w:w="2160"/>
          </w:tcPr>
          <w:p>
            <w:r>
              <w:t>What specific storage conditions do you maintain for dry pea seeds upon receipt? Please detail temperature, humidity, and any other relevant factors.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1065-0142</w:t>
            </w:r>
          </w:p>
        </w:tc>
        <w:tc>
          <w:tcPr>
            <w:tcW w:type="dxa" w:w="2160"/>
          </w:tcPr>
          <w:p>
            <w:r>
              <w:t>Traceability Systems</w:t>
            </w:r>
          </w:p>
        </w:tc>
        <w:tc>
          <w:tcPr>
            <w:tcW w:type="dxa" w:w="2160"/>
          </w:tcPr>
          <w:p>
            <w:r>
              <w:t>What traceability systems do you have in place for tracking the origin of your dry pea seeds and inputs throughout the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1065-0143</w:t>
            </w:r>
          </w:p>
        </w:tc>
        <w:tc>
          <w:tcPr>
            <w:tcW w:type="dxa" w:w="2160"/>
          </w:tcPr>
          <w:p>
            <w:r>
              <w:t>Supplier Selection</w:t>
            </w:r>
          </w:p>
        </w:tc>
        <w:tc>
          <w:tcPr>
            <w:tcW w:type="dxa" w:w="2160"/>
          </w:tcPr>
          <w:p>
            <w:r>
              <w:t>How often do you reassess your suppliers for compliance with your quality standards? Please provide the frequency and criteria for reassessment.</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1065-0144</w:t>
            </w:r>
          </w:p>
        </w:tc>
        <w:tc>
          <w:tcPr>
            <w:tcW w:type="dxa" w:w="2160"/>
          </w:tcPr>
          <w:p>
            <w:r>
              <w:t>Input Quality Control</w:t>
            </w:r>
          </w:p>
        </w:tc>
        <w:tc>
          <w:tcPr>
            <w:tcW w:type="dxa" w:w="2160"/>
          </w:tcPr>
          <w:p>
            <w:r>
              <w:t>Have you experienced any quality issues with incoming dry pea seeds in the past year? If yes, please describe the issue and how it was resolved.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1065-0145</w:t>
            </w:r>
          </w:p>
        </w:tc>
        <w:tc>
          <w:tcPr>
            <w:tcW w:type="dxa" w:w="2160"/>
          </w:tcPr>
          <w:p>
            <w:r>
              <w:t>Transportation Logistics</w:t>
            </w:r>
          </w:p>
        </w:tc>
        <w:tc>
          <w:tcPr>
            <w:tcW w:type="dxa" w:w="2160"/>
          </w:tcPr>
          <w:p>
            <w:r>
              <w:t>What are the average transit times for your inputs from suppliers to your farm? How do you mitigate delays in transportation?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1065-0146</w:t>
            </w:r>
          </w:p>
        </w:tc>
        <w:tc>
          <w:tcPr>
            <w:tcW w:type="dxa" w:w="2160"/>
          </w:tcPr>
          <w:p>
            <w:r>
              <w:t>Inventory Management</w:t>
            </w:r>
          </w:p>
        </w:tc>
        <w:tc>
          <w:tcPr>
            <w:tcW w:type="dxa" w:w="2160"/>
          </w:tcPr>
          <w:p>
            <w:r>
              <w:t>What minimum and maximum inventory levels do you maintain for dry pea seeds? How do you determine these levels?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1065-0147</w:t>
            </w:r>
          </w:p>
        </w:tc>
        <w:tc>
          <w:tcPr>
            <w:tcW w:type="dxa" w:w="2160"/>
          </w:tcPr>
          <w:p>
            <w:r>
              <w:t>Storage Conditions</w:t>
            </w:r>
          </w:p>
        </w:tc>
        <w:tc>
          <w:tcPr>
            <w:tcW w:type="dxa" w:w="2160"/>
          </w:tcPr>
          <w:p>
            <w:r>
              <w:t>What measures do you take to protect dry pea seeds from pests and diseases during storage?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1065-0148</w:t>
            </w:r>
          </w:p>
        </w:tc>
        <w:tc>
          <w:tcPr>
            <w:tcW w:type="dxa" w:w="2160"/>
          </w:tcPr>
          <w:p>
            <w:r>
              <w:t>Traceability Systems</w:t>
            </w:r>
          </w:p>
        </w:tc>
        <w:tc>
          <w:tcPr>
            <w:tcW w:type="dxa" w:w="2160"/>
          </w:tcPr>
          <w:p>
            <w:r>
              <w:t>How do you document the movement of dry pea seeds from receipt to planting? Please describe your record-keeping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1065-0149</w:t>
            </w:r>
          </w:p>
        </w:tc>
        <w:tc>
          <w:tcPr>
            <w:tcW w:type="dxa" w:w="2160"/>
          </w:tcPr>
          <w:p>
            <w:r>
              <w:t>Supplier Selection</w:t>
            </w:r>
          </w:p>
        </w:tc>
        <w:tc>
          <w:tcPr>
            <w:tcW w:type="dxa" w:w="2160"/>
          </w:tcPr>
          <w:p>
            <w:r>
              <w:t>What percentage of your suppliers are local versus non-local? How does this impact your supply chain decisions?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1065-0150</w:t>
            </w:r>
          </w:p>
        </w:tc>
        <w:tc>
          <w:tcPr>
            <w:tcW w:type="dxa" w:w="2160"/>
          </w:tcPr>
          <w:p>
            <w:r>
              <w:t>Input Quality Control</w:t>
            </w:r>
          </w:p>
        </w:tc>
        <w:tc>
          <w:tcPr>
            <w:tcW w:type="dxa" w:w="2160"/>
          </w:tcPr>
          <w:p>
            <w:r>
              <w:t>What specific certifications or quality standards do your suppliers need to meet for dry pea seeds?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1065-0151</w:t>
            </w:r>
          </w:p>
        </w:tc>
        <w:tc>
          <w:tcPr>
            <w:tcW w:type="dxa" w:w="2160"/>
          </w:tcPr>
          <w:p>
            <w:r>
              <w:t>Transportation Logistics</w:t>
            </w:r>
          </w:p>
        </w:tc>
        <w:tc>
          <w:tcPr>
            <w:tcW w:type="dxa" w:w="2160"/>
          </w:tcPr>
          <w:p>
            <w:r>
              <w:t>What role does technology play in your transportation logistics for receiving inputs? Please specify any software or tools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1065-0152</w:t>
            </w:r>
          </w:p>
        </w:tc>
        <w:tc>
          <w:tcPr>
            <w:tcW w:type="dxa" w:w="2160"/>
          </w:tcPr>
          <w:p>
            <w:r>
              <w:t>Inventory Management</w:t>
            </w:r>
          </w:p>
        </w:tc>
        <w:tc>
          <w:tcPr>
            <w:tcW w:type="dxa" w:w="2160"/>
          </w:tcPr>
          <w:p>
            <w:r>
              <w:t>How do you handle excess inventory of dry pea seeds that are not used in a given season?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1065-0153</w:t>
            </w:r>
          </w:p>
        </w:tc>
        <w:tc>
          <w:tcPr>
            <w:tcW w:type="dxa" w:w="2160"/>
          </w:tcPr>
          <w:p>
            <w:r>
              <w:t>Storage Conditions</w:t>
            </w:r>
          </w:p>
        </w:tc>
        <w:tc>
          <w:tcPr>
            <w:tcW w:type="dxa" w:w="2160"/>
          </w:tcPr>
          <w:p>
            <w:r>
              <w:t>What is the average duration that dry pea seeds are stored before use? How do you monitor seed viability during this period?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1065-0154</w:t>
            </w:r>
          </w:p>
        </w:tc>
        <w:tc>
          <w:tcPr>
            <w:tcW w:type="dxa" w:w="2160"/>
          </w:tcPr>
          <w:p>
            <w:r>
              <w:t>Traceability Systems</w:t>
            </w:r>
          </w:p>
        </w:tc>
        <w:tc>
          <w:tcPr>
            <w:tcW w:type="dxa" w:w="2160"/>
          </w:tcPr>
          <w:p>
            <w:r>
              <w:t>How do you ensure compliance with any regulatory requirements for traceability of agricultural inputs?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1065-0155</w:t>
            </w:r>
          </w:p>
        </w:tc>
        <w:tc>
          <w:tcPr>
            <w:tcW w:type="dxa" w:w="2160"/>
          </w:tcPr>
          <w:p>
            <w:r>
              <w:t>Supplier Selection</w:t>
            </w:r>
          </w:p>
        </w:tc>
        <w:tc>
          <w:tcPr>
            <w:tcW w:type="dxa" w:w="2160"/>
          </w:tcPr>
          <w:p>
            <w:r>
              <w:t>What feedback mechanisms do you have in place for suppliers regarding the quality of inputs provided?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1065-0156</w:t>
            </w:r>
          </w:p>
        </w:tc>
        <w:tc>
          <w:tcPr>
            <w:tcW w:type="dxa" w:w="2160"/>
          </w:tcPr>
          <w:p>
            <w:r>
              <w:t>Input Quality Control</w:t>
            </w:r>
          </w:p>
        </w:tc>
        <w:tc>
          <w:tcPr>
            <w:tcW w:type="dxa" w:w="2160"/>
          </w:tcPr>
          <w:p>
            <w:r>
              <w:t>How do you document and report quality control findings for incoming dry pea seeds?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1065-0157</w:t>
            </w:r>
          </w:p>
        </w:tc>
        <w:tc>
          <w:tcPr>
            <w:tcW w:type="dxa" w:w="2160"/>
          </w:tcPr>
          <w:p>
            <w:r>
              <w:t>Transportation Logistics</w:t>
            </w:r>
          </w:p>
        </w:tc>
        <w:tc>
          <w:tcPr>
            <w:tcW w:type="dxa" w:w="2160"/>
          </w:tcPr>
          <w:p>
            <w:r>
              <w:t>What challenges have you faced in transportation logistics for receiving inputs,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1065-0158</w:t>
            </w:r>
          </w:p>
        </w:tc>
        <w:tc>
          <w:tcPr>
            <w:tcW w:type="dxa" w:w="2160"/>
          </w:tcPr>
          <w:p>
            <w:r>
              <w:t>Inventory Management</w:t>
            </w:r>
          </w:p>
        </w:tc>
        <w:tc>
          <w:tcPr>
            <w:tcW w:type="dxa" w:w="2160"/>
          </w:tcPr>
          <w:p>
            <w:r>
              <w:t>What inventory turnover ratio do you aim for with your dry pea seeds? How do you measure this?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1065-0159</w:t>
            </w:r>
          </w:p>
        </w:tc>
        <w:tc>
          <w:tcPr>
            <w:tcW w:type="dxa" w:w="2160"/>
          </w:tcPr>
          <w:p>
            <w:r>
              <w:t>Storage Conditions</w:t>
            </w:r>
          </w:p>
        </w:tc>
        <w:tc>
          <w:tcPr>
            <w:tcW w:type="dxa" w:w="2160"/>
          </w:tcPr>
          <w:p>
            <w:r>
              <w:t>What specific procedures do you follow to ensure that storage conditions for dry pea seeds are consistently monitored and maintained?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1065-0160</w:t>
            </w:r>
          </w:p>
        </w:tc>
        <w:tc>
          <w:tcPr>
            <w:tcW w:type="dxa" w:w="2160"/>
          </w:tcPr>
          <w:p>
            <w:r>
              <w:t>Traceability Systems</w:t>
            </w:r>
          </w:p>
        </w:tc>
        <w:tc>
          <w:tcPr>
            <w:tcW w:type="dxa" w:w="2160"/>
          </w:tcPr>
          <w:p>
            <w:r>
              <w:t>What tools or systems do you use to ensure that traceability information is easily accessible and up-to-date?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1065-0161</w:t>
            </w:r>
          </w:p>
        </w:tc>
        <w:tc>
          <w:tcPr>
            <w:tcW w:type="dxa" w:w="2160"/>
          </w:tcPr>
          <w:p>
            <w:r>
              <w:t>Supplier Innovation</w:t>
            </w:r>
          </w:p>
        </w:tc>
        <w:tc>
          <w:tcPr>
            <w:tcW w:type="dxa" w:w="2160"/>
          </w:tcPr>
          <w:p>
            <w:r>
              <w:t>What innovative practices do you implement when selecting suppliers for seeds and fertilizers?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1065-0162</w:t>
            </w:r>
          </w:p>
        </w:tc>
        <w:tc>
          <w:tcPr>
            <w:tcW w:type="dxa" w:w="2160"/>
          </w:tcPr>
          <w:p>
            <w:r>
              <w:t>Quality Assurance</w:t>
            </w:r>
          </w:p>
        </w:tc>
        <w:tc>
          <w:tcPr>
            <w:tcW w:type="dxa" w:w="2160"/>
          </w:tcPr>
          <w:p>
            <w:r>
              <w:t>How do you verify the quality of inputs received for R&amp;D purposes in your dry pea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1065-0163</w:t>
            </w:r>
          </w:p>
        </w:tc>
        <w:tc>
          <w:tcPr>
            <w:tcW w:type="dxa" w:w="2160"/>
          </w:tcPr>
          <w:p>
            <w:r>
              <w:t>Traceability</w:t>
            </w:r>
          </w:p>
        </w:tc>
        <w:tc>
          <w:tcPr>
            <w:tcW w:type="dxa" w:w="2160"/>
          </w:tcPr>
          <w:p>
            <w:r>
              <w:t>What systems do you have in place to trace the origin of your agricultural inputs used in R&amp;D?</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1065-0164</w:t>
            </w:r>
          </w:p>
        </w:tc>
        <w:tc>
          <w:tcPr>
            <w:tcW w:type="dxa" w:w="2160"/>
          </w:tcPr>
          <w:p>
            <w:r>
              <w:t>Cost Analysis</w:t>
            </w:r>
          </w:p>
        </w:tc>
        <w:tc>
          <w:tcPr>
            <w:tcW w:type="dxa" w:w="2160"/>
          </w:tcPr>
          <w:p>
            <w:r>
              <w:t>How do you assess the cost-effectiveness of different input suppliers when conducting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PLANTING-CULTIVATION-PROCESSING (33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1065-0165</w:t>
            </w:r>
          </w:p>
        </w:tc>
        <w:tc>
          <w:tcPr>
            <w:tcW w:type="dxa" w:w="2160"/>
          </w:tcPr>
          <w:p>
            <w:r>
              <w:t>Soil Preparation</w:t>
            </w:r>
          </w:p>
        </w:tc>
        <w:tc>
          <w:tcPr>
            <w:tcW w:type="dxa" w:w="2160"/>
          </w:tcPr>
          <w:p>
            <w:r>
              <w:t>What specific soil amendments did you apply to improve soil quality for dry pea cultivation in 2025? Please detail the types and quantities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1065-0166</w:t>
            </w:r>
          </w:p>
        </w:tc>
        <w:tc>
          <w:tcPr>
            <w:tcW w:type="dxa" w:w="2160"/>
          </w:tcPr>
          <w:p>
            <w:r>
              <w:t>Soil Preparation</w:t>
            </w:r>
          </w:p>
        </w:tc>
        <w:tc>
          <w:tcPr>
            <w:tcW w:type="dxa" w:w="2160"/>
          </w:tcPr>
          <w:p>
            <w:r>
              <w:t>How did you conduct soil testing prior to planting dry peas? Please specify the tests performed and their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1065-0167</w:t>
            </w:r>
          </w:p>
        </w:tc>
        <w:tc>
          <w:tcPr>
            <w:tcW w:type="dxa" w:w="2160"/>
          </w:tcPr>
          <w:p>
            <w:r>
              <w:t>Seed Selection</w:t>
            </w:r>
          </w:p>
        </w:tc>
        <w:tc>
          <w:tcPr>
            <w:tcW w:type="dxa" w:w="2160"/>
          </w:tcPr>
          <w:p>
            <w:r>
              <w:t>What criteria did you use to select the dry pea varieties for planting in 2025? Please list the specific traits you were targeting.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1065-0168</w:t>
            </w:r>
          </w:p>
        </w:tc>
        <w:tc>
          <w:tcPr>
            <w:tcW w:type="dxa" w:w="2160"/>
          </w:tcPr>
          <w:p>
            <w:r>
              <w:t>Seed Selection</w:t>
            </w:r>
          </w:p>
        </w:tc>
        <w:tc>
          <w:tcPr>
            <w:tcW w:type="dxa" w:w="2160"/>
          </w:tcPr>
          <w:p>
            <w:r>
              <w:t>Did you experiment with any new seed treatments or coatings in 2025? If yes, please describe the treatments.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1065-0169</w:t>
            </w:r>
          </w:p>
        </w:tc>
        <w:tc>
          <w:tcPr>
            <w:tcW w:type="dxa" w:w="2160"/>
          </w:tcPr>
          <w:p>
            <w:r>
              <w:t>Irrigation Techniques</w:t>
            </w:r>
          </w:p>
        </w:tc>
        <w:tc>
          <w:tcPr>
            <w:tcW w:type="dxa" w:w="2160"/>
          </w:tcPr>
          <w:p>
            <w:r>
              <w:t>What new irrigation techniques or technologies did you implement in 2025 for dry peas? Please specify any experimental methods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1065-0170</w:t>
            </w:r>
          </w:p>
        </w:tc>
        <w:tc>
          <w:tcPr>
            <w:tcW w:type="dxa" w:w="2160"/>
          </w:tcPr>
          <w:p>
            <w:r>
              <w:t>Irrigation Techniques</w:t>
            </w:r>
          </w:p>
        </w:tc>
        <w:tc>
          <w:tcPr>
            <w:tcW w:type="dxa" w:w="2160"/>
          </w:tcPr>
          <w:p>
            <w:r>
              <w:t>What was the average irrigation frequency (in days) for your dry pea crops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1065-0171</w:t>
            </w:r>
          </w:p>
        </w:tc>
        <w:tc>
          <w:tcPr>
            <w:tcW w:type="dxa" w:w="2160"/>
          </w:tcPr>
          <w:p>
            <w:r>
              <w:t>Crop Rotation</w:t>
            </w:r>
          </w:p>
        </w:tc>
        <w:tc>
          <w:tcPr>
            <w:tcW w:type="dxa" w:w="2160"/>
          </w:tcPr>
          <w:p>
            <w:r>
              <w:t>What crop rotation practices did you implement prior to planting dry peas in 2025? Please list the previous crops and their impact on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1065-0172</w:t>
            </w:r>
          </w:p>
        </w:tc>
        <w:tc>
          <w:tcPr>
            <w:tcW w:type="dxa" w:w="2160"/>
          </w:tcPr>
          <w:p>
            <w:r>
              <w:t>Pest Management</w:t>
            </w:r>
          </w:p>
        </w:tc>
        <w:tc>
          <w:tcPr>
            <w:tcW w:type="dxa" w:w="2160"/>
          </w:tcPr>
          <w:p>
            <w:r>
              <w:t>What integrated pest management strategies did you adopt in 2025 for dry peas? Please detail any new methods or products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1065-0173</w:t>
            </w:r>
          </w:p>
        </w:tc>
        <w:tc>
          <w:tcPr>
            <w:tcW w:type="dxa" w:w="2160"/>
          </w:tcPr>
          <w:p>
            <w:r>
              <w:t>Pest Management</w:t>
            </w:r>
          </w:p>
        </w:tc>
        <w:tc>
          <w:tcPr>
            <w:tcW w:type="dxa" w:w="2160"/>
          </w:tcPr>
          <w:p>
            <w:r>
              <w:t>Did you conduct any trials for pest-resistant dry pea varieties in 2025? If so, please describe the trials and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1065-0174</w:t>
            </w:r>
          </w:p>
        </w:tc>
        <w:tc>
          <w:tcPr>
            <w:tcW w:type="dxa" w:w="2160"/>
          </w:tcPr>
          <w:p>
            <w:r>
              <w:t>Fertilization Methods</w:t>
            </w:r>
          </w:p>
        </w:tc>
        <w:tc>
          <w:tcPr>
            <w:tcW w:type="dxa" w:w="2160"/>
          </w:tcPr>
          <w:p>
            <w:r>
              <w:t>What specific fertilization methods did you experiment with in 2025 for your dry pea crops? Please detail any new products or techniques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1065-0175</w:t>
            </w:r>
          </w:p>
        </w:tc>
        <w:tc>
          <w:tcPr>
            <w:tcW w:type="dxa" w:w="2160"/>
          </w:tcPr>
          <w:p>
            <w:r>
              <w:t>Fertilization Methods</w:t>
            </w:r>
          </w:p>
        </w:tc>
        <w:tc>
          <w:tcPr>
            <w:tcW w:type="dxa" w:w="2160"/>
          </w:tcPr>
          <w:p>
            <w:r>
              <w:t>What was the total amount of nitrogen applied per acre for your dry peas in 2025?</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1065-0176</w:t>
            </w:r>
          </w:p>
        </w:tc>
        <w:tc>
          <w:tcPr>
            <w:tcW w:type="dxa" w:w="2160"/>
          </w:tcPr>
          <w:p>
            <w:r>
              <w:t>Harvest Timing</w:t>
            </w:r>
          </w:p>
        </w:tc>
        <w:tc>
          <w:tcPr>
            <w:tcW w:type="dxa" w:w="2160"/>
          </w:tcPr>
          <w:p>
            <w:r>
              <w:t>What criteria did you use to determine the optimal harvest timing for your dry peas in 2025? Please describe any experimental observations.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1065-0177</w:t>
            </w:r>
          </w:p>
        </w:tc>
        <w:tc>
          <w:tcPr>
            <w:tcW w:type="dxa" w:w="2160"/>
          </w:tcPr>
          <w:p>
            <w:r>
              <w:t>Harvest Timing</w:t>
            </w:r>
          </w:p>
        </w:tc>
        <w:tc>
          <w:tcPr>
            <w:tcW w:type="dxa" w:w="2160"/>
          </w:tcPr>
          <w:p>
            <w:r>
              <w:t>What was the average moisture content of the dry peas at harvest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1065-0178</w:t>
            </w:r>
          </w:p>
        </w:tc>
        <w:tc>
          <w:tcPr>
            <w:tcW w:type="dxa" w:w="2160"/>
          </w:tcPr>
          <w:p>
            <w:r>
              <w:t>Soil Preparation</w:t>
            </w:r>
          </w:p>
        </w:tc>
        <w:tc>
          <w:tcPr>
            <w:tcW w:type="dxa" w:w="2160"/>
          </w:tcPr>
          <w:p>
            <w:r>
              <w:t>Did you utilize any new soil conservation practices in 2025? If yes, please describe them.</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1065-0179</w:t>
            </w:r>
          </w:p>
        </w:tc>
        <w:tc>
          <w:tcPr>
            <w:tcW w:type="dxa" w:w="2160"/>
          </w:tcPr>
          <w:p>
            <w:r>
              <w:t>Seed Selection</w:t>
            </w:r>
          </w:p>
        </w:tc>
        <w:tc>
          <w:tcPr>
            <w:tcW w:type="dxa" w:w="2160"/>
          </w:tcPr>
          <w:p>
            <w:r>
              <w:t>How did you evaluate the germination rates of the dry pea seeds planted in 2025? Please provide any data collected.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1065-0180</w:t>
            </w:r>
          </w:p>
        </w:tc>
        <w:tc>
          <w:tcPr>
            <w:tcW w:type="dxa" w:w="2160"/>
          </w:tcPr>
          <w:p>
            <w:r>
              <w:t>Irrigation Techniques</w:t>
            </w:r>
          </w:p>
        </w:tc>
        <w:tc>
          <w:tcPr>
            <w:tcW w:type="dxa" w:w="2160"/>
          </w:tcPr>
          <w:p>
            <w:r>
              <w:t>What was your water usage (in gallons) per acre for irrigation of dry peas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1065-0181</w:t>
            </w:r>
          </w:p>
        </w:tc>
        <w:tc>
          <w:tcPr>
            <w:tcW w:type="dxa" w:w="2160"/>
          </w:tcPr>
          <w:p>
            <w:r>
              <w:t>Crop Rotation</w:t>
            </w:r>
          </w:p>
        </w:tc>
        <w:tc>
          <w:tcPr>
            <w:tcW w:type="dxa" w:w="2160"/>
          </w:tcPr>
          <w:p>
            <w:r>
              <w:t>What were the specific benefits observed from your crop rotation practices prior to planting dry peas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1065-0182</w:t>
            </w:r>
          </w:p>
        </w:tc>
        <w:tc>
          <w:tcPr>
            <w:tcW w:type="dxa" w:w="2160"/>
          </w:tcPr>
          <w:p>
            <w:r>
              <w:t>Pest Management</w:t>
            </w:r>
          </w:p>
        </w:tc>
        <w:tc>
          <w:tcPr>
            <w:tcW w:type="dxa" w:w="2160"/>
          </w:tcPr>
          <w:p>
            <w:r>
              <w:t>What specific pest monitoring techniques did you implement in 2025 for your dry pea crops?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1065-0183</w:t>
            </w:r>
          </w:p>
        </w:tc>
        <w:tc>
          <w:tcPr>
            <w:tcW w:type="dxa" w:w="2160"/>
          </w:tcPr>
          <w:p>
            <w:r>
              <w:t>Fertilization Methods</w:t>
            </w:r>
          </w:p>
        </w:tc>
        <w:tc>
          <w:tcPr>
            <w:tcW w:type="dxa" w:w="2160"/>
          </w:tcPr>
          <w:p>
            <w:r>
              <w:t>Did you conduct any field trials to compare different fertilization methods in 2025? If yes, please describe the trials and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1065-0184</w:t>
            </w:r>
          </w:p>
        </w:tc>
        <w:tc>
          <w:tcPr>
            <w:tcW w:type="dxa" w:w="2160"/>
          </w:tcPr>
          <w:p>
            <w:r>
              <w:t>Harvest Timing</w:t>
            </w:r>
          </w:p>
        </w:tc>
        <w:tc>
          <w:tcPr>
            <w:tcW w:type="dxa" w:w="2160"/>
          </w:tcPr>
          <w:p>
            <w:r>
              <w:t>What methods did you use to assess the quality of the harvested dry peas in 2025? Please provide any relevant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1065-0185</w:t>
            </w:r>
          </w:p>
        </w:tc>
        <w:tc>
          <w:tcPr>
            <w:tcW w:type="dxa" w:w="2160"/>
          </w:tcPr>
          <w:p>
            <w:r>
              <w:t>Soil Preparation</w:t>
            </w:r>
          </w:p>
        </w:tc>
        <w:tc>
          <w:tcPr>
            <w:tcW w:type="dxa" w:w="2160"/>
          </w:tcPr>
          <w:p>
            <w:r>
              <w:t>How did you monitor soil moisture levels throughout the growing season for your dry peas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1065-0186</w:t>
            </w:r>
          </w:p>
        </w:tc>
        <w:tc>
          <w:tcPr>
            <w:tcW w:type="dxa" w:w="2160"/>
          </w:tcPr>
          <w:p>
            <w:r>
              <w:t>Seed Selection</w:t>
            </w:r>
          </w:p>
        </w:tc>
        <w:tc>
          <w:tcPr>
            <w:tcW w:type="dxa" w:w="2160"/>
          </w:tcPr>
          <w:p>
            <w:r>
              <w:t>What was the source of your dry pea seeds in 2025, and how did you verify their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1065-0187</w:t>
            </w:r>
          </w:p>
        </w:tc>
        <w:tc>
          <w:tcPr>
            <w:tcW w:type="dxa" w:w="2160"/>
          </w:tcPr>
          <w:p>
            <w:r>
              <w:t>Irrigation Techniques</w:t>
            </w:r>
          </w:p>
        </w:tc>
        <w:tc>
          <w:tcPr>
            <w:tcW w:type="dxa" w:w="2160"/>
          </w:tcPr>
          <w:p>
            <w:r>
              <w:t>What challenges did you face in implementing your irrigation plan for dry peas in 2025? Please describe any adjustments made.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1065-0188</w:t>
            </w:r>
          </w:p>
        </w:tc>
        <w:tc>
          <w:tcPr>
            <w:tcW w:type="dxa" w:w="2160"/>
          </w:tcPr>
          <w:p>
            <w:r>
              <w:t>Crop Rotation</w:t>
            </w:r>
          </w:p>
        </w:tc>
        <w:tc>
          <w:tcPr>
            <w:tcW w:type="dxa" w:w="2160"/>
          </w:tcPr>
          <w:p>
            <w:r>
              <w:t>How did your crop rotation strategy in 2025 impact pest and disease prevalence in your dry peas?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1065-0189</w:t>
            </w:r>
          </w:p>
        </w:tc>
        <w:tc>
          <w:tcPr>
            <w:tcW w:type="dxa" w:w="2160"/>
          </w:tcPr>
          <w:p>
            <w:r>
              <w:t>Pest Management</w:t>
            </w:r>
          </w:p>
        </w:tc>
        <w:tc>
          <w:tcPr>
            <w:tcW w:type="dxa" w:w="2160"/>
          </w:tcPr>
          <w:p>
            <w:r>
              <w:t>What specific thresholds did you establish for pest intervention in your dry pea crops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1065-0190</w:t>
            </w:r>
          </w:p>
        </w:tc>
        <w:tc>
          <w:tcPr>
            <w:tcW w:type="dxa" w:w="2160"/>
          </w:tcPr>
          <w:p>
            <w:r>
              <w:t>Fertilization Methods</w:t>
            </w:r>
          </w:p>
        </w:tc>
        <w:tc>
          <w:tcPr>
            <w:tcW w:type="dxa" w:w="2160"/>
          </w:tcPr>
          <w:p>
            <w:r>
              <w:t>What were the results of any soil nutrient tests conducted prior to fertilization in 2025? Please provide details.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1065-0191</w:t>
            </w:r>
          </w:p>
        </w:tc>
        <w:tc>
          <w:tcPr>
            <w:tcW w:type="dxa" w:w="2160"/>
          </w:tcPr>
          <w:p>
            <w:r>
              <w:t>Harvest Timing</w:t>
            </w:r>
          </w:p>
        </w:tc>
        <w:tc>
          <w:tcPr>
            <w:tcW w:type="dxa" w:w="2160"/>
          </w:tcPr>
          <w:p>
            <w:r>
              <w:t>What was the yield (in pounds per acre) of your dry peas harvested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1065-0192</w:t>
            </w:r>
          </w:p>
        </w:tc>
        <w:tc>
          <w:tcPr>
            <w:tcW w:type="dxa" w:w="2160"/>
          </w:tcPr>
          <w:p>
            <w:r>
              <w:t>Innovative Techniques</w:t>
            </w:r>
          </w:p>
        </w:tc>
        <w:tc>
          <w:tcPr>
            <w:tcW w:type="dxa" w:w="2160"/>
          </w:tcPr>
          <w:p>
            <w:r>
              <w:t>What new planting techniques are you experimenting with to enhance dry pea growth?</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1065-0193</w:t>
            </w:r>
          </w:p>
        </w:tc>
        <w:tc>
          <w:tcPr>
            <w:tcW w:type="dxa" w:w="2160"/>
          </w:tcPr>
          <w:p>
            <w:r>
              <w:t>Soil Management</w:t>
            </w:r>
          </w:p>
        </w:tc>
        <w:tc>
          <w:tcPr>
            <w:tcW w:type="dxa" w:w="2160"/>
          </w:tcPr>
          <w:p>
            <w:r>
              <w:t>How do you conduct soil testing to inform your R&amp;D activities in dry pea cultivation?</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1065-0194</w:t>
            </w:r>
          </w:p>
        </w:tc>
        <w:tc>
          <w:tcPr>
            <w:tcW w:type="dxa" w:w="2160"/>
          </w:tcPr>
          <w:p>
            <w:r>
              <w:t>Crop Rotation</w:t>
            </w:r>
          </w:p>
        </w:tc>
        <w:tc>
          <w:tcPr>
            <w:tcW w:type="dxa" w:w="2160"/>
          </w:tcPr>
          <w:p>
            <w:r>
              <w:t>What crop rotation strategies are you investigating to improve the health and yield of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1065-0195</w:t>
            </w:r>
          </w:p>
        </w:tc>
        <w:tc>
          <w:tcPr>
            <w:tcW w:type="dxa" w:w="2160"/>
          </w:tcPr>
          <w:p>
            <w:r>
              <w:t>Experimental Data</w:t>
            </w:r>
          </w:p>
        </w:tc>
        <w:tc>
          <w:tcPr>
            <w:tcW w:type="dxa" w:w="2160"/>
          </w:tcPr>
          <w:p>
            <w:r>
              <w:t>What experimental data do you collect during the planting and cultivation phases for R&amp;D purposes?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1065-0196</w:t>
            </w:r>
          </w:p>
        </w:tc>
        <w:tc>
          <w:tcPr>
            <w:tcW w:type="dxa" w:w="2160"/>
          </w:tcPr>
          <w:p>
            <w:r>
              <w:t>Pest Management</w:t>
            </w:r>
          </w:p>
        </w:tc>
        <w:tc>
          <w:tcPr>
            <w:tcW w:type="dxa" w:w="2160"/>
          </w:tcPr>
          <w:p>
            <w:r>
              <w:t>How do you implement innovative pest management strategies in your dry pea farming R&amp;D?</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1065-0197</w:t>
            </w:r>
          </w:p>
        </w:tc>
        <w:tc>
          <w:tcPr>
            <w:tcW w:type="dxa" w:w="2160"/>
          </w:tcPr>
          <w:p>
            <w:r>
              <w:t>Yield Improvement</w:t>
            </w:r>
          </w:p>
        </w:tc>
        <w:tc>
          <w:tcPr>
            <w:tcW w:type="dxa" w:w="2160"/>
          </w:tcPr>
          <w:p>
            <w:r>
              <w:t>What specific yield improvement metrics do you track during R&amp;D activities?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HARVESTING-POST-HARVEST-PROCESSING (32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1065-0198</w:t>
            </w:r>
          </w:p>
        </w:tc>
        <w:tc>
          <w:tcPr>
            <w:tcW w:type="dxa" w:w="2160"/>
          </w:tcPr>
          <w:p>
            <w:r>
              <w:t>Harvesting Equipment</w:t>
            </w:r>
          </w:p>
        </w:tc>
        <w:tc>
          <w:tcPr>
            <w:tcW w:type="dxa" w:w="2160"/>
          </w:tcPr>
          <w:p>
            <w:r>
              <w:t>What specific types of harvesting equipment did you utilize for dry peas in 2025, and what experimental modifications, if any, were made to improve efficiency or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1065-0199</w:t>
            </w:r>
          </w:p>
        </w:tc>
        <w:tc>
          <w:tcPr>
            <w:tcW w:type="dxa" w:w="2160"/>
          </w:tcPr>
          <w:p>
            <w:r>
              <w:t>Field Drying Techniques</w:t>
            </w:r>
          </w:p>
        </w:tc>
        <w:tc>
          <w:tcPr>
            <w:tcW w:type="dxa" w:w="2160"/>
          </w:tcPr>
          <w:p>
            <w:r>
              <w:t>Describe any innovative field drying techniques implemented during the 2025 harvest season, including any challenges faced and solutions developed. How did these techniques differ from standard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1065-0200</w:t>
            </w:r>
          </w:p>
        </w:tc>
        <w:tc>
          <w:tcPr>
            <w:tcW w:type="dxa" w:w="2160"/>
          </w:tcPr>
          <w:p>
            <w:r>
              <w:t>Cleaning Processes</w:t>
            </w:r>
          </w:p>
        </w:tc>
        <w:tc>
          <w:tcPr>
            <w:tcW w:type="dxa" w:w="2160"/>
          </w:tcPr>
          <w:p>
            <w:r>
              <w:t>What new cleaning processes were tested in 2025 for your harvested dry peas, and what metrics were used to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1065-0201</w:t>
            </w:r>
          </w:p>
        </w:tc>
        <w:tc>
          <w:tcPr>
            <w:tcW w:type="dxa" w:w="2160"/>
          </w:tcPr>
          <w:p>
            <w:r>
              <w:t>Sorting and Grading</w:t>
            </w:r>
          </w:p>
        </w:tc>
        <w:tc>
          <w:tcPr>
            <w:tcW w:type="dxa" w:w="2160"/>
          </w:tcPr>
          <w:p>
            <w:r>
              <w:t>Can you detail the sorting and grading technologies you experimented with in 2025, including any adjustments made to improve sorting accuracy?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1065-0202</w:t>
            </w:r>
          </w:p>
        </w:tc>
        <w:tc>
          <w:tcPr>
            <w:tcW w:type="dxa" w:w="2160"/>
          </w:tcPr>
          <w:p>
            <w:r>
              <w:t>Packaging Methods</w:t>
            </w:r>
          </w:p>
        </w:tc>
        <w:tc>
          <w:tcPr>
            <w:tcW w:type="dxa" w:w="2160"/>
          </w:tcPr>
          <w:p>
            <w:r>
              <w:t>What innovative packaging methods were developed or tested in 2025 for dry peas, and what were the intended benefits of these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1065-0203</w:t>
            </w:r>
          </w:p>
        </w:tc>
        <w:tc>
          <w:tcPr>
            <w:tcW w:type="dxa" w:w="2160"/>
          </w:tcPr>
          <w:p>
            <w:r>
              <w:t>Moisture Control</w:t>
            </w:r>
          </w:p>
        </w:tc>
        <w:tc>
          <w:tcPr>
            <w:tcW w:type="dxa" w:w="2160"/>
          </w:tcPr>
          <w:p>
            <w:r>
              <w:t>What experimental moisture control techniques were applied during the post-harvest processing of dry peas in 2025, and how did you measure their impact on product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1065-0204</w:t>
            </w:r>
          </w:p>
        </w:tc>
        <w:tc>
          <w:tcPr>
            <w:tcW w:type="dxa" w:w="2160"/>
          </w:tcPr>
          <w:p>
            <w:r>
              <w:t>Storage Systems</w:t>
            </w:r>
          </w:p>
        </w:tc>
        <w:tc>
          <w:tcPr>
            <w:tcW w:type="dxa" w:w="2160"/>
          </w:tcPr>
          <w:p>
            <w:r>
              <w:t>Describe any new storage systems or technologies implemented in 2025 to enhance the preservation of harvested dry peas, including any research conducted to assess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1065-0205</w:t>
            </w:r>
          </w:p>
        </w:tc>
        <w:tc>
          <w:tcPr>
            <w:tcW w:type="dxa" w:w="2160"/>
          </w:tcPr>
          <w:p>
            <w:r>
              <w:t>Harvesting Equipment</w:t>
            </w:r>
          </w:p>
        </w:tc>
        <w:tc>
          <w:tcPr>
            <w:tcW w:type="dxa" w:w="2160"/>
          </w:tcPr>
          <w:p>
            <w:r>
              <w:t>What specific challenges did you encounter with your harvesting equipment in 2025, and what experimental solutions were tested to overcome these challenges?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1065-0206</w:t>
            </w:r>
          </w:p>
        </w:tc>
        <w:tc>
          <w:tcPr>
            <w:tcW w:type="dxa" w:w="2160"/>
          </w:tcPr>
          <w:p>
            <w:r>
              <w:t>Field Drying Techniques</w:t>
            </w:r>
          </w:p>
        </w:tc>
        <w:tc>
          <w:tcPr>
            <w:tcW w:type="dxa" w:w="2160"/>
          </w:tcPr>
          <w:p>
            <w:r>
              <w:t>How did you evaluate the effectiveness of the field drying techniques used in 2025, and what criteria were used to determine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1065-0207</w:t>
            </w:r>
          </w:p>
        </w:tc>
        <w:tc>
          <w:tcPr>
            <w:tcW w:type="dxa" w:w="2160"/>
          </w:tcPr>
          <w:p>
            <w:r>
              <w:t>Cleaning Processes</w:t>
            </w:r>
          </w:p>
        </w:tc>
        <w:tc>
          <w:tcPr>
            <w:tcW w:type="dxa" w:w="2160"/>
          </w:tcPr>
          <w:p>
            <w:r>
              <w:t>What specific cleaning agents or technologies were trialed in 2025, and what were the experimental results in terms of efficiency and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1065-0208</w:t>
            </w:r>
          </w:p>
        </w:tc>
        <w:tc>
          <w:tcPr>
            <w:tcW w:type="dxa" w:w="2160"/>
          </w:tcPr>
          <w:p>
            <w:r>
              <w:t>Sorting and Grading</w:t>
            </w:r>
          </w:p>
        </w:tc>
        <w:tc>
          <w:tcPr>
            <w:tcW w:type="dxa" w:w="2160"/>
          </w:tcPr>
          <w:p>
            <w:r>
              <w:t>What statistical methods or technologies were employed to analyze sorting and grading outcomes in 2025, and what improvements were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1065-0209</w:t>
            </w:r>
          </w:p>
        </w:tc>
        <w:tc>
          <w:tcPr>
            <w:tcW w:type="dxa" w:w="2160"/>
          </w:tcPr>
          <w:p>
            <w:r>
              <w:t>Packaging Methods</w:t>
            </w:r>
          </w:p>
        </w:tc>
        <w:tc>
          <w:tcPr>
            <w:tcW w:type="dxa" w:w="2160"/>
          </w:tcPr>
          <w:p>
            <w:r>
              <w:t>What were the key performance indicators used to assess the new packaging methods tested in 2025,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1065-0210</w:t>
            </w:r>
          </w:p>
        </w:tc>
        <w:tc>
          <w:tcPr>
            <w:tcW w:type="dxa" w:w="2160"/>
          </w:tcPr>
          <w:p>
            <w:r>
              <w:t>Moisture Control</w:t>
            </w:r>
          </w:p>
        </w:tc>
        <w:tc>
          <w:tcPr>
            <w:tcW w:type="dxa" w:w="2160"/>
          </w:tcPr>
          <w:p>
            <w:r>
              <w:t>What specific moisture control technologies were evaluated in 2025, and what experimental data was collected to support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1065-0211</w:t>
            </w:r>
          </w:p>
        </w:tc>
        <w:tc>
          <w:tcPr>
            <w:tcW w:type="dxa" w:w="2160"/>
          </w:tcPr>
          <w:p>
            <w:r>
              <w:t>Storage Systems</w:t>
            </w:r>
          </w:p>
        </w:tc>
        <w:tc>
          <w:tcPr>
            <w:tcW w:type="dxa" w:w="2160"/>
          </w:tcPr>
          <w:p>
            <w:r>
              <w:t>What experimental designs were utilized to test the new storage systems in 2025, and what were the outcomes related to product shelf life?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1065-0212</w:t>
            </w:r>
          </w:p>
        </w:tc>
        <w:tc>
          <w:tcPr>
            <w:tcW w:type="dxa" w:w="2160"/>
          </w:tcPr>
          <w:p>
            <w:r>
              <w:t>Harvesting Equipment</w:t>
            </w:r>
          </w:p>
        </w:tc>
        <w:tc>
          <w:tcPr>
            <w:tcW w:type="dxa" w:w="2160"/>
          </w:tcPr>
          <w:p>
            <w:r>
              <w:t>What modifications were made to existing harvesting equipment in 2025 to enhance performance, and how were these modifications validated?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1065-0213</w:t>
            </w:r>
          </w:p>
        </w:tc>
        <w:tc>
          <w:tcPr>
            <w:tcW w:type="dxa" w:w="2160"/>
          </w:tcPr>
          <w:p>
            <w:r>
              <w:t>Field Drying Techniques</w:t>
            </w:r>
          </w:p>
        </w:tc>
        <w:tc>
          <w:tcPr>
            <w:tcW w:type="dxa" w:w="2160"/>
          </w:tcPr>
          <w:p>
            <w:r>
              <w:t>What experimental field drying methods were compared in 2025, and what were the criteria for selecting these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1065-0214</w:t>
            </w:r>
          </w:p>
        </w:tc>
        <w:tc>
          <w:tcPr>
            <w:tcW w:type="dxa" w:w="2160"/>
          </w:tcPr>
          <w:p>
            <w:r>
              <w:t>Cleaning Processes</w:t>
            </w:r>
          </w:p>
        </w:tc>
        <w:tc>
          <w:tcPr>
            <w:tcW w:type="dxa" w:w="2160"/>
          </w:tcPr>
          <w:p>
            <w:r>
              <w:t>How did you document the effectiveness of new cleaning processes implemented in 2025, and what were the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1065-0215</w:t>
            </w:r>
          </w:p>
        </w:tc>
        <w:tc>
          <w:tcPr>
            <w:tcW w:type="dxa" w:w="2160"/>
          </w:tcPr>
          <w:p>
            <w:r>
              <w:t>Sorting and Grading</w:t>
            </w:r>
          </w:p>
        </w:tc>
        <w:tc>
          <w:tcPr>
            <w:tcW w:type="dxa" w:w="2160"/>
          </w:tcPr>
          <w:p>
            <w:r>
              <w:t>What innovative sorting technologies were trialed in 2025, and what data was collected to assess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1065-0216</w:t>
            </w:r>
          </w:p>
        </w:tc>
        <w:tc>
          <w:tcPr>
            <w:tcW w:type="dxa" w:w="2160"/>
          </w:tcPr>
          <w:p>
            <w:r>
              <w:t>Packaging Methods</w:t>
            </w:r>
          </w:p>
        </w:tc>
        <w:tc>
          <w:tcPr>
            <w:tcW w:type="dxa" w:w="2160"/>
          </w:tcPr>
          <w:p>
            <w:r>
              <w:t>What feedback mechanisms were established to evaluate the new packaging methods in 2025, and what insights were gained?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1065-0217</w:t>
            </w:r>
          </w:p>
        </w:tc>
        <w:tc>
          <w:tcPr>
            <w:tcW w:type="dxa" w:w="2160"/>
          </w:tcPr>
          <w:p>
            <w:r>
              <w:t>Moisture Control</w:t>
            </w:r>
          </w:p>
        </w:tc>
        <w:tc>
          <w:tcPr>
            <w:tcW w:type="dxa" w:w="2160"/>
          </w:tcPr>
          <w:p>
            <w:r>
              <w:t>What specific moisture measurement tools were utilized in 2025, and how did they contribute to the experimental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1065-0218</w:t>
            </w:r>
          </w:p>
        </w:tc>
        <w:tc>
          <w:tcPr>
            <w:tcW w:type="dxa" w:w="2160"/>
          </w:tcPr>
          <w:p>
            <w:r>
              <w:t>Storage Systems</w:t>
            </w:r>
          </w:p>
        </w:tc>
        <w:tc>
          <w:tcPr>
            <w:tcW w:type="dxa" w:w="2160"/>
          </w:tcPr>
          <w:p>
            <w:r>
              <w:t>What experimental trials were conducted to assess the efficiency of different storage systems in 2025, and what were the key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1065-0219</w:t>
            </w:r>
          </w:p>
        </w:tc>
        <w:tc>
          <w:tcPr>
            <w:tcW w:type="dxa" w:w="2160"/>
          </w:tcPr>
          <w:p>
            <w:r>
              <w:t>Harvesting Equipment</w:t>
            </w:r>
          </w:p>
        </w:tc>
        <w:tc>
          <w:tcPr>
            <w:tcW w:type="dxa" w:w="2160"/>
          </w:tcPr>
          <w:p>
            <w:r>
              <w:t>What new technologies were integrated into harvesting equipment in 2025, and how were their impacts on productivity measured?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1065-0220</w:t>
            </w:r>
          </w:p>
        </w:tc>
        <w:tc>
          <w:tcPr>
            <w:tcW w:type="dxa" w:w="2160"/>
          </w:tcPr>
          <w:p>
            <w:r>
              <w:t>Field Drying Techniques</w:t>
            </w:r>
          </w:p>
        </w:tc>
        <w:tc>
          <w:tcPr>
            <w:tcW w:type="dxa" w:w="2160"/>
          </w:tcPr>
          <w:p>
            <w:r>
              <w:t>What results were obtained from the comparative study of field drying techniques in 2025, and how did these results influence future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1065-0221</w:t>
            </w:r>
          </w:p>
        </w:tc>
        <w:tc>
          <w:tcPr>
            <w:tcW w:type="dxa" w:w="2160"/>
          </w:tcPr>
          <w:p>
            <w:r>
              <w:t>Cleaning Processes</w:t>
            </w:r>
          </w:p>
        </w:tc>
        <w:tc>
          <w:tcPr>
            <w:tcW w:type="dxa" w:w="2160"/>
          </w:tcPr>
          <w:p>
            <w:r>
              <w:t>How were the results of the new cleaning processes in 2025 documented, and what implications did they have for compliance with industry standards?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1065-0222</w:t>
            </w:r>
          </w:p>
        </w:tc>
        <w:tc>
          <w:tcPr>
            <w:tcW w:type="dxa" w:w="2160"/>
          </w:tcPr>
          <w:p>
            <w:r>
              <w:t>Sorting and Grading</w:t>
            </w:r>
          </w:p>
        </w:tc>
        <w:tc>
          <w:tcPr>
            <w:tcW w:type="dxa" w:w="2160"/>
          </w:tcPr>
          <w:p>
            <w:r>
              <w:t>What experimental approaches were taken to enhance sorting and grading accuracy in 2025, and what were the measurable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1065-0223</w:t>
            </w:r>
          </w:p>
        </w:tc>
        <w:tc>
          <w:tcPr>
            <w:tcW w:type="dxa" w:w="2160"/>
          </w:tcPr>
          <w:p>
            <w:r>
              <w:t>Harvest Techniques</w:t>
            </w:r>
          </w:p>
        </w:tc>
        <w:tc>
          <w:tcPr>
            <w:tcW w:type="dxa" w:w="2160"/>
          </w:tcPr>
          <w:p>
            <w:r>
              <w:t>What new harvesting techniques are you testing to maximize the quality of dry peas?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1065-0224</w:t>
            </w:r>
          </w:p>
        </w:tc>
        <w:tc>
          <w:tcPr>
            <w:tcW w:type="dxa" w:w="2160"/>
          </w:tcPr>
          <w:p>
            <w:r>
              <w:t>Post-Harvest Handling</w:t>
            </w:r>
          </w:p>
        </w:tc>
        <w:tc>
          <w:tcPr>
            <w:tcW w:type="dxa" w:w="2160"/>
          </w:tcPr>
          <w:p>
            <w:r>
              <w:t>How do you ensure that post-harvest handling meets R&amp;D quality standards for dry peas?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1065-0225</w:t>
            </w:r>
          </w:p>
        </w:tc>
        <w:tc>
          <w:tcPr>
            <w:tcW w:type="dxa" w:w="2160"/>
          </w:tcPr>
          <w:p>
            <w:r>
              <w:t>Storage Innovations</w:t>
            </w:r>
          </w:p>
        </w:tc>
        <w:tc>
          <w:tcPr>
            <w:tcW w:type="dxa" w:w="2160"/>
          </w:tcPr>
          <w:p>
            <w:r>
              <w:t>What innovative storage methods are you exploring to maintain the quality of harvested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1065-0226</w:t>
            </w:r>
          </w:p>
        </w:tc>
        <w:tc>
          <w:tcPr>
            <w:tcW w:type="dxa" w:w="2160"/>
          </w:tcPr>
          <w:p>
            <w:r>
              <w:t>Processing Efficiency</w:t>
            </w:r>
          </w:p>
        </w:tc>
        <w:tc>
          <w:tcPr>
            <w:tcW w:type="dxa" w:w="2160"/>
          </w:tcPr>
          <w:p>
            <w:r>
              <w:t>What methods are you implementing to improve the efficiency of post-harvest processing?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1065-0227</w:t>
            </w:r>
          </w:p>
        </w:tc>
        <w:tc>
          <w:tcPr>
            <w:tcW w:type="dxa" w:w="2160"/>
          </w:tcPr>
          <w:p>
            <w:r>
              <w:t>Waste Management</w:t>
            </w:r>
          </w:p>
        </w:tc>
        <w:tc>
          <w:tcPr>
            <w:tcW w:type="dxa" w:w="2160"/>
          </w:tcPr>
          <w:p>
            <w:r>
              <w:t>How do you manage waste generated during the harvesting and post-harvest processing stages?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1065-0228</w:t>
            </w:r>
          </w:p>
        </w:tc>
        <w:tc>
          <w:tcPr>
            <w:tcW w:type="dxa" w:w="2160"/>
          </w:tcPr>
          <w:p>
            <w:r>
              <w:t>Quality Testing</w:t>
            </w:r>
          </w:p>
        </w:tc>
        <w:tc>
          <w:tcPr>
            <w:tcW w:type="dxa" w:w="2160"/>
          </w:tcPr>
          <w:p>
            <w:r>
              <w:t>What quality testing protocols do you follow after harvesting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1065-0229</w:t>
            </w:r>
          </w:p>
        </w:tc>
        <w:tc>
          <w:tcPr>
            <w:tcW w:type="dxa" w:w="2160"/>
          </w:tcPr>
          <w:p>
            <w:r>
              <w:t>Market Research</w:t>
            </w:r>
          </w:p>
        </w:tc>
        <w:tc>
          <w:tcPr>
            <w:tcW w:type="dxa" w:w="2160"/>
          </w:tcPr>
          <w:p>
            <w:r>
              <w:t>How do you conduct market research to inform your post-harvest processing decisions?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QUALITY-CONTROL-LAB-TESTING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1065-0230</w:t>
            </w:r>
          </w:p>
        </w:tc>
        <w:tc>
          <w:tcPr>
            <w:tcW w:type="dxa" w:w="2160"/>
          </w:tcPr>
          <w:p>
            <w:r>
              <w:t>Quality Assurance</w:t>
            </w:r>
          </w:p>
        </w:tc>
        <w:tc>
          <w:tcPr>
            <w:tcW w:type="dxa" w:w="2160"/>
          </w:tcPr>
          <w:p>
            <w:r>
              <w:t>What specific quality assurance protocols are implemented during the harvesting of dry peas to ensure product integrity?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1065-0231</w:t>
            </w:r>
          </w:p>
        </w:tc>
        <w:tc>
          <w:tcPr>
            <w:tcW w:type="dxa" w:w="2160"/>
          </w:tcPr>
          <w:p>
            <w:r>
              <w:t>Nutritional Analysis</w:t>
            </w:r>
          </w:p>
        </w:tc>
        <w:tc>
          <w:tcPr>
            <w:tcW w:type="dxa" w:w="2160"/>
          </w:tcPr>
          <w:p>
            <w:r>
              <w:t>Describe the laboratory methods used for nutritional analysis of the dry peas. What specific nutrients are measured?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1065-0232</w:t>
            </w:r>
          </w:p>
        </w:tc>
        <w:tc>
          <w:tcPr>
            <w:tcW w:type="dxa" w:w="2160"/>
          </w:tcPr>
          <w:p>
            <w:r>
              <w:t>Contaminant Testing</w:t>
            </w:r>
          </w:p>
        </w:tc>
        <w:tc>
          <w:tcPr>
            <w:tcW w:type="dxa" w:w="2160"/>
          </w:tcPr>
          <w:p>
            <w:r>
              <w:t>What procedures are in place for testing dry peas for chemical contaminants, and what specific contaminants are regularly tested?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1065-0233</w:t>
            </w:r>
          </w:p>
        </w:tc>
        <w:tc>
          <w:tcPr>
            <w:tcW w:type="dxa" w:w="2160"/>
          </w:tcPr>
          <w:p>
            <w:r>
              <w:t>Microbial Testing</w:t>
            </w:r>
          </w:p>
        </w:tc>
        <w:tc>
          <w:tcPr>
            <w:tcW w:type="dxa" w:w="2160"/>
          </w:tcPr>
          <w:p>
            <w:r>
              <w:t>What microbial testing protocols do you follow to ensure the safety of dry peas, and how frequently are these tests conducted?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1065-0234</w:t>
            </w:r>
          </w:p>
        </w:tc>
        <w:tc>
          <w:tcPr>
            <w:tcW w:type="dxa" w:w="2160"/>
          </w:tcPr>
          <w:p>
            <w:r>
              <w:t>Sensory Evaluation</w:t>
            </w:r>
          </w:p>
        </w:tc>
        <w:tc>
          <w:tcPr>
            <w:tcW w:type="dxa" w:w="2160"/>
          </w:tcPr>
          <w:p>
            <w:r>
              <w:t>How do you conduct sensory evaluations of dry peas, and what criteria do you use to assess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1065-0235</w:t>
            </w:r>
          </w:p>
        </w:tc>
        <w:tc>
          <w:tcPr>
            <w:tcW w:type="dxa" w:w="2160"/>
          </w:tcPr>
          <w:p>
            <w:r>
              <w:t>Regulatory Compliance</w:t>
            </w:r>
          </w:p>
        </w:tc>
        <w:tc>
          <w:tcPr>
            <w:tcW w:type="dxa" w:w="2160"/>
          </w:tcPr>
          <w:p>
            <w:r>
              <w:t>What regulatory compliance measures are in place for the quality control of dry peas, and how do you ensure adherence to these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1065-0236</w:t>
            </w:r>
          </w:p>
        </w:tc>
        <w:tc>
          <w:tcPr>
            <w:tcW w:type="dxa" w:w="2160"/>
          </w:tcPr>
          <w:p>
            <w:r>
              <w:t>Certification Processes</w:t>
            </w:r>
          </w:p>
        </w:tc>
        <w:tc>
          <w:tcPr>
            <w:tcW w:type="dxa" w:w="2160"/>
          </w:tcPr>
          <w:p>
            <w:r>
              <w:t>What certification processes do your dry pea products undergo to meet industry standards, and how often are these certifications renewed?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1065-0237</w:t>
            </w:r>
          </w:p>
        </w:tc>
        <w:tc>
          <w:tcPr>
            <w:tcW w:type="dxa" w:w="2160"/>
          </w:tcPr>
          <w:p>
            <w:r>
              <w:t>Quality Assurance</w:t>
            </w:r>
          </w:p>
        </w:tc>
        <w:tc>
          <w:tcPr>
            <w:tcW w:type="dxa" w:w="2160"/>
          </w:tcPr>
          <w:p>
            <w:r>
              <w:t>Can you detail any specific challenges faced in quality assurance during the drying process of peas, and how were they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1065-0238</w:t>
            </w:r>
          </w:p>
        </w:tc>
        <w:tc>
          <w:tcPr>
            <w:tcW w:type="dxa" w:w="2160"/>
          </w:tcPr>
          <w:p>
            <w:r>
              <w:t>Nutritional Analysis</w:t>
            </w:r>
          </w:p>
        </w:tc>
        <w:tc>
          <w:tcPr>
            <w:tcW w:type="dxa" w:w="2160"/>
          </w:tcPr>
          <w:p>
            <w:r>
              <w:t>What is the frequency of nutritional analysis for your dry peas, and how do you document the results?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1065-0239</w:t>
            </w:r>
          </w:p>
        </w:tc>
        <w:tc>
          <w:tcPr>
            <w:tcW w:type="dxa" w:w="2160"/>
          </w:tcPr>
          <w:p>
            <w:r>
              <w:t>Contaminant Testing</w:t>
            </w:r>
          </w:p>
        </w:tc>
        <w:tc>
          <w:tcPr>
            <w:tcW w:type="dxa" w:w="2160"/>
          </w:tcPr>
          <w:p>
            <w:r>
              <w:t>What specific laboratory equipment is utilized for contaminant testing of dry peas, and how often is this equipment calibrated?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1065-0240</w:t>
            </w:r>
          </w:p>
        </w:tc>
        <w:tc>
          <w:tcPr>
            <w:tcW w:type="dxa" w:w="2160"/>
          </w:tcPr>
          <w:p>
            <w:r>
              <w:t>Microbial Testing</w:t>
            </w:r>
          </w:p>
        </w:tc>
        <w:tc>
          <w:tcPr>
            <w:tcW w:type="dxa" w:w="2160"/>
          </w:tcPr>
          <w:p>
            <w:r>
              <w:t>What specific microbial strains are of concern during testing, and what thresholds trigger corrective actions?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1065-0241</w:t>
            </w:r>
          </w:p>
        </w:tc>
        <w:tc>
          <w:tcPr>
            <w:tcW w:type="dxa" w:w="2160"/>
          </w:tcPr>
          <w:p>
            <w:r>
              <w:t>Sensory Evaluation</w:t>
            </w:r>
          </w:p>
        </w:tc>
        <w:tc>
          <w:tcPr>
            <w:tcW w:type="dxa" w:w="2160"/>
          </w:tcPr>
          <w:p>
            <w:r>
              <w:t>What sensory evaluation techniques are employed to assess the flavor profile of the dry peas, and how are these evaluations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1065-0242</w:t>
            </w:r>
          </w:p>
        </w:tc>
        <w:tc>
          <w:tcPr>
            <w:tcW w:type="dxa" w:w="2160"/>
          </w:tcPr>
          <w:p>
            <w:r>
              <w:t>Regulatory Compliance</w:t>
            </w:r>
          </w:p>
        </w:tc>
        <w:tc>
          <w:tcPr>
            <w:tcW w:type="dxa" w:w="2160"/>
          </w:tcPr>
          <w:p>
            <w:r>
              <w:t>How do you stay updated with changes in regulatory requirements for dry pea quality control?</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1065-0243</w:t>
            </w:r>
          </w:p>
        </w:tc>
        <w:tc>
          <w:tcPr>
            <w:tcW w:type="dxa" w:w="2160"/>
          </w:tcPr>
          <w:p>
            <w:r>
              <w:t>Certification Processes</w:t>
            </w:r>
          </w:p>
        </w:tc>
        <w:tc>
          <w:tcPr>
            <w:tcW w:type="dxa" w:w="2160"/>
          </w:tcPr>
          <w:p>
            <w:r>
              <w:t>What documentation is maintained to support the certification of your dry pea products, and how is this documentation organized?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1065-0244</w:t>
            </w:r>
          </w:p>
        </w:tc>
        <w:tc>
          <w:tcPr>
            <w:tcW w:type="dxa" w:w="2160"/>
          </w:tcPr>
          <w:p>
            <w:r>
              <w:t>Quality Assurance</w:t>
            </w:r>
          </w:p>
        </w:tc>
        <w:tc>
          <w:tcPr>
            <w:tcW w:type="dxa" w:w="2160"/>
          </w:tcPr>
          <w:p>
            <w:r>
              <w:t>What role does employee training play in your quality assurance processes for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1065-0245</w:t>
            </w:r>
          </w:p>
        </w:tc>
        <w:tc>
          <w:tcPr>
            <w:tcW w:type="dxa" w:w="2160"/>
          </w:tcPr>
          <w:p>
            <w:r>
              <w:t>Nutritional Analysis</w:t>
            </w:r>
          </w:p>
        </w:tc>
        <w:tc>
          <w:tcPr>
            <w:tcW w:type="dxa" w:w="2160"/>
          </w:tcPr>
          <w:p>
            <w:r>
              <w:t>How do you ensure the accuracy of nutritional analysis results for your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1065-0246</w:t>
            </w:r>
          </w:p>
        </w:tc>
        <w:tc>
          <w:tcPr>
            <w:tcW w:type="dxa" w:w="2160"/>
          </w:tcPr>
          <w:p>
            <w:r>
              <w:t>Contaminant Testing</w:t>
            </w:r>
          </w:p>
        </w:tc>
        <w:tc>
          <w:tcPr>
            <w:tcW w:type="dxa" w:w="2160"/>
          </w:tcPr>
          <w:p>
            <w:r>
              <w:t>What specific protocols are followed when a contaminant is detected in the dry peas?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1065-0247</w:t>
            </w:r>
          </w:p>
        </w:tc>
        <w:tc>
          <w:tcPr>
            <w:tcW w:type="dxa" w:w="2160"/>
          </w:tcPr>
          <w:p>
            <w:r>
              <w:t>Microbial Testing</w:t>
            </w:r>
          </w:p>
        </w:tc>
        <w:tc>
          <w:tcPr>
            <w:tcW w:type="dxa" w:w="2160"/>
          </w:tcPr>
          <w:p>
            <w:r>
              <w:t>What is the process for selecting microbial test samples from your dry pea batches?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1065-0248</w:t>
            </w:r>
          </w:p>
        </w:tc>
        <w:tc>
          <w:tcPr>
            <w:tcW w:type="dxa" w:w="2160"/>
          </w:tcPr>
          <w:p>
            <w:r>
              <w:t>Sensory Evaluation</w:t>
            </w:r>
          </w:p>
        </w:tc>
        <w:tc>
          <w:tcPr>
            <w:tcW w:type="dxa" w:w="2160"/>
          </w:tcPr>
          <w:p>
            <w:r>
              <w:t>How do you train staff to conduct sensory evaluations of dry peas, and what criteria do they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1065-0249</w:t>
            </w:r>
          </w:p>
        </w:tc>
        <w:tc>
          <w:tcPr>
            <w:tcW w:type="dxa" w:w="2160"/>
          </w:tcPr>
          <w:p>
            <w:r>
              <w:t>Regulatory Compliance</w:t>
            </w:r>
          </w:p>
        </w:tc>
        <w:tc>
          <w:tcPr>
            <w:tcW w:type="dxa" w:w="2160"/>
          </w:tcPr>
          <w:p>
            <w:r>
              <w:t>What steps are taken to ensure that all quality control processes comply with federal and state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1065-0250</w:t>
            </w:r>
          </w:p>
        </w:tc>
        <w:tc>
          <w:tcPr>
            <w:tcW w:type="dxa" w:w="2160"/>
          </w:tcPr>
          <w:p>
            <w:r>
              <w:t>Certification Processes</w:t>
            </w:r>
          </w:p>
        </w:tc>
        <w:tc>
          <w:tcPr>
            <w:tcW w:type="dxa" w:w="2160"/>
          </w:tcPr>
          <w:p>
            <w:r>
              <w:t>How do you handle discrepancies found during certification audits of your dry pea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1065-0251</w:t>
            </w:r>
          </w:p>
        </w:tc>
        <w:tc>
          <w:tcPr>
            <w:tcW w:type="dxa" w:w="2160"/>
          </w:tcPr>
          <w:p>
            <w:r>
              <w:t>Quality Assurance</w:t>
            </w:r>
          </w:p>
        </w:tc>
        <w:tc>
          <w:tcPr>
            <w:tcW w:type="dxa" w:w="2160"/>
          </w:tcPr>
          <w:p>
            <w:r>
              <w:t>What metrics do you track to measure the effectiveness of your quality assurance program for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1065-0252</w:t>
            </w:r>
          </w:p>
        </w:tc>
        <w:tc>
          <w:tcPr>
            <w:tcW w:type="dxa" w:w="2160"/>
          </w:tcPr>
          <w:p>
            <w:r>
              <w:t>Nutritional Analysis</w:t>
            </w:r>
          </w:p>
        </w:tc>
        <w:tc>
          <w:tcPr>
            <w:tcW w:type="dxa" w:w="2160"/>
          </w:tcPr>
          <w:p>
            <w:r>
              <w:t>What is the process for reviewing and approving nutritional analysis reports for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1065-0253</w:t>
            </w:r>
          </w:p>
        </w:tc>
        <w:tc>
          <w:tcPr>
            <w:tcW w:type="dxa" w:w="2160"/>
          </w:tcPr>
          <w:p>
            <w:r>
              <w:t>Testing Methods</w:t>
            </w:r>
          </w:p>
        </w:tc>
        <w:tc>
          <w:tcPr>
            <w:tcW w:type="dxa" w:w="2160"/>
          </w:tcPr>
          <w:p>
            <w:r>
              <w:t>What lab testing methods do you employ to ensure the quality of your dry peas?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1065-0254</w:t>
            </w:r>
          </w:p>
        </w:tc>
        <w:tc>
          <w:tcPr>
            <w:tcW w:type="dxa" w:w="2160"/>
          </w:tcPr>
          <w:p>
            <w:r>
              <w:t>Compliance Standards</w:t>
            </w:r>
          </w:p>
        </w:tc>
        <w:tc>
          <w:tcPr>
            <w:tcW w:type="dxa" w:w="2160"/>
          </w:tcPr>
          <w:p>
            <w:r>
              <w:t>What compliance standards do you adhere to during lab testing for R&amp;D purposes?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1065-0255</w:t>
            </w:r>
          </w:p>
        </w:tc>
        <w:tc>
          <w:tcPr>
            <w:tcW w:type="dxa" w:w="2160"/>
          </w:tcPr>
          <w:p>
            <w:r>
              <w:t>Data Collection</w:t>
            </w:r>
          </w:p>
        </w:tc>
        <w:tc>
          <w:tcPr>
            <w:tcW w:type="dxa" w:w="2160"/>
          </w:tcPr>
          <w:p>
            <w:r>
              <w:t>How do you collect and analyze data from lab tests for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1065-0256</w:t>
            </w:r>
          </w:p>
        </w:tc>
        <w:tc>
          <w:tcPr>
            <w:tcW w:type="dxa" w:w="2160"/>
          </w:tcPr>
          <w:p>
            <w:r>
              <w:t>Innovation Tracking</w:t>
            </w:r>
          </w:p>
        </w:tc>
        <w:tc>
          <w:tcPr>
            <w:tcW w:type="dxa" w:w="2160"/>
          </w:tcPr>
          <w:p>
            <w:r>
              <w:t>How do you track innovations resulting from your quality control and lab testing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1065-0257</w:t>
            </w:r>
          </w:p>
        </w:tc>
        <w:tc>
          <w:tcPr>
            <w:tcW w:type="dxa" w:w="2160"/>
          </w:tcPr>
          <w:p>
            <w:r>
              <w:t>Reporting</w:t>
            </w:r>
          </w:p>
        </w:tc>
        <w:tc>
          <w:tcPr>
            <w:tcW w:type="dxa" w:w="2160"/>
          </w:tcPr>
          <w:p>
            <w:r>
              <w:t>What reporting mechanisms do you have in place for lab testing results related to R&amp;D?</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PACKAGING-TRACEABILITY-SYSTEMS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1065-0258</w:t>
            </w:r>
          </w:p>
        </w:tc>
        <w:tc>
          <w:tcPr>
            <w:tcW w:type="dxa" w:w="2160"/>
          </w:tcPr>
          <w:p>
            <w:r>
              <w:t>Packaging Materials</w:t>
            </w:r>
          </w:p>
        </w:tc>
        <w:tc>
          <w:tcPr>
            <w:tcW w:type="dxa" w:w="2160"/>
          </w:tcPr>
          <w:p>
            <w:r>
              <w:t>What specific materials are used in the packaging of dry peas, and how do they impact the product's shelf life?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1065-0259</w:t>
            </w:r>
          </w:p>
        </w:tc>
        <w:tc>
          <w:tcPr>
            <w:tcW w:type="dxa" w:w="2160"/>
          </w:tcPr>
          <w:p>
            <w:r>
              <w:t>Labeling Requirements</w:t>
            </w:r>
          </w:p>
        </w:tc>
        <w:tc>
          <w:tcPr>
            <w:tcW w:type="dxa" w:w="2160"/>
          </w:tcPr>
          <w:p>
            <w:r>
              <w:t>What labeling requirements do you follow for dry peas, including nutritional information and allergen warnings?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1065-0260</w:t>
            </w:r>
          </w:p>
        </w:tc>
        <w:tc>
          <w:tcPr>
            <w:tcW w:type="dxa" w:w="2160"/>
          </w:tcPr>
          <w:p>
            <w:r>
              <w:t>Barcoding Systems</w:t>
            </w:r>
          </w:p>
        </w:tc>
        <w:tc>
          <w:tcPr>
            <w:tcW w:type="dxa" w:w="2160"/>
          </w:tcPr>
          <w:p>
            <w:r>
              <w:t>What type of barcoding system is implemented for tracking packaging batches of dry peas, and how does it integrate with your inventory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1065-0261</w:t>
            </w:r>
          </w:p>
        </w:tc>
        <w:tc>
          <w:tcPr>
            <w:tcW w:type="dxa" w:w="2160"/>
          </w:tcPr>
          <w:p>
            <w:r>
              <w:t>Traceability Software</w:t>
            </w:r>
          </w:p>
        </w:tc>
        <w:tc>
          <w:tcPr>
            <w:tcW w:type="dxa" w:w="2160"/>
          </w:tcPr>
          <w:p>
            <w:r>
              <w:t>What traceability software do you use to track the packaging and distribution of dry peas, and what features does it offer for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1065-0262</w:t>
            </w:r>
          </w:p>
        </w:tc>
        <w:tc>
          <w:tcPr>
            <w:tcW w:type="dxa" w:w="2160"/>
          </w:tcPr>
          <w:p>
            <w:r>
              <w:t>Shelf Life Testing</w:t>
            </w:r>
          </w:p>
        </w:tc>
        <w:tc>
          <w:tcPr>
            <w:tcW w:type="dxa" w:w="2160"/>
          </w:tcPr>
          <w:p>
            <w:r>
              <w:t>What methods do you employ for shelf life testing of packaged dry peas, and how often are these tests conducted?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1065-0263</w:t>
            </w:r>
          </w:p>
        </w:tc>
        <w:tc>
          <w:tcPr>
            <w:tcW w:type="dxa" w:w="2160"/>
          </w:tcPr>
          <w:p>
            <w:r>
              <w:t>Consumer Safety Standards</w:t>
            </w:r>
          </w:p>
        </w:tc>
        <w:tc>
          <w:tcPr>
            <w:tcW w:type="dxa" w:w="2160"/>
          </w:tcPr>
          <w:p>
            <w:r>
              <w:t>What consumer safety standards are adhered to in your packaging process for dry peas,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1065-0264</w:t>
            </w:r>
          </w:p>
        </w:tc>
        <w:tc>
          <w:tcPr>
            <w:tcW w:type="dxa" w:w="2160"/>
          </w:tcPr>
          <w:p>
            <w:r>
              <w:t>Packaging Materials</w:t>
            </w:r>
          </w:p>
        </w:tc>
        <w:tc>
          <w:tcPr>
            <w:tcW w:type="dxa" w:w="2160"/>
          </w:tcPr>
          <w:p>
            <w:r>
              <w:t>Do you use any biodegradable or recyclable materials in your packaging for dry peas? If so,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1065-0265</w:t>
            </w:r>
          </w:p>
        </w:tc>
        <w:tc>
          <w:tcPr>
            <w:tcW w:type="dxa" w:w="2160"/>
          </w:tcPr>
          <w:p>
            <w:r>
              <w:t>Labeling Requirements</w:t>
            </w:r>
          </w:p>
        </w:tc>
        <w:tc>
          <w:tcPr>
            <w:tcW w:type="dxa" w:w="2160"/>
          </w:tcPr>
          <w:p>
            <w:r>
              <w:t>How do you ensure that your labels on dry pea packages are compliant with state and federal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1065-0266</w:t>
            </w:r>
          </w:p>
        </w:tc>
        <w:tc>
          <w:tcPr>
            <w:tcW w:type="dxa" w:w="2160"/>
          </w:tcPr>
          <w:p>
            <w:r>
              <w:t>Barcoding Systems</w:t>
            </w:r>
          </w:p>
        </w:tc>
        <w:tc>
          <w:tcPr>
            <w:tcW w:type="dxa" w:w="2160"/>
          </w:tcPr>
          <w:p>
            <w:r>
              <w:t>How frequently do you update your barcoding system, and what triggers an update?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1065-0267</w:t>
            </w:r>
          </w:p>
        </w:tc>
        <w:tc>
          <w:tcPr>
            <w:tcW w:type="dxa" w:w="2160"/>
          </w:tcPr>
          <w:p>
            <w:r>
              <w:t>Traceability Software</w:t>
            </w:r>
          </w:p>
        </w:tc>
        <w:tc>
          <w:tcPr>
            <w:tcW w:type="dxa" w:w="2160"/>
          </w:tcPr>
          <w:p>
            <w:r>
              <w:t>What challenges have you faced in implementing your traceability software for dry peas, and how were they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1065-0268</w:t>
            </w:r>
          </w:p>
        </w:tc>
        <w:tc>
          <w:tcPr>
            <w:tcW w:type="dxa" w:w="2160"/>
          </w:tcPr>
          <w:p>
            <w:r>
              <w:t>Shelf Life Testing</w:t>
            </w:r>
          </w:p>
        </w:tc>
        <w:tc>
          <w:tcPr>
            <w:tcW w:type="dxa" w:w="2160"/>
          </w:tcPr>
          <w:p>
            <w:r>
              <w:t>What specific parameters do you test for in shelf life studies of dry peas?</w:t>
              <w:br/>
              <w:t>Answer type: Multi-select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1065-0269</w:t>
            </w:r>
          </w:p>
        </w:tc>
        <w:tc>
          <w:tcPr>
            <w:tcW w:type="dxa" w:w="2160"/>
          </w:tcPr>
          <w:p>
            <w:r>
              <w:t>Consumer Safety Standards</w:t>
            </w:r>
          </w:p>
        </w:tc>
        <w:tc>
          <w:tcPr>
            <w:tcW w:type="dxa" w:w="2160"/>
          </w:tcPr>
          <w:p>
            <w:r>
              <w:t>What training do your staff receive regarding consumer safety standards in packaging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1065-0270</w:t>
            </w:r>
          </w:p>
        </w:tc>
        <w:tc>
          <w:tcPr>
            <w:tcW w:type="dxa" w:w="2160"/>
          </w:tcPr>
          <w:p>
            <w:r>
              <w:t>Packaging Materials</w:t>
            </w:r>
          </w:p>
        </w:tc>
        <w:tc>
          <w:tcPr>
            <w:tcW w:type="dxa" w:w="2160"/>
          </w:tcPr>
          <w:p>
            <w:r>
              <w:t>What testing is performed on packaging materials to ensure they are suitable for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1065-0271</w:t>
            </w:r>
          </w:p>
        </w:tc>
        <w:tc>
          <w:tcPr>
            <w:tcW w:type="dxa" w:w="2160"/>
          </w:tcPr>
          <w:p>
            <w:r>
              <w:t>Labeling Requirements</w:t>
            </w:r>
          </w:p>
        </w:tc>
        <w:tc>
          <w:tcPr>
            <w:tcW w:type="dxa" w:w="2160"/>
          </w:tcPr>
          <w:p>
            <w:r>
              <w:t>How do you verify the accuracy of the information provided on the labels of dry pea packages?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1065-0272</w:t>
            </w:r>
          </w:p>
        </w:tc>
        <w:tc>
          <w:tcPr>
            <w:tcW w:type="dxa" w:w="2160"/>
          </w:tcPr>
          <w:p>
            <w:r>
              <w:t>Barcoding Systems</w:t>
            </w:r>
          </w:p>
        </w:tc>
        <w:tc>
          <w:tcPr>
            <w:tcW w:type="dxa" w:w="2160"/>
          </w:tcPr>
          <w:p>
            <w:r>
              <w:t>How do you handle discrepancies found in the barcoding of packaged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1065-0273</w:t>
            </w:r>
          </w:p>
        </w:tc>
        <w:tc>
          <w:tcPr>
            <w:tcW w:type="dxa" w:w="2160"/>
          </w:tcPr>
          <w:p>
            <w:r>
              <w:t>Traceability Software</w:t>
            </w:r>
          </w:p>
        </w:tc>
        <w:tc>
          <w:tcPr>
            <w:tcW w:type="dxa" w:w="2160"/>
          </w:tcPr>
          <w:p>
            <w:r>
              <w:t>How does your traceability software assist in recalling products if necessary?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1065-0274</w:t>
            </w:r>
          </w:p>
        </w:tc>
        <w:tc>
          <w:tcPr>
            <w:tcW w:type="dxa" w:w="2160"/>
          </w:tcPr>
          <w:p>
            <w:r>
              <w:t>Shelf Life Testing</w:t>
            </w:r>
          </w:p>
        </w:tc>
        <w:tc>
          <w:tcPr>
            <w:tcW w:type="dxa" w:w="2160"/>
          </w:tcPr>
          <w:p>
            <w:r>
              <w:t>What is the average shelf life of your packaged dry peas based on your testing results?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1065-0275</w:t>
            </w:r>
          </w:p>
        </w:tc>
        <w:tc>
          <w:tcPr>
            <w:tcW w:type="dxa" w:w="2160"/>
          </w:tcPr>
          <w:p>
            <w:r>
              <w:t>Consumer Safety Standards</w:t>
            </w:r>
          </w:p>
        </w:tc>
        <w:tc>
          <w:tcPr>
            <w:tcW w:type="dxa" w:w="2160"/>
          </w:tcPr>
          <w:p>
            <w:r>
              <w:t>What audits or inspections do you conduct to ensure adherence to consumer safety standards in your packaging processes?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1065-0276</w:t>
            </w:r>
          </w:p>
        </w:tc>
        <w:tc>
          <w:tcPr>
            <w:tcW w:type="dxa" w:w="2160"/>
          </w:tcPr>
          <w:p>
            <w:r>
              <w:t>Packaging Materials</w:t>
            </w:r>
          </w:p>
        </w:tc>
        <w:tc>
          <w:tcPr>
            <w:tcW w:type="dxa" w:w="2160"/>
          </w:tcPr>
          <w:p>
            <w:r>
              <w:t>Have you conducted any research or development on new packaging technologies for dry peas? If so, please describe.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1065-0277</w:t>
            </w:r>
          </w:p>
        </w:tc>
        <w:tc>
          <w:tcPr>
            <w:tcW w:type="dxa" w:w="2160"/>
          </w:tcPr>
          <w:p>
            <w:r>
              <w:t>Labeling Requirements</w:t>
            </w:r>
          </w:p>
        </w:tc>
        <w:tc>
          <w:tcPr>
            <w:tcW w:type="dxa" w:w="2160"/>
          </w:tcPr>
          <w:p>
            <w:r>
              <w:t>What systems do you have in place to ensure that labels are updated in accordance with regulatory changes?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1065-0278</w:t>
            </w:r>
          </w:p>
        </w:tc>
        <w:tc>
          <w:tcPr>
            <w:tcW w:type="dxa" w:w="2160"/>
          </w:tcPr>
          <w:p>
            <w:r>
              <w:t>Barcoding Systems</w:t>
            </w:r>
          </w:p>
        </w:tc>
        <w:tc>
          <w:tcPr>
            <w:tcW w:type="dxa" w:w="2160"/>
          </w:tcPr>
          <w:p>
            <w:r>
              <w:t>What is the process for training employees on the use of your barcoding system for dry peas?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1065-0279</w:t>
            </w:r>
          </w:p>
        </w:tc>
        <w:tc>
          <w:tcPr>
            <w:tcW w:type="dxa" w:w="2160"/>
          </w:tcPr>
          <w:p>
            <w:r>
              <w:t>Traceability Software</w:t>
            </w:r>
          </w:p>
        </w:tc>
        <w:tc>
          <w:tcPr>
            <w:tcW w:type="dxa" w:w="2160"/>
          </w:tcPr>
          <w:p>
            <w:r>
              <w:t>How do you ensure data integrity within your traceability system for packaged dry peas?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1065-0280</w:t>
            </w:r>
          </w:p>
        </w:tc>
        <w:tc>
          <w:tcPr>
            <w:tcW w:type="dxa" w:w="2160"/>
          </w:tcPr>
          <w:p>
            <w:r>
              <w:t>Shelf Life Testing</w:t>
            </w:r>
          </w:p>
        </w:tc>
        <w:tc>
          <w:tcPr>
            <w:tcW w:type="dxa" w:w="2160"/>
          </w:tcPr>
          <w:p>
            <w:r>
              <w:t>What is the process for determining the optimal packaging for extending the shelf life of dry peas?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1065-0281</w:t>
            </w:r>
          </w:p>
        </w:tc>
        <w:tc>
          <w:tcPr>
            <w:tcW w:type="dxa" w:w="2160"/>
          </w:tcPr>
          <w:p>
            <w:r>
              <w:t>Packaging Innovations</w:t>
            </w:r>
          </w:p>
        </w:tc>
        <w:tc>
          <w:tcPr>
            <w:tcW w:type="dxa" w:w="2160"/>
          </w:tcPr>
          <w:p>
            <w:r>
              <w:t>What innovative packaging solutions are you exploring for your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1065-0282</w:t>
            </w:r>
          </w:p>
        </w:tc>
        <w:tc>
          <w:tcPr>
            <w:tcW w:type="dxa" w:w="2160"/>
          </w:tcPr>
          <w:p>
            <w:r>
              <w:t>Traceability Practices</w:t>
            </w:r>
          </w:p>
        </w:tc>
        <w:tc>
          <w:tcPr>
            <w:tcW w:type="dxa" w:w="2160"/>
          </w:tcPr>
          <w:p>
            <w:r>
              <w:t>How do you implement traceability practices in your packaging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1065-0283</w:t>
            </w:r>
          </w:p>
        </w:tc>
        <w:tc>
          <w:tcPr>
            <w:tcW w:type="dxa" w:w="2160"/>
          </w:tcPr>
          <w:p>
            <w:r>
              <w:t>Regulatory Compliance</w:t>
            </w:r>
          </w:p>
        </w:tc>
        <w:tc>
          <w:tcPr>
            <w:tcW w:type="dxa" w:w="2160"/>
          </w:tcPr>
          <w:p>
            <w:r>
              <w:t>What regulatory compliance measures do you follow in your packaging operations?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REGULATORY-COMPLIANCE-FOOD-SAFETY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1065-0284</w:t>
            </w:r>
          </w:p>
        </w:tc>
        <w:tc>
          <w:tcPr>
            <w:tcW w:type="dxa" w:w="2160"/>
          </w:tcPr>
          <w:p>
            <w:r>
              <w:t>FDA Regulations</w:t>
            </w:r>
          </w:p>
        </w:tc>
        <w:tc>
          <w:tcPr>
            <w:tcW w:type="dxa" w:w="2160"/>
          </w:tcPr>
          <w:p>
            <w:r>
              <w:t>What specific FDA regulations apply to the handling and processing of dry peas on your farm?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1065-0285</w:t>
            </w:r>
          </w:p>
        </w:tc>
        <w:tc>
          <w:tcPr>
            <w:tcW w:type="dxa" w:w="2160"/>
          </w:tcPr>
          <w:p>
            <w:r>
              <w:t>USDA Standards</w:t>
            </w:r>
          </w:p>
        </w:tc>
        <w:tc>
          <w:tcPr>
            <w:tcW w:type="dxa" w:w="2160"/>
          </w:tcPr>
          <w:p>
            <w:r>
              <w:t>How do you ensure compliance with USDA standards for the production of dry peas?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1065-0286</w:t>
            </w:r>
          </w:p>
        </w:tc>
        <w:tc>
          <w:tcPr>
            <w:tcW w:type="dxa" w:w="2160"/>
          </w:tcPr>
          <w:p>
            <w:r>
              <w:t>GAP Certifications</w:t>
            </w:r>
          </w:p>
        </w:tc>
        <w:tc>
          <w:tcPr>
            <w:tcW w:type="dxa" w:w="2160"/>
          </w:tcPr>
          <w:p>
            <w:r>
              <w:t>What steps have you taken to obtain Good Agricultural Practices (GAP) certification for your dry pea farm?</w:t>
              <w:br/>
              <w:t>Answer type: Long text</w:t>
              <w:br/>
              <w:t>Trigger: Always</w:t>
              <w:br/>
              <w:t>Required: No</w:t>
              <w:br/>
              <w:t>Risk: Medium</w:t>
            </w:r>
          </w:p>
        </w:tc>
        <w:tc>
          <w:tcPr>
            <w:tcW w:type="dxa" w:w="2160"/>
          </w:tcPr>
          <w:p>
            <w:r>
              <w:t>Primary authority: GAP Certification Standards</w:t>
              <w:br/>
              <w:t>Response: ___________________________</w:t>
              <w:br/>
              <w:t>Evidence: ___________________________</w:t>
              <w:br/>
              <w:t>Reviewer conclusion: ___________________________</w:t>
            </w:r>
          </w:p>
        </w:tc>
      </w:tr>
      <w:tr>
        <w:tc>
          <w:tcPr>
            <w:tcW w:type="dxa" w:w="2160"/>
          </w:tcPr>
          <w:p>
            <w:r>
              <w:t>1065-0287</w:t>
            </w:r>
          </w:p>
        </w:tc>
        <w:tc>
          <w:tcPr>
            <w:tcW w:type="dxa" w:w="2160"/>
          </w:tcPr>
          <w:p>
            <w:r>
              <w:t>Food Safety Plans</w:t>
            </w:r>
          </w:p>
        </w:tc>
        <w:tc>
          <w:tcPr>
            <w:tcW w:type="dxa" w:w="2160"/>
          </w:tcPr>
          <w:p>
            <w:r>
              <w:t>Can you describe the food safety plan implemented on your farm specifically for dry pea production?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1065-0288</w:t>
            </w:r>
          </w:p>
        </w:tc>
        <w:tc>
          <w:tcPr>
            <w:tcW w:type="dxa" w:w="2160"/>
          </w:tcPr>
          <w:p>
            <w:r>
              <w:t>Traceability Regulations</w:t>
            </w:r>
          </w:p>
        </w:tc>
        <w:tc>
          <w:tcPr>
            <w:tcW w:type="dxa" w:w="2160"/>
          </w:tcPr>
          <w:p>
            <w:r>
              <w:t>What traceability measures do you have in place for tracking the production and distribution of your dry peas?</w:t>
              <w:br/>
              <w:t>Answer type: Long text</w:t>
              <w:br/>
              <w:t>Trigger: Always</w:t>
              <w:br/>
              <w:t>Required: No</w:t>
              <w:br/>
              <w:t>Risk: High</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1065-0289</w:t>
            </w:r>
          </w:p>
        </w:tc>
        <w:tc>
          <w:tcPr>
            <w:tcW w:type="dxa" w:w="2160"/>
          </w:tcPr>
          <w:p>
            <w:r>
              <w:t>Organic Certifications</w:t>
            </w:r>
          </w:p>
        </w:tc>
        <w:tc>
          <w:tcPr>
            <w:tcW w:type="dxa" w:w="2160"/>
          </w:tcPr>
          <w:p>
            <w:r>
              <w:t>Is your dry pea farm certified organic, and if so, what certification body issued this certification?</w:t>
              <w:br/>
              <w:t>Answer type: Yes-No + details</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1065-0290</w:t>
            </w:r>
          </w:p>
        </w:tc>
        <w:tc>
          <w:tcPr>
            <w:tcW w:type="dxa" w:w="2160"/>
          </w:tcPr>
          <w:p>
            <w:r>
              <w:t>FDA Regulations</w:t>
            </w:r>
          </w:p>
        </w:tc>
        <w:tc>
          <w:tcPr>
            <w:tcW w:type="dxa" w:w="2160"/>
          </w:tcPr>
          <w:p>
            <w:r>
              <w:t>Have you conducted any risk assessments as required by FDA regulations for your dry pea farming operations?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1065-0291</w:t>
            </w:r>
          </w:p>
        </w:tc>
        <w:tc>
          <w:tcPr>
            <w:tcW w:type="dxa" w:w="2160"/>
          </w:tcPr>
          <w:p>
            <w:r>
              <w:t>USDA Standards</w:t>
            </w:r>
          </w:p>
        </w:tc>
        <w:tc>
          <w:tcPr>
            <w:tcW w:type="dxa" w:w="2160"/>
          </w:tcPr>
          <w:p>
            <w:r>
              <w:t>What specific USDA inspections or audits have you undergone in the past year for your dry pea production?</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1065-0292</w:t>
            </w:r>
          </w:p>
        </w:tc>
        <w:tc>
          <w:tcPr>
            <w:tcW w:type="dxa" w:w="2160"/>
          </w:tcPr>
          <w:p>
            <w:r>
              <w:t>GAP Certifications</w:t>
            </w:r>
          </w:p>
        </w:tc>
        <w:tc>
          <w:tcPr>
            <w:tcW w:type="dxa" w:w="2160"/>
          </w:tcPr>
          <w:p>
            <w:r>
              <w:t>What training do your employees receive related to GAP compliance on your dry pea farm?</w:t>
              <w:br/>
              <w:t>Answer type: Long text</w:t>
              <w:br/>
              <w:t>Trigger: Always</w:t>
              <w:br/>
              <w:t>Required: No</w:t>
              <w:br/>
              <w:t>Risk: Medium</w:t>
            </w:r>
          </w:p>
        </w:tc>
        <w:tc>
          <w:tcPr>
            <w:tcW w:type="dxa" w:w="2160"/>
          </w:tcPr>
          <w:p>
            <w:r>
              <w:t>Primary authority: GAP Certification Standards</w:t>
              <w:br/>
              <w:t>Response: ___________________________</w:t>
              <w:br/>
              <w:t>Evidence: ___________________________</w:t>
              <w:br/>
              <w:t>Reviewer conclusion: ___________________________</w:t>
            </w:r>
          </w:p>
        </w:tc>
      </w:tr>
      <w:tr>
        <w:tc>
          <w:tcPr>
            <w:tcW w:type="dxa" w:w="2160"/>
          </w:tcPr>
          <w:p>
            <w:r>
              <w:t>1065-0293</w:t>
            </w:r>
          </w:p>
        </w:tc>
        <w:tc>
          <w:tcPr>
            <w:tcW w:type="dxa" w:w="2160"/>
          </w:tcPr>
          <w:p>
            <w:r>
              <w:t>Food Safety Plans</w:t>
            </w:r>
          </w:p>
        </w:tc>
        <w:tc>
          <w:tcPr>
            <w:tcW w:type="dxa" w:w="2160"/>
          </w:tcPr>
          <w:p>
            <w:r>
              <w:t>How often do you review and update your food safety plan for the dry pea operations?</w:t>
              <w:br/>
              <w:t>Answer type: Integer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1065-0294</w:t>
            </w:r>
          </w:p>
        </w:tc>
        <w:tc>
          <w:tcPr>
            <w:tcW w:type="dxa" w:w="2160"/>
          </w:tcPr>
          <w:p>
            <w:r>
              <w:t>Traceability Regulations</w:t>
            </w:r>
          </w:p>
        </w:tc>
        <w:tc>
          <w:tcPr>
            <w:tcW w:type="dxa" w:w="2160"/>
          </w:tcPr>
          <w:p>
            <w:r>
              <w:t>What technology or systems do you use to maintain traceability of your dry peas from farm to market?</w:t>
              <w:br/>
              <w:t>Answer type: Long text</w:t>
              <w:br/>
              <w:t>Trigger: Always</w:t>
              <w:br/>
              <w:t>Required: No</w:t>
              <w:br/>
              <w:t>Risk: High</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1065-0295</w:t>
            </w:r>
          </w:p>
        </w:tc>
        <w:tc>
          <w:tcPr>
            <w:tcW w:type="dxa" w:w="2160"/>
          </w:tcPr>
          <w:p>
            <w:r>
              <w:t>Organic Certifications</w:t>
            </w:r>
          </w:p>
        </w:tc>
        <w:tc>
          <w:tcPr>
            <w:tcW w:type="dxa" w:w="2160"/>
          </w:tcPr>
          <w:p>
            <w:r>
              <w:t>What specific practices do you follow to maintain organic certification for your dry peas?</w:t>
              <w:br/>
              <w:t>Answer type: Long text</w:t>
              <w:br/>
              <w:t>Trigger: Yes-No</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1065-0296</w:t>
            </w:r>
          </w:p>
        </w:tc>
        <w:tc>
          <w:tcPr>
            <w:tcW w:type="dxa" w:w="2160"/>
          </w:tcPr>
          <w:p>
            <w:r>
              <w:t>FDA Regulations</w:t>
            </w:r>
          </w:p>
        </w:tc>
        <w:tc>
          <w:tcPr>
            <w:tcW w:type="dxa" w:w="2160"/>
          </w:tcPr>
          <w:p>
            <w:r>
              <w:t>What records do you maintain to demonstrate compliance with FDA food safety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1065-0297</w:t>
            </w:r>
          </w:p>
        </w:tc>
        <w:tc>
          <w:tcPr>
            <w:tcW w:type="dxa" w:w="2160"/>
          </w:tcPr>
          <w:p>
            <w:r>
              <w:t>USDA Standards</w:t>
            </w:r>
          </w:p>
        </w:tc>
        <w:tc>
          <w:tcPr>
            <w:tcW w:type="dxa" w:w="2160"/>
          </w:tcPr>
          <w:p>
            <w:r>
              <w:t>How do you handle non-compliance issues identified during USDA inspections?</w:t>
              <w:br/>
              <w:t>Answer type: Long text</w:t>
              <w:br/>
              <w:t>Trigger: Always</w:t>
              <w:br/>
              <w:t>Required: No</w:t>
              <w:br/>
              <w:t>Risk: High</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1065-0298</w:t>
            </w:r>
          </w:p>
        </w:tc>
        <w:tc>
          <w:tcPr>
            <w:tcW w:type="dxa" w:w="2160"/>
          </w:tcPr>
          <w:p>
            <w:r>
              <w:t>GAP Certifications</w:t>
            </w:r>
          </w:p>
        </w:tc>
        <w:tc>
          <w:tcPr>
            <w:tcW w:type="dxa" w:w="2160"/>
          </w:tcPr>
          <w:p>
            <w:r>
              <w:t>What documentation do you maintain to support your GAP certification?</w:t>
              <w:br/>
              <w:t>Answer type: Long text</w:t>
              <w:br/>
              <w:t>Trigger: Always</w:t>
              <w:br/>
              <w:t>Required: No</w:t>
              <w:br/>
              <w:t>Risk: Medium</w:t>
            </w:r>
          </w:p>
        </w:tc>
        <w:tc>
          <w:tcPr>
            <w:tcW w:type="dxa" w:w="2160"/>
          </w:tcPr>
          <w:p>
            <w:r>
              <w:t>Primary authority: GAP Certification Standards</w:t>
              <w:br/>
              <w:t>Response: ___________________________</w:t>
              <w:br/>
              <w:t>Evidence: ___________________________</w:t>
              <w:br/>
              <w:t>Reviewer conclusion: ___________________________</w:t>
            </w:r>
          </w:p>
        </w:tc>
      </w:tr>
      <w:tr>
        <w:tc>
          <w:tcPr>
            <w:tcW w:type="dxa" w:w="2160"/>
          </w:tcPr>
          <w:p>
            <w:r>
              <w:t>1065-0299</w:t>
            </w:r>
          </w:p>
        </w:tc>
        <w:tc>
          <w:tcPr>
            <w:tcW w:type="dxa" w:w="2160"/>
          </w:tcPr>
          <w:p>
            <w:r>
              <w:t>Food Safety Plans</w:t>
            </w:r>
          </w:p>
        </w:tc>
        <w:tc>
          <w:tcPr>
            <w:tcW w:type="dxa" w:w="2160"/>
          </w:tcPr>
          <w:p>
            <w:r>
              <w:t>Who is responsible for implementing the food safety plan on your dry pea farm?</w:t>
              <w:br/>
              <w:t>Answer type: Short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1065-0300</w:t>
            </w:r>
          </w:p>
        </w:tc>
        <w:tc>
          <w:tcPr>
            <w:tcW w:type="dxa" w:w="2160"/>
          </w:tcPr>
          <w:p>
            <w:r>
              <w:t>Traceability Regulations</w:t>
            </w:r>
          </w:p>
        </w:tc>
        <w:tc>
          <w:tcPr>
            <w:tcW w:type="dxa" w:w="2160"/>
          </w:tcPr>
          <w:p>
            <w:r>
              <w:t>What challenges have you faced in implementing traceability regulations for your dry peas?</w:t>
              <w:br/>
              <w:t>Answer type: Long text</w:t>
              <w:br/>
              <w:t>Trigger: Always</w:t>
              <w:br/>
              <w:t>Required: No</w:t>
              <w:br/>
              <w:t>Risk: Medium</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1065-0301</w:t>
            </w:r>
          </w:p>
        </w:tc>
        <w:tc>
          <w:tcPr>
            <w:tcW w:type="dxa" w:w="2160"/>
          </w:tcPr>
          <w:p>
            <w:r>
              <w:t>Organic Certifications</w:t>
            </w:r>
          </w:p>
        </w:tc>
        <w:tc>
          <w:tcPr>
            <w:tcW w:type="dxa" w:w="2160"/>
          </w:tcPr>
          <w:p>
            <w:r>
              <w:t>What percentage of your dry pea production is certified organic?</w:t>
              <w:br/>
              <w:t>Answer type: Percentage</w:t>
              <w:br/>
              <w:t>Trigger: Yes-No</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1065-0302</w:t>
            </w:r>
          </w:p>
        </w:tc>
        <w:tc>
          <w:tcPr>
            <w:tcW w:type="dxa" w:w="2160"/>
          </w:tcPr>
          <w:p>
            <w:r>
              <w:t>FDA Regulations</w:t>
            </w:r>
          </w:p>
        </w:tc>
        <w:tc>
          <w:tcPr>
            <w:tcW w:type="dxa" w:w="2160"/>
          </w:tcPr>
          <w:p>
            <w:r>
              <w:t>What measures do you take to prevent contamination of your dry peas during harvesting?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1065-0303</w:t>
            </w:r>
          </w:p>
        </w:tc>
        <w:tc>
          <w:tcPr>
            <w:tcW w:type="dxa" w:w="2160"/>
          </w:tcPr>
          <w:p>
            <w:r>
              <w:t>USDA Standards</w:t>
            </w:r>
          </w:p>
        </w:tc>
        <w:tc>
          <w:tcPr>
            <w:tcW w:type="dxa" w:w="2160"/>
          </w:tcPr>
          <w:p>
            <w:r>
              <w:t>How do you ensure that your dry peas meet the quality standards set by the USDA?</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1065-0304</w:t>
            </w:r>
          </w:p>
        </w:tc>
        <w:tc>
          <w:tcPr>
            <w:tcW w:type="dxa" w:w="2160"/>
          </w:tcPr>
          <w:p>
            <w:r>
              <w:t>GAP Certifications</w:t>
            </w:r>
          </w:p>
        </w:tc>
        <w:tc>
          <w:tcPr>
            <w:tcW w:type="dxa" w:w="2160"/>
          </w:tcPr>
          <w:p>
            <w:r>
              <w:t>What third-party audits have you undergone for GAP certification in the last year?</w:t>
              <w:br/>
              <w:t>Answer type: Long text</w:t>
              <w:br/>
              <w:t>Trigger: Always</w:t>
              <w:br/>
              <w:t>Required: No</w:t>
              <w:br/>
              <w:t>Risk: Medium</w:t>
            </w:r>
          </w:p>
        </w:tc>
        <w:tc>
          <w:tcPr>
            <w:tcW w:type="dxa" w:w="2160"/>
          </w:tcPr>
          <w:p>
            <w:r>
              <w:t>Primary authority: GAP Certification Standards</w:t>
              <w:br/>
              <w:t>Response: ___________________________</w:t>
              <w:br/>
              <w:t>Evidence: ___________________________</w:t>
              <w:br/>
              <w:t>Reviewer conclusion: ___________________________</w:t>
            </w:r>
          </w:p>
        </w:tc>
      </w:tr>
      <w:tr>
        <w:tc>
          <w:tcPr>
            <w:tcW w:type="dxa" w:w="2160"/>
          </w:tcPr>
          <w:p>
            <w:r>
              <w:t>1065-0305</w:t>
            </w:r>
          </w:p>
        </w:tc>
        <w:tc>
          <w:tcPr>
            <w:tcW w:type="dxa" w:w="2160"/>
          </w:tcPr>
          <w:p>
            <w:r>
              <w:t>Food Safety Plans</w:t>
            </w:r>
          </w:p>
        </w:tc>
        <w:tc>
          <w:tcPr>
            <w:tcW w:type="dxa" w:w="2160"/>
          </w:tcPr>
          <w:p>
            <w:r>
              <w:t>What specific hazards have you identified in your food safety plan for dry peas?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1065-0306</w:t>
            </w:r>
          </w:p>
        </w:tc>
        <w:tc>
          <w:tcPr>
            <w:tcW w:type="dxa" w:w="2160"/>
          </w:tcPr>
          <w:p>
            <w:r>
              <w:t>Traceability Regulations</w:t>
            </w:r>
          </w:p>
        </w:tc>
        <w:tc>
          <w:tcPr>
            <w:tcW w:type="dxa" w:w="2160"/>
          </w:tcPr>
          <w:p>
            <w:r>
              <w:t>How do you train your staff on traceability requirements for dry peas?</w:t>
              <w:br/>
              <w:t>Answer type: Long text</w:t>
              <w:br/>
              <w:t>Trigger: Always</w:t>
              <w:br/>
              <w:t>Required: No</w:t>
              <w:br/>
              <w:t>Risk: Medium</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1065-0307</w:t>
            </w:r>
          </w:p>
        </w:tc>
        <w:tc>
          <w:tcPr>
            <w:tcW w:type="dxa" w:w="2160"/>
          </w:tcPr>
          <w:p>
            <w:r>
              <w:t>Organic Certifications</w:t>
            </w:r>
          </w:p>
        </w:tc>
        <w:tc>
          <w:tcPr>
            <w:tcW w:type="dxa" w:w="2160"/>
          </w:tcPr>
          <w:p>
            <w:r>
              <w:t>What records do you keep to demonstrate compliance with organic farming practices for your dry peas?</w:t>
              <w:br/>
              <w:t>Answer type: Long text</w:t>
              <w:br/>
              <w:t>Trigger: Yes-No</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1065-0308</w:t>
            </w:r>
          </w:p>
        </w:tc>
        <w:tc>
          <w:tcPr>
            <w:tcW w:type="dxa" w:w="2160"/>
          </w:tcPr>
          <w:p>
            <w:r>
              <w:t>Food Safety Standards</w:t>
            </w:r>
          </w:p>
        </w:tc>
        <w:tc>
          <w:tcPr>
            <w:tcW w:type="dxa" w:w="2160"/>
          </w:tcPr>
          <w:p>
            <w:r>
              <w:t>What food safety standards do you follow during your R&amp;D activities?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1065-0309</w:t>
            </w:r>
          </w:p>
        </w:tc>
        <w:tc>
          <w:tcPr>
            <w:tcW w:type="dxa" w:w="2160"/>
          </w:tcPr>
          <w:p>
            <w:r>
              <w:t>Inspection Protocols</w:t>
            </w:r>
          </w:p>
        </w:tc>
        <w:tc>
          <w:tcPr>
            <w:tcW w:type="dxa" w:w="2160"/>
          </w:tcPr>
          <w:p>
            <w:r>
              <w:t>What inspection protocols do you have in place to ensure compliance with food safety regulations?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1065-0310</w:t>
            </w:r>
          </w:p>
        </w:tc>
        <w:tc>
          <w:tcPr>
            <w:tcW w:type="dxa" w:w="2160"/>
          </w:tcPr>
          <w:p>
            <w:r>
              <w:t>Documentation Practices</w:t>
            </w:r>
          </w:p>
        </w:tc>
        <w:tc>
          <w:tcPr>
            <w:tcW w:type="dxa" w:w="2160"/>
          </w:tcPr>
          <w:p>
            <w:r>
              <w:t>How do you maintain documentation to demonstrate compliance with food safety regulations?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1065-0311</w:t>
            </w:r>
          </w:p>
        </w:tc>
        <w:tc>
          <w:tcPr>
            <w:tcW w:type="dxa" w:w="2160"/>
          </w:tcPr>
          <w:p>
            <w:r>
              <w:t>Training Programs</w:t>
            </w:r>
          </w:p>
        </w:tc>
        <w:tc>
          <w:tcPr>
            <w:tcW w:type="dxa" w:w="2160"/>
          </w:tcPr>
          <w:p>
            <w:r>
              <w:t>What training programs do you have for staff regarding food safety compliance?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1065-0312</w:t>
            </w:r>
          </w:p>
        </w:tc>
        <w:tc>
          <w:tcPr>
            <w:tcW w:type="dxa" w:w="2160"/>
          </w:tcPr>
          <w:p>
            <w:r>
              <w:t>Audit Procedures</w:t>
            </w:r>
          </w:p>
        </w:tc>
        <w:tc>
          <w:tcPr>
            <w:tcW w:type="dxa" w:w="2160"/>
          </w:tcPr>
          <w:p>
            <w:r>
              <w:t>What audit procedures do you follow to ensure ongoing compliance with food safety regulations?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1065-0313</w:t>
            </w:r>
          </w:p>
        </w:tc>
        <w:tc>
          <w:tcPr>
            <w:tcW w:type="dxa" w:w="2160"/>
          </w:tcPr>
          <w:p>
            <w:r>
              <w:t>Risk Assessment</w:t>
            </w:r>
          </w:p>
        </w:tc>
        <w:tc>
          <w:tcPr>
            <w:tcW w:type="dxa" w:w="2160"/>
          </w:tcPr>
          <w:p>
            <w:r>
              <w:t>How do you conduct risk assessments related to food safety during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UTILITIES-ENVIRONMENTAL-IMPACT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1065-0314</w:t>
            </w:r>
          </w:p>
        </w:tc>
        <w:tc>
          <w:tcPr>
            <w:tcW w:type="dxa" w:w="2160"/>
          </w:tcPr>
          <w:p>
            <w:r>
              <w:t>Water Usage</w:t>
            </w:r>
          </w:p>
        </w:tc>
        <w:tc>
          <w:tcPr>
            <w:tcW w:type="dxa" w:w="2160"/>
          </w:tcPr>
          <w:p>
            <w:r>
              <w:t>What is the average annual water usage (in gallons) for your dry pea farming operations, and how do you measure it?</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1065-0315</w:t>
            </w:r>
          </w:p>
        </w:tc>
        <w:tc>
          <w:tcPr>
            <w:tcW w:type="dxa" w:w="2160"/>
          </w:tcPr>
          <w:p>
            <w:r>
              <w:t>Water Usage</w:t>
            </w:r>
          </w:p>
        </w:tc>
        <w:tc>
          <w:tcPr>
            <w:tcW w:type="dxa" w:w="2160"/>
          </w:tcPr>
          <w:p>
            <w:r>
              <w:t>Have you implemented any water conservation practices in your farming operations? If yes,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1065-0316</w:t>
            </w:r>
          </w:p>
        </w:tc>
        <w:tc>
          <w:tcPr>
            <w:tcW w:type="dxa" w:w="2160"/>
          </w:tcPr>
          <w:p>
            <w:r>
              <w:t>Energy Efficiency</w:t>
            </w:r>
          </w:p>
        </w:tc>
        <w:tc>
          <w:tcPr>
            <w:tcW w:type="dxa" w:w="2160"/>
          </w:tcPr>
          <w:p>
            <w:r>
              <w:t>What types of energy sources do you utilize in your farming operations (e.g., electricity, diesel, renewable sources)? Please specify the percentage of each used.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1065-0317</w:t>
            </w:r>
          </w:p>
        </w:tc>
        <w:tc>
          <w:tcPr>
            <w:tcW w:type="dxa" w:w="2160"/>
          </w:tcPr>
          <w:p>
            <w:r>
              <w:t>Energy Efficiency</w:t>
            </w:r>
          </w:p>
        </w:tc>
        <w:tc>
          <w:tcPr>
            <w:tcW w:type="dxa" w:w="2160"/>
          </w:tcPr>
          <w:p>
            <w:r>
              <w:t>What measures have you taken to improve energy efficiency in your farming equipment or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1065-0318</w:t>
            </w:r>
          </w:p>
        </w:tc>
        <w:tc>
          <w:tcPr>
            <w:tcW w:type="dxa" w:w="2160"/>
          </w:tcPr>
          <w:p>
            <w:r>
              <w:t>Waste Management</w:t>
            </w:r>
          </w:p>
        </w:tc>
        <w:tc>
          <w:tcPr>
            <w:tcW w:type="dxa" w:w="2160"/>
          </w:tcPr>
          <w:p>
            <w:r>
              <w:t>What types of waste are generated from your dry pea farming operations, and how do you manage or dispose of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1065-0319</w:t>
            </w:r>
          </w:p>
        </w:tc>
        <w:tc>
          <w:tcPr>
            <w:tcW w:type="dxa" w:w="2160"/>
          </w:tcPr>
          <w:p>
            <w:r>
              <w:t>Waste Management</w:t>
            </w:r>
          </w:p>
        </w:tc>
        <w:tc>
          <w:tcPr>
            <w:tcW w:type="dxa" w:w="2160"/>
          </w:tcPr>
          <w:p>
            <w:r>
              <w:t>Do you have a formal waste reduction program in place?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1065-0320</w:t>
            </w:r>
          </w:p>
        </w:tc>
        <w:tc>
          <w:tcPr>
            <w:tcW w:type="dxa" w:w="2160"/>
          </w:tcPr>
          <w:p>
            <w:r>
              <w:t>Soil Health</w:t>
            </w:r>
          </w:p>
        </w:tc>
        <w:tc>
          <w:tcPr>
            <w:tcW w:type="dxa" w:w="2160"/>
          </w:tcPr>
          <w:p>
            <w:r>
              <w:t>What practices do you employ to maintain or improve soil health on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1065-0321</w:t>
            </w:r>
          </w:p>
        </w:tc>
        <w:tc>
          <w:tcPr>
            <w:tcW w:type="dxa" w:w="2160"/>
          </w:tcPr>
          <w:p>
            <w:r>
              <w:t>Soil Health</w:t>
            </w:r>
          </w:p>
        </w:tc>
        <w:tc>
          <w:tcPr>
            <w:tcW w:type="dxa" w:w="2160"/>
          </w:tcPr>
          <w:p>
            <w:r>
              <w:t>Do you conduct regular soil testing? If yes, how often and what parameters do you measure?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1065-0322</w:t>
            </w:r>
          </w:p>
        </w:tc>
        <w:tc>
          <w:tcPr>
            <w:tcW w:type="dxa" w:w="2160"/>
          </w:tcPr>
          <w:p>
            <w:r>
              <w:t>Biodiversity Practices</w:t>
            </w:r>
          </w:p>
        </w:tc>
        <w:tc>
          <w:tcPr>
            <w:tcW w:type="dxa" w:w="2160"/>
          </w:tcPr>
          <w:p>
            <w:r>
              <w:t>What practices do you implement to promote biodiversity on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1065-0323</w:t>
            </w:r>
          </w:p>
        </w:tc>
        <w:tc>
          <w:tcPr>
            <w:tcW w:type="dxa" w:w="2160"/>
          </w:tcPr>
          <w:p>
            <w:r>
              <w:t>Biodiversity Practices</w:t>
            </w:r>
          </w:p>
        </w:tc>
        <w:tc>
          <w:tcPr>
            <w:tcW w:type="dxa" w:w="2160"/>
          </w:tcPr>
          <w:p>
            <w:r>
              <w:t>Have you partnered with any organizations to enhance biodiversity in your farming practices?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1065-0324</w:t>
            </w:r>
          </w:p>
        </w:tc>
        <w:tc>
          <w:tcPr>
            <w:tcW w:type="dxa" w:w="2160"/>
          </w:tcPr>
          <w:p>
            <w:r>
              <w:t>Carbon Footprint</w:t>
            </w:r>
          </w:p>
        </w:tc>
        <w:tc>
          <w:tcPr>
            <w:tcW w:type="dxa" w:w="2160"/>
          </w:tcPr>
          <w:p>
            <w:r>
              <w:t>What methods do you use to calculate your farm's carbon footprint?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1065-0325</w:t>
            </w:r>
          </w:p>
        </w:tc>
        <w:tc>
          <w:tcPr>
            <w:tcW w:type="dxa" w:w="2160"/>
          </w:tcPr>
          <w:p>
            <w:r>
              <w:t>Carbon Footprint</w:t>
            </w:r>
          </w:p>
        </w:tc>
        <w:tc>
          <w:tcPr>
            <w:tcW w:type="dxa" w:w="2160"/>
          </w:tcPr>
          <w:p>
            <w:r>
              <w:t>Have you implemented any carbon reduction strategies? If yes, please describe them.</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1065-0326</w:t>
            </w:r>
          </w:p>
        </w:tc>
        <w:tc>
          <w:tcPr>
            <w:tcW w:type="dxa" w:w="2160"/>
          </w:tcPr>
          <w:p>
            <w:r>
              <w:t>Water Usage</w:t>
            </w:r>
          </w:p>
        </w:tc>
        <w:tc>
          <w:tcPr>
            <w:tcW w:type="dxa" w:w="2160"/>
          </w:tcPr>
          <w:p>
            <w:r>
              <w:t>What irrigation methods do you use, and how do they impact your overall water usage?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1065-0327</w:t>
            </w:r>
          </w:p>
        </w:tc>
        <w:tc>
          <w:tcPr>
            <w:tcW w:type="dxa" w:w="2160"/>
          </w:tcPr>
          <w:p>
            <w:r>
              <w:t>Energy Efficiency</w:t>
            </w:r>
          </w:p>
        </w:tc>
        <w:tc>
          <w:tcPr>
            <w:tcW w:type="dxa" w:w="2160"/>
          </w:tcPr>
          <w:p>
            <w:r>
              <w:t>What is the average energy consumption (in kWh) of your farming operations annually?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1065-0328</w:t>
            </w:r>
          </w:p>
        </w:tc>
        <w:tc>
          <w:tcPr>
            <w:tcW w:type="dxa" w:w="2160"/>
          </w:tcPr>
          <w:p>
            <w:r>
              <w:t>Waste Management</w:t>
            </w:r>
          </w:p>
        </w:tc>
        <w:tc>
          <w:tcPr>
            <w:tcW w:type="dxa" w:w="2160"/>
          </w:tcPr>
          <w:p>
            <w:r>
              <w:t>How do you track and report waste generated from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1065-0329</w:t>
            </w:r>
          </w:p>
        </w:tc>
        <w:tc>
          <w:tcPr>
            <w:tcW w:type="dxa" w:w="2160"/>
          </w:tcPr>
          <w:p>
            <w:r>
              <w:t>Soil Health</w:t>
            </w:r>
          </w:p>
        </w:tc>
        <w:tc>
          <w:tcPr>
            <w:tcW w:type="dxa" w:w="2160"/>
          </w:tcPr>
          <w:p>
            <w:r>
              <w:t>What specific amendments or fertilizers do you use to enhance soil health, and how do you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1065-0330</w:t>
            </w:r>
          </w:p>
        </w:tc>
        <w:tc>
          <w:tcPr>
            <w:tcW w:type="dxa" w:w="2160"/>
          </w:tcPr>
          <w:p>
            <w:r>
              <w:t>Biodiversity Practices</w:t>
            </w:r>
          </w:p>
        </w:tc>
        <w:tc>
          <w:tcPr>
            <w:tcW w:type="dxa" w:w="2160"/>
          </w:tcPr>
          <w:p>
            <w:r>
              <w:t>Do you maintain any natural habitats or buffer zones on your farm? If yes,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1065-0331</w:t>
            </w:r>
          </w:p>
        </w:tc>
        <w:tc>
          <w:tcPr>
            <w:tcW w:type="dxa" w:w="2160"/>
          </w:tcPr>
          <w:p>
            <w:r>
              <w:t>Carbon Footprint</w:t>
            </w:r>
          </w:p>
        </w:tc>
        <w:tc>
          <w:tcPr>
            <w:tcW w:type="dxa" w:w="2160"/>
          </w:tcPr>
          <w:p>
            <w:r>
              <w:t>What percentage of your farming operations are powered by renewable energy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1065-0332</w:t>
            </w:r>
          </w:p>
        </w:tc>
        <w:tc>
          <w:tcPr>
            <w:tcW w:type="dxa" w:w="2160"/>
          </w:tcPr>
          <w:p>
            <w:r>
              <w:t>Water Usage</w:t>
            </w:r>
          </w:p>
        </w:tc>
        <w:tc>
          <w:tcPr>
            <w:tcW w:type="dxa" w:w="2160"/>
          </w:tcPr>
          <w:p>
            <w:r>
              <w:t>How do you monitor water quality for irrigation purposes?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1065-0333</w:t>
            </w:r>
          </w:p>
        </w:tc>
        <w:tc>
          <w:tcPr>
            <w:tcW w:type="dxa" w:w="2160"/>
          </w:tcPr>
          <w:p>
            <w:r>
              <w:t>Energy Efficiency</w:t>
            </w:r>
          </w:p>
        </w:tc>
        <w:tc>
          <w:tcPr>
            <w:tcW w:type="dxa" w:w="2160"/>
          </w:tcPr>
          <w:p>
            <w:r>
              <w:t>What specific technologies or equipment have you adopted to enhance energy efficiency in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1065-0334</w:t>
            </w:r>
          </w:p>
        </w:tc>
        <w:tc>
          <w:tcPr>
            <w:tcW w:type="dxa" w:w="2160"/>
          </w:tcPr>
          <w:p>
            <w:r>
              <w:t>Energy Efficiency</w:t>
            </w:r>
          </w:p>
        </w:tc>
        <w:tc>
          <w:tcPr>
            <w:tcW w:type="dxa" w:w="2160"/>
          </w:tcPr>
          <w:p>
            <w:r>
              <w:t>What energy-efficient practices are you implementing in your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1065-0335</w:t>
            </w:r>
          </w:p>
        </w:tc>
        <w:tc>
          <w:tcPr>
            <w:tcW w:type="dxa" w:w="2160"/>
          </w:tcPr>
          <w:p>
            <w:r>
              <w:t>Water Usage</w:t>
            </w:r>
          </w:p>
        </w:tc>
        <w:tc>
          <w:tcPr>
            <w:tcW w:type="dxa" w:w="2160"/>
          </w:tcPr>
          <w:p>
            <w:r>
              <w:t>How do you monitor and manage water usage in your R&amp;D activities?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1065-0336</w:t>
            </w:r>
          </w:p>
        </w:tc>
        <w:tc>
          <w:tcPr>
            <w:tcW w:type="dxa" w:w="2160"/>
          </w:tcPr>
          <w:p>
            <w:r>
              <w:t>Waste Reduction</w:t>
            </w:r>
          </w:p>
        </w:tc>
        <w:tc>
          <w:tcPr>
            <w:tcW w:type="dxa" w:w="2160"/>
          </w:tcPr>
          <w:p>
            <w:r>
              <w:t>What waste reduction strategies are you employing in your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1065-0337</w:t>
            </w:r>
          </w:p>
        </w:tc>
        <w:tc>
          <w:tcPr>
            <w:tcW w:type="dxa" w:w="2160"/>
          </w:tcPr>
          <w:p>
            <w:r>
              <w:t>Sustainability Practices</w:t>
            </w:r>
          </w:p>
        </w:tc>
        <w:tc>
          <w:tcPr>
            <w:tcW w:type="dxa" w:w="2160"/>
          </w:tcPr>
          <w:p>
            <w:r>
              <w:t>What sustainability practices are you integrating into your R&amp;D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BYPRODUCTS-SUSTAINABILITY-PRACTICES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1065-0338</w:t>
            </w:r>
          </w:p>
        </w:tc>
        <w:tc>
          <w:tcPr>
            <w:tcW w:type="dxa" w:w="2160"/>
          </w:tcPr>
          <w:p>
            <w:r>
              <w:t>Byproduct Utilization</w:t>
            </w:r>
          </w:p>
        </w:tc>
        <w:tc>
          <w:tcPr>
            <w:tcW w:type="dxa" w:w="2160"/>
          </w:tcPr>
          <w:p>
            <w:r>
              <w:t>What specific byproducts do you generate from your dry pea farming operations, and how are they currently utilized?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1065-0339</w:t>
            </w:r>
          </w:p>
        </w:tc>
        <w:tc>
          <w:tcPr>
            <w:tcW w:type="dxa" w:w="2160"/>
          </w:tcPr>
          <w:p>
            <w:r>
              <w:t>Composting</w:t>
            </w:r>
          </w:p>
        </w:tc>
        <w:tc>
          <w:tcPr>
            <w:tcW w:type="dxa" w:w="2160"/>
          </w:tcPr>
          <w:p>
            <w:r>
              <w:t>Describe your composting practices for byproducts. What materials are included, and how do you monitor the composting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1065-0340</w:t>
            </w:r>
          </w:p>
        </w:tc>
        <w:tc>
          <w:tcPr>
            <w:tcW w:type="dxa" w:w="2160"/>
          </w:tcPr>
          <w:p>
            <w:r>
              <w:t>Sustainable Farming Practices</w:t>
            </w:r>
          </w:p>
        </w:tc>
        <w:tc>
          <w:tcPr>
            <w:tcW w:type="dxa" w:w="2160"/>
          </w:tcPr>
          <w:p>
            <w:r>
              <w:t>What sustainable farming practices do you implement to enhance soil health and reduce environmental impact?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1065-0341</w:t>
            </w:r>
          </w:p>
        </w:tc>
        <w:tc>
          <w:tcPr>
            <w:tcW w:type="dxa" w:w="2160"/>
          </w:tcPr>
          <w:p>
            <w:r>
              <w:t>Recycling Initiatives</w:t>
            </w:r>
          </w:p>
        </w:tc>
        <w:tc>
          <w:tcPr>
            <w:tcW w:type="dxa" w:w="2160"/>
          </w:tcPr>
          <w:p>
            <w:r>
              <w:t>Detail any recycling initiatives you have in place for packaging or other materials used in your farming operations. What processes do you follow?</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1065-0342</w:t>
            </w:r>
          </w:p>
        </w:tc>
        <w:tc>
          <w:tcPr>
            <w:tcW w:type="dxa" w:w="2160"/>
          </w:tcPr>
          <w:p>
            <w:r>
              <w:t>Carbon Sequestration</w:t>
            </w:r>
          </w:p>
        </w:tc>
        <w:tc>
          <w:tcPr>
            <w:tcW w:type="dxa" w:w="2160"/>
          </w:tcPr>
          <w:p>
            <w:r>
              <w:t>What methods do you use to promote carbon sequestration in your dry pea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1065-0343</w:t>
            </w:r>
          </w:p>
        </w:tc>
        <w:tc>
          <w:tcPr>
            <w:tcW w:type="dxa" w:w="2160"/>
          </w:tcPr>
          <w:p>
            <w:r>
              <w:t>Sustainable Sourcing</w:t>
            </w:r>
          </w:p>
        </w:tc>
        <w:tc>
          <w:tcPr>
            <w:tcW w:type="dxa" w:w="2160"/>
          </w:tcPr>
          <w:p>
            <w:r>
              <w:t>How do you ensure that your inputs (seeds, fertilizers, etc.) are sourced sustainably?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1065-0344</w:t>
            </w:r>
          </w:p>
        </w:tc>
        <w:tc>
          <w:tcPr>
            <w:tcW w:type="dxa" w:w="2160"/>
          </w:tcPr>
          <w:p>
            <w:r>
              <w:t>Byproduct Utilization</w:t>
            </w:r>
          </w:p>
        </w:tc>
        <w:tc>
          <w:tcPr>
            <w:tcW w:type="dxa" w:w="2160"/>
          </w:tcPr>
          <w:p>
            <w:r>
              <w:t>Have you developed any innovative uses for byproducts that were previously considered waste? If so, please describe.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1065-0345</w:t>
            </w:r>
          </w:p>
        </w:tc>
        <w:tc>
          <w:tcPr>
            <w:tcW w:type="dxa" w:w="2160"/>
          </w:tcPr>
          <w:p>
            <w:r>
              <w:t>Composting</w:t>
            </w:r>
          </w:p>
        </w:tc>
        <w:tc>
          <w:tcPr>
            <w:tcW w:type="dxa" w:w="2160"/>
          </w:tcPr>
          <w:p>
            <w:r>
              <w:t>What challenges have you faced in your composting efforts,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1065-0346</w:t>
            </w:r>
          </w:p>
        </w:tc>
        <w:tc>
          <w:tcPr>
            <w:tcW w:type="dxa" w:w="2160"/>
          </w:tcPr>
          <w:p>
            <w:r>
              <w:t>Sustainable Farming Practices</w:t>
            </w:r>
          </w:p>
        </w:tc>
        <w:tc>
          <w:tcPr>
            <w:tcW w:type="dxa" w:w="2160"/>
          </w:tcPr>
          <w:p>
            <w:r>
              <w:t>What specific crop rotation practices do you employ to maintain sustainability in your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1065-0347</w:t>
            </w:r>
          </w:p>
        </w:tc>
        <w:tc>
          <w:tcPr>
            <w:tcW w:type="dxa" w:w="2160"/>
          </w:tcPr>
          <w:p>
            <w:r>
              <w:t>Recycling Initiatives</w:t>
            </w:r>
          </w:p>
        </w:tc>
        <w:tc>
          <w:tcPr>
            <w:tcW w:type="dxa" w:w="2160"/>
          </w:tcPr>
          <w:p>
            <w:r>
              <w:t>How do you track and report the effectiveness of your recycling initiatives?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1065-0348</w:t>
            </w:r>
          </w:p>
        </w:tc>
        <w:tc>
          <w:tcPr>
            <w:tcW w:type="dxa" w:w="2160"/>
          </w:tcPr>
          <w:p>
            <w:r>
              <w:t>Carbon Sequestration</w:t>
            </w:r>
          </w:p>
        </w:tc>
        <w:tc>
          <w:tcPr>
            <w:tcW w:type="dxa" w:w="2160"/>
          </w:tcPr>
          <w:p>
            <w:r>
              <w:t>What data do you collect to measure the effectiveness of your carbon sequestration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1065-0349</w:t>
            </w:r>
          </w:p>
        </w:tc>
        <w:tc>
          <w:tcPr>
            <w:tcW w:type="dxa" w:w="2160"/>
          </w:tcPr>
          <w:p>
            <w:r>
              <w:t>Sustainable Sourcing</w:t>
            </w:r>
          </w:p>
        </w:tc>
        <w:tc>
          <w:tcPr>
            <w:tcW w:type="dxa" w:w="2160"/>
          </w:tcPr>
          <w:p>
            <w:r>
              <w:t>What criteria do you use to evaluate the sustainability of your suppliers?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1065-0350</w:t>
            </w:r>
          </w:p>
        </w:tc>
        <w:tc>
          <w:tcPr>
            <w:tcW w:type="dxa" w:w="2160"/>
          </w:tcPr>
          <w:p>
            <w:r>
              <w:t>Byproduct Utilization</w:t>
            </w:r>
          </w:p>
        </w:tc>
        <w:tc>
          <w:tcPr>
            <w:tcW w:type="dxa" w:w="2160"/>
          </w:tcPr>
          <w:p>
            <w:r>
              <w:t>How do you educate your team about the importance of byproduct utilization in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1065-0351</w:t>
            </w:r>
          </w:p>
        </w:tc>
        <w:tc>
          <w:tcPr>
            <w:tcW w:type="dxa" w:w="2160"/>
          </w:tcPr>
          <w:p>
            <w:r>
              <w:t>Composting</w:t>
            </w:r>
          </w:p>
        </w:tc>
        <w:tc>
          <w:tcPr>
            <w:tcW w:type="dxa" w:w="2160"/>
          </w:tcPr>
          <w:p>
            <w:r>
              <w:t>What specific composting methods (e.g., aerobic, anaerobic) do you utilize, and why did you choose them?</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1065-0352</w:t>
            </w:r>
          </w:p>
        </w:tc>
        <w:tc>
          <w:tcPr>
            <w:tcW w:type="dxa" w:w="2160"/>
          </w:tcPr>
          <w:p>
            <w:r>
              <w:t>Sustainable Farming Practices</w:t>
            </w:r>
          </w:p>
        </w:tc>
        <w:tc>
          <w:tcPr>
            <w:tcW w:type="dxa" w:w="2160"/>
          </w:tcPr>
          <w:p>
            <w:r>
              <w:t>What role does cover cropping play in your sustainable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1065-0353</w:t>
            </w:r>
          </w:p>
        </w:tc>
        <w:tc>
          <w:tcPr>
            <w:tcW w:type="dxa" w:w="2160"/>
          </w:tcPr>
          <w:p>
            <w:r>
              <w:t>Recycling Initiatives</w:t>
            </w:r>
          </w:p>
        </w:tc>
        <w:tc>
          <w:tcPr>
            <w:tcW w:type="dxa" w:w="2160"/>
          </w:tcPr>
          <w:p>
            <w:r>
              <w:t>Have you partnered with any organizations to enhance your recycling efforts?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1065-0354</w:t>
            </w:r>
          </w:p>
        </w:tc>
        <w:tc>
          <w:tcPr>
            <w:tcW w:type="dxa" w:w="2160"/>
          </w:tcPr>
          <w:p>
            <w:r>
              <w:t>Carbon Sequestration</w:t>
            </w:r>
          </w:p>
        </w:tc>
        <w:tc>
          <w:tcPr>
            <w:tcW w:type="dxa" w:w="2160"/>
          </w:tcPr>
          <w:p>
            <w:r>
              <w:t>What specific practices do you implement to enhance soil carbon content?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1065-0355</w:t>
            </w:r>
          </w:p>
        </w:tc>
        <w:tc>
          <w:tcPr>
            <w:tcW w:type="dxa" w:w="2160"/>
          </w:tcPr>
          <w:p>
            <w:r>
              <w:t>Sustainable Sourcing</w:t>
            </w:r>
          </w:p>
        </w:tc>
        <w:tc>
          <w:tcPr>
            <w:tcW w:type="dxa" w:w="2160"/>
          </w:tcPr>
          <w:p>
            <w:r>
              <w:t>What percentage of your inputs are sourced from sustainable suppliers?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1065-0356</w:t>
            </w:r>
          </w:p>
        </w:tc>
        <w:tc>
          <w:tcPr>
            <w:tcW w:type="dxa" w:w="2160"/>
          </w:tcPr>
          <w:p>
            <w:r>
              <w:t>Byproduct Utilization</w:t>
            </w:r>
          </w:p>
        </w:tc>
        <w:tc>
          <w:tcPr>
            <w:tcW w:type="dxa" w:w="2160"/>
          </w:tcPr>
          <w:p>
            <w:r>
              <w:t>What are the financial implications of your byproduct utilization strategies? Provide any relevant data.</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1065-0357</w:t>
            </w:r>
          </w:p>
        </w:tc>
        <w:tc>
          <w:tcPr>
            <w:tcW w:type="dxa" w:w="2160"/>
          </w:tcPr>
          <w:p>
            <w:r>
              <w:t>Composting</w:t>
            </w:r>
          </w:p>
        </w:tc>
        <w:tc>
          <w:tcPr>
            <w:tcW w:type="dxa" w:w="2160"/>
          </w:tcPr>
          <w:p>
            <w:r>
              <w:t>How do you incorporate feedback from composting results into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1065-0358</w:t>
            </w:r>
          </w:p>
        </w:tc>
        <w:tc>
          <w:tcPr>
            <w:tcW w:type="dxa" w:w="2160"/>
          </w:tcPr>
          <w:p>
            <w:r>
              <w:t>Sustainable Farming Practices</w:t>
            </w:r>
          </w:p>
        </w:tc>
        <w:tc>
          <w:tcPr>
            <w:tcW w:type="dxa" w:w="2160"/>
          </w:tcPr>
          <w:p>
            <w:r>
              <w:t>What innovative technologies or methods have you adopted to improve sustainability in your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1065-0359</w:t>
            </w:r>
          </w:p>
        </w:tc>
        <w:tc>
          <w:tcPr>
            <w:tcW w:type="dxa" w:w="2160"/>
          </w:tcPr>
          <w:p>
            <w:r>
              <w:t>Byproduct Utilization</w:t>
            </w:r>
          </w:p>
        </w:tc>
        <w:tc>
          <w:tcPr>
            <w:tcW w:type="dxa" w:w="2160"/>
          </w:tcPr>
          <w:p>
            <w:r>
              <w:t>How do you utilize byproducts generated from dry pea farming in your R&amp;D efforts?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EQUIPMENT-AUTOMATION-TECHNOLOGY (32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1065-0360</w:t>
            </w:r>
          </w:p>
        </w:tc>
        <w:tc>
          <w:tcPr>
            <w:tcW w:type="dxa" w:w="2160"/>
          </w:tcPr>
          <w:p>
            <w:r>
              <w:t>Precision Agriculture</w:t>
            </w:r>
          </w:p>
        </w:tc>
        <w:tc>
          <w:tcPr>
            <w:tcW w:type="dxa" w:w="2160"/>
          </w:tcPr>
          <w:p>
            <w:r>
              <w:t>What precision agriculture technologies have you implemented on your dry pea farm in 2025, and how do they enhance crop yield or sustainability?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1065-0361</w:t>
            </w:r>
          </w:p>
        </w:tc>
        <w:tc>
          <w:tcPr>
            <w:tcW w:type="dxa" w:w="2160"/>
          </w:tcPr>
          <w:p>
            <w:r>
              <w:t>Automated Irrigation</w:t>
            </w:r>
          </w:p>
        </w:tc>
        <w:tc>
          <w:tcPr>
            <w:tcW w:type="dxa" w:w="2160"/>
          </w:tcPr>
          <w:p>
            <w:r>
              <w:t>Describe the automated irrigation systems used on your farm. What specific technologies are involved, and how do they reduce water usage or improve crop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1065-0362</w:t>
            </w:r>
          </w:p>
        </w:tc>
        <w:tc>
          <w:tcPr>
            <w:tcW w:type="dxa" w:w="2160"/>
          </w:tcPr>
          <w:p>
            <w:r>
              <w:t>Harvesting Technology</w:t>
            </w:r>
          </w:p>
        </w:tc>
        <w:tc>
          <w:tcPr>
            <w:tcW w:type="dxa" w:w="2160"/>
          </w:tcPr>
          <w:p>
            <w:r>
              <w:t>What harvesting technologies have you adopted for your dry pea crops in 2025? Please detail any innovative methods or equipment that differ from traditional harvesting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1065-0363</w:t>
            </w:r>
          </w:p>
        </w:tc>
        <w:tc>
          <w:tcPr>
            <w:tcW w:type="dxa" w:w="2160"/>
          </w:tcPr>
          <w:p>
            <w:r>
              <w:t>Data Collection Tools</w:t>
            </w:r>
          </w:p>
        </w:tc>
        <w:tc>
          <w:tcPr>
            <w:tcW w:type="dxa" w:w="2160"/>
          </w:tcPr>
          <w:p>
            <w:r>
              <w:t>What data collection tools are utilized on your farm to monitor crop performance? Describe how this data informs your farming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1065-0364</w:t>
            </w:r>
          </w:p>
        </w:tc>
        <w:tc>
          <w:tcPr>
            <w:tcW w:type="dxa" w:w="2160"/>
          </w:tcPr>
          <w:p>
            <w:r>
              <w:t>Sensor Technologies</w:t>
            </w:r>
          </w:p>
        </w:tc>
        <w:tc>
          <w:tcPr>
            <w:tcW w:type="dxa" w:w="2160"/>
          </w:tcPr>
          <w:p>
            <w:r>
              <w:t>List the types of sensors employed in your farming operations. How do these sensors contribute to your R&amp;D efforts in improving crop yields or farming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1065-0365</w:t>
            </w:r>
          </w:p>
        </w:tc>
        <w:tc>
          <w:tcPr>
            <w:tcW w:type="dxa" w:w="2160"/>
          </w:tcPr>
          <w:p>
            <w:r>
              <w:t>Equipment Maintenance</w:t>
            </w:r>
          </w:p>
        </w:tc>
        <w:tc>
          <w:tcPr>
            <w:tcW w:type="dxa" w:w="2160"/>
          </w:tcPr>
          <w:p>
            <w:r>
              <w:t>What maintenance protocols do you have in place for your precision agriculture equipment? How do these protocols ensure the equipment operates effectively for R&amp;D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1065-0366</w:t>
            </w:r>
          </w:p>
        </w:tc>
        <w:tc>
          <w:tcPr>
            <w:tcW w:type="dxa" w:w="2160"/>
          </w:tcPr>
          <w:p>
            <w:r>
              <w:t>Precision Agriculture</w:t>
            </w:r>
          </w:p>
        </w:tc>
        <w:tc>
          <w:tcPr>
            <w:tcW w:type="dxa" w:w="2160"/>
          </w:tcPr>
          <w:p>
            <w:r>
              <w:t>Have you conducted any experimental trials using precision agriculture techniques in 2025? If yes, please describe the objectives and outcomes of these trials.</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1065-0367</w:t>
            </w:r>
          </w:p>
        </w:tc>
        <w:tc>
          <w:tcPr>
            <w:tcW w:type="dxa" w:w="2160"/>
          </w:tcPr>
          <w:p>
            <w:r>
              <w:t>Automated Irrigation</w:t>
            </w:r>
          </w:p>
        </w:tc>
        <w:tc>
          <w:tcPr>
            <w:tcW w:type="dxa" w:w="2160"/>
          </w:tcPr>
          <w:p>
            <w:r>
              <w:t>What specific challenges did you face when implementing automated irrigation systems, and how did you address them through R&amp;D?</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1065-0368</w:t>
            </w:r>
          </w:p>
        </w:tc>
        <w:tc>
          <w:tcPr>
            <w:tcW w:type="dxa" w:w="2160"/>
          </w:tcPr>
          <w:p>
            <w:r>
              <w:t>Harvesting Technology</w:t>
            </w:r>
          </w:p>
        </w:tc>
        <w:tc>
          <w:tcPr>
            <w:tcW w:type="dxa" w:w="2160"/>
          </w:tcPr>
          <w:p>
            <w:r>
              <w:t>How do your harvesting technologies incorporate feedback mechanisms to improve efficiency? Please provide examples of any adjustments made based on performance data.</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1065-0369</w:t>
            </w:r>
          </w:p>
        </w:tc>
        <w:tc>
          <w:tcPr>
            <w:tcW w:type="dxa" w:w="2160"/>
          </w:tcPr>
          <w:p>
            <w:r>
              <w:t>Data Collection Tools</w:t>
            </w:r>
          </w:p>
        </w:tc>
        <w:tc>
          <w:tcPr>
            <w:tcW w:type="dxa" w:w="2160"/>
          </w:tcPr>
          <w:p>
            <w:r>
              <w:t>What specific metrics do you track using data collection tools, and how do these metrics influence your R&amp;D strategies for crop improvement?</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1065-0370</w:t>
            </w:r>
          </w:p>
        </w:tc>
        <w:tc>
          <w:tcPr>
            <w:tcW w:type="dxa" w:w="2160"/>
          </w:tcPr>
          <w:p>
            <w:r>
              <w:t>Sensor Technologies</w:t>
            </w:r>
          </w:p>
        </w:tc>
        <w:tc>
          <w:tcPr>
            <w:tcW w:type="dxa" w:w="2160"/>
          </w:tcPr>
          <w:p>
            <w:r>
              <w:t>Can you provide examples of how sensor data has led to significant changes in your farming practices? What was the experimental process behind these changes?</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1065-0371</w:t>
            </w:r>
          </w:p>
        </w:tc>
        <w:tc>
          <w:tcPr>
            <w:tcW w:type="dxa" w:w="2160"/>
          </w:tcPr>
          <w:p>
            <w:r>
              <w:t>Equipment Maintenance</w:t>
            </w:r>
          </w:p>
        </w:tc>
        <w:tc>
          <w:tcPr>
            <w:tcW w:type="dxa" w:w="2160"/>
          </w:tcPr>
          <w:p>
            <w:r>
              <w:t>How do you document maintenance activities for your precision agriculture equipment? Please detail the impact of these activities on R&amp;D outcomes.</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1065-0372</w:t>
            </w:r>
          </w:p>
        </w:tc>
        <w:tc>
          <w:tcPr>
            <w:tcW w:type="dxa" w:w="2160"/>
          </w:tcPr>
          <w:p>
            <w:r>
              <w:t>Precision Agriculture</w:t>
            </w:r>
          </w:p>
        </w:tc>
        <w:tc>
          <w:tcPr>
            <w:tcW w:type="dxa" w:w="2160"/>
          </w:tcPr>
          <w:p>
            <w:r>
              <w:t>What innovative practices have you developed or adopted in precision agriculture that you believe qualify as R&amp;D under IRC Section 41?</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1065-0373</w:t>
            </w:r>
          </w:p>
        </w:tc>
        <w:tc>
          <w:tcPr>
            <w:tcW w:type="dxa" w:w="2160"/>
          </w:tcPr>
          <w:p>
            <w:r>
              <w:t>Automated Irrigation</w:t>
            </w:r>
          </w:p>
        </w:tc>
        <w:tc>
          <w:tcPr>
            <w:tcW w:type="dxa" w:w="2160"/>
          </w:tcPr>
          <w:p>
            <w:r>
              <w:t>What metrics do you use to evaluate the effectiveness of your automated irrigation systems? Please provide specific results or improvements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1065-0374</w:t>
            </w:r>
          </w:p>
        </w:tc>
        <w:tc>
          <w:tcPr>
            <w:tcW w:type="dxa" w:w="2160"/>
          </w:tcPr>
          <w:p>
            <w:r>
              <w:t>Harvesting Technology</w:t>
            </w:r>
          </w:p>
        </w:tc>
        <w:tc>
          <w:tcPr>
            <w:tcW w:type="dxa" w:w="2160"/>
          </w:tcPr>
          <w:p>
            <w:r>
              <w:t>What new technologies or methodologies have you explored in harvesting that were not previously used in your operations? How did you test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1065-0375</w:t>
            </w:r>
          </w:p>
        </w:tc>
        <w:tc>
          <w:tcPr>
            <w:tcW w:type="dxa" w:w="2160"/>
          </w:tcPr>
          <w:p>
            <w:r>
              <w:t>Data Collection Tools</w:t>
            </w:r>
          </w:p>
        </w:tc>
        <w:tc>
          <w:tcPr>
            <w:tcW w:type="dxa" w:w="2160"/>
          </w:tcPr>
          <w:p>
            <w:r>
              <w:t>How do you ensure data accuracy and reliability in your data collection tools? What challenges have you faced in this area?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1065-0376</w:t>
            </w:r>
          </w:p>
        </w:tc>
        <w:tc>
          <w:tcPr>
            <w:tcW w:type="dxa" w:w="2160"/>
          </w:tcPr>
          <w:p>
            <w:r>
              <w:t>Sensor Technologies</w:t>
            </w:r>
          </w:p>
        </w:tc>
        <w:tc>
          <w:tcPr>
            <w:tcW w:type="dxa" w:w="2160"/>
          </w:tcPr>
          <w:p>
            <w:r>
              <w:t>What types of sensor technologies have you integrated into your farming practices, and how do they contribute to experimental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1065-0377</w:t>
            </w:r>
          </w:p>
        </w:tc>
        <w:tc>
          <w:tcPr>
            <w:tcW w:type="dxa" w:w="2160"/>
          </w:tcPr>
          <w:p>
            <w:r>
              <w:t>Equipment Maintenance</w:t>
            </w:r>
          </w:p>
        </w:tc>
        <w:tc>
          <w:tcPr>
            <w:tcW w:type="dxa" w:w="2160"/>
          </w:tcPr>
          <w:p>
            <w:r>
              <w:t>What is the frequency of maintenance checks for your precision agriculture equipment, and how do you document these checks for R&amp;D purposes?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1065-0378</w:t>
            </w:r>
          </w:p>
        </w:tc>
        <w:tc>
          <w:tcPr>
            <w:tcW w:type="dxa" w:w="2160"/>
          </w:tcPr>
          <w:p>
            <w:r>
              <w:t>Precision Agriculture</w:t>
            </w:r>
          </w:p>
        </w:tc>
        <w:tc>
          <w:tcPr>
            <w:tcW w:type="dxa" w:w="2160"/>
          </w:tcPr>
          <w:p>
            <w:r>
              <w:t>How do you assess the return on investment (ROI) for the precision agriculture technologies you implement? Please provide any calculations or evidence.</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1065-0379</w:t>
            </w:r>
          </w:p>
        </w:tc>
        <w:tc>
          <w:tcPr>
            <w:tcW w:type="dxa" w:w="2160"/>
          </w:tcPr>
          <w:p>
            <w:r>
              <w:t>Automated Irrigation</w:t>
            </w:r>
          </w:p>
        </w:tc>
        <w:tc>
          <w:tcPr>
            <w:tcW w:type="dxa" w:w="2160"/>
          </w:tcPr>
          <w:p>
            <w:r>
              <w:t>What specific innovations in automated irrigation have you tested in 2025, and what were the results of these tests?</w:t>
              <w:br/>
              <w:t>Answer type: Long text</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1065-0380</w:t>
            </w:r>
          </w:p>
        </w:tc>
        <w:tc>
          <w:tcPr>
            <w:tcW w:type="dxa" w:w="2160"/>
          </w:tcPr>
          <w:p>
            <w:r>
              <w:t>Harvesting Technology</w:t>
            </w:r>
          </w:p>
        </w:tc>
        <w:tc>
          <w:tcPr>
            <w:tcW w:type="dxa" w:w="2160"/>
          </w:tcPr>
          <w:p>
            <w:r>
              <w:t>What are the key performance indicators (KPIs) you track for your harvesting technologies, and how do they inform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1065-0381</w:t>
            </w:r>
          </w:p>
        </w:tc>
        <w:tc>
          <w:tcPr>
            <w:tcW w:type="dxa" w:w="2160"/>
          </w:tcPr>
          <w:p>
            <w:r>
              <w:t>Data Collection Tools</w:t>
            </w:r>
          </w:p>
        </w:tc>
        <w:tc>
          <w:tcPr>
            <w:tcW w:type="dxa" w:w="2160"/>
          </w:tcPr>
          <w:p>
            <w:r>
              <w:t>How do you integrate data from various sources to enhance your R&amp;D initiatives? Provide examples of how this integration has led to improved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1065-0382</w:t>
            </w:r>
          </w:p>
        </w:tc>
        <w:tc>
          <w:tcPr>
            <w:tcW w:type="dxa" w:w="2160"/>
          </w:tcPr>
          <w:p>
            <w:r>
              <w:t>Sensor Technologies</w:t>
            </w:r>
          </w:p>
        </w:tc>
        <w:tc>
          <w:tcPr>
            <w:tcW w:type="dxa" w:w="2160"/>
          </w:tcPr>
          <w:p>
            <w:r>
              <w:t>What role do sensor technologies play in your decision-making process for crop management? Please provide specific examples of decisions influenced by sensor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1065-0383</w:t>
            </w:r>
          </w:p>
        </w:tc>
        <w:tc>
          <w:tcPr>
            <w:tcW w:type="dxa" w:w="2160"/>
          </w:tcPr>
          <w:p>
            <w:r>
              <w:t>Equipment Maintenance</w:t>
            </w:r>
          </w:p>
        </w:tc>
        <w:tc>
          <w:tcPr>
            <w:tcW w:type="dxa" w:w="2160"/>
          </w:tcPr>
          <w:p>
            <w:r>
              <w:t>How do you evaluate the effectiveness of your equipment maintenance strategies in relation to R&amp;D outcomes? Please provide examples of improvements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1065-0384</w:t>
            </w:r>
          </w:p>
        </w:tc>
        <w:tc>
          <w:tcPr>
            <w:tcW w:type="dxa" w:w="2160"/>
          </w:tcPr>
          <w:p>
            <w:r>
              <w:t>Automation Tools</w:t>
            </w:r>
          </w:p>
        </w:tc>
        <w:tc>
          <w:tcPr>
            <w:tcW w:type="dxa" w:w="2160"/>
          </w:tcPr>
          <w:p>
            <w:r>
              <w:t>What new automation tools are you implementing to enhance your farming processes?</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1065-0385</w:t>
            </w:r>
          </w:p>
        </w:tc>
        <w:tc>
          <w:tcPr>
            <w:tcW w:type="dxa" w:w="2160"/>
          </w:tcPr>
          <w:p>
            <w:r>
              <w:t>Equipment Upgrades</w:t>
            </w:r>
          </w:p>
        </w:tc>
        <w:tc>
          <w:tcPr>
            <w:tcW w:type="dxa" w:w="2160"/>
          </w:tcPr>
          <w:p>
            <w:r>
              <w:t>What equipment upgrades are you exploring to improve efficiency in your dry pea farming operations?</w:t>
              <w:br/>
              <w:t>Answer type: Text</w:t>
              <w:br/>
              <w:t>Trigger: None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1065-0386</w:t>
            </w:r>
          </w:p>
        </w:tc>
        <w:tc>
          <w:tcPr>
            <w:tcW w:type="dxa" w:w="2160"/>
          </w:tcPr>
          <w:p>
            <w:r>
              <w:t>Technology Integration</w:t>
            </w:r>
          </w:p>
        </w:tc>
        <w:tc>
          <w:tcPr>
            <w:tcW w:type="dxa" w:w="2160"/>
          </w:tcPr>
          <w:p>
            <w:r>
              <w:t>How do you integrate new technologies into your existing farming equipment?</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1065-0387</w:t>
            </w:r>
          </w:p>
        </w:tc>
        <w:tc>
          <w:tcPr>
            <w:tcW w:type="dxa" w:w="2160"/>
          </w:tcPr>
          <w:p>
            <w:r>
              <w:t>Cost-Benefit Analysis</w:t>
            </w:r>
          </w:p>
        </w:tc>
        <w:tc>
          <w:tcPr>
            <w:tcW w:type="dxa" w:w="2160"/>
          </w:tcPr>
          <w:p>
            <w:r>
              <w:t>How do you conduct a cost-benefit analysis for new equipment purchases related to R&amp;D?</w:t>
              <w:br/>
              <w:t>Answer type: Text</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1065-0388</w:t>
            </w:r>
          </w:p>
        </w:tc>
        <w:tc>
          <w:tcPr>
            <w:tcW w:type="dxa" w:w="2160"/>
          </w:tcPr>
          <w:p>
            <w:r>
              <w:t>Training for Technology Use</w:t>
            </w:r>
          </w:p>
        </w:tc>
        <w:tc>
          <w:tcPr>
            <w:tcW w:type="dxa" w:w="2160"/>
          </w:tcPr>
          <w:p>
            <w:r>
              <w:t>What training do you provide to staff on the use of new equipment and technology?</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1065-0389</w:t>
            </w:r>
          </w:p>
        </w:tc>
        <w:tc>
          <w:tcPr>
            <w:tcW w:type="dxa" w:w="2160"/>
          </w:tcPr>
          <w:p>
            <w:r>
              <w:t>Maintenance Practices</w:t>
            </w:r>
          </w:p>
        </w:tc>
        <w:tc>
          <w:tcPr>
            <w:tcW w:type="dxa" w:w="2160"/>
          </w:tcPr>
          <w:p>
            <w:r>
              <w:t>What maintenance practices do you follow to ensure the efficiency of your automated equipment?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1065-0390</w:t>
            </w:r>
          </w:p>
        </w:tc>
        <w:tc>
          <w:tcPr>
            <w:tcW w:type="dxa" w:w="2160"/>
          </w:tcPr>
          <w:p>
            <w:r>
              <w:t>Performance Metrics</w:t>
            </w:r>
          </w:p>
        </w:tc>
        <w:tc>
          <w:tcPr>
            <w:tcW w:type="dxa" w:w="2160"/>
          </w:tcPr>
          <w:p>
            <w:r>
              <w:t>What performance metrics do you track for your automated systems in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1065-0391</w:t>
            </w:r>
          </w:p>
        </w:tc>
        <w:tc>
          <w:tcPr>
            <w:tcW w:type="dxa" w:w="2160"/>
          </w:tcPr>
          <w:p>
            <w:r>
              <w:t>Supplier Evaluation</w:t>
            </w:r>
          </w:p>
        </w:tc>
        <w:tc>
          <w:tcPr>
            <w:tcW w:type="dxa" w:w="2160"/>
          </w:tcPr>
          <w:p>
            <w:r>
              <w:t>How do you evaluate suppliers of automated equipment for your R&amp;D activities?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DATA-SOFTWARE-SYSTEMS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1065-0392</w:t>
            </w:r>
          </w:p>
        </w:tc>
        <w:tc>
          <w:tcPr>
            <w:tcW w:type="dxa" w:w="2160"/>
          </w:tcPr>
          <w:p>
            <w:r>
              <w:t>Farm Management Software</w:t>
            </w:r>
          </w:p>
        </w:tc>
        <w:tc>
          <w:tcPr>
            <w:tcW w:type="dxa" w:w="2160"/>
          </w:tcPr>
          <w:p>
            <w:r>
              <w:t>What specific farm management software do you utilize for your dry pea farming operations, and what features do you rely on for data collection and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1065-0393</w:t>
            </w:r>
          </w:p>
        </w:tc>
        <w:tc>
          <w:tcPr>
            <w:tcW w:type="dxa" w:w="2160"/>
          </w:tcPr>
          <w:p>
            <w:r>
              <w:t>Data Analytics</w:t>
            </w:r>
          </w:p>
        </w:tc>
        <w:tc>
          <w:tcPr>
            <w:tcW w:type="dxa" w:w="2160"/>
          </w:tcPr>
          <w:p>
            <w:r>
              <w:t>Can you describe the data analytics tools you use to assess crop yield and how they contribute to decision-making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1065-0394</w:t>
            </w:r>
          </w:p>
        </w:tc>
        <w:tc>
          <w:tcPr>
            <w:tcW w:type="dxa" w:w="2160"/>
          </w:tcPr>
          <w:p>
            <w:r>
              <w:t>Yield Monitoring</w:t>
            </w:r>
          </w:p>
        </w:tc>
        <w:tc>
          <w:tcPr>
            <w:tcW w:type="dxa" w:w="2160"/>
          </w:tcPr>
          <w:p>
            <w:r>
              <w:t>What methods do you employ for yield monitoring, and how do these methods integrate with your existing software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1065-0395</w:t>
            </w:r>
          </w:p>
        </w:tc>
        <w:tc>
          <w:tcPr>
            <w:tcW w:type="dxa" w:w="2160"/>
          </w:tcPr>
          <w:p>
            <w:r>
              <w:t>Remote Sensing</w:t>
            </w:r>
          </w:p>
        </w:tc>
        <w:tc>
          <w:tcPr>
            <w:tcW w:type="dxa" w:w="2160"/>
          </w:tcPr>
          <w:p>
            <w:r>
              <w:t>What remote sensing technologies do you use to gather data on crop health and soil conditions? Please specify any software used to process this data.</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1065-0396</w:t>
            </w:r>
          </w:p>
        </w:tc>
        <w:tc>
          <w:tcPr>
            <w:tcW w:type="dxa" w:w="2160"/>
          </w:tcPr>
          <w:p>
            <w:r>
              <w:t>Decision Support Systems</w:t>
            </w:r>
          </w:p>
        </w:tc>
        <w:tc>
          <w:tcPr>
            <w:tcW w:type="dxa" w:w="2160"/>
          </w:tcPr>
          <w:p>
            <w:r>
              <w:t>How does your decision support system assist in planning and executing your dry pea farming operations? Please provide examples of decisions influenced by this system.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1065-0397</w:t>
            </w:r>
          </w:p>
        </w:tc>
        <w:tc>
          <w:tcPr>
            <w:tcW w:type="dxa" w:w="2160"/>
          </w:tcPr>
          <w:p>
            <w:r>
              <w:t>Cloud Computing</w:t>
            </w:r>
          </w:p>
        </w:tc>
        <w:tc>
          <w:tcPr>
            <w:tcW w:type="dxa" w:w="2160"/>
          </w:tcPr>
          <w:p>
            <w:r>
              <w:t>Do you utilize cloud computing solutions for data storage and analysis in your farming operations? If so, which platforms do you use?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1065-0398</w:t>
            </w:r>
          </w:p>
        </w:tc>
        <w:tc>
          <w:tcPr>
            <w:tcW w:type="dxa" w:w="2160"/>
          </w:tcPr>
          <w:p>
            <w:r>
              <w:t>Data Integration</w:t>
            </w:r>
          </w:p>
        </w:tc>
        <w:tc>
          <w:tcPr>
            <w:tcW w:type="dxa" w:w="2160"/>
          </w:tcPr>
          <w:p>
            <w:r>
              <w:t>How do you integrate data from various sources (e.g., sensors, weather data, market trends) into your farm management software?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1065-0399</w:t>
            </w:r>
          </w:p>
        </w:tc>
        <w:tc>
          <w:tcPr>
            <w:tcW w:type="dxa" w:w="2160"/>
          </w:tcPr>
          <w:p>
            <w:r>
              <w:t>Software Development</w:t>
            </w:r>
          </w:p>
        </w:tc>
        <w:tc>
          <w:tcPr>
            <w:tcW w:type="dxa" w:w="2160"/>
          </w:tcPr>
          <w:p>
            <w:r>
              <w:t>Have you developed any proprietary software or algorithms for optimizing your dry pea farming practices? Please describe the development process and any challenges faced.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1065-0400</w:t>
            </w:r>
          </w:p>
        </w:tc>
        <w:tc>
          <w:tcPr>
            <w:tcW w:type="dxa" w:w="2160"/>
          </w:tcPr>
          <w:p>
            <w:r>
              <w:t>Data Accuracy</w:t>
            </w:r>
          </w:p>
        </w:tc>
        <w:tc>
          <w:tcPr>
            <w:tcW w:type="dxa" w:w="2160"/>
          </w:tcPr>
          <w:p>
            <w:r>
              <w:t>What measures do you take to ensure the accuracy and reliability of the data collected through your software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1065-0401</w:t>
            </w:r>
          </w:p>
        </w:tc>
        <w:tc>
          <w:tcPr>
            <w:tcW w:type="dxa" w:w="2160"/>
          </w:tcPr>
          <w:p>
            <w:r>
              <w:t>User Training</w:t>
            </w:r>
          </w:p>
        </w:tc>
        <w:tc>
          <w:tcPr>
            <w:tcW w:type="dxa" w:w="2160"/>
          </w:tcPr>
          <w:p>
            <w:r>
              <w:t>What training do you provide to staff on using data management and software systems? How does this training impact operational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1065-0402</w:t>
            </w:r>
          </w:p>
        </w:tc>
        <w:tc>
          <w:tcPr>
            <w:tcW w:type="dxa" w:w="2160"/>
          </w:tcPr>
          <w:p>
            <w:r>
              <w:t>Software Updates</w:t>
            </w:r>
          </w:p>
        </w:tc>
        <w:tc>
          <w:tcPr>
            <w:tcW w:type="dxa" w:w="2160"/>
          </w:tcPr>
          <w:p>
            <w:r>
              <w:t>How frequently do you update your farm management software, and what criteria do you use to determine the need for updates?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1065-0403</w:t>
            </w:r>
          </w:p>
        </w:tc>
        <w:tc>
          <w:tcPr>
            <w:tcW w:type="dxa" w:w="2160"/>
          </w:tcPr>
          <w:p>
            <w:r>
              <w:t>Data Security</w:t>
            </w:r>
          </w:p>
        </w:tc>
        <w:tc>
          <w:tcPr>
            <w:tcW w:type="dxa" w:w="2160"/>
          </w:tcPr>
          <w:p>
            <w:r>
              <w:t>What security measures are in place to protect the data collected and processed through your software systems?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1065-0404</w:t>
            </w:r>
          </w:p>
        </w:tc>
        <w:tc>
          <w:tcPr>
            <w:tcW w:type="dxa" w:w="2160"/>
          </w:tcPr>
          <w:p>
            <w:r>
              <w:t>Field Data Collection</w:t>
            </w:r>
          </w:p>
        </w:tc>
        <w:tc>
          <w:tcPr>
            <w:tcW w:type="dxa" w:w="2160"/>
          </w:tcPr>
          <w:p>
            <w:r>
              <w:t>What methods do you use for field data collection, and how does this data feed into your software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1065-0405</w:t>
            </w:r>
          </w:p>
        </w:tc>
        <w:tc>
          <w:tcPr>
            <w:tcW w:type="dxa" w:w="2160"/>
          </w:tcPr>
          <w:p>
            <w:r>
              <w:t>Performance Metrics</w:t>
            </w:r>
          </w:p>
        </w:tc>
        <w:tc>
          <w:tcPr>
            <w:tcW w:type="dxa" w:w="2160"/>
          </w:tcPr>
          <w:p>
            <w:r>
              <w:t>What key performance metrics do you track using your software systems, and how do these metrics inform your operational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1065-0406</w:t>
            </w:r>
          </w:p>
        </w:tc>
        <w:tc>
          <w:tcPr>
            <w:tcW w:type="dxa" w:w="2160"/>
          </w:tcPr>
          <w:p>
            <w:r>
              <w:t>Cost-Benefit Analysis</w:t>
            </w:r>
          </w:p>
        </w:tc>
        <w:tc>
          <w:tcPr>
            <w:tcW w:type="dxa" w:w="2160"/>
          </w:tcPr>
          <w:p>
            <w:r>
              <w:t>How do you conduct cost-benefit analyses for the software and systems you implement in your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1065-0407</w:t>
            </w:r>
          </w:p>
        </w:tc>
        <w:tc>
          <w:tcPr>
            <w:tcW w:type="dxa" w:w="2160"/>
          </w:tcPr>
          <w:p>
            <w:r>
              <w:t>Data Sharing</w:t>
            </w:r>
          </w:p>
        </w:tc>
        <w:tc>
          <w:tcPr>
            <w:tcW w:type="dxa" w:w="2160"/>
          </w:tcPr>
          <w:p>
            <w:r>
              <w:t>Do you share data collected from your farming operations with external partners or stakeholders? If so, what protocols do you follow?</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1065-0408</w:t>
            </w:r>
          </w:p>
        </w:tc>
        <w:tc>
          <w:tcPr>
            <w:tcW w:type="dxa" w:w="2160"/>
          </w:tcPr>
          <w:p>
            <w:r>
              <w:t>Technology Adoption</w:t>
            </w:r>
          </w:p>
        </w:tc>
        <w:tc>
          <w:tcPr>
            <w:tcW w:type="dxa" w:w="2160"/>
          </w:tcPr>
          <w:p>
            <w:r>
              <w:t>What criteria do you use to evaluate and adopt new technologies or software solutions for your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1065-0409</w:t>
            </w:r>
          </w:p>
        </w:tc>
        <w:tc>
          <w:tcPr>
            <w:tcW w:type="dxa" w:w="2160"/>
          </w:tcPr>
          <w:p>
            <w:r>
              <w:t>Software Customization</w:t>
            </w:r>
          </w:p>
        </w:tc>
        <w:tc>
          <w:tcPr>
            <w:tcW w:type="dxa" w:w="2160"/>
          </w:tcPr>
          <w:p>
            <w:r>
              <w:t>Have you customized any off-the-shelf software solutions to better fit your farming needs? Please describe the customization process and its impact.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1065-0410</w:t>
            </w:r>
          </w:p>
        </w:tc>
        <w:tc>
          <w:tcPr>
            <w:tcW w:type="dxa" w:w="2160"/>
          </w:tcPr>
          <w:p>
            <w:r>
              <w:t>Data Visualization</w:t>
            </w:r>
          </w:p>
        </w:tc>
        <w:tc>
          <w:tcPr>
            <w:tcW w:type="dxa" w:w="2160"/>
          </w:tcPr>
          <w:p>
            <w:r>
              <w:t>What data visualization tools do you use to interpret the data collected, and how do they aid in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1065-0411</w:t>
            </w:r>
          </w:p>
        </w:tc>
        <w:tc>
          <w:tcPr>
            <w:tcW w:type="dxa" w:w="2160"/>
          </w:tcPr>
          <w:p>
            <w:r>
              <w:t>Software Integration</w:t>
            </w:r>
          </w:p>
        </w:tc>
        <w:tc>
          <w:tcPr>
            <w:tcW w:type="dxa" w:w="2160"/>
          </w:tcPr>
          <w:p>
            <w:r>
              <w:t>How do you ensure that different software systems (e.g., accounting, inventory, farming) communicate effectively with each other?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1065-0412</w:t>
            </w:r>
          </w:p>
        </w:tc>
        <w:tc>
          <w:tcPr>
            <w:tcW w:type="dxa" w:w="2160"/>
          </w:tcPr>
          <w:p>
            <w:r>
              <w:t>Feedback Mechanisms</w:t>
            </w:r>
          </w:p>
        </w:tc>
        <w:tc>
          <w:tcPr>
            <w:tcW w:type="dxa" w:w="2160"/>
          </w:tcPr>
          <w:p>
            <w:r>
              <w:t>What feedback mechanisms do you have in place to assess the effectiveness of your software systems and data management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1065-0413</w:t>
            </w:r>
          </w:p>
        </w:tc>
        <w:tc>
          <w:tcPr>
            <w:tcW w:type="dxa" w:w="2160"/>
          </w:tcPr>
          <w:p>
            <w:r>
              <w:t>Regulatory Compliance</w:t>
            </w:r>
          </w:p>
        </w:tc>
        <w:tc>
          <w:tcPr>
            <w:tcW w:type="dxa" w:w="2160"/>
          </w:tcPr>
          <w:p>
            <w:r>
              <w:t>How do your software systems assist in ensuring compliance with agricultural regulations and standards?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1065-0414</w:t>
            </w:r>
          </w:p>
        </w:tc>
        <w:tc>
          <w:tcPr>
            <w:tcW w:type="dxa" w:w="2160"/>
          </w:tcPr>
          <w:p>
            <w:r>
              <w:t>Future Planning</w:t>
            </w:r>
          </w:p>
        </w:tc>
        <w:tc>
          <w:tcPr>
            <w:tcW w:type="dxa" w:w="2160"/>
          </w:tcPr>
          <w:p>
            <w:r>
              <w:t>What future enhancements do you plan to implement in your data management and software systems to improve your dry pea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1065-0415</w:t>
            </w:r>
          </w:p>
        </w:tc>
        <w:tc>
          <w:tcPr>
            <w:tcW w:type="dxa" w:w="2160"/>
          </w:tcPr>
          <w:p>
            <w:r>
              <w:t>Data Management</w:t>
            </w:r>
          </w:p>
        </w:tc>
        <w:tc>
          <w:tcPr>
            <w:tcW w:type="dxa" w:w="2160"/>
          </w:tcPr>
          <w:p>
            <w:r>
              <w:t>What data management systems do you use to track R&amp;D activities in dry pea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1065-0416</w:t>
            </w:r>
          </w:p>
        </w:tc>
        <w:tc>
          <w:tcPr>
            <w:tcW w:type="dxa" w:w="2160"/>
          </w:tcPr>
          <w:p>
            <w:r>
              <w:t>Software Integration</w:t>
            </w:r>
          </w:p>
        </w:tc>
        <w:tc>
          <w:tcPr>
            <w:tcW w:type="dxa" w:w="2160"/>
          </w:tcPr>
          <w:p>
            <w:r>
              <w:t>How do you integrate various software systems to enhance your R&amp;D processes?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1065-0417</w:t>
            </w:r>
          </w:p>
        </w:tc>
        <w:tc>
          <w:tcPr>
            <w:tcW w:type="dxa" w:w="2160"/>
          </w:tcPr>
          <w:p>
            <w:r>
              <w:t>Data Analysis Techniques</w:t>
            </w:r>
          </w:p>
        </w:tc>
        <w:tc>
          <w:tcPr>
            <w:tcW w:type="dxa" w:w="2160"/>
          </w:tcPr>
          <w:p>
            <w:r>
              <w:t>What data analysis techniques do you employ to assess the outcomes of your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1065-0418</w:t>
            </w:r>
          </w:p>
        </w:tc>
        <w:tc>
          <w:tcPr>
            <w:tcW w:type="dxa" w:w="2160"/>
          </w:tcPr>
          <w:p>
            <w:r>
              <w:t>Reporting Tools</w:t>
            </w:r>
          </w:p>
        </w:tc>
        <w:tc>
          <w:tcPr>
            <w:tcW w:type="dxa" w:w="2160"/>
          </w:tcPr>
          <w:p>
            <w:r>
              <w:t>What reporting tools do you use to communicate R&amp;D results to stakeholders?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1065-0419</w:t>
            </w:r>
          </w:p>
        </w:tc>
        <w:tc>
          <w:tcPr>
            <w:tcW w:type="dxa" w:w="2160"/>
          </w:tcPr>
          <w:p>
            <w:r>
              <w:t>Compliance Tracking</w:t>
            </w:r>
          </w:p>
        </w:tc>
        <w:tc>
          <w:tcPr>
            <w:tcW w:type="dxa" w:w="2160"/>
          </w:tcPr>
          <w:p>
            <w:r>
              <w:t>How do you track compliance with data regulations during your R&amp;D activities?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IRRIGATION-WATER-MANAGEMENT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1065-0420</w:t>
            </w:r>
          </w:p>
        </w:tc>
        <w:tc>
          <w:tcPr>
            <w:tcW w:type="dxa" w:w="2160"/>
          </w:tcPr>
          <w:p>
            <w:r>
              <w:t>Irrigation Systems</w:t>
            </w:r>
          </w:p>
        </w:tc>
        <w:tc>
          <w:tcPr>
            <w:tcW w:type="dxa" w:w="2160"/>
          </w:tcPr>
          <w:p>
            <w:r>
              <w:t>What type of irrigation system do you primarily use for your dry pea farming (e.g., drip, pivot, flood)?</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1065-0421</w:t>
            </w:r>
          </w:p>
        </w:tc>
        <w:tc>
          <w:tcPr>
            <w:tcW w:type="dxa" w:w="2160"/>
          </w:tcPr>
          <w:p>
            <w:r>
              <w:t>Irrigation Systems</w:t>
            </w:r>
          </w:p>
        </w:tc>
        <w:tc>
          <w:tcPr>
            <w:tcW w:type="dxa" w:w="2160"/>
          </w:tcPr>
          <w:p>
            <w:r>
              <w:t>How frequently do you adjust your irrigation schedules based on soil moisture levels?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1065-0422</w:t>
            </w:r>
          </w:p>
        </w:tc>
        <w:tc>
          <w:tcPr>
            <w:tcW w:type="dxa" w:w="2160"/>
          </w:tcPr>
          <w:p>
            <w:r>
              <w:t>Water Conservation Techniques</w:t>
            </w:r>
          </w:p>
        </w:tc>
        <w:tc>
          <w:tcPr>
            <w:tcW w:type="dxa" w:w="2160"/>
          </w:tcPr>
          <w:p>
            <w:r>
              <w:t>What specific water conservation techniques have you implemented on your farm (e.g., rainwater harvesting, soil amendments)?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1065-0423</w:t>
            </w:r>
          </w:p>
        </w:tc>
        <w:tc>
          <w:tcPr>
            <w:tcW w:type="dxa" w:w="2160"/>
          </w:tcPr>
          <w:p>
            <w:r>
              <w:t>Water Conservation Techniques</w:t>
            </w:r>
          </w:p>
        </w:tc>
        <w:tc>
          <w:tcPr>
            <w:tcW w:type="dxa" w:w="2160"/>
          </w:tcPr>
          <w:p>
            <w:r>
              <w:t>Can you describe any innovative practices you've developed to enhance water conservation in your dry pea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1065-0424</w:t>
            </w:r>
          </w:p>
        </w:tc>
        <w:tc>
          <w:tcPr>
            <w:tcW w:type="dxa" w:w="2160"/>
          </w:tcPr>
          <w:p>
            <w:r>
              <w:t>Drainage Management</w:t>
            </w:r>
          </w:p>
        </w:tc>
        <w:tc>
          <w:tcPr>
            <w:tcW w:type="dxa" w:w="2160"/>
          </w:tcPr>
          <w:p>
            <w:r>
              <w:t>What drainage management practices do you employ to prevent waterlogging in your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1065-0425</w:t>
            </w:r>
          </w:p>
        </w:tc>
        <w:tc>
          <w:tcPr>
            <w:tcW w:type="dxa" w:w="2160"/>
          </w:tcPr>
          <w:p>
            <w:r>
              <w:t>Soil Moisture Monitoring</w:t>
            </w:r>
          </w:p>
        </w:tc>
        <w:tc>
          <w:tcPr>
            <w:tcW w:type="dxa" w:w="2160"/>
          </w:tcPr>
          <w:p>
            <w:r>
              <w:t>What methods do you use to monitor soil moisture levels (e.g., sensors, manual checks)?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1065-0426</w:t>
            </w:r>
          </w:p>
        </w:tc>
        <w:tc>
          <w:tcPr>
            <w:tcW w:type="dxa" w:w="2160"/>
          </w:tcPr>
          <w:p>
            <w:r>
              <w:t>Soil Moisture Monitoring</w:t>
            </w:r>
          </w:p>
        </w:tc>
        <w:tc>
          <w:tcPr>
            <w:tcW w:type="dxa" w:w="2160"/>
          </w:tcPr>
          <w:p>
            <w:r>
              <w:t>How often do you collect and analyze soil moisture data during the growing season?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1065-0427</w:t>
            </w:r>
          </w:p>
        </w:tc>
        <w:tc>
          <w:tcPr>
            <w:tcW w:type="dxa" w:w="2160"/>
          </w:tcPr>
          <w:p>
            <w:r>
              <w:t>Weather Data Integration</w:t>
            </w:r>
          </w:p>
        </w:tc>
        <w:tc>
          <w:tcPr>
            <w:tcW w:type="dxa" w:w="2160"/>
          </w:tcPr>
          <w:p>
            <w:r>
              <w:t>What sources of weather data do you integrate into your irrigation management practices?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1065-0428</w:t>
            </w:r>
          </w:p>
        </w:tc>
        <w:tc>
          <w:tcPr>
            <w:tcW w:type="dxa" w:w="2160"/>
          </w:tcPr>
          <w:p>
            <w:r>
              <w:t>Weather Data Integration</w:t>
            </w:r>
          </w:p>
        </w:tc>
        <w:tc>
          <w:tcPr>
            <w:tcW w:type="dxa" w:w="2160"/>
          </w:tcPr>
          <w:p>
            <w:r>
              <w:t>How do you utilize weather forecasts to adjust your irrigation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1065-0429</w:t>
            </w:r>
          </w:p>
        </w:tc>
        <w:tc>
          <w:tcPr>
            <w:tcW w:type="dxa" w:w="2160"/>
          </w:tcPr>
          <w:p>
            <w:r>
              <w:t>Regulatory Water Use</w:t>
            </w:r>
          </w:p>
        </w:tc>
        <w:tc>
          <w:tcPr>
            <w:tcW w:type="dxa" w:w="2160"/>
          </w:tcPr>
          <w:p>
            <w:r>
              <w:t>What regulatory requirements do you follow regarding water usage in your dry pea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1065-0430</w:t>
            </w:r>
          </w:p>
        </w:tc>
        <w:tc>
          <w:tcPr>
            <w:tcW w:type="dxa" w:w="2160"/>
          </w:tcPr>
          <w:p>
            <w:r>
              <w:t>Regulatory Water Use</w:t>
            </w:r>
          </w:p>
        </w:tc>
        <w:tc>
          <w:tcPr>
            <w:tcW w:type="dxa" w:w="2160"/>
          </w:tcPr>
          <w:p>
            <w:r>
              <w:t>Have you ever had to modify your irrigation practices to comply with water use regulations? If so,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1065-0431</w:t>
            </w:r>
          </w:p>
        </w:tc>
        <w:tc>
          <w:tcPr>
            <w:tcW w:type="dxa" w:w="2160"/>
          </w:tcPr>
          <w:p>
            <w:r>
              <w:t>Irrigation Systems</w:t>
            </w:r>
          </w:p>
        </w:tc>
        <w:tc>
          <w:tcPr>
            <w:tcW w:type="dxa" w:w="2160"/>
          </w:tcPr>
          <w:p>
            <w:r>
              <w:t>How do you determine the efficiency of your irrigation system?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1065-0432</w:t>
            </w:r>
          </w:p>
        </w:tc>
        <w:tc>
          <w:tcPr>
            <w:tcW w:type="dxa" w:w="2160"/>
          </w:tcPr>
          <w:p>
            <w:r>
              <w:t>Water Conservation Techniques</w:t>
            </w:r>
          </w:p>
        </w:tc>
        <w:tc>
          <w:tcPr>
            <w:tcW w:type="dxa" w:w="2160"/>
          </w:tcPr>
          <w:p>
            <w:r>
              <w:t>What percentage of your total water usage is accounted for by conservation techniques?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1065-0433</w:t>
            </w:r>
          </w:p>
        </w:tc>
        <w:tc>
          <w:tcPr>
            <w:tcW w:type="dxa" w:w="2160"/>
          </w:tcPr>
          <w:p>
            <w:r>
              <w:t>Drainage Management</w:t>
            </w:r>
          </w:p>
        </w:tc>
        <w:tc>
          <w:tcPr>
            <w:tcW w:type="dxa" w:w="2160"/>
          </w:tcPr>
          <w:p>
            <w:r>
              <w:t>What specific drainage technologies or systems do you utilize on your farm?</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1065-0434</w:t>
            </w:r>
          </w:p>
        </w:tc>
        <w:tc>
          <w:tcPr>
            <w:tcW w:type="dxa" w:w="2160"/>
          </w:tcPr>
          <w:p>
            <w:r>
              <w:t>Soil Moisture Monitoring</w:t>
            </w:r>
          </w:p>
        </w:tc>
        <w:tc>
          <w:tcPr>
            <w:tcW w:type="dxa" w:w="2160"/>
          </w:tcPr>
          <w:p>
            <w:r>
              <w:t>What is the average depth at which you monitor soil moisture for your dry pea crops?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1065-0435</w:t>
            </w:r>
          </w:p>
        </w:tc>
        <w:tc>
          <w:tcPr>
            <w:tcW w:type="dxa" w:w="2160"/>
          </w:tcPr>
          <w:p>
            <w:r>
              <w:t>Weather Data Integration</w:t>
            </w:r>
          </w:p>
        </w:tc>
        <w:tc>
          <w:tcPr>
            <w:tcW w:type="dxa" w:w="2160"/>
          </w:tcPr>
          <w:p>
            <w:r>
              <w:t>How do you record and store weather data for future reference in your irrigation planning?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1065-0436</w:t>
            </w:r>
          </w:p>
        </w:tc>
        <w:tc>
          <w:tcPr>
            <w:tcW w:type="dxa" w:w="2160"/>
          </w:tcPr>
          <w:p>
            <w:r>
              <w:t>Regulatory Water Use</w:t>
            </w:r>
          </w:p>
        </w:tc>
        <w:tc>
          <w:tcPr>
            <w:tcW w:type="dxa" w:w="2160"/>
          </w:tcPr>
          <w:p>
            <w:r>
              <w:t>What documentation do you maintain to demonstrate compliance with water use regulations?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1065-0437</w:t>
            </w:r>
          </w:p>
        </w:tc>
        <w:tc>
          <w:tcPr>
            <w:tcW w:type="dxa" w:w="2160"/>
          </w:tcPr>
          <w:p>
            <w:r>
              <w:t>Irrigation Systems</w:t>
            </w:r>
          </w:p>
        </w:tc>
        <w:tc>
          <w:tcPr>
            <w:tcW w:type="dxa" w:w="2160"/>
          </w:tcPr>
          <w:p>
            <w:r>
              <w:t>Have you tested different irrigation systems to evaluate their effectiveness for dry peas? If so, please describe the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1065-0438</w:t>
            </w:r>
          </w:p>
        </w:tc>
        <w:tc>
          <w:tcPr>
            <w:tcW w:type="dxa" w:w="2160"/>
          </w:tcPr>
          <w:p>
            <w:r>
              <w:t>Water Conservation Techniques</w:t>
            </w:r>
          </w:p>
        </w:tc>
        <w:tc>
          <w:tcPr>
            <w:tcW w:type="dxa" w:w="2160"/>
          </w:tcPr>
          <w:p>
            <w:r>
              <w:t>What challenges have you faced in implementing water conservation techniques on your farm?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1065-0439</w:t>
            </w:r>
          </w:p>
        </w:tc>
        <w:tc>
          <w:tcPr>
            <w:tcW w:type="dxa" w:w="2160"/>
          </w:tcPr>
          <w:p>
            <w:r>
              <w:t>Drainage Management</w:t>
            </w:r>
          </w:p>
        </w:tc>
        <w:tc>
          <w:tcPr>
            <w:tcW w:type="dxa" w:w="2160"/>
          </w:tcPr>
          <w:p>
            <w:r>
              <w:t>How do you evaluate the effectiveness of your drainage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1065-0440</w:t>
            </w:r>
          </w:p>
        </w:tc>
        <w:tc>
          <w:tcPr>
            <w:tcW w:type="dxa" w:w="2160"/>
          </w:tcPr>
          <w:p>
            <w:r>
              <w:t>Soil Moisture Monitoring</w:t>
            </w:r>
          </w:p>
        </w:tc>
        <w:tc>
          <w:tcPr>
            <w:tcW w:type="dxa" w:w="2160"/>
          </w:tcPr>
          <w:p>
            <w:r>
              <w:t>What specific metrics do you track to assess soil moisture levels over time?</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1065-0441</w:t>
            </w:r>
          </w:p>
        </w:tc>
        <w:tc>
          <w:tcPr>
            <w:tcW w:type="dxa" w:w="2160"/>
          </w:tcPr>
          <w:p>
            <w:r>
              <w:t>Weather Data Integration</w:t>
            </w:r>
          </w:p>
        </w:tc>
        <w:tc>
          <w:tcPr>
            <w:tcW w:type="dxa" w:w="2160"/>
          </w:tcPr>
          <w:p>
            <w:r>
              <w:t>How do you assess the impact of weather variability on your irrigation strategy?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1065-0442</w:t>
            </w:r>
          </w:p>
        </w:tc>
        <w:tc>
          <w:tcPr>
            <w:tcW w:type="dxa" w:w="2160"/>
          </w:tcPr>
          <w:p>
            <w:r>
              <w:t>Regulatory Water Use</w:t>
            </w:r>
          </w:p>
        </w:tc>
        <w:tc>
          <w:tcPr>
            <w:tcW w:type="dxa" w:w="2160"/>
          </w:tcPr>
          <w:p>
            <w:r>
              <w:t>What steps do you take to stay informed about changes in water use regulations that may affect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1065-0443</w:t>
            </w:r>
          </w:p>
        </w:tc>
        <w:tc>
          <w:tcPr>
            <w:tcW w:type="dxa" w:w="2160"/>
          </w:tcPr>
          <w:p>
            <w:r>
              <w:t>Irrigation Systems</w:t>
            </w:r>
          </w:p>
        </w:tc>
        <w:tc>
          <w:tcPr>
            <w:tcW w:type="dxa" w:w="2160"/>
          </w:tcPr>
          <w:p>
            <w:r>
              <w:t>What innovations have you adopted in your irrigation systems to improve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1065-0444</w:t>
            </w:r>
          </w:p>
        </w:tc>
        <w:tc>
          <w:tcPr>
            <w:tcW w:type="dxa" w:w="2160"/>
          </w:tcPr>
          <w:p>
            <w:r>
              <w:t>Irrigation Techniques</w:t>
            </w:r>
          </w:p>
        </w:tc>
        <w:tc>
          <w:tcPr>
            <w:tcW w:type="dxa" w:w="2160"/>
          </w:tcPr>
          <w:p>
            <w:r>
              <w:t>What innovative irrigation techniques are you testing to optimize water usage for dry peas?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1065-0445</w:t>
            </w:r>
          </w:p>
        </w:tc>
        <w:tc>
          <w:tcPr>
            <w:tcW w:type="dxa" w:w="2160"/>
          </w:tcPr>
          <w:p>
            <w:r>
              <w:t>Water Conservation</w:t>
            </w:r>
          </w:p>
        </w:tc>
        <w:tc>
          <w:tcPr>
            <w:tcW w:type="dxa" w:w="2160"/>
          </w:tcPr>
          <w:p>
            <w:r>
              <w:t>How do you implement water conservation measures during your R&amp;D activities?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1065-0446</w:t>
            </w:r>
          </w:p>
        </w:tc>
        <w:tc>
          <w:tcPr>
            <w:tcW w:type="dxa" w:w="2160"/>
          </w:tcPr>
          <w:p>
            <w:r>
              <w:t>Monitoring Systems</w:t>
            </w:r>
          </w:p>
        </w:tc>
        <w:tc>
          <w:tcPr>
            <w:tcW w:type="dxa" w:w="2160"/>
          </w:tcPr>
          <w:p>
            <w:r>
              <w:t>What monitoring systems do you have in place to track water usage for R&amp;D purposes?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1065-0447</w:t>
            </w:r>
          </w:p>
        </w:tc>
        <w:tc>
          <w:tcPr>
            <w:tcW w:type="dxa" w:w="2160"/>
          </w:tcPr>
          <w:p>
            <w:r>
              <w:t>Irrigation Efficiency</w:t>
            </w:r>
          </w:p>
        </w:tc>
        <w:tc>
          <w:tcPr>
            <w:tcW w:type="dxa" w:w="2160"/>
          </w:tcPr>
          <w:p>
            <w:r>
              <w:t>How do you measure the efficiency of your irrigation systems during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CROP-HEALTH-MONITORING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1065-0448</w:t>
            </w:r>
          </w:p>
        </w:tc>
        <w:tc>
          <w:tcPr>
            <w:tcW w:type="dxa" w:w="2160"/>
          </w:tcPr>
          <w:p>
            <w:r>
              <w:t>Disease Detection</w:t>
            </w:r>
          </w:p>
        </w:tc>
        <w:tc>
          <w:tcPr>
            <w:tcW w:type="dxa" w:w="2160"/>
          </w:tcPr>
          <w:p>
            <w:r>
              <w:t>What specific methodologies did you implement to detect diseases in dry pea crops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1065-0449</w:t>
            </w:r>
          </w:p>
        </w:tc>
        <w:tc>
          <w:tcPr>
            <w:tcW w:type="dxa" w:w="2160"/>
          </w:tcPr>
          <w:p>
            <w:r>
              <w:t>Disease Detection</w:t>
            </w:r>
          </w:p>
        </w:tc>
        <w:tc>
          <w:tcPr>
            <w:tcW w:type="dxa" w:w="2160"/>
          </w:tcPr>
          <w:p>
            <w:r>
              <w:t>Can you describe any experimental techniques used for early disease detection in your dry pea crops?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1065-0450</w:t>
            </w:r>
          </w:p>
        </w:tc>
        <w:tc>
          <w:tcPr>
            <w:tcW w:type="dxa" w:w="2160"/>
          </w:tcPr>
          <w:p>
            <w:r>
              <w:t>Pest Monitoring</w:t>
            </w:r>
          </w:p>
        </w:tc>
        <w:tc>
          <w:tcPr>
            <w:tcW w:type="dxa" w:w="2160"/>
          </w:tcPr>
          <w:p>
            <w:r>
              <w:t>What technologies or methods did you use for pest monitoring in your dry pea farming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1065-0451</w:t>
            </w:r>
          </w:p>
        </w:tc>
        <w:tc>
          <w:tcPr>
            <w:tcW w:type="dxa" w:w="2160"/>
          </w:tcPr>
          <w:p>
            <w:r>
              <w:t>Pest Monitoring</w:t>
            </w:r>
          </w:p>
        </w:tc>
        <w:tc>
          <w:tcPr>
            <w:tcW w:type="dxa" w:w="2160"/>
          </w:tcPr>
          <w:p>
            <w:r>
              <w:t>Did you conduct any trials to evaluate the effectiveness of pest monitoring methods? If so, please detail these trials.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1065-0452</w:t>
            </w:r>
          </w:p>
        </w:tc>
        <w:tc>
          <w:tcPr>
            <w:tcW w:type="dxa" w:w="2160"/>
          </w:tcPr>
          <w:p>
            <w:r>
              <w:t>Growth Tracking</w:t>
            </w:r>
          </w:p>
        </w:tc>
        <w:tc>
          <w:tcPr>
            <w:tcW w:type="dxa" w:w="2160"/>
          </w:tcPr>
          <w:p>
            <w:r>
              <w:t>What specific metrics did you track to monitor the growth of your dry pea crops throughout the 2025 growing season?</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1065-0453</w:t>
            </w:r>
          </w:p>
        </w:tc>
        <w:tc>
          <w:tcPr>
            <w:tcW w:type="dxa" w:w="2160"/>
          </w:tcPr>
          <w:p>
            <w:r>
              <w:t>Growth Tracking</w:t>
            </w:r>
          </w:p>
        </w:tc>
        <w:tc>
          <w:tcPr>
            <w:tcW w:type="dxa" w:w="2160"/>
          </w:tcPr>
          <w:p>
            <w:r>
              <w:t>How did you incorporate data from growth tracking into your decision-making process for crop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1065-0454</w:t>
            </w:r>
          </w:p>
        </w:tc>
        <w:tc>
          <w:tcPr>
            <w:tcW w:type="dxa" w:w="2160"/>
          </w:tcPr>
          <w:p>
            <w:r>
              <w:t>Remote Sensing</w:t>
            </w:r>
          </w:p>
        </w:tc>
        <w:tc>
          <w:tcPr>
            <w:tcW w:type="dxa" w:w="2160"/>
          </w:tcPr>
          <w:p>
            <w:r>
              <w:t>What remote sensing technologies did you utilize to monitor crop health in your dry pea fields?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1065-0455</w:t>
            </w:r>
          </w:p>
        </w:tc>
        <w:tc>
          <w:tcPr>
            <w:tcW w:type="dxa" w:w="2160"/>
          </w:tcPr>
          <w:p>
            <w:r>
              <w:t>Remote Sensing</w:t>
            </w:r>
          </w:p>
        </w:tc>
        <w:tc>
          <w:tcPr>
            <w:tcW w:type="dxa" w:w="2160"/>
          </w:tcPr>
          <w:p>
            <w:r>
              <w:t>Did you conduct any experiments to validate the effectiveness of remote sensing data for crop health assessment?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1065-0456</w:t>
            </w:r>
          </w:p>
        </w:tc>
        <w:tc>
          <w:tcPr>
            <w:tcW w:type="dxa" w:w="2160"/>
          </w:tcPr>
          <w:p>
            <w:r>
              <w:t>Plant Tissue Analysis</w:t>
            </w:r>
          </w:p>
        </w:tc>
        <w:tc>
          <w:tcPr>
            <w:tcW w:type="dxa" w:w="2160"/>
          </w:tcPr>
          <w:p>
            <w:r>
              <w:t>What plant tissue analysis methods did you employ to assess nutrient levels in your dry pea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1065-0457</w:t>
            </w:r>
          </w:p>
        </w:tc>
        <w:tc>
          <w:tcPr>
            <w:tcW w:type="dxa" w:w="2160"/>
          </w:tcPr>
          <w:p>
            <w:r>
              <w:t>Plant Tissue Analysis</w:t>
            </w:r>
          </w:p>
        </w:tc>
        <w:tc>
          <w:tcPr>
            <w:tcW w:type="dxa" w:w="2160"/>
          </w:tcPr>
          <w:p>
            <w:r>
              <w:t>Can you describe any experimental approaches you took in plant tissue analysis to improve crop health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1065-0458</w:t>
            </w:r>
          </w:p>
        </w:tc>
        <w:tc>
          <w:tcPr>
            <w:tcW w:type="dxa" w:w="2160"/>
          </w:tcPr>
          <w:p>
            <w:r>
              <w:t>Integrated Pest Management</w:t>
            </w:r>
          </w:p>
        </w:tc>
        <w:tc>
          <w:tcPr>
            <w:tcW w:type="dxa" w:w="2160"/>
          </w:tcPr>
          <w:p>
            <w:r>
              <w:t>What integrated pest management strategies did you implement to control pests in your dry pea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1065-0459</w:t>
            </w:r>
          </w:p>
        </w:tc>
        <w:tc>
          <w:tcPr>
            <w:tcW w:type="dxa" w:w="2160"/>
          </w:tcPr>
          <w:p>
            <w:r>
              <w:t>Integrated Pest Management</w:t>
            </w:r>
          </w:p>
        </w:tc>
        <w:tc>
          <w:tcPr>
            <w:tcW w:type="dxa" w:w="2160"/>
          </w:tcPr>
          <w:p>
            <w:r>
              <w:t>Did you experiment with any new integrated pest management techniques? If so, please provide details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1065-0460</w:t>
            </w:r>
          </w:p>
        </w:tc>
        <w:tc>
          <w:tcPr>
            <w:tcW w:type="dxa" w:w="2160"/>
          </w:tcPr>
          <w:p>
            <w:r>
              <w:t>Disease Detection</w:t>
            </w:r>
          </w:p>
        </w:tc>
        <w:tc>
          <w:tcPr>
            <w:tcW w:type="dxa" w:w="2160"/>
          </w:tcPr>
          <w:p>
            <w:r>
              <w:t>What specific challenges did you face in disease detection,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1065-0461</w:t>
            </w:r>
          </w:p>
        </w:tc>
        <w:tc>
          <w:tcPr>
            <w:tcW w:type="dxa" w:w="2160"/>
          </w:tcPr>
          <w:p>
            <w:r>
              <w:t>Pest Monitoring</w:t>
            </w:r>
          </w:p>
        </w:tc>
        <w:tc>
          <w:tcPr>
            <w:tcW w:type="dxa" w:w="2160"/>
          </w:tcPr>
          <w:p>
            <w:r>
              <w:t>How did you measure the effectiveness of your pest monitoring strategies during the 2025 season?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1065-0462</w:t>
            </w:r>
          </w:p>
        </w:tc>
        <w:tc>
          <w:tcPr>
            <w:tcW w:type="dxa" w:w="2160"/>
          </w:tcPr>
          <w:p>
            <w:r>
              <w:t>Growth Tracking</w:t>
            </w:r>
          </w:p>
        </w:tc>
        <w:tc>
          <w:tcPr>
            <w:tcW w:type="dxa" w:w="2160"/>
          </w:tcPr>
          <w:p>
            <w:r>
              <w:t>What tools did you use for growth tracking, and how did they contribute to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1065-0463</w:t>
            </w:r>
          </w:p>
        </w:tc>
        <w:tc>
          <w:tcPr>
            <w:tcW w:type="dxa" w:w="2160"/>
          </w:tcPr>
          <w:p>
            <w:r>
              <w:t>Remote Sensing</w:t>
            </w:r>
          </w:p>
        </w:tc>
        <w:tc>
          <w:tcPr>
            <w:tcW w:type="dxa" w:w="2160"/>
          </w:tcPr>
          <w:p>
            <w:r>
              <w:t>What specific data did you collect from remote sensing, and how did it influence your crop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1065-0464</w:t>
            </w:r>
          </w:p>
        </w:tc>
        <w:tc>
          <w:tcPr>
            <w:tcW w:type="dxa" w:w="2160"/>
          </w:tcPr>
          <w:p>
            <w:r>
              <w:t>Plant Tissue Analysis</w:t>
            </w:r>
          </w:p>
        </w:tc>
        <w:tc>
          <w:tcPr>
            <w:tcW w:type="dxa" w:w="2160"/>
          </w:tcPr>
          <w:p>
            <w:r>
              <w:t>How did you ensure the accuracy and reliability of your plant tissue analysis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1065-0465</w:t>
            </w:r>
          </w:p>
        </w:tc>
        <w:tc>
          <w:tcPr>
            <w:tcW w:type="dxa" w:w="2160"/>
          </w:tcPr>
          <w:p>
            <w:r>
              <w:t>Integrated Pest Management</w:t>
            </w:r>
          </w:p>
        </w:tc>
        <w:tc>
          <w:tcPr>
            <w:tcW w:type="dxa" w:w="2160"/>
          </w:tcPr>
          <w:p>
            <w:r>
              <w:t>What metrics did you use to evaluate the success of your integrated pest management strategies?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1065-0466</w:t>
            </w:r>
          </w:p>
        </w:tc>
        <w:tc>
          <w:tcPr>
            <w:tcW w:type="dxa" w:w="2160"/>
          </w:tcPr>
          <w:p>
            <w:r>
              <w:t>Disease Detection</w:t>
            </w:r>
          </w:p>
        </w:tc>
        <w:tc>
          <w:tcPr>
            <w:tcW w:type="dxa" w:w="2160"/>
          </w:tcPr>
          <w:p>
            <w:r>
              <w:t>Did you collaborate with any external research entities for disease detection methodologies? If yes,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1065-0467</w:t>
            </w:r>
          </w:p>
        </w:tc>
        <w:tc>
          <w:tcPr>
            <w:tcW w:type="dxa" w:w="2160"/>
          </w:tcPr>
          <w:p>
            <w:r>
              <w:t>Pest Monitoring</w:t>
            </w:r>
          </w:p>
        </w:tc>
        <w:tc>
          <w:tcPr>
            <w:tcW w:type="dxa" w:w="2160"/>
          </w:tcPr>
          <w:p>
            <w:r>
              <w:t>What was the frequency of pest monitoring during the growing season, and how did it vary based on pest threats?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1065-0468</w:t>
            </w:r>
          </w:p>
        </w:tc>
        <w:tc>
          <w:tcPr>
            <w:tcW w:type="dxa" w:w="2160"/>
          </w:tcPr>
          <w:p>
            <w:r>
              <w:t>Growth Tracking</w:t>
            </w:r>
          </w:p>
        </w:tc>
        <w:tc>
          <w:tcPr>
            <w:tcW w:type="dxa" w:w="2160"/>
          </w:tcPr>
          <w:p>
            <w:r>
              <w:t>What specific growth stages did you monitor, and how did this impact your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1065-0469</w:t>
            </w:r>
          </w:p>
        </w:tc>
        <w:tc>
          <w:tcPr>
            <w:tcW w:type="dxa" w:w="2160"/>
          </w:tcPr>
          <w:p>
            <w:r>
              <w:t>Remote Sensing</w:t>
            </w:r>
          </w:p>
        </w:tc>
        <w:tc>
          <w:tcPr>
            <w:tcW w:type="dxa" w:w="2160"/>
          </w:tcPr>
          <w:p>
            <w:r>
              <w:t>What challenges did you encounter while using remote sensing technologies, and how did you overcome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1065-0470</w:t>
            </w:r>
          </w:p>
        </w:tc>
        <w:tc>
          <w:tcPr>
            <w:tcW w:type="dxa" w:w="2160"/>
          </w:tcPr>
          <w:p>
            <w:r>
              <w:t>Plant Tissue Analysis</w:t>
            </w:r>
          </w:p>
        </w:tc>
        <w:tc>
          <w:tcPr>
            <w:tcW w:type="dxa" w:w="2160"/>
          </w:tcPr>
          <w:p>
            <w:r>
              <w:t>How did you integrate plant tissue analysis results into your overall crop health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1065-0471</w:t>
            </w:r>
          </w:p>
        </w:tc>
        <w:tc>
          <w:tcPr>
            <w:tcW w:type="dxa" w:w="2160"/>
          </w:tcPr>
          <w:p>
            <w:r>
              <w:t>Integrated Pest Management</w:t>
            </w:r>
          </w:p>
        </w:tc>
        <w:tc>
          <w:tcPr>
            <w:tcW w:type="dxa" w:w="2160"/>
          </w:tcPr>
          <w:p>
            <w:r>
              <w:t>What innovative practices did you test within your integrated pest management approach during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1065-0472</w:t>
            </w:r>
          </w:p>
        </w:tc>
        <w:tc>
          <w:tcPr>
            <w:tcW w:type="dxa" w:w="2160"/>
          </w:tcPr>
          <w:p>
            <w:r>
              <w:t>Monitoring Technologies</w:t>
            </w:r>
          </w:p>
        </w:tc>
        <w:tc>
          <w:tcPr>
            <w:tcW w:type="dxa" w:w="2160"/>
          </w:tcPr>
          <w:p>
            <w:r>
              <w:t>What technologies are you using to monitor crop health during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1065-0473</w:t>
            </w:r>
          </w:p>
        </w:tc>
        <w:tc>
          <w:tcPr>
            <w:tcW w:type="dxa" w:w="2160"/>
          </w:tcPr>
          <w:p>
            <w:r>
              <w:t>Data Collection Methods</w:t>
            </w:r>
          </w:p>
        </w:tc>
        <w:tc>
          <w:tcPr>
            <w:tcW w:type="dxa" w:w="2160"/>
          </w:tcPr>
          <w:p>
            <w:r>
              <w:t>How do you collect data on crop health for your R&amp;D projects?</w:t>
              <w:br/>
              <w:t>Answer type: Text</w:t>
              <w:br/>
              <w:t>Trigger: None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1065-0474</w:t>
            </w:r>
          </w:p>
        </w:tc>
        <w:tc>
          <w:tcPr>
            <w:tcW w:type="dxa" w:w="2160"/>
          </w:tcPr>
          <w:p>
            <w:r>
              <w:t>Health Assessment Protocols</w:t>
            </w:r>
          </w:p>
        </w:tc>
        <w:tc>
          <w:tcPr>
            <w:tcW w:type="dxa" w:w="2160"/>
          </w:tcPr>
          <w:p>
            <w:r>
              <w:t>What protocols do you follow for assessing crop health in your R&amp;D activities?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1065-0475</w:t>
            </w:r>
          </w:p>
        </w:tc>
        <w:tc>
          <w:tcPr>
            <w:tcW w:type="dxa" w:w="2160"/>
          </w:tcPr>
          <w:p>
            <w:r>
              <w:t>Impact Analysis</w:t>
            </w:r>
          </w:p>
        </w:tc>
        <w:tc>
          <w:tcPr>
            <w:tcW w:type="dxa" w:w="2160"/>
          </w:tcPr>
          <w:p>
            <w:r>
              <w:t>How do you analyze the impact of different variables on crop health during R&amp;D?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1065 (Dry pea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