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1066 -- Lentil farms</w:t>
      </w:r>
    </w:p>
    <w:p>
      <w:pPr>
        <w:jc w:val="center"/>
      </w:pPr>
      <w:r>
        <w:t>Business ID: 1066</w:t>
        <w:br/>
        <w:t>Business Type: Lentil farms</w:t>
        <w:br/>
        <w:t>Tax Year Design Basis: 2025</w:t>
        <w:br/>
        <w:t>Federal + California</w:t>
        <w:br/>
        <w:t>Question Range: 1066-0001 through 1066-0478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22</w:t>
            </w:r>
          </w:p>
        </w:tc>
        <w:tc>
          <w:tcPr>
            <w:tcW w:type="dxa" w:w="2880"/>
          </w:tcPr>
          <w:p>
            <w:r>
              <w:t>Assessment of incoming lentil quality and handling processes.</w:t>
            </w:r>
          </w:p>
        </w:tc>
      </w:tr>
      <w:tr>
        <w:tc>
          <w:tcPr>
            <w:tcW w:type="dxa" w:w="2880"/>
          </w:tcPr>
          <w:p>
            <w:r>
              <w:t>SEED-TREATMENT-PROCESSING</w:t>
            </w:r>
          </w:p>
        </w:tc>
        <w:tc>
          <w:tcPr>
            <w:tcW w:type="dxa" w:w="2880"/>
          </w:tcPr>
          <w:p>
            <w:r>
              <w:t>20</w:t>
            </w:r>
          </w:p>
        </w:tc>
        <w:tc>
          <w:tcPr>
            <w:tcW w:type="dxa" w:w="2880"/>
          </w:tcPr>
          <w:p>
            <w:r>
              <w:t>Exploration of seed treatment methods and their impact on crop yield.</w:t>
            </w:r>
          </w:p>
        </w:tc>
      </w:tr>
      <w:tr>
        <w:tc>
          <w:tcPr>
            <w:tcW w:type="dxa" w:w="2880"/>
          </w:tcPr>
          <w:p>
            <w:r>
              <w:t>CULTIVATION-TECHNIQUES-SUSTAINABILITY</w:t>
            </w:r>
          </w:p>
        </w:tc>
        <w:tc>
          <w:tcPr>
            <w:tcW w:type="dxa" w:w="2880"/>
          </w:tcPr>
          <w:p>
            <w:r>
              <w:t>17</w:t>
            </w:r>
          </w:p>
        </w:tc>
        <w:tc>
          <w:tcPr>
            <w:tcW w:type="dxa" w:w="2880"/>
          </w:tcPr>
          <w:p>
            <w:r>
              <w:t>Innovative cultivation practices for sustainable lentil farming.</w:t>
            </w:r>
          </w:p>
        </w:tc>
      </w:tr>
      <w:tr>
        <w:tc>
          <w:tcPr>
            <w:tcW w:type="dxa" w:w="2880"/>
          </w:tcPr>
          <w:p>
            <w:r>
              <w:t>HARVESTING-METHODS-EFFICIENCY</w:t>
            </w:r>
          </w:p>
        </w:tc>
        <w:tc>
          <w:tcPr>
            <w:tcW w:type="dxa" w:w="2880"/>
          </w:tcPr>
          <w:p>
            <w:r>
              <w:t>16</w:t>
            </w:r>
          </w:p>
        </w:tc>
        <w:tc>
          <w:tcPr>
            <w:tcW w:type="dxa" w:w="2880"/>
          </w:tcPr>
          <w:p>
            <w:r>
              <w:t>Evaluation of harvesting techniques and equipment used in lentil farming.</w:t>
            </w:r>
          </w:p>
        </w:tc>
      </w:tr>
      <w:tr>
        <w:tc>
          <w:tcPr>
            <w:tcW w:type="dxa" w:w="2880"/>
          </w:tcPr>
          <w:p>
            <w:r>
              <w:t>POST-HARVEST-PROCESSING-TECHNOLOGIES</w:t>
            </w:r>
          </w:p>
        </w:tc>
        <w:tc>
          <w:tcPr>
            <w:tcW w:type="dxa" w:w="2880"/>
          </w:tcPr>
          <w:p>
            <w:r>
              <w:t>22</w:t>
            </w:r>
          </w:p>
        </w:tc>
        <w:tc>
          <w:tcPr>
            <w:tcW w:type="dxa" w:w="2880"/>
          </w:tcPr>
          <w:p>
            <w:r>
              <w:t>Techniques and technologies used in post-harvest lentil processing.</w:t>
            </w:r>
          </w:p>
        </w:tc>
      </w:tr>
      <w:tr>
        <w:tc>
          <w:tcPr>
            <w:tcW w:type="dxa" w:w="2880"/>
          </w:tcPr>
          <w:p>
            <w:r>
              <w:t>PACKAGING-TRACEABILITY-SYSTEMS</w:t>
            </w:r>
          </w:p>
        </w:tc>
        <w:tc>
          <w:tcPr>
            <w:tcW w:type="dxa" w:w="2880"/>
          </w:tcPr>
          <w:p>
            <w:r>
              <w:t>18</w:t>
            </w:r>
          </w:p>
        </w:tc>
        <w:tc>
          <w:tcPr>
            <w:tcW w:type="dxa" w:w="2880"/>
          </w:tcPr>
          <w:p>
            <w:r>
              <w:t>Systems for packaging lentils and ensuring traceability throughout the supply chain.</w:t>
            </w:r>
          </w:p>
        </w:tc>
      </w:tr>
      <w:tr>
        <w:tc>
          <w:tcPr>
            <w:tcW w:type="dxa" w:w="2880"/>
          </w:tcPr>
          <w:p>
            <w:r>
              <w:t>QUALITY-CONTROL-LAB-TESTING</w:t>
            </w:r>
          </w:p>
        </w:tc>
        <w:tc>
          <w:tcPr>
            <w:tcW w:type="dxa" w:w="2880"/>
          </w:tcPr>
          <w:p>
            <w:r>
              <w:t>22</w:t>
            </w:r>
          </w:p>
        </w:tc>
        <w:tc>
          <w:tcPr>
            <w:tcW w:type="dxa" w:w="2880"/>
          </w:tcPr>
          <w:p>
            <w:r>
              <w:t>Laboratory testing protocols for ensuring lentil quality and safety.</w:t>
            </w:r>
          </w:p>
        </w:tc>
      </w:tr>
      <w:tr>
        <w:tc>
          <w:tcPr>
            <w:tcW w:type="dxa" w:w="2880"/>
          </w:tcPr>
          <w:p>
            <w:r>
              <w:t>REGULATORY-COMPLIANCE-LABELING</w:t>
            </w:r>
          </w:p>
        </w:tc>
        <w:tc>
          <w:tcPr>
            <w:tcW w:type="dxa" w:w="2880"/>
          </w:tcPr>
          <w:p>
            <w:r>
              <w:t>16</w:t>
            </w:r>
          </w:p>
        </w:tc>
        <w:tc>
          <w:tcPr>
            <w:tcW w:type="dxa" w:w="2880"/>
          </w:tcPr>
          <w:p>
            <w:r>
              <w:t>Understanding regulatory requirements for lentil labeling and compliance.</w:t>
            </w:r>
          </w:p>
        </w:tc>
      </w:tr>
      <w:tr>
        <w:tc>
          <w:tcPr>
            <w:tcW w:type="dxa" w:w="2880"/>
          </w:tcPr>
          <w:p>
            <w:r>
              <w:t>ENVIRONMENTAL-IMPACT-ASSSESSMENT</w:t>
            </w:r>
          </w:p>
        </w:tc>
        <w:tc>
          <w:tcPr>
            <w:tcW w:type="dxa" w:w="2880"/>
          </w:tcPr>
          <w:p>
            <w:r>
              <w:t>15</w:t>
            </w:r>
          </w:p>
        </w:tc>
        <w:tc>
          <w:tcPr>
            <w:tcW w:type="dxa" w:w="2880"/>
          </w:tcPr>
          <w:p>
            <w:r>
              <w:t>Assessment of the environmental impact of lentil farming practices.</w:t>
            </w:r>
          </w:p>
        </w:tc>
      </w:tr>
      <w:tr>
        <w:tc>
          <w:tcPr>
            <w:tcW w:type="dxa" w:w="2880"/>
          </w:tcPr>
          <w:p>
            <w:r>
              <w:t>BYPRODUCTS-UTILIZATION-STRATEGIES</w:t>
            </w:r>
          </w:p>
        </w:tc>
        <w:tc>
          <w:tcPr>
            <w:tcW w:type="dxa" w:w="2880"/>
          </w:tcPr>
          <w:p>
            <w:r>
              <w:t>13</w:t>
            </w:r>
          </w:p>
        </w:tc>
        <w:tc>
          <w:tcPr>
            <w:tcW w:type="dxa" w:w="2880"/>
          </w:tcPr>
          <w:p>
            <w:r>
              <w:t>Exploring the use of lentil farming byproducts for sustainability.</w:t>
            </w:r>
          </w:p>
        </w:tc>
      </w:tr>
      <w:tr>
        <w:tc>
          <w:tcPr>
            <w:tcW w:type="dxa" w:w="2880"/>
          </w:tcPr>
          <w:p>
            <w:r>
              <w:t>AUTOMATION-TECHNOLOGIES-ADOPTION</w:t>
            </w:r>
          </w:p>
        </w:tc>
        <w:tc>
          <w:tcPr>
            <w:tcW w:type="dxa" w:w="2880"/>
          </w:tcPr>
          <w:p>
            <w:r>
              <w:t>17</w:t>
            </w:r>
          </w:p>
        </w:tc>
        <w:tc>
          <w:tcPr>
            <w:tcW w:type="dxa" w:w="2880"/>
          </w:tcPr>
          <w:p>
            <w:r>
              <w:t>Integration of automation technologies in lentil farming operations.</w:t>
            </w:r>
          </w:p>
        </w:tc>
      </w:tr>
      <w:tr>
        <w:tc>
          <w:tcPr>
            <w:tcW w:type="dxa" w:w="2880"/>
          </w:tcPr>
          <w:p>
            <w:r>
              <w:t>DATA-MANAGEMENT-SOFTWARE-SYSTEMS</w:t>
            </w:r>
          </w:p>
        </w:tc>
        <w:tc>
          <w:tcPr>
            <w:tcW w:type="dxa" w:w="2880"/>
          </w:tcPr>
          <w:p>
            <w:r>
              <w:t>13</w:t>
            </w:r>
          </w:p>
        </w:tc>
        <w:tc>
          <w:tcPr>
            <w:tcW w:type="dxa" w:w="2880"/>
          </w:tcPr>
          <w:p>
            <w:r>
              <w:t>Utilization of software systems for data management in lentil farming.</w:t>
            </w:r>
          </w:p>
        </w:tc>
      </w:tr>
      <w:tr>
        <w:tc>
          <w:tcPr>
            <w:tcW w:type="dxa" w:w="2880"/>
          </w:tcPr>
          <w:p>
            <w:r>
              <w:t>IRRIGATION-MANAGEMENT-TECHNIQUES</w:t>
            </w:r>
          </w:p>
        </w:tc>
        <w:tc>
          <w:tcPr>
            <w:tcW w:type="dxa" w:w="2880"/>
          </w:tcPr>
          <w:p>
            <w:r>
              <w:t>15</w:t>
            </w:r>
          </w:p>
        </w:tc>
        <w:tc>
          <w:tcPr>
            <w:tcW w:type="dxa" w:w="2880"/>
          </w:tcPr>
          <w:p>
            <w:r>
              <w:t>Techniques for effective irrigation management in lentil farming.</w:t>
            </w:r>
          </w:p>
        </w:tc>
      </w:tr>
      <w:tr>
        <w:tc>
          <w:tcPr>
            <w:tcW w:type="dxa" w:w="2880"/>
          </w:tcPr>
          <w:p>
            <w:r>
              <w:t>FERTILIZATION-PRACTICES-IMPACT</w:t>
            </w:r>
          </w:p>
        </w:tc>
        <w:tc>
          <w:tcPr>
            <w:tcW w:type="dxa" w:w="2880"/>
          </w:tcPr>
          <w:p>
            <w:r>
              <w:t>16</w:t>
            </w:r>
          </w:p>
        </w:tc>
        <w:tc>
          <w:tcPr>
            <w:tcW w:type="dxa" w:w="2880"/>
          </w:tcPr>
          <w:p>
            <w:r>
              <w:t>Evaluation of fertilization practices and their impact on lentil growth.</w:t>
            </w:r>
          </w:p>
        </w:tc>
      </w:tr>
      <w:tr>
        <w:tc>
          <w:tcPr>
            <w:tcW w:type="dxa" w:w="2880"/>
          </w:tcPr>
          <w:p>
            <w:r>
              <w:t>PEST-MANAGEMENT-STRATEGIES</w:t>
            </w:r>
          </w:p>
        </w:tc>
        <w:tc>
          <w:tcPr>
            <w:tcW w:type="dxa" w:w="2880"/>
          </w:tcPr>
          <w:p>
            <w:r>
              <w:t>18</w:t>
            </w:r>
          </w:p>
        </w:tc>
        <w:tc>
          <w:tcPr>
            <w:tcW w:type="dxa" w:w="2880"/>
          </w:tcPr>
          <w:p>
            <w:r>
              <w:t>Strategies for effective pest management in lentil cultivation.</w:t>
            </w:r>
          </w:p>
        </w:tc>
      </w:tr>
      <w:tr>
        <w:tc>
          <w:tcPr>
            <w:tcW w:type="dxa" w:w="2880"/>
          </w:tcPr>
          <w:p>
            <w:r>
              <w:t>CROP-ROTATION-IMPACT-ANALYSIS</w:t>
            </w:r>
          </w:p>
        </w:tc>
        <w:tc>
          <w:tcPr>
            <w:tcW w:type="dxa" w:w="2880"/>
          </w:tcPr>
          <w:p>
            <w:r>
              <w:t>13</w:t>
            </w:r>
          </w:p>
        </w:tc>
        <w:tc>
          <w:tcPr>
            <w:tcW w:type="dxa" w:w="2880"/>
          </w:tcPr>
          <w:p>
            <w:r>
              <w:t>Analysis of crop rotation practices and their benefits for lentil farming.</w:t>
            </w:r>
          </w:p>
        </w:tc>
      </w:tr>
      <w:tr>
        <w:tc>
          <w:tcPr>
            <w:tcW w:type="dxa" w:w="2880"/>
          </w:tcPr>
          <w:p>
            <w:r>
              <w:t>NUTRITIONAL-ANALYSIS-IMPACT</w:t>
            </w:r>
          </w:p>
        </w:tc>
        <w:tc>
          <w:tcPr>
            <w:tcW w:type="dxa" w:w="2880"/>
          </w:tcPr>
          <w:p>
            <w:r>
              <w:t>15</w:t>
            </w:r>
          </w:p>
        </w:tc>
        <w:tc>
          <w:tcPr>
            <w:tcW w:type="dxa" w:w="2880"/>
          </w:tcPr>
          <w:p>
            <w:r>
              <w:t>Assessment of nutritional content and its implications for lentil products.</w:t>
            </w:r>
          </w:p>
        </w:tc>
      </w:tr>
      <w:tr>
        <w:tc>
          <w:tcPr>
            <w:tcW w:type="dxa" w:w="2880"/>
          </w:tcPr>
          <w:p>
            <w:r>
              <w:t>MARKET-ANALYSIS-TRENDS</w:t>
            </w:r>
          </w:p>
        </w:tc>
        <w:tc>
          <w:tcPr>
            <w:tcW w:type="dxa" w:w="2880"/>
          </w:tcPr>
          <w:p>
            <w:r>
              <w:t>13</w:t>
            </w:r>
          </w:p>
        </w:tc>
        <w:tc>
          <w:tcPr>
            <w:tcW w:type="dxa" w:w="2880"/>
          </w:tcPr>
          <w:p>
            <w:r>
              <w:t>Understanding market trends and consumer preferences for lentils.</w:t>
            </w:r>
          </w:p>
        </w:tc>
      </w:tr>
      <w:tr>
        <w:tc>
          <w:tcPr>
            <w:tcW w:type="dxa" w:w="2880"/>
          </w:tcPr>
          <w:p>
            <w:r>
              <w:t>RESEARCH-DEVELOPMENT-INITIATIVES</w:t>
            </w:r>
          </w:p>
        </w:tc>
        <w:tc>
          <w:tcPr>
            <w:tcW w:type="dxa" w:w="2880"/>
          </w:tcPr>
          <w:p>
            <w:r>
              <w:t>13</w:t>
            </w:r>
          </w:p>
        </w:tc>
        <w:tc>
          <w:tcPr>
            <w:tcW w:type="dxa" w:w="2880"/>
          </w:tcPr>
          <w:p>
            <w:r>
              <w:t>Exploration of R&amp;D initiatives aimed at improving lentil farming practices.</w:t>
            </w:r>
          </w:p>
        </w:tc>
      </w:tr>
      <w:tr>
        <w:tc>
          <w:tcPr>
            <w:tcW w:type="dxa" w:w="2880"/>
          </w:tcPr>
          <w:p>
            <w:r>
              <w:t>CROP-HEALTH-MONITORING-SYSTEMS</w:t>
            </w:r>
          </w:p>
        </w:tc>
        <w:tc>
          <w:tcPr>
            <w:tcW w:type="dxa" w:w="2880"/>
          </w:tcPr>
          <w:p>
            <w:r>
              <w:t>15</w:t>
            </w:r>
          </w:p>
        </w:tc>
        <w:tc>
          <w:tcPr>
            <w:tcW w:type="dxa" w:w="2880"/>
          </w:tcPr>
          <w:p>
            <w:r>
              <w:t>Systems for monitoring crop health and diagnosing issues in lentil fields.</w:t>
            </w:r>
          </w:p>
        </w:tc>
      </w:tr>
      <w:tr>
        <w:tc>
          <w:tcPr>
            <w:tcW w:type="dxa" w:w="2880"/>
          </w:tcPr>
          <w:p>
            <w:r>
              <w:t>ECONOMIC-ANALYSIS-FARMING-DECISIONS</w:t>
            </w:r>
          </w:p>
        </w:tc>
        <w:tc>
          <w:tcPr>
            <w:tcW w:type="dxa" w:w="2880"/>
          </w:tcPr>
          <w:p>
            <w:r>
              <w:t>13</w:t>
            </w:r>
          </w:p>
        </w:tc>
        <w:tc>
          <w:tcPr>
            <w:tcW w:type="dxa" w:w="2880"/>
          </w:tcPr>
          <w:p>
            <w:r>
              <w:t>Economic assessments influencing lentil farming decisions.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1066-0001</w:t>
            </w:r>
          </w:p>
        </w:tc>
        <w:tc>
          <w:tcPr>
            <w:tcW w:type="dxa" w:w="2160"/>
          </w:tcPr>
          <w:p>
            <w:r>
              <w:t>Entity Structure</w:t>
            </w:r>
          </w:p>
        </w:tc>
        <w:tc>
          <w:tcPr>
            <w:tcW w:type="dxa" w:w="2160"/>
          </w:tcPr>
          <w:p>
            <w:r>
              <w:t>What is the legal structure of your lentil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1066-0002</w:t>
            </w:r>
          </w:p>
        </w:tc>
        <w:tc>
          <w:tcPr>
            <w:tcW w:type="dxa" w:w="2160"/>
          </w:tcPr>
          <w:p>
            <w:r>
              <w:t>Ownership</w:t>
            </w:r>
          </w:p>
        </w:tc>
        <w:tc>
          <w:tcPr>
            <w:tcW w:type="dxa" w:w="2160"/>
          </w:tcPr>
          <w:p>
            <w:r>
              <w:t>Who are the principal owners or stakeholders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1066-0003</w:t>
            </w:r>
          </w:p>
        </w:tc>
        <w:tc>
          <w:tcPr>
            <w:tcW w:type="dxa" w:w="2160"/>
          </w:tcPr>
          <w:p>
            <w:r>
              <w:t>Locations</w:t>
            </w:r>
          </w:p>
        </w:tc>
        <w:tc>
          <w:tcPr>
            <w:tcW w:type="dxa" w:w="2160"/>
          </w:tcPr>
          <w:p>
            <w:r>
              <w:t>In which states or regions do you operate your lentil farms? Please specify all locations.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1066-0004</w:t>
            </w:r>
          </w:p>
        </w:tc>
        <w:tc>
          <w:tcPr>
            <w:tcW w:type="dxa" w:w="2160"/>
          </w:tcPr>
          <w:p>
            <w:r>
              <w:t>Products</w:t>
            </w:r>
          </w:p>
        </w:tc>
        <w:tc>
          <w:tcPr>
            <w:tcW w:type="dxa" w:w="2160"/>
          </w:tcPr>
          <w:p>
            <w:r>
              <w:t>What specific lentil varieties do you cultivate, and how do they differ in terms of agricultural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1066-0005</w:t>
            </w:r>
          </w:p>
        </w:tc>
        <w:tc>
          <w:tcPr>
            <w:tcW w:type="dxa" w:w="2160"/>
          </w:tcPr>
          <w:p>
            <w:r>
              <w:t>Revenue</w:t>
            </w:r>
          </w:p>
        </w:tc>
        <w:tc>
          <w:tcPr>
            <w:tcW w:type="dxa" w:w="2160"/>
          </w:tcPr>
          <w:p>
            <w:r>
              <w:t>What was your total revenue from lentil sales for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1066-0006</w:t>
            </w:r>
          </w:p>
        </w:tc>
        <w:tc>
          <w:tcPr>
            <w:tcW w:type="dxa" w:w="2160"/>
          </w:tcPr>
          <w:p>
            <w:r>
              <w:t>Personnel</w:t>
            </w:r>
          </w:p>
        </w:tc>
        <w:tc>
          <w:tcPr>
            <w:tcW w:type="dxa" w:w="2160"/>
          </w:tcPr>
          <w:p>
            <w:r>
              <w:t>How many full-time and part-time employees do you have engaged in lentil farming activities? Please specify roles related to R&amp;D.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1066-0007</w:t>
            </w:r>
          </w:p>
        </w:tc>
        <w:tc>
          <w:tcPr>
            <w:tcW w:type="dxa" w:w="2160"/>
          </w:tcPr>
          <w:p>
            <w:r>
              <w:t>Records</w:t>
            </w:r>
          </w:p>
        </w:tc>
        <w:tc>
          <w:tcPr>
            <w:tcW w:type="dxa" w:w="2160"/>
          </w:tcPr>
          <w:p>
            <w:r>
              <w:t>What types of records do you maintain to document your farming practices and product development?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1066-0008</w:t>
            </w:r>
          </w:p>
        </w:tc>
        <w:tc>
          <w:tcPr>
            <w:tcW w:type="dxa" w:w="2160"/>
          </w:tcPr>
          <w:p>
            <w:r>
              <w:t>Lead Facts</w:t>
            </w:r>
          </w:p>
        </w:tc>
        <w:tc>
          <w:tcPr>
            <w:tcW w:type="dxa" w:w="2160"/>
          </w:tcPr>
          <w:p>
            <w:r>
              <w:t>What innovative techniques or technologies have you implemented in your lentil farming operations in the past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1066-0009</w:t>
            </w:r>
          </w:p>
        </w:tc>
        <w:tc>
          <w:tcPr>
            <w:tcW w:type="dxa" w:w="2160"/>
          </w:tcPr>
          <w:p>
            <w:r>
              <w:t>Entity Structure</w:t>
            </w:r>
          </w:p>
        </w:tc>
        <w:tc>
          <w:tcPr>
            <w:tcW w:type="dxa" w:w="2160"/>
          </w:tcPr>
          <w:p>
            <w:r>
              <w:t>Is your business registered for any agricultural grants or tax incentives related to R&amp;D?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1066-0010</w:t>
            </w:r>
          </w:p>
        </w:tc>
        <w:tc>
          <w:tcPr>
            <w:tcW w:type="dxa" w:w="2160"/>
          </w:tcPr>
          <w:p>
            <w:r>
              <w:t>Ownership</w:t>
            </w:r>
          </w:p>
        </w:tc>
        <w:tc>
          <w:tcPr>
            <w:tcW w:type="dxa" w:w="2160"/>
          </w:tcPr>
          <w:p>
            <w:r>
              <w:t>Have there been any changes in ownership or management structure in the past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1066-0011</w:t>
            </w:r>
          </w:p>
        </w:tc>
        <w:tc>
          <w:tcPr>
            <w:tcW w:type="dxa" w:w="2160"/>
          </w:tcPr>
          <w:p>
            <w:r>
              <w:t>Locations</w:t>
            </w:r>
          </w:p>
        </w:tc>
        <w:tc>
          <w:tcPr>
            <w:tcW w:type="dxa" w:w="2160"/>
          </w:tcPr>
          <w:p>
            <w:r>
              <w:t>Do you operate any lentil farms outside of the United States? If so, please list the countries.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1066-0012</w:t>
            </w:r>
          </w:p>
        </w:tc>
        <w:tc>
          <w:tcPr>
            <w:tcW w:type="dxa" w:w="2160"/>
          </w:tcPr>
          <w:p>
            <w:r>
              <w:t>Products</w:t>
            </w:r>
          </w:p>
        </w:tc>
        <w:tc>
          <w:tcPr>
            <w:tcW w:type="dxa" w:w="2160"/>
          </w:tcPr>
          <w:p>
            <w:r>
              <w:t>Are there any new lentil products or varieties you plan to introduce in the next year? Please describe.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1066-0013</w:t>
            </w:r>
          </w:p>
        </w:tc>
        <w:tc>
          <w:tcPr>
            <w:tcW w:type="dxa" w:w="2160"/>
          </w:tcPr>
          <w:p>
            <w:r>
              <w:t>Revenue</w:t>
            </w:r>
          </w:p>
        </w:tc>
        <w:tc>
          <w:tcPr>
            <w:tcW w:type="dxa" w:w="2160"/>
          </w:tcPr>
          <w:p>
            <w:r>
              <w:t>What percentage of your total revenue comes from lentil sales compared to other crops?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1066-0014</w:t>
            </w:r>
          </w:p>
        </w:tc>
        <w:tc>
          <w:tcPr>
            <w:tcW w:type="dxa" w:w="2160"/>
          </w:tcPr>
          <w:p>
            <w:r>
              <w:t>Personnel</w:t>
            </w:r>
          </w:p>
        </w:tc>
        <w:tc>
          <w:tcPr>
            <w:tcW w:type="dxa" w:w="2160"/>
          </w:tcPr>
          <w:p>
            <w:r>
              <w:t>What qualifications or training do your personnel have that are relevant to R&amp;D in lentil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1066-0015</w:t>
            </w:r>
          </w:p>
        </w:tc>
        <w:tc>
          <w:tcPr>
            <w:tcW w:type="dxa" w:w="2160"/>
          </w:tcPr>
          <w:p>
            <w:r>
              <w:t>Records</w:t>
            </w:r>
          </w:p>
        </w:tc>
        <w:tc>
          <w:tcPr>
            <w:tcW w:type="dxa" w:w="2160"/>
          </w:tcPr>
          <w:p>
            <w:r>
              <w:t>How do you ensure the accuracy and reliability of your farming records?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1066-0016</w:t>
            </w:r>
          </w:p>
        </w:tc>
        <w:tc>
          <w:tcPr>
            <w:tcW w:type="dxa" w:w="2160"/>
          </w:tcPr>
          <w:p>
            <w:r>
              <w:t>Lead Facts</w:t>
            </w:r>
          </w:p>
        </w:tc>
        <w:tc>
          <w:tcPr>
            <w:tcW w:type="dxa" w:w="2160"/>
          </w:tcPr>
          <w:p>
            <w:r>
              <w:t>Can you provide examples of challenges faced during lentil cultivation that required experimental approaches?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1066-0017</w:t>
            </w:r>
          </w:p>
        </w:tc>
        <w:tc>
          <w:tcPr>
            <w:tcW w:type="dxa" w:w="2160"/>
          </w:tcPr>
          <w:p>
            <w:r>
              <w:t>Entity Structure</w:t>
            </w:r>
          </w:p>
        </w:tc>
        <w:tc>
          <w:tcPr>
            <w:tcW w:type="dxa" w:w="2160"/>
          </w:tcPr>
          <w:p>
            <w:r>
              <w:t>Is your business part of a larger agricultural group or cooperative? If yes, please describe the relationship.</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1066-0018</w:t>
            </w:r>
          </w:p>
        </w:tc>
        <w:tc>
          <w:tcPr>
            <w:tcW w:type="dxa" w:w="2160"/>
          </w:tcPr>
          <w:p>
            <w:r>
              <w:t>Ownership</w:t>
            </w:r>
          </w:p>
        </w:tc>
        <w:tc>
          <w:tcPr>
            <w:tcW w:type="dxa" w:w="2160"/>
          </w:tcPr>
          <w:p>
            <w:r>
              <w:t>Have any owners or stakeholders been involved in other agricultural ventures that relate to lentil farming?</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1066-0019</w:t>
            </w:r>
          </w:p>
        </w:tc>
        <w:tc>
          <w:tcPr>
            <w:tcW w:type="dxa" w:w="2160"/>
          </w:tcPr>
          <w:p>
            <w:r>
              <w:t>Locations</w:t>
            </w:r>
          </w:p>
        </w:tc>
        <w:tc>
          <w:tcPr>
            <w:tcW w:type="dxa" w:w="2160"/>
          </w:tcPr>
          <w:p>
            <w:r>
              <w:t>What are the specific environmental conditions of your lentil farming locations, and how do they impact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1066-0020</w:t>
            </w:r>
          </w:p>
        </w:tc>
        <w:tc>
          <w:tcPr>
            <w:tcW w:type="dxa" w:w="2160"/>
          </w:tcPr>
          <w:p>
            <w:r>
              <w:t>Products</w:t>
            </w:r>
          </w:p>
        </w:tc>
        <w:tc>
          <w:tcPr>
            <w:tcW w:type="dxa" w:w="2160"/>
          </w:tcPr>
          <w:p>
            <w:r>
              <w:t>Do you conduct any trials or experiments with lentil varieties to improve yield or disease resistance? Please elaborate.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1066-0021</w:t>
            </w:r>
          </w:p>
        </w:tc>
        <w:tc>
          <w:tcPr>
            <w:tcW w:type="dxa" w:w="2160"/>
          </w:tcPr>
          <w:p>
            <w:r>
              <w:t>Operational</w:t>
            </w:r>
          </w:p>
        </w:tc>
        <w:tc>
          <w:tcPr>
            <w:tcW w:type="dxa" w:w="2160"/>
          </w:tcPr>
          <w:p>
            <w:r>
              <w:t>What specific methods do you use to identify and document the eligibility of projects for R&amp;D tax credits at the intake stage?</w:t>
              <w:br/>
              <w:t>Answer type: Text</w:t>
              <w:br/>
              <w:t>Trigger: If R&amp;D projects are identified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1066-0022</w:t>
            </w:r>
          </w:p>
        </w:tc>
        <w:tc>
          <w:tcPr>
            <w:tcW w:type="dxa" w:w="2160"/>
          </w:tcPr>
          <w:p>
            <w:r>
              <w:t>Documentation</w:t>
            </w:r>
          </w:p>
        </w:tc>
        <w:tc>
          <w:tcPr>
            <w:tcW w:type="dxa" w:w="2160"/>
          </w:tcPr>
          <w:p>
            <w:r>
              <w:t>How do you maintain records of the initial project assessments for R&amp;D tax credit eligibility?</w:t>
              <w:br/>
              <w:t>Answer type: Text</w:t>
              <w:br/>
              <w:t>Trigger: If documentation exists</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1066-0023</w:t>
            </w:r>
          </w:p>
        </w:tc>
        <w:tc>
          <w:tcPr>
            <w:tcW w:type="dxa" w:w="2160"/>
          </w:tcPr>
          <w:p>
            <w:r>
              <w:t>Return Status</w:t>
            </w:r>
          </w:p>
        </w:tc>
        <w:tc>
          <w:tcPr>
            <w:tcW w:type="dxa" w:w="2160"/>
          </w:tcPr>
          <w:p>
            <w:r>
              <w:t>What is the current status of your 2025 tax return related to R&amp;D credits, and have you received any notices from the IRS or state tax authority?</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1066-0024</w:t>
            </w:r>
          </w:p>
        </w:tc>
        <w:tc>
          <w:tcPr>
            <w:tcW w:type="dxa" w:w="2160"/>
          </w:tcPr>
          <w:p>
            <w:r>
              <w:t>Prior Credits</w:t>
            </w:r>
          </w:p>
        </w:tc>
        <w:tc>
          <w:tcPr>
            <w:tcW w:type="dxa" w:w="2160"/>
          </w:tcPr>
          <w:p>
            <w:r>
              <w:t>Have you claimed R&amp;D tax credits in any previous tax years? If so, please specify the years and the amounts claimed.</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1066-0025</w:t>
            </w:r>
          </w:p>
        </w:tc>
        <w:tc>
          <w:tcPr>
            <w:tcW w:type="dxa" w:w="2160"/>
          </w:tcPr>
          <w:p>
            <w:r>
              <w:t>Aggregation</w:t>
            </w:r>
          </w:p>
        </w:tc>
        <w:tc>
          <w:tcPr>
            <w:tcW w:type="dxa" w:w="2160"/>
          </w:tcPr>
          <w:p>
            <w:r>
              <w:t>Are you aggregating R&amp;D expenses from multiple entities or projects for the 2025 tax year? If yes, please list the entities or projects involved.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1066-0026</w:t>
            </w:r>
          </w:p>
        </w:tc>
        <w:tc>
          <w:tcPr>
            <w:tcW w:type="dxa" w:w="2160"/>
          </w:tcPr>
          <w:p>
            <w:r>
              <w:t>Elections</w:t>
            </w:r>
          </w:p>
        </w:tc>
        <w:tc>
          <w:tcPr>
            <w:tcW w:type="dxa" w:w="2160"/>
          </w:tcPr>
          <w:p>
            <w:r>
              <w:t>Have you made any elections regarding the treatment of R&amp;D expenditures under Section 174? Please describe any elections made.</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1066-0027</w:t>
            </w:r>
          </w:p>
        </w:tc>
        <w:tc>
          <w:tcPr>
            <w:tcW w:type="dxa" w:w="2160"/>
          </w:tcPr>
          <w:p>
            <w:r>
              <w:t>Amended Returns</w:t>
            </w:r>
          </w:p>
        </w:tc>
        <w:tc>
          <w:tcPr>
            <w:tcW w:type="dxa" w:w="2160"/>
          </w:tcPr>
          <w:p>
            <w:r>
              <w:t>Have you filed any amended returns for prior years to claim additional R&amp;D credits?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1066-0028</w:t>
            </w:r>
          </w:p>
        </w:tc>
        <w:tc>
          <w:tcPr>
            <w:tcW w:type="dxa" w:w="2160"/>
          </w:tcPr>
          <w:p>
            <w:r>
              <w:t>Section 174</w:t>
            </w:r>
          </w:p>
        </w:tc>
        <w:tc>
          <w:tcPr>
            <w:tcW w:type="dxa" w:w="2160"/>
          </w:tcPr>
          <w:p>
            <w:r>
              <w:t>What specific R&amp;D activities have you incurred expenses for that you believe qualify under Section 174? Please detail these activities.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1066-0029</w:t>
            </w:r>
          </w:p>
        </w:tc>
        <w:tc>
          <w:tcPr>
            <w:tcW w:type="dxa" w:w="2160"/>
          </w:tcPr>
          <w:p>
            <w:r>
              <w:t>Return Status</w:t>
            </w:r>
          </w:p>
        </w:tc>
        <w:tc>
          <w:tcPr>
            <w:tcW w:type="dxa" w:w="2160"/>
          </w:tcPr>
          <w:p>
            <w:r>
              <w:t>Have you received any feedback from tax professionals regarding the completeness of your R&amp;D documentation for the 2025 tax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1066-0030</w:t>
            </w:r>
          </w:p>
        </w:tc>
        <w:tc>
          <w:tcPr>
            <w:tcW w:type="dxa" w:w="2160"/>
          </w:tcPr>
          <w:p>
            <w:r>
              <w:t>Prior Credits</w:t>
            </w:r>
          </w:p>
        </w:tc>
        <w:tc>
          <w:tcPr>
            <w:tcW w:type="dxa" w:w="2160"/>
          </w:tcPr>
          <w:p>
            <w:r>
              <w:t>If you have claimed R&amp;D credits in the past, were there any adjustments or audits related to those claims?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1066-0031</w:t>
            </w:r>
          </w:p>
        </w:tc>
        <w:tc>
          <w:tcPr>
            <w:tcW w:type="dxa" w:w="2160"/>
          </w:tcPr>
          <w:p>
            <w:r>
              <w:t>Aggregation</w:t>
            </w:r>
          </w:p>
        </w:tc>
        <w:tc>
          <w:tcPr>
            <w:tcW w:type="dxa" w:w="2160"/>
          </w:tcPr>
          <w:p>
            <w:r>
              <w:t>What method are you using to aggregate R&amp;D expenses across different projects or entities? Please specify.</w:t>
              <w:br/>
              <w:t>Answer type: Short text</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1066-0032</w:t>
            </w:r>
          </w:p>
        </w:tc>
        <w:tc>
          <w:tcPr>
            <w:tcW w:type="dxa" w:w="2160"/>
          </w:tcPr>
          <w:p>
            <w:r>
              <w:t>Elections</w:t>
            </w:r>
          </w:p>
        </w:tc>
        <w:tc>
          <w:tcPr>
            <w:tcW w:type="dxa" w:w="2160"/>
          </w:tcPr>
          <w:p>
            <w:r>
              <w:t>Have you made any specific elections for California R&amp;D credits that differ from federal elections? If yes, please describe.</w:t>
              <w:br/>
              <w:t>Answer type: Yes-No + details</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1066-0033</w:t>
            </w:r>
          </w:p>
        </w:tc>
        <w:tc>
          <w:tcPr>
            <w:tcW w:type="dxa" w:w="2160"/>
          </w:tcPr>
          <w:p>
            <w:r>
              <w:t>Amended Returns</w:t>
            </w:r>
          </w:p>
        </w:tc>
        <w:tc>
          <w:tcPr>
            <w:tcW w:type="dxa" w:w="2160"/>
          </w:tcPr>
          <w:p>
            <w:r>
              <w:t>What is the reason for any amended returns filed for R&amp;D credits? Please provide a brief explanation.</w:t>
              <w:br/>
              <w:t>Answer type: Long text</w:t>
              <w:br/>
              <w:t>Trigger: Yes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1066-0034</w:t>
            </w:r>
          </w:p>
        </w:tc>
        <w:tc>
          <w:tcPr>
            <w:tcW w:type="dxa" w:w="2160"/>
          </w:tcPr>
          <w:p>
            <w:r>
              <w:t>Section 174</w:t>
            </w:r>
          </w:p>
        </w:tc>
        <w:tc>
          <w:tcPr>
            <w:tcW w:type="dxa" w:w="2160"/>
          </w:tcPr>
          <w:p>
            <w:r>
              <w:t>Have you implemented any changes in your R&amp;D practices or documentation in response to Section 174 requirements? If yes, please detail those changes.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1066-0035</w:t>
            </w:r>
          </w:p>
        </w:tc>
        <w:tc>
          <w:tcPr>
            <w:tcW w:type="dxa" w:w="2160"/>
          </w:tcPr>
          <w:p>
            <w:r>
              <w:t>Return Status</w:t>
            </w:r>
          </w:p>
        </w:tc>
        <w:tc>
          <w:tcPr>
            <w:tcW w:type="dxa" w:w="2160"/>
          </w:tcPr>
          <w:p>
            <w:r>
              <w:t>What is the expected timeline for filing your 2025 tax return, and have you set aside any funds for potential tax liabilities related to R&amp;D credits?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1066-0036</w:t>
            </w:r>
          </w:p>
        </w:tc>
        <w:tc>
          <w:tcPr>
            <w:tcW w:type="dxa" w:w="2160"/>
          </w:tcPr>
          <w:p>
            <w:r>
              <w:t>Compliance</w:t>
            </w:r>
          </w:p>
        </w:tc>
        <w:tc>
          <w:tcPr>
            <w:tcW w:type="dxa" w:w="2160"/>
          </w:tcPr>
          <w:p>
            <w:r>
              <w:t>What processes do you have in place to ensure that all R&amp;D tax credit claims are filed accurately and on time?</w:t>
              <w:br/>
              <w:t>Answer type: Text</w:t>
              <w:br/>
              <w:t>Trigger: If R&amp;D claims are filed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1066-0037</w:t>
            </w:r>
          </w:p>
        </w:tc>
        <w:tc>
          <w:tcPr>
            <w:tcW w:type="dxa" w:w="2160"/>
          </w:tcPr>
          <w:p>
            <w:r>
              <w:t>Project Inventory</w:t>
            </w:r>
          </w:p>
        </w:tc>
        <w:tc>
          <w:tcPr>
            <w:tcW w:type="dxa" w:w="2160"/>
          </w:tcPr>
          <w:p>
            <w:r>
              <w:t>What specific lentil varieties were developed or tested during the project period, and what were the objectives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1066-0038</w:t>
            </w:r>
          </w:p>
        </w:tc>
        <w:tc>
          <w:tcPr>
            <w:tcW w:type="dxa" w:w="2160"/>
          </w:tcPr>
          <w:p>
            <w:r>
              <w:t>Uncertainty</w:t>
            </w:r>
          </w:p>
        </w:tc>
        <w:tc>
          <w:tcPr>
            <w:tcW w:type="dxa" w:w="2160"/>
          </w:tcPr>
          <w:p>
            <w:r>
              <w:t>Describe any uncertainties faced during the development of new lentil farming techniques or varieties. How were these uncertainties addressed?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1066-0039</w:t>
            </w:r>
          </w:p>
        </w:tc>
        <w:tc>
          <w:tcPr>
            <w:tcW w:type="dxa" w:w="2160"/>
          </w:tcPr>
          <w:p>
            <w:r>
              <w:t>Alternatives</w:t>
            </w:r>
          </w:p>
        </w:tc>
        <w:tc>
          <w:tcPr>
            <w:tcW w:type="dxa" w:w="2160"/>
          </w:tcPr>
          <w:p>
            <w:r>
              <w:t>What alternative farming methods or lentil varieties were considered during the project? Why were they ultimately not chosen?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1066-0040</w:t>
            </w:r>
          </w:p>
        </w:tc>
        <w:tc>
          <w:tcPr>
            <w:tcW w:type="dxa" w:w="2160"/>
          </w:tcPr>
          <w:p>
            <w:r>
              <w:t>Experiments</w:t>
            </w:r>
          </w:p>
        </w:tc>
        <w:tc>
          <w:tcPr>
            <w:tcW w:type="dxa" w:w="2160"/>
          </w:tcPr>
          <w:p>
            <w:r>
              <w:t>Detail the experimental designs used to test new lentil varieties. What metrics were used to measure success?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1066-0041</w:t>
            </w:r>
          </w:p>
        </w:tc>
        <w:tc>
          <w:tcPr>
            <w:tcW w:type="dxa" w:w="2160"/>
          </w:tcPr>
          <w:p>
            <w:r>
              <w:t>Measurements</w:t>
            </w:r>
          </w:p>
        </w:tc>
        <w:tc>
          <w:tcPr>
            <w:tcW w:type="dxa" w:w="2160"/>
          </w:tcPr>
          <w:p>
            <w:r>
              <w:t>What specific measurements were taken to evaluate the performance of the new lentil varieties? Include both qualitative and quantitative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1066-0042</w:t>
            </w:r>
          </w:p>
        </w:tc>
        <w:tc>
          <w:tcPr>
            <w:tcW w:type="dxa" w:w="2160"/>
          </w:tcPr>
          <w:p>
            <w:r>
              <w:t>Costs</w:t>
            </w:r>
          </w:p>
        </w:tc>
        <w:tc>
          <w:tcPr>
            <w:tcW w:type="dxa" w:w="2160"/>
          </w:tcPr>
          <w:p>
            <w:r>
              <w:t>What were the total costs incurred for the R&amp;D activities related to the lentil project, including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1066-0043</w:t>
            </w:r>
          </w:p>
        </w:tc>
        <w:tc>
          <w:tcPr>
            <w:tcW w:type="dxa" w:w="2160"/>
          </w:tcPr>
          <w:p>
            <w:r>
              <w:t>Evidence</w:t>
            </w:r>
          </w:p>
        </w:tc>
        <w:tc>
          <w:tcPr>
            <w:tcW w:type="dxa" w:w="2160"/>
          </w:tcPr>
          <w:p>
            <w:r>
              <w:t>What documentation do you have to support the R&amp;D activities conducted for the lentil varieties? Please list specific documents (e.g., lab results, reports).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1066-0044</w:t>
            </w:r>
          </w:p>
        </w:tc>
        <w:tc>
          <w:tcPr>
            <w:tcW w:type="dxa" w:w="2160"/>
          </w:tcPr>
          <w:p>
            <w:r>
              <w:t>Project Inventory</w:t>
            </w:r>
          </w:p>
        </w:tc>
        <w:tc>
          <w:tcPr>
            <w:tcW w:type="dxa" w:w="2160"/>
          </w:tcPr>
          <w:p>
            <w:r>
              <w:t>How many distinct R&amp;D projects were initiated for lentil development during the tax year? Please provide a brief description of each.</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1066-0045</w:t>
            </w:r>
          </w:p>
        </w:tc>
        <w:tc>
          <w:tcPr>
            <w:tcW w:type="dxa" w:w="2160"/>
          </w:tcPr>
          <w:p>
            <w:r>
              <w:t>Uncertainty</w:t>
            </w:r>
          </w:p>
        </w:tc>
        <w:tc>
          <w:tcPr>
            <w:tcW w:type="dxa" w:w="2160"/>
          </w:tcPr>
          <w:p>
            <w:r>
              <w:t>What specific challenges did you face in the growing conditions of lentils, and how did these impact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1066-0046</w:t>
            </w:r>
          </w:p>
        </w:tc>
        <w:tc>
          <w:tcPr>
            <w:tcW w:type="dxa" w:w="2160"/>
          </w:tcPr>
          <w:p>
            <w:r>
              <w:t>Alternatives</w:t>
            </w:r>
          </w:p>
        </w:tc>
        <w:tc>
          <w:tcPr>
            <w:tcW w:type="dxa" w:w="2160"/>
          </w:tcPr>
          <w:p>
            <w:r>
              <w:t>Were there any alternative crops considered alongside lentils for your R&amp;D projects? If so, what were they,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1066-0047</w:t>
            </w:r>
          </w:p>
        </w:tc>
        <w:tc>
          <w:tcPr>
            <w:tcW w:type="dxa" w:w="2160"/>
          </w:tcPr>
          <w:p>
            <w:r>
              <w:t>Experiments</w:t>
            </w:r>
          </w:p>
        </w:tc>
        <w:tc>
          <w:tcPr>
            <w:tcW w:type="dxa" w:w="2160"/>
          </w:tcPr>
          <w:p>
            <w:r>
              <w:t>What specific experimental methods were employed to assess the pest resistance of new lentil varieties?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1066-0048</w:t>
            </w:r>
          </w:p>
        </w:tc>
        <w:tc>
          <w:tcPr>
            <w:tcW w:type="dxa" w:w="2160"/>
          </w:tcPr>
          <w:p>
            <w:r>
              <w:t>Measurements</w:t>
            </w:r>
          </w:p>
        </w:tc>
        <w:tc>
          <w:tcPr>
            <w:tcW w:type="dxa" w:w="2160"/>
          </w:tcPr>
          <w:p>
            <w:r>
              <w:t>What statistical analyses were conducted on the data collected from lentil variety trials? Please specify the methods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1066-0049</w:t>
            </w:r>
          </w:p>
        </w:tc>
        <w:tc>
          <w:tcPr>
            <w:tcW w:type="dxa" w:w="2160"/>
          </w:tcPr>
          <w:p>
            <w:r>
              <w:t>Costs</w:t>
            </w:r>
          </w:p>
        </w:tc>
        <w:tc>
          <w:tcPr>
            <w:tcW w:type="dxa" w:w="2160"/>
          </w:tcPr>
          <w:p>
            <w:r>
              <w:t>Break down the labor costs associated with the R&amp;D activities for lentil farming. Include hours worked and rates.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1066-0050</w:t>
            </w:r>
          </w:p>
        </w:tc>
        <w:tc>
          <w:tcPr>
            <w:tcW w:type="dxa" w:w="2160"/>
          </w:tcPr>
          <w:p>
            <w:r>
              <w:t>Evidence</w:t>
            </w:r>
          </w:p>
        </w:tc>
        <w:tc>
          <w:tcPr>
            <w:tcW w:type="dxa" w:w="2160"/>
          </w:tcPr>
          <w:p>
            <w:r>
              <w:t>Can you provide examples of field notes or lab notebooks that document the R&amp;D process for lentils?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1066-0051</w:t>
            </w:r>
          </w:p>
        </w:tc>
        <w:tc>
          <w:tcPr>
            <w:tcW w:type="dxa" w:w="2160"/>
          </w:tcPr>
          <w:p>
            <w:r>
              <w:t>Project Inventory</w:t>
            </w:r>
          </w:p>
        </w:tc>
        <w:tc>
          <w:tcPr>
            <w:tcW w:type="dxa" w:w="2160"/>
          </w:tcPr>
          <w:p>
            <w:r>
              <w:t>What was the timeline for the R&amp;D projects related to lentils? Please provide start and end dates for each project.</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1066-0052</w:t>
            </w:r>
          </w:p>
        </w:tc>
        <w:tc>
          <w:tcPr>
            <w:tcW w:type="dxa" w:w="2160"/>
          </w:tcPr>
          <w:p>
            <w:r>
              <w:t>Uncertainty</w:t>
            </w:r>
          </w:p>
        </w:tc>
        <w:tc>
          <w:tcPr>
            <w:tcW w:type="dxa" w:w="2160"/>
          </w:tcPr>
          <w:p>
            <w:r>
              <w:t>How did environmental factors such as weather or soil conditions introduce uncertainty into your R&amp;D processes for lentils?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1066-0053</w:t>
            </w:r>
          </w:p>
        </w:tc>
        <w:tc>
          <w:tcPr>
            <w:tcW w:type="dxa" w:w="2160"/>
          </w:tcPr>
          <w:p>
            <w:r>
              <w:t>Alternatives</w:t>
            </w:r>
          </w:p>
        </w:tc>
        <w:tc>
          <w:tcPr>
            <w:tcW w:type="dxa" w:w="2160"/>
          </w:tcPr>
          <w:p>
            <w:r>
              <w:t>What alternative pest management strategies were evaluated during the lentil R&amp;D projects, and what were the outcomes of those evaluations?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1066-0054</w:t>
            </w:r>
          </w:p>
        </w:tc>
        <w:tc>
          <w:tcPr>
            <w:tcW w:type="dxa" w:w="2160"/>
          </w:tcPr>
          <w:p>
            <w:r>
              <w:t>Experiments</w:t>
            </w:r>
          </w:p>
        </w:tc>
        <w:tc>
          <w:tcPr>
            <w:tcW w:type="dxa" w:w="2160"/>
          </w:tcPr>
          <w:p>
            <w:r>
              <w:t>What control measures were implemented during the lentil variety trials to ensure experimental validity?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1066-0055</w:t>
            </w:r>
          </w:p>
        </w:tc>
        <w:tc>
          <w:tcPr>
            <w:tcW w:type="dxa" w:w="2160"/>
          </w:tcPr>
          <w:p>
            <w:r>
              <w:t>Innovation</w:t>
            </w:r>
          </w:p>
        </w:tc>
        <w:tc>
          <w:tcPr>
            <w:tcW w:type="dxa" w:w="2160"/>
          </w:tcPr>
          <w:p>
            <w:r>
              <w:t>Can you describe a project that involved developing new lentil varieties? What were the specific scientific or technological uncertainties you faced?</w:t>
              <w:br/>
              <w:t>Answer type: Text</w:t>
              <w:br/>
              <w:t>Trigger: If new varieties were developed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1066-0056</w:t>
            </w:r>
          </w:p>
        </w:tc>
        <w:tc>
          <w:tcPr>
            <w:tcW w:type="dxa" w:w="2160"/>
          </w:tcPr>
          <w:p>
            <w:r>
              <w:t>Technical</w:t>
            </w:r>
          </w:p>
        </w:tc>
        <w:tc>
          <w:tcPr>
            <w:tcW w:type="dxa" w:w="2160"/>
          </w:tcPr>
          <w:p>
            <w:r>
              <w:t>What experimental procedures do you implement to test the efficacy of new cultivation techniques for lentils?</w:t>
              <w:br/>
              <w:t>Answer type: Text</w:t>
              <w:br/>
              <w:t>Trigger: If new techniques are tested</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1066-0057</w:t>
            </w:r>
          </w:p>
        </w:tc>
        <w:tc>
          <w:tcPr>
            <w:tcW w:type="dxa" w:w="2160"/>
          </w:tcPr>
          <w:p>
            <w:r>
              <w:t>Technological Nature</w:t>
            </w:r>
          </w:p>
        </w:tc>
        <w:tc>
          <w:tcPr>
            <w:tcW w:type="dxa" w:w="2160"/>
          </w:tcPr>
          <w:p>
            <w:r>
              <w:t>Can you describe the specific technological challenges you faced in developing new lentil varieties or improving agricultural processes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1066-0058</w:t>
            </w:r>
          </w:p>
        </w:tc>
        <w:tc>
          <w:tcPr>
            <w:tcW w:type="dxa" w:w="2160"/>
          </w:tcPr>
          <w:p>
            <w:r>
              <w:t>Experimentation</w:t>
            </w:r>
          </w:p>
        </w:tc>
        <w:tc>
          <w:tcPr>
            <w:tcW w:type="dxa" w:w="2160"/>
          </w:tcPr>
          <w:p>
            <w:r>
              <w:t>What experimental methods did you employ to test the viability of new lentil farming techniques or technologies, and how did you document the results of these experiments?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1066-0059</w:t>
            </w:r>
          </w:p>
        </w:tc>
        <w:tc>
          <w:tcPr>
            <w:tcW w:type="dxa" w:w="2160"/>
          </w:tcPr>
          <w:p>
            <w:r>
              <w:t>Permitted Purpose</w:t>
            </w:r>
          </w:p>
        </w:tc>
        <w:tc>
          <w:tcPr>
            <w:tcW w:type="dxa" w:w="2160"/>
          </w:tcPr>
          <w:p>
            <w:r>
              <w:t>How did the activities conducted during the tax year 2025 contribute to the advancement of knowledge in lentil farming, and what specific objectives were you aiming to achieve?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1066-0060</w:t>
            </w:r>
          </w:p>
        </w:tc>
        <w:tc>
          <w:tcPr>
            <w:tcW w:type="dxa" w:w="2160"/>
          </w:tcPr>
          <w:p>
            <w:r>
              <w:t>Business Component</w:t>
            </w:r>
          </w:p>
        </w:tc>
        <w:tc>
          <w:tcPr>
            <w:tcW w:type="dxa" w:w="2160"/>
          </w:tcPr>
          <w:p>
            <w:r>
              <w:t>Please list the specific business components (e.g., new lentil varieties, farming techniques, etc.) that were involved in your R&amp;D activities for the tax year 2025, and explain how each component relates to your overall business goals.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1066-0061</w:t>
            </w:r>
          </w:p>
        </w:tc>
        <w:tc>
          <w:tcPr>
            <w:tcW w:type="dxa" w:w="2160"/>
          </w:tcPr>
          <w:p>
            <w:r>
              <w:t>Section 174 Uncertainty</w:t>
            </w:r>
          </w:p>
        </w:tc>
        <w:tc>
          <w:tcPr>
            <w:tcW w:type="dxa" w:w="2160"/>
          </w:tcPr>
          <w:p>
            <w:r>
              <w:t>Can you identify any uncertainties encountered in the process of developing new agricultural practices or technologies for lentil farming, and how did you approach resolving these uncertainties?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1066-0062</w:t>
            </w:r>
          </w:p>
        </w:tc>
        <w:tc>
          <w:tcPr>
            <w:tcW w:type="dxa" w:w="2160"/>
          </w:tcPr>
          <w:p>
            <w:r>
              <w:t>Commercial Production</w:t>
            </w:r>
          </w:p>
        </w:tc>
        <w:tc>
          <w:tcPr>
            <w:tcW w:type="dxa" w:w="2160"/>
          </w:tcPr>
          <w:p>
            <w:r>
              <w:t>During the tax year, did your lentil farming operations involve any activities that were primarily focused on the commercial production of lentils rather than research and development?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1066-0063</w:t>
            </w:r>
          </w:p>
        </w:tc>
        <w:tc>
          <w:tcPr>
            <w:tcW w:type="dxa" w:w="2160"/>
          </w:tcPr>
          <w:p>
            <w:r>
              <w:t>Adaptation</w:t>
            </w:r>
          </w:p>
        </w:tc>
        <w:tc>
          <w:tcPr>
            <w:tcW w:type="dxa" w:w="2160"/>
          </w:tcPr>
          <w:p>
            <w:r>
              <w:t>Were any lentil varieties or farming techniques adapted from existing methods without significant experimentation or development? If yes, please describe the nature of these adaptations.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1066-0064</w:t>
            </w:r>
          </w:p>
        </w:tc>
        <w:tc>
          <w:tcPr>
            <w:tcW w:type="dxa" w:w="2160"/>
          </w:tcPr>
          <w:p>
            <w:r>
              <w:t>Duplication</w:t>
            </w:r>
          </w:p>
        </w:tc>
        <w:tc>
          <w:tcPr>
            <w:tcW w:type="dxa" w:w="2160"/>
          </w:tcPr>
          <w:p>
            <w:r>
              <w:t>Did you engage in any activities that involved duplicating existing lentil farming processes or technologies without modification or innovation?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1066-0065</w:t>
            </w:r>
          </w:p>
        </w:tc>
        <w:tc>
          <w:tcPr>
            <w:tcW w:type="dxa" w:w="2160"/>
          </w:tcPr>
          <w:p>
            <w:r>
              <w:t>Routine Testing</w:t>
            </w:r>
          </w:p>
        </w:tc>
        <w:tc>
          <w:tcPr>
            <w:tcW w:type="dxa" w:w="2160"/>
          </w:tcPr>
          <w:p>
            <w:r>
              <w:t>Were any tests conducted during the tax year that were standard practices in lentil farming (e.g., routine soil testing, moisture analysis) rather than experimental in nature?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1066-0066</w:t>
            </w:r>
          </w:p>
        </w:tc>
        <w:tc>
          <w:tcPr>
            <w:tcW w:type="dxa" w:w="2160"/>
          </w:tcPr>
          <w:p>
            <w:r>
              <w:t>Foreign/Funded Research</w:t>
            </w:r>
          </w:p>
        </w:tc>
        <w:tc>
          <w:tcPr>
            <w:tcW w:type="dxa" w:w="2160"/>
          </w:tcPr>
          <w:p>
            <w:r>
              <w:t>Did you participate in any foreign-funded research projects or collaborations that were not directly related to the development of new lentil varieties or farming methods?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1066-0067</w:t>
            </w:r>
          </w:p>
        </w:tc>
        <w:tc>
          <w:tcPr>
            <w:tcW w:type="dxa" w:w="2160"/>
          </w:tcPr>
          <w:p>
            <w:r>
              <w:t>Unsupported Estimates</w:t>
            </w:r>
          </w:p>
        </w:tc>
        <w:tc>
          <w:tcPr>
            <w:tcW w:type="dxa" w:w="2160"/>
          </w:tcPr>
          <w:p>
            <w:r>
              <w:t>Did you rely on any unsupported estimates or assumptions regarding the costs or outcomes of your R&amp;D activities in your tax filings?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1066-0068</w:t>
            </w:r>
          </w:p>
        </w:tc>
        <w:tc>
          <w:tcPr>
            <w:tcW w:type="dxa" w:w="2160"/>
          </w:tcPr>
          <w:p>
            <w:r>
              <w:t>Commercial Production</w:t>
            </w:r>
          </w:p>
        </w:tc>
        <w:tc>
          <w:tcPr>
            <w:tcW w:type="dxa" w:w="2160"/>
          </w:tcPr>
          <w:p>
            <w:r>
              <w:t>Can you specify any instances where the activities conducted were strictly for the purpose of increasing yield or efficiency without any R&amp;D component?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1066-0069</w:t>
            </w:r>
          </w:p>
        </w:tc>
        <w:tc>
          <w:tcPr>
            <w:tcW w:type="dxa" w:w="2160"/>
          </w:tcPr>
          <w:p>
            <w:r>
              <w:t>Routine Testing</w:t>
            </w:r>
          </w:p>
        </w:tc>
        <w:tc>
          <w:tcPr>
            <w:tcW w:type="dxa" w:w="2160"/>
          </w:tcPr>
          <w:p>
            <w:r>
              <w:t>Were any of the testing procedures performed during the year part of a standardized protocol that does not involve experimental design or innovation?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1066-0070</w:t>
            </w:r>
          </w:p>
        </w:tc>
        <w:tc>
          <w:tcPr>
            <w:tcW w:type="dxa" w:w="2160"/>
          </w:tcPr>
          <w:p>
            <w:r>
              <w:t>Adaptation</w:t>
            </w:r>
          </w:p>
        </w:tc>
        <w:tc>
          <w:tcPr>
            <w:tcW w:type="dxa" w:w="2160"/>
          </w:tcPr>
          <w:p>
            <w:r>
              <w:t>Did you implement any new farming techniques that were adaptations of existing practices without significant experimentation or development? Please describe these techniques.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1066-0071</w:t>
            </w:r>
          </w:p>
        </w:tc>
        <w:tc>
          <w:tcPr>
            <w:tcW w:type="dxa" w:w="2160"/>
          </w:tcPr>
          <w:p>
            <w:r>
              <w:t>Employee Roles</w:t>
            </w:r>
          </w:p>
        </w:tc>
        <w:tc>
          <w:tcPr>
            <w:tcW w:type="dxa" w:w="2160"/>
          </w:tcPr>
          <w:p>
            <w:r>
              <w:t>What specific roles do your employees play in the development of new lentil varieties or farming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1066-0072</w:t>
            </w:r>
          </w:p>
        </w:tc>
        <w:tc>
          <w:tcPr>
            <w:tcW w:type="dxa" w:w="2160"/>
          </w:tcPr>
          <w:p>
            <w:r>
              <w:t>Wage Allocation</w:t>
            </w:r>
          </w:p>
        </w:tc>
        <w:tc>
          <w:tcPr>
            <w:tcW w:type="dxa" w:w="2160"/>
          </w:tcPr>
          <w:p>
            <w:r>
              <w:t>How do you allocate wages for employees engaged in qualified research activities versus those performing routine farming operations?</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1066-0073</w:t>
            </w:r>
          </w:p>
        </w:tc>
        <w:tc>
          <w:tcPr>
            <w:tcW w:type="dxa" w:w="2160"/>
          </w:tcPr>
          <w:p>
            <w:r>
              <w:t>Documentation</w:t>
            </w:r>
          </w:p>
        </w:tc>
        <w:tc>
          <w:tcPr>
            <w:tcW w:type="dxa" w:w="2160"/>
          </w:tcPr>
          <w:p>
            <w:r>
              <w:t>What documentation do you maintain to support the time spent by employees on qualified research activities related to lentil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1066-0074</w:t>
            </w:r>
          </w:p>
        </w:tc>
        <w:tc>
          <w:tcPr>
            <w:tcW w:type="dxa" w:w="2160"/>
          </w:tcPr>
          <w:p>
            <w:r>
              <w:t>Employee Training</w:t>
            </w:r>
          </w:p>
        </w:tc>
        <w:tc>
          <w:tcPr>
            <w:tcW w:type="dxa" w:w="2160"/>
          </w:tcPr>
          <w:p>
            <w:r>
              <w:t>Have any of your employees received specialized training or education directly related to the research and development of lentil crops? If so,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1066-0075</w:t>
            </w:r>
          </w:p>
        </w:tc>
        <w:tc>
          <w:tcPr>
            <w:tcW w:type="dxa" w:w="2160"/>
          </w:tcPr>
          <w:p>
            <w:r>
              <w:t>Research Projects</w:t>
            </w:r>
          </w:p>
        </w:tc>
        <w:tc>
          <w:tcPr>
            <w:tcW w:type="dxa" w:w="2160"/>
          </w:tcPr>
          <w:p>
            <w:r>
              <w:t>List the specific research projects undertaken in the tax year that involved employee services for developing lentil farming techniques. How many employees were involved in each project?</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1066-0076</w:t>
            </w:r>
          </w:p>
        </w:tc>
        <w:tc>
          <w:tcPr>
            <w:tcW w:type="dxa" w:w="2160"/>
          </w:tcPr>
          <w:p>
            <w:r>
              <w:t>Employee Hours</w:t>
            </w:r>
          </w:p>
        </w:tc>
        <w:tc>
          <w:tcPr>
            <w:tcW w:type="dxa" w:w="2160"/>
          </w:tcPr>
          <w:p>
            <w:r>
              <w:t>What percentage of each employee's time is dedicated to qualified research activities during the tax year?</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1066-0077</w:t>
            </w:r>
          </w:p>
        </w:tc>
        <w:tc>
          <w:tcPr>
            <w:tcW w:type="dxa" w:w="2160"/>
          </w:tcPr>
          <w:p>
            <w:r>
              <w:t>Compensation Structure</w:t>
            </w:r>
          </w:p>
        </w:tc>
        <w:tc>
          <w:tcPr>
            <w:tcW w:type="dxa" w:w="2160"/>
          </w:tcPr>
          <w:p>
            <w:r>
              <w:t>What is the compensation structure for employees involved in R&amp;D activities, and how does it differ from those in standard operational roles?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1066-0078</w:t>
            </w:r>
          </w:p>
        </w:tc>
        <w:tc>
          <w:tcPr>
            <w:tcW w:type="dxa" w:w="2160"/>
          </w:tcPr>
          <w:p>
            <w:r>
              <w:t>Employee Identification</w:t>
            </w:r>
          </w:p>
        </w:tc>
        <w:tc>
          <w:tcPr>
            <w:tcW w:type="dxa" w:w="2160"/>
          </w:tcPr>
          <w:p>
            <w:r>
              <w:t>Which employees are specifically identified as contributing to qualified research activities, and what criteria were used for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1066-0079</w:t>
            </w:r>
          </w:p>
        </w:tc>
        <w:tc>
          <w:tcPr>
            <w:tcW w:type="dxa" w:w="2160"/>
          </w:tcPr>
          <w:p>
            <w:r>
              <w:t>Collaboration</w:t>
            </w:r>
          </w:p>
        </w:tc>
        <w:tc>
          <w:tcPr>
            <w:tcW w:type="dxa" w:w="2160"/>
          </w:tcPr>
          <w:p>
            <w:r>
              <w:t>Did any employees collaborate with external entities (e.g., universities, agricultural research organizations) on R&amp;D projects during the tax year? If yes, please provide details.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1066-0080</w:t>
            </w:r>
          </w:p>
        </w:tc>
        <w:tc>
          <w:tcPr>
            <w:tcW w:type="dxa" w:w="2160"/>
          </w:tcPr>
          <w:p>
            <w:r>
              <w:t>Time Tracking</w:t>
            </w:r>
          </w:p>
        </w:tc>
        <w:tc>
          <w:tcPr>
            <w:tcW w:type="dxa" w:w="2160"/>
          </w:tcPr>
          <w:p>
            <w:r>
              <w:t>How do you track and report the hours spent by employees on qualified research activities versus non-research activities?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1066-0081</w:t>
            </w:r>
          </w:p>
        </w:tc>
        <w:tc>
          <w:tcPr>
            <w:tcW w:type="dxa" w:w="2160"/>
          </w:tcPr>
          <w:p>
            <w:r>
              <w:t>Experimental Supplies</w:t>
            </w:r>
          </w:p>
        </w:tc>
        <w:tc>
          <w:tcPr>
            <w:tcW w:type="dxa" w:w="2160"/>
          </w:tcPr>
          <w:p>
            <w:r>
              <w:t>What specific supplies did you use in the experimental phases of developing new lentil varieties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1066-0082</w:t>
            </w:r>
          </w:p>
        </w:tc>
        <w:tc>
          <w:tcPr>
            <w:tcW w:type="dxa" w:w="2160"/>
          </w:tcPr>
          <w:p>
            <w:r>
              <w:t>Exclusions on Supplies</w:t>
            </w:r>
          </w:p>
        </w:tc>
        <w:tc>
          <w:tcPr>
            <w:tcW w:type="dxa" w:w="2160"/>
          </w:tcPr>
          <w:p>
            <w:r>
              <w:t>Did you purchase any supplies that were used solely for routine farming operations and not for experimental purposes? If yes, please specify these supplies.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1066-0083</w:t>
            </w:r>
          </w:p>
        </w:tc>
        <w:tc>
          <w:tcPr>
            <w:tcW w:type="dxa" w:w="2160"/>
          </w:tcPr>
          <w:p>
            <w:r>
              <w:t>Experimental Supplies</w:t>
            </w:r>
          </w:p>
        </w:tc>
        <w:tc>
          <w:tcPr>
            <w:tcW w:type="dxa" w:w="2160"/>
          </w:tcPr>
          <w:p>
            <w:r>
              <w:t>For each type of experimental supply used, please provide the total cost incurred during the tax year 2025.</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1066-0084</w:t>
            </w:r>
          </w:p>
        </w:tc>
        <w:tc>
          <w:tcPr>
            <w:tcW w:type="dxa" w:w="2160"/>
          </w:tcPr>
          <w:p>
            <w:r>
              <w:t>Experimental Supplies</w:t>
            </w:r>
          </w:p>
        </w:tc>
        <w:tc>
          <w:tcPr>
            <w:tcW w:type="dxa" w:w="2160"/>
          </w:tcPr>
          <w:p>
            <w:r>
              <w:t>Can you describe the experimental process that required the use of these supplies, including any trials or tests conducted?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1066-0085</w:t>
            </w:r>
          </w:p>
        </w:tc>
        <w:tc>
          <w:tcPr>
            <w:tcW w:type="dxa" w:w="2160"/>
          </w:tcPr>
          <w:p>
            <w:r>
              <w:t>Documentation of Supplies</w:t>
            </w:r>
          </w:p>
        </w:tc>
        <w:tc>
          <w:tcPr>
            <w:tcW w:type="dxa" w:w="2160"/>
          </w:tcPr>
          <w:p>
            <w:r>
              <w:t>How do you document the use of supplies for experimental purposes versus routine operations? Please provide examples of your documentation methods.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1066-0086</w:t>
            </w:r>
          </w:p>
        </w:tc>
        <w:tc>
          <w:tcPr>
            <w:tcW w:type="dxa" w:w="2160"/>
          </w:tcPr>
          <w:p>
            <w:r>
              <w:t>Contractor Services</w:t>
            </w:r>
          </w:p>
        </w:tc>
        <w:tc>
          <w:tcPr>
            <w:tcW w:type="dxa" w:w="2160"/>
          </w:tcPr>
          <w:p>
            <w:r>
              <w:t>What specific contractor services did you engage for the development or improvement of your lentil farming processes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1066-0087</w:t>
            </w:r>
          </w:p>
        </w:tc>
        <w:tc>
          <w:tcPr>
            <w:tcW w:type="dxa" w:w="2160"/>
          </w:tcPr>
          <w:p>
            <w:r>
              <w:t>U.S. Location</w:t>
            </w:r>
          </w:p>
        </w:tc>
        <w:tc>
          <w:tcPr>
            <w:tcW w:type="dxa" w:w="2160"/>
          </w:tcPr>
          <w:p>
            <w:r>
              <w:t>Can you provide the physical locations where the contracted services were performed, including the addresses and any relevant state or local permits obtained?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1066-0088</w:t>
            </w:r>
          </w:p>
        </w:tc>
        <w:tc>
          <w:tcPr>
            <w:tcW w:type="dxa" w:w="2160"/>
          </w:tcPr>
          <w:p>
            <w:r>
              <w:t>Rights and Ownership</w:t>
            </w:r>
          </w:p>
        </w:tc>
        <w:tc>
          <w:tcPr>
            <w:tcW w:type="dxa" w:w="2160"/>
          </w:tcPr>
          <w:p>
            <w:r>
              <w:t>What rights did your business retain over the results of the contractor's work, and how does this align with the eligibility criteria for R&amp;D tax credits?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1066-0089</w:t>
            </w:r>
          </w:p>
        </w:tc>
        <w:tc>
          <w:tcPr>
            <w:tcW w:type="dxa" w:w="2160"/>
          </w:tcPr>
          <w:p>
            <w:r>
              <w:t>Economic Risk</w:t>
            </w:r>
          </w:p>
        </w:tc>
        <w:tc>
          <w:tcPr>
            <w:tcW w:type="dxa" w:w="2160"/>
          </w:tcPr>
          <w:p>
            <w:r>
              <w:t>What economic risks did your business assume in relation to the contractor services, and how did this impact your decision to engage these contractors?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1066-0090</w:t>
            </w:r>
          </w:p>
        </w:tc>
        <w:tc>
          <w:tcPr>
            <w:tcW w:type="dxa" w:w="2160"/>
          </w:tcPr>
          <w:p>
            <w:r>
              <w:t>Eligible Amount</w:t>
            </w:r>
          </w:p>
        </w:tc>
        <w:tc>
          <w:tcPr>
            <w:tcW w:type="dxa" w:w="2160"/>
          </w:tcPr>
          <w:p>
            <w:r>
              <w:t>What was the total amount paid to contractors for services related to R&amp;D activities in 2025, and can you provide a breakdown of these costs?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1066-0091</w:t>
            </w:r>
          </w:p>
        </w:tc>
        <w:tc>
          <w:tcPr>
            <w:tcW w:type="dxa" w:w="2160"/>
          </w:tcPr>
          <w:p>
            <w:r>
              <w:t>Contractor Engagement</w:t>
            </w:r>
          </w:p>
        </w:tc>
        <w:tc>
          <w:tcPr>
            <w:tcW w:type="dxa" w:w="2160"/>
          </w:tcPr>
          <w:p>
            <w:r>
              <w:t>Were any of the contractors hired on a contingent basis, and if so, what were the terms of that agreement?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1066-0092</w:t>
            </w:r>
          </w:p>
        </w:tc>
        <w:tc>
          <w:tcPr>
            <w:tcW w:type="dxa" w:w="2160"/>
          </w:tcPr>
          <w:p>
            <w:r>
              <w:t>Documentation</w:t>
            </w:r>
          </w:p>
        </w:tc>
        <w:tc>
          <w:tcPr>
            <w:tcW w:type="dxa" w:w="2160"/>
          </w:tcPr>
          <w:p>
            <w:r>
              <w:t>What documentation do you have to support the R&amp;D nature of the contractor services provided, such as contracts, invoices, or project summaries?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1066-0093</w:t>
            </w:r>
          </w:p>
        </w:tc>
        <w:tc>
          <w:tcPr>
            <w:tcW w:type="dxa" w:w="2160"/>
          </w:tcPr>
          <w:p>
            <w:r>
              <w:t>Cloud Services Utilization</w:t>
            </w:r>
          </w:p>
        </w:tc>
        <w:tc>
          <w:tcPr>
            <w:tcW w:type="dxa" w:w="2160"/>
          </w:tcPr>
          <w:p>
            <w:r>
              <w:t>During the 2025 tax year, did your lentil farming operations utilize any third-party cloud services for data analysis or agricultural modeling to enhance crop yield or optimize farming practices?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1066-0094</w:t>
            </w:r>
          </w:p>
        </w:tc>
        <w:tc>
          <w:tcPr>
            <w:tcW w:type="dxa" w:w="2160"/>
          </w:tcPr>
          <w:p>
            <w:r>
              <w:t>Software Development Costs</w:t>
            </w:r>
          </w:p>
        </w:tc>
        <w:tc>
          <w:tcPr>
            <w:tcW w:type="dxa" w:w="2160"/>
          </w:tcPr>
          <w:p>
            <w:r>
              <w:t>Did your business incur any costs associated with developing or customizing software for managing lentil farm operations, including any cloud-based platforms, during the 2025 tax year? If yes, please provide details on the software's functionalities and the associated costs.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1066-0095</w:t>
            </w:r>
          </w:p>
        </w:tc>
        <w:tc>
          <w:tcPr>
            <w:tcW w:type="dxa" w:w="2160"/>
          </w:tcPr>
          <w:p>
            <w:r>
              <w:t>Project Documentation</w:t>
            </w:r>
          </w:p>
        </w:tc>
        <w:tc>
          <w:tcPr>
            <w:tcW w:type="dxa" w:w="2160"/>
          </w:tcPr>
          <w:p>
            <w:r>
              <w:t>Can you provide a detailed description of the specific projects undertaken in 2025 that aimed to improve lentil yield or quality through experimental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1066-0096</w:t>
            </w:r>
          </w:p>
        </w:tc>
        <w:tc>
          <w:tcPr>
            <w:tcW w:type="dxa" w:w="2160"/>
          </w:tcPr>
          <w:p>
            <w:r>
              <w:t>Cost Allocation</w:t>
            </w:r>
          </w:p>
        </w:tc>
        <w:tc>
          <w:tcPr>
            <w:tcW w:type="dxa" w:w="2160"/>
          </w:tcPr>
          <w:p>
            <w:r>
              <w:t>What percentage of your total operational costs in 2025 was allocated to R&amp;D activities related to lentil farming? Please specify any direct and indirect costs.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1066-0097</w:t>
            </w:r>
          </w:p>
        </w:tc>
        <w:tc>
          <w:tcPr>
            <w:tcW w:type="dxa" w:w="2160"/>
          </w:tcPr>
          <w:p>
            <w:r>
              <w:t>Experimentation Records</w:t>
            </w:r>
          </w:p>
        </w:tc>
        <w:tc>
          <w:tcPr>
            <w:tcW w:type="dxa" w:w="2160"/>
          </w:tcPr>
          <w:p>
            <w:r>
              <w:t>Please list all the specific experiments conducted in 2025, including dates, objectives, methodologies, and outcomes related to lentil farming.</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1066-0098</w:t>
            </w:r>
          </w:p>
        </w:tc>
        <w:tc>
          <w:tcPr>
            <w:tcW w:type="dxa" w:w="2160"/>
          </w:tcPr>
          <w:p>
            <w:r>
              <w:t>Collaboration Records</w:t>
            </w:r>
          </w:p>
        </w:tc>
        <w:tc>
          <w:tcPr>
            <w:tcW w:type="dxa" w:w="2160"/>
          </w:tcPr>
          <w:p>
            <w:r>
              <w:t>Did you collaborate with any external entities (universities, research institutions) on R&amp;D projects for lentil farming in 2025? If yes, please provide details including names and contributions.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1066-0099</w:t>
            </w:r>
          </w:p>
        </w:tc>
        <w:tc>
          <w:tcPr>
            <w:tcW w:type="dxa" w:w="2160"/>
          </w:tcPr>
          <w:p>
            <w:r>
              <w:t>Documentation of Technical Uncertainty</w:t>
            </w:r>
          </w:p>
        </w:tc>
        <w:tc>
          <w:tcPr>
            <w:tcW w:type="dxa" w:w="2160"/>
          </w:tcPr>
          <w:p>
            <w:r>
              <w:t>What specific technical uncertainties did you encounter during your R&amp;D projects in 2025 related to lentil farming,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1066-0100</w:t>
            </w:r>
          </w:p>
        </w:tc>
        <w:tc>
          <w:tcPr>
            <w:tcW w:type="dxa" w:w="2160"/>
          </w:tcPr>
          <w:p>
            <w:r>
              <w:t>Project Timeline</w:t>
            </w:r>
          </w:p>
        </w:tc>
        <w:tc>
          <w:tcPr>
            <w:tcW w:type="dxa" w:w="2160"/>
          </w:tcPr>
          <w:p>
            <w:r>
              <w:t>What was the timeline for each R&amp;D project in 2025, including start and end dates, phases of experimentation, and any significant milestones?</w:t>
              <w:br/>
              <w:t>Answer type: Date range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1066-0101</w:t>
            </w:r>
          </w:p>
        </w:tc>
        <w:tc>
          <w:tcPr>
            <w:tcW w:type="dxa" w:w="2160"/>
          </w:tcPr>
          <w:p>
            <w:r>
              <w:t>Employee Involvement</w:t>
            </w:r>
          </w:p>
        </w:tc>
        <w:tc>
          <w:tcPr>
            <w:tcW w:type="dxa" w:w="2160"/>
          </w:tcPr>
          <w:p>
            <w:r>
              <w:t>How many employees were directly involved in R&amp;D activities for lentil farming in 2025, and what were their specific roles?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1066-0102</w:t>
            </w:r>
          </w:p>
        </w:tc>
        <w:tc>
          <w:tcPr>
            <w:tcW w:type="dxa" w:w="2160"/>
          </w:tcPr>
          <w:p>
            <w:r>
              <w:t>Material Usage Records</w:t>
            </w:r>
          </w:p>
        </w:tc>
        <w:tc>
          <w:tcPr>
            <w:tcW w:type="dxa" w:w="2160"/>
          </w:tcPr>
          <w:p>
            <w:r>
              <w:t>What types and quantities of materials were used in your 2025 R&amp;D projects for lentil farming, and how were these materials sourced?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1066-0103</w:t>
            </w:r>
          </w:p>
        </w:tc>
        <w:tc>
          <w:tcPr>
            <w:tcW w:type="dxa" w:w="2160"/>
          </w:tcPr>
          <w:p>
            <w:r>
              <w:t>Technical Reports</w:t>
            </w:r>
          </w:p>
        </w:tc>
        <w:tc>
          <w:tcPr>
            <w:tcW w:type="dxa" w:w="2160"/>
          </w:tcPr>
          <w:p>
            <w:r>
              <w:t>Did you generate any technical reports or publications based on your R&amp;D work in 2025? If so, please provide titles and summaries.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1066-0104</w:t>
            </w:r>
          </w:p>
        </w:tc>
        <w:tc>
          <w:tcPr>
            <w:tcW w:type="dxa" w:w="2160"/>
          </w:tcPr>
          <w:p>
            <w:r>
              <w:t>Regulatory Compliance</w:t>
            </w:r>
          </w:p>
        </w:tc>
        <w:tc>
          <w:tcPr>
            <w:tcW w:type="dxa" w:w="2160"/>
          </w:tcPr>
          <w:p>
            <w:r>
              <w:t>What regulatory compliance considerations did you factor into your R&amp;D projects for lentil farming in 2025, and how did they influence your experimental design?</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1066-0105</w:t>
            </w:r>
          </w:p>
        </w:tc>
        <w:tc>
          <w:tcPr>
            <w:tcW w:type="dxa" w:w="2160"/>
          </w:tcPr>
          <w:p>
            <w:r>
              <w:t>Qualified Research Activities</w:t>
            </w:r>
          </w:p>
        </w:tc>
        <w:tc>
          <w:tcPr>
            <w:tcW w:type="dxa" w:w="2160"/>
          </w:tcPr>
          <w:p>
            <w:r>
              <w:t>Describe any specific experiments or trials conducted to improve lentil yield or disease resistance during the tax year. What methodologies were employed?</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1066-0106</w:t>
            </w:r>
          </w:p>
        </w:tc>
        <w:tc>
          <w:tcPr>
            <w:tcW w:type="dxa" w:w="2160"/>
          </w:tcPr>
          <w:p>
            <w:r>
              <w:t>Qualified Research Expenses (QREs)</w:t>
            </w:r>
          </w:p>
        </w:tc>
        <w:tc>
          <w:tcPr>
            <w:tcW w:type="dxa" w:w="2160"/>
          </w:tcPr>
          <w:p>
            <w:r>
              <w:t>What percentage of your total labor costs in 2025 was allocated to employees directly engaged in R&amp;D activities related to lentil farming?</w:t>
              <w:br/>
              <w:t>Answer type: Percentage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1066-0107</w:t>
            </w:r>
          </w:p>
        </w:tc>
        <w:tc>
          <w:tcPr>
            <w:tcW w:type="dxa" w:w="2160"/>
          </w:tcPr>
          <w:p>
            <w:r>
              <w:t>Contract Research Expenses</w:t>
            </w:r>
          </w:p>
        </w:tc>
        <w:tc>
          <w:tcPr>
            <w:tcW w:type="dxa" w:w="2160"/>
          </w:tcPr>
          <w:p>
            <w:r>
              <w:t>Did you engage any third-party contractors for R&amp;D activities related to lentil cultivation in 2025? If yes, please detail the nature of the work and the total costs incurred.</w:t>
              <w:br/>
              <w:t>Answer type: Yes-No + details</w:t>
              <w:br/>
              <w:t>Trigger: Always</w:t>
              <w:br/>
              <w:t>Required: Yes</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1066-0108</w:t>
            </w:r>
          </w:p>
        </w:tc>
        <w:tc>
          <w:tcPr>
            <w:tcW w:type="dxa" w:w="2160"/>
          </w:tcPr>
          <w:p>
            <w:r>
              <w:t>Supplies and Materials</w:t>
            </w:r>
          </w:p>
        </w:tc>
        <w:tc>
          <w:tcPr>
            <w:tcW w:type="dxa" w:w="2160"/>
          </w:tcPr>
          <w:p>
            <w:r>
              <w:t>What types of materials or supplies were used in your R&amp;D activities for lentil farming in 2025? Please provide a breakdown of costs associated with these materials.</w:t>
              <w:br/>
              <w:t>Answer type: Repeating table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1066-0109</w:t>
            </w:r>
          </w:p>
        </w:tc>
        <w:tc>
          <w:tcPr>
            <w:tcW w:type="dxa" w:w="2160"/>
          </w:tcPr>
          <w:p>
            <w:r>
              <w:t>Documentation and Evidence</w:t>
            </w:r>
          </w:p>
        </w:tc>
        <w:tc>
          <w:tcPr>
            <w:tcW w:type="dxa" w:w="2160"/>
          </w:tcPr>
          <w:p>
            <w:r>
              <w:t>What documentation do you have to support your R&amp;D claims for lentil farming? Please list specific records such as lab notes, project plans, or expense reports.</w:t>
              <w:br/>
              <w:t>Answer type: Long text + evidence</w:t>
              <w:br/>
              <w:t>Trigger: Always</w:t>
              <w:br/>
              <w:t>Required: Yes</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1066-0110</w:t>
            </w:r>
          </w:p>
        </w:tc>
        <w:tc>
          <w:tcPr>
            <w:tcW w:type="dxa" w:w="2160"/>
          </w:tcPr>
          <w:p>
            <w:r>
              <w:t>Innovation and Improvement</w:t>
            </w:r>
          </w:p>
        </w:tc>
        <w:tc>
          <w:tcPr>
            <w:tcW w:type="dxa" w:w="2160"/>
          </w:tcPr>
          <w:p>
            <w:r>
              <w:t>What innovative techniques or technologies did you implement in your lentil farming operations in 2025 that qualify as experimental?</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1066-0111</w:t>
            </w:r>
          </w:p>
        </w:tc>
        <w:tc>
          <w:tcPr>
            <w:tcW w:type="dxa" w:w="2160"/>
          </w:tcPr>
          <w:p>
            <w:r>
              <w:t>Project Identification</w:t>
            </w:r>
          </w:p>
        </w:tc>
        <w:tc>
          <w:tcPr>
            <w:tcW w:type="dxa" w:w="2160"/>
          </w:tcPr>
          <w:p>
            <w:r>
              <w:t>Identify and describe any specific projects undertaken in 2025 aimed at developing new lentil varieties. What were the objectives and outcomes?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1066-0112</w:t>
            </w:r>
          </w:p>
        </w:tc>
        <w:tc>
          <w:tcPr>
            <w:tcW w:type="dxa" w:w="2160"/>
          </w:tcPr>
          <w:p>
            <w:r>
              <w:t>Employee Involvement</w:t>
            </w:r>
          </w:p>
        </w:tc>
        <w:tc>
          <w:tcPr>
            <w:tcW w:type="dxa" w:w="2160"/>
          </w:tcPr>
          <w:p>
            <w:r>
              <w:t>How many employees were involved in R&amp;D activities related to lentil farming in 2025? Please specify their roles and the percentage of their time dedicated to R&amp;D.</w:t>
              <w:br/>
              <w:t>Answer type: Integer + details</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1066-0113</w:t>
            </w:r>
          </w:p>
        </w:tc>
        <w:tc>
          <w:tcPr>
            <w:tcW w:type="dxa" w:w="2160"/>
          </w:tcPr>
          <w:p>
            <w:r>
              <w:t>Time Tracking</w:t>
            </w:r>
          </w:p>
        </w:tc>
        <w:tc>
          <w:tcPr>
            <w:tcW w:type="dxa" w:w="2160"/>
          </w:tcPr>
          <w:p>
            <w:r>
              <w:t>How do you track the time spent by employees on R&amp;D activities for lentil farming? Please provide details of your time-tracking system or methodology.</w:t>
              <w:br/>
              <w:t>Answer type: Long text + evidence</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1066-0114</w:t>
            </w:r>
          </w:p>
        </w:tc>
        <w:tc>
          <w:tcPr>
            <w:tcW w:type="dxa" w:w="2160"/>
          </w:tcPr>
          <w:p>
            <w:r>
              <w:t>Expense Allocation</w:t>
            </w:r>
          </w:p>
        </w:tc>
        <w:tc>
          <w:tcPr>
            <w:tcW w:type="dxa" w:w="2160"/>
          </w:tcPr>
          <w:p>
            <w:r>
              <w:t>What methods do you use to allocate overhead costs to your R&amp;D activities in lentil farming? Please provide a detailed explanation.</w:t>
              <w:br/>
              <w:t>Answer type: Long text + evidence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1066-0115</w:t>
            </w:r>
          </w:p>
        </w:tc>
        <w:tc>
          <w:tcPr>
            <w:tcW w:type="dxa" w:w="2160"/>
          </w:tcPr>
          <w:p>
            <w:r>
              <w:t>Tax Credit Calculation</w:t>
            </w:r>
          </w:p>
        </w:tc>
        <w:tc>
          <w:tcPr>
            <w:tcW w:type="dxa" w:w="2160"/>
          </w:tcPr>
          <w:p>
            <w:r>
              <w:t>What is your estimated federal R&amp;D tax credit for 2025 based on your qualified research expenses related to lentil farming? Please provide your calculation method and figures used.</w:t>
              <w:br/>
              <w:t>Answer type: Calculation + evidence</w:t>
              <w:br/>
              <w:t>Trigger: Always</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1066-0116</w:t>
            </w:r>
          </w:p>
        </w:tc>
        <w:tc>
          <w:tcPr>
            <w:tcW w:type="dxa" w:w="2160"/>
          </w:tcPr>
          <w:p>
            <w:r>
              <w:t>Qualified Research Expenses (QRE)</w:t>
            </w:r>
          </w:p>
        </w:tc>
        <w:tc>
          <w:tcPr>
            <w:tcW w:type="dxa" w:w="2160"/>
          </w:tcPr>
          <w:p>
            <w:r>
              <w:t>What specific activities related to lentil farming did you engage in during the tax year that you believe qualify as R&amp;D under California tax law?</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1066-0117</w:t>
            </w:r>
          </w:p>
        </w:tc>
        <w:tc>
          <w:tcPr>
            <w:tcW w:type="dxa" w:w="2160"/>
          </w:tcPr>
          <w:p>
            <w:r>
              <w:t>Qualified Research Expenses (QRE)</w:t>
            </w:r>
          </w:p>
        </w:tc>
        <w:tc>
          <w:tcPr>
            <w:tcW w:type="dxa" w:w="2160"/>
          </w:tcPr>
          <w:p>
            <w:r>
              <w:t>Can you provide a breakdown of the direct labor costs associated with the R&amp;D activities for lentil crop improvement in 2025?</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1066-0118</w:t>
            </w:r>
          </w:p>
        </w:tc>
        <w:tc>
          <w:tcPr>
            <w:tcW w:type="dxa" w:w="2160"/>
          </w:tcPr>
          <w:p>
            <w:r>
              <w:t>Qualified Research Expenses (QRE)</w:t>
            </w:r>
          </w:p>
        </w:tc>
        <w:tc>
          <w:tcPr>
            <w:tcW w:type="dxa" w:w="2160"/>
          </w:tcPr>
          <w:p>
            <w:r>
              <w:t>What percentage of your total expenses in 2025 were dedicated to materials used in R&amp;D activities for lentil farming?</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1066-0119</w:t>
            </w:r>
          </w:p>
        </w:tc>
        <w:tc>
          <w:tcPr>
            <w:tcW w:type="dxa" w:w="2160"/>
          </w:tcPr>
          <w:p>
            <w:r>
              <w:t>Qualified Research Activities</w:t>
            </w:r>
          </w:p>
        </w:tc>
        <w:tc>
          <w:tcPr>
            <w:tcW w:type="dxa" w:w="2160"/>
          </w:tcPr>
          <w:p>
            <w:r>
              <w:t>Did you conduct any experimental trials or field tests on lentil varieties in 2025? If yes, please describe the objectives and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1066-0120</w:t>
            </w:r>
          </w:p>
        </w:tc>
        <w:tc>
          <w:tcPr>
            <w:tcW w:type="dxa" w:w="2160"/>
          </w:tcPr>
          <w:p>
            <w:r>
              <w:t>Documentation of R&amp;D Activities</w:t>
            </w:r>
          </w:p>
        </w:tc>
        <w:tc>
          <w:tcPr>
            <w:tcW w:type="dxa" w:w="2160"/>
          </w:tcPr>
          <w:p>
            <w:r>
              <w:t>What documentation do you have to support your R&amp;D claims for lentil farming in 2025 (e.g., lab reports, trial results)? Please list and describe them.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1066-0121</w:t>
            </w:r>
          </w:p>
        </w:tc>
        <w:tc>
          <w:tcPr>
            <w:tcW w:type="dxa" w:w="2160"/>
          </w:tcPr>
          <w:p>
            <w:r>
              <w:t>Qualified Research Expenses (QRE)</w:t>
            </w:r>
          </w:p>
        </w:tc>
        <w:tc>
          <w:tcPr>
            <w:tcW w:type="dxa" w:w="2160"/>
          </w:tcPr>
          <w:p>
            <w:r>
              <w:t>What were the total overhead costs allocated to R&amp;D activities for lentil farming in 2025? Please provide the calculation method used.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1066-0122</w:t>
            </w:r>
          </w:p>
        </w:tc>
        <w:tc>
          <w:tcPr>
            <w:tcW w:type="dxa" w:w="2160"/>
          </w:tcPr>
          <w:p>
            <w:r>
              <w:t>Qualified Research Activities</w:t>
            </w:r>
          </w:p>
        </w:tc>
        <w:tc>
          <w:tcPr>
            <w:tcW w:type="dxa" w:w="2160"/>
          </w:tcPr>
          <w:p>
            <w:r>
              <w:t>Did you collaborate with any external research institutions or agricultural experts in your R&amp;D efforts for lentil farming? If so,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1066-0123</w:t>
            </w:r>
          </w:p>
        </w:tc>
        <w:tc>
          <w:tcPr>
            <w:tcW w:type="dxa" w:w="2160"/>
          </w:tcPr>
          <w:p>
            <w:r>
              <w:t>Qualified Research Activities</w:t>
            </w:r>
          </w:p>
        </w:tc>
        <w:tc>
          <w:tcPr>
            <w:tcW w:type="dxa" w:w="2160"/>
          </w:tcPr>
          <w:p>
            <w:r>
              <w:t>What specific technological advancements or methodologies did you implement in your lentil farming R&amp;D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1066-0124</w:t>
            </w:r>
          </w:p>
        </w:tc>
        <w:tc>
          <w:tcPr>
            <w:tcW w:type="dxa" w:w="2160"/>
          </w:tcPr>
          <w:p>
            <w:r>
              <w:t>Qualified Research Activities</w:t>
            </w:r>
          </w:p>
        </w:tc>
        <w:tc>
          <w:tcPr>
            <w:tcW w:type="dxa" w:w="2160"/>
          </w:tcPr>
          <w:p>
            <w:r>
              <w:t>Were any of your R&amp;D activities aimed at addressing environmental challenges specific to lentil farming in California?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1066-0125</w:t>
            </w:r>
          </w:p>
        </w:tc>
        <w:tc>
          <w:tcPr>
            <w:tcW w:type="dxa" w:w="2160"/>
          </w:tcPr>
          <w:p>
            <w:r>
              <w:t>Qualified Research Activities</w:t>
            </w:r>
          </w:p>
        </w:tc>
        <w:tc>
          <w:tcPr>
            <w:tcW w:type="dxa" w:w="2160"/>
          </w:tcPr>
          <w:p>
            <w:r>
              <w:t>What were the primary hypotheses or questions you were testing through your R&amp;D activities related to lentil production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1066-0126</w:t>
            </w:r>
          </w:p>
        </w:tc>
        <w:tc>
          <w:tcPr>
            <w:tcW w:type="dxa" w:w="2160"/>
          </w:tcPr>
          <w:p>
            <w:r>
              <w:t>Credit Calculation/Reconciliation</w:t>
            </w:r>
          </w:p>
        </w:tc>
        <w:tc>
          <w:tcPr>
            <w:tcW w:type="dxa" w:w="2160"/>
          </w:tcPr>
          <w:p>
            <w:r>
              <w:t>What is the total amount of R&amp;D tax credits you are claiming for the tax year 2025, and how was this figure calculated?</w:t>
              <w:br/>
              <w:t>Answer type: Currency</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1066-0127</w:t>
            </w:r>
          </w:p>
        </w:tc>
        <w:tc>
          <w:tcPr>
            <w:tcW w:type="dxa" w:w="2160"/>
          </w:tcPr>
          <w:p>
            <w:r>
              <w:t>Final Conclusions</w:t>
            </w:r>
          </w:p>
        </w:tc>
        <w:tc>
          <w:tcPr>
            <w:tcW w:type="dxa" w:w="2160"/>
          </w:tcPr>
          <w:p>
            <w:r>
              <w:t>What specific innovations or improvements were implemented in the lentil farming process during the tax year, and how do these relate to the R&amp;D activities claimed?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1066-0128</w:t>
            </w:r>
          </w:p>
        </w:tc>
        <w:tc>
          <w:tcPr>
            <w:tcW w:type="dxa" w:w="2160"/>
          </w:tcPr>
          <w:p>
            <w:r>
              <w:t>Open Issues</w:t>
            </w:r>
          </w:p>
        </w:tc>
        <w:tc>
          <w:tcPr>
            <w:tcW w:type="dxa" w:w="2160"/>
          </w:tcPr>
          <w:p>
            <w:r>
              <w:t>Were there any unresolved issues or disputes with the IRS or state authorities regarding the R&amp;D tax credit claims from the previous year? If so, please detail.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1066-0129</w:t>
            </w:r>
          </w:p>
        </w:tc>
        <w:tc>
          <w:tcPr>
            <w:tcW w:type="dxa" w:w="2160"/>
          </w:tcPr>
          <w:p>
            <w:r>
              <w:t>Certification</w:t>
            </w:r>
          </w:p>
        </w:tc>
        <w:tc>
          <w:tcPr>
            <w:tcW w:type="dxa" w:w="2160"/>
          </w:tcPr>
          <w:p>
            <w:r>
              <w:t>Can you confirm that all R&amp;D activities related to lentil farming were documented with appropriate evidence, such as project notes, experimental designs, and results?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1066-0130</w:t>
            </w:r>
          </w:p>
        </w:tc>
        <w:tc>
          <w:tcPr>
            <w:tcW w:type="dxa" w:w="2160"/>
          </w:tcPr>
          <w:p>
            <w:r>
              <w:t>Review</w:t>
            </w:r>
          </w:p>
        </w:tc>
        <w:tc>
          <w:tcPr>
            <w:tcW w:type="dxa" w:w="2160"/>
          </w:tcPr>
          <w:p>
            <w:r>
              <w:t>What percentage of total expenditures for the tax year were allocated to R&amp;D activities specifically related to lentil farming?</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1066-0131</w:t>
            </w:r>
          </w:p>
        </w:tc>
        <w:tc>
          <w:tcPr>
            <w:tcW w:type="dxa" w:w="2160"/>
          </w:tcPr>
          <w:p>
            <w:r>
              <w:t>Next-Year Controls</w:t>
            </w:r>
          </w:p>
        </w:tc>
        <w:tc>
          <w:tcPr>
            <w:tcW w:type="dxa" w:w="2160"/>
          </w:tcPr>
          <w:p>
            <w:r>
              <w:t>What specific controls or processes will be implemented next year to ensure accurate tracking of R&amp;D activities and expenditures related to lentil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1066-0132</w:t>
            </w:r>
          </w:p>
        </w:tc>
        <w:tc>
          <w:tcPr>
            <w:tcW w:type="dxa" w:w="2160"/>
          </w:tcPr>
          <w:p>
            <w:r>
              <w:t>Final Conclusions</w:t>
            </w:r>
          </w:p>
        </w:tc>
        <w:tc>
          <w:tcPr>
            <w:tcW w:type="dxa" w:w="2160"/>
          </w:tcPr>
          <w:p>
            <w:r>
              <w:t>How did the outcomes of the R&amp;D activities impact the overall yield and quality of lentils produced in the tax year?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1066-0133</w:t>
            </w:r>
          </w:p>
        </w:tc>
        <w:tc>
          <w:tcPr>
            <w:tcW w:type="dxa" w:w="2160"/>
          </w:tcPr>
          <w:p>
            <w:r>
              <w:t>Open Issues</w:t>
            </w:r>
          </w:p>
        </w:tc>
        <w:tc>
          <w:tcPr>
            <w:tcW w:type="dxa" w:w="2160"/>
          </w:tcPr>
          <w:p>
            <w:r>
              <w:t>Were there any changes in the methodologies used for R&amp;D in lentil farming compared to the previous tax year? If so, please explain.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1066-0134</w:t>
            </w:r>
          </w:p>
        </w:tc>
        <w:tc>
          <w:tcPr>
            <w:tcW w:type="dxa" w:w="2160"/>
          </w:tcPr>
          <w:p>
            <w:r>
              <w:t>Certification</w:t>
            </w:r>
          </w:p>
        </w:tc>
        <w:tc>
          <w:tcPr>
            <w:tcW w:type="dxa" w:w="2160"/>
          </w:tcPr>
          <w:p>
            <w:r>
              <w:t>Have all employees involved in R&amp;D activities related to lentil farming been properly trained and informed about documentation requirements for tax credit claims?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1066-0135</w:t>
            </w:r>
          </w:p>
        </w:tc>
        <w:tc>
          <w:tcPr>
            <w:tcW w:type="dxa" w:w="2160"/>
          </w:tcPr>
          <w:p>
            <w:r>
              <w:t>Review</w:t>
            </w:r>
          </w:p>
        </w:tc>
        <w:tc>
          <w:tcPr>
            <w:tcW w:type="dxa" w:w="2160"/>
          </w:tcPr>
          <w:p>
            <w:r>
              <w:t>What specific challenges or failures were encountered during the R&amp;D processes for lentil farming, and how were they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1066-0136</w:t>
            </w:r>
          </w:p>
        </w:tc>
        <w:tc>
          <w:tcPr>
            <w:tcW w:type="dxa" w:w="2160"/>
          </w:tcPr>
          <w:p>
            <w:r>
              <w:t>Next-Year Controls</w:t>
            </w:r>
          </w:p>
        </w:tc>
        <w:tc>
          <w:tcPr>
            <w:tcW w:type="dxa" w:w="2160"/>
          </w:tcPr>
          <w:p>
            <w:r>
              <w:t>What metrics will be used next year to evaluate the success of R&amp;D activities in lentil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1066-0137</w:t>
            </w:r>
          </w:p>
        </w:tc>
        <w:tc>
          <w:tcPr>
            <w:tcW w:type="dxa" w:w="2160"/>
          </w:tcPr>
          <w:p>
            <w:r>
              <w:t>Input Sourcing</w:t>
            </w:r>
          </w:p>
        </w:tc>
        <w:tc>
          <w:tcPr>
            <w:tcW w:type="dxa" w:w="2160"/>
          </w:tcPr>
          <w:p>
            <w:r>
              <w:t>What specific criteria do you use to select suppliers for lentil seeds, and how do these criteria align with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1066-0138</w:t>
            </w:r>
          </w:p>
        </w:tc>
        <w:tc>
          <w:tcPr>
            <w:tcW w:type="dxa" w:w="2160"/>
          </w:tcPr>
          <w:p>
            <w:r>
              <w:t>Quality Inspection</w:t>
            </w:r>
          </w:p>
        </w:tc>
        <w:tc>
          <w:tcPr>
            <w:tcW w:type="dxa" w:w="2160"/>
          </w:tcPr>
          <w:p>
            <w:r>
              <w:t>Describe the quality inspection process for incoming lentils, including the specific parameters you measure (e.g., size, color, and shape).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1066-0139</w:t>
            </w:r>
          </w:p>
        </w:tc>
        <w:tc>
          <w:tcPr>
            <w:tcW w:type="dxa" w:w="2160"/>
          </w:tcPr>
          <w:p>
            <w:r>
              <w:t>Moisture Testing</w:t>
            </w:r>
          </w:p>
        </w:tc>
        <w:tc>
          <w:tcPr>
            <w:tcW w:type="dxa" w:w="2160"/>
          </w:tcPr>
          <w:p>
            <w:r>
              <w:t>What methods do you employ to test the moisture content of incoming lentils, and what acceptable moisture levels do you maintain?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1066-0140</w:t>
            </w:r>
          </w:p>
        </w:tc>
        <w:tc>
          <w:tcPr>
            <w:tcW w:type="dxa" w:w="2160"/>
          </w:tcPr>
          <w:p>
            <w:r>
              <w:t>Contaminant Checks</w:t>
            </w:r>
          </w:p>
        </w:tc>
        <w:tc>
          <w:tcPr>
            <w:tcW w:type="dxa" w:w="2160"/>
          </w:tcPr>
          <w:p>
            <w:r>
              <w:t>What specific contaminants do you check for in incoming lentils, and what testing protocols do you follow?</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1066-0141</w:t>
            </w:r>
          </w:p>
        </w:tc>
        <w:tc>
          <w:tcPr>
            <w:tcW w:type="dxa" w:w="2160"/>
          </w:tcPr>
          <w:p>
            <w:r>
              <w:t>Storage Conditions</w:t>
            </w:r>
          </w:p>
        </w:tc>
        <w:tc>
          <w:tcPr>
            <w:tcW w:type="dxa" w:w="2160"/>
          </w:tcPr>
          <w:p>
            <w:r>
              <w:t>What are the specific storage conditions for incoming lentils (temperature, humidity, etc.), and how do you monitor these conditions?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1066-0142</w:t>
            </w:r>
          </w:p>
        </w:tc>
        <w:tc>
          <w:tcPr>
            <w:tcW w:type="dxa" w:w="2160"/>
          </w:tcPr>
          <w:p>
            <w:r>
              <w:t>Supplier Certifications</w:t>
            </w:r>
          </w:p>
        </w:tc>
        <w:tc>
          <w:tcPr>
            <w:tcW w:type="dxa" w:w="2160"/>
          </w:tcPr>
          <w:p>
            <w:r>
              <w:t>Do your suppliers provide certifications for their lentil seeds? If so, what specific certifications do you require?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1066-0143</w:t>
            </w:r>
          </w:p>
        </w:tc>
        <w:tc>
          <w:tcPr>
            <w:tcW w:type="dxa" w:w="2160"/>
          </w:tcPr>
          <w:p>
            <w:r>
              <w:t>Input Sourcing</w:t>
            </w:r>
          </w:p>
        </w:tc>
        <w:tc>
          <w:tcPr>
            <w:tcW w:type="dxa" w:w="2160"/>
          </w:tcPr>
          <w:p>
            <w:r>
              <w:t>How do you evaluate the performance of your suppliers over time, and what metrics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1066-0144</w:t>
            </w:r>
          </w:p>
        </w:tc>
        <w:tc>
          <w:tcPr>
            <w:tcW w:type="dxa" w:w="2160"/>
          </w:tcPr>
          <w:p>
            <w:r>
              <w:t>Quality Inspection</w:t>
            </w:r>
          </w:p>
        </w:tc>
        <w:tc>
          <w:tcPr>
            <w:tcW w:type="dxa" w:w="2160"/>
          </w:tcPr>
          <w:p>
            <w:r>
              <w:t>What training do your staff undergo to ensure they can accurately assess the quality of incoming lentils?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1066-0145</w:t>
            </w:r>
          </w:p>
        </w:tc>
        <w:tc>
          <w:tcPr>
            <w:tcW w:type="dxa" w:w="2160"/>
          </w:tcPr>
          <w:p>
            <w:r>
              <w:t>Moisture Testing</w:t>
            </w:r>
          </w:p>
        </w:tc>
        <w:tc>
          <w:tcPr>
            <w:tcW w:type="dxa" w:w="2160"/>
          </w:tcPr>
          <w:p>
            <w:r>
              <w:t>How frequently do you conduct moisture tests on incoming lentils, and what are the consequences of exceeding moisture limits?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1066-0146</w:t>
            </w:r>
          </w:p>
        </w:tc>
        <w:tc>
          <w:tcPr>
            <w:tcW w:type="dxa" w:w="2160"/>
          </w:tcPr>
          <w:p>
            <w:r>
              <w:t>Contaminant Checks</w:t>
            </w:r>
          </w:p>
        </w:tc>
        <w:tc>
          <w:tcPr>
            <w:tcW w:type="dxa" w:w="2160"/>
          </w:tcPr>
          <w:p>
            <w:r>
              <w:t>Can you provide examples of specific incidents where contaminants were found in incoming lentils, and how were they addressed?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1066-0147</w:t>
            </w:r>
          </w:p>
        </w:tc>
        <w:tc>
          <w:tcPr>
            <w:tcW w:type="dxa" w:w="2160"/>
          </w:tcPr>
          <w:p>
            <w:r>
              <w:t>Storage Conditions</w:t>
            </w:r>
          </w:p>
        </w:tc>
        <w:tc>
          <w:tcPr>
            <w:tcW w:type="dxa" w:w="2160"/>
          </w:tcPr>
          <w:p>
            <w:r>
              <w:t>What protocols do you have in place for monitoring and documenting storage conditions for incoming lentils?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1066-0148</w:t>
            </w:r>
          </w:p>
        </w:tc>
        <w:tc>
          <w:tcPr>
            <w:tcW w:type="dxa" w:w="2160"/>
          </w:tcPr>
          <w:p>
            <w:r>
              <w:t>Supplier Certifications</w:t>
            </w:r>
          </w:p>
        </w:tc>
        <w:tc>
          <w:tcPr>
            <w:tcW w:type="dxa" w:w="2160"/>
          </w:tcPr>
          <w:p>
            <w:r>
              <w:t>How do you verify the authenticity of supplier certifications for lentil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1066-0149</w:t>
            </w:r>
          </w:p>
        </w:tc>
        <w:tc>
          <w:tcPr>
            <w:tcW w:type="dxa" w:w="2160"/>
          </w:tcPr>
          <w:p>
            <w:r>
              <w:t>Input Sourcing</w:t>
            </w:r>
          </w:p>
        </w:tc>
        <w:tc>
          <w:tcPr>
            <w:tcW w:type="dxa" w:w="2160"/>
          </w:tcPr>
          <w:p>
            <w:r>
              <w:t>What geographical regions do you source your lentil seeds from, and why are these regions preferred?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1066-0150</w:t>
            </w:r>
          </w:p>
        </w:tc>
        <w:tc>
          <w:tcPr>
            <w:tcW w:type="dxa" w:w="2160"/>
          </w:tcPr>
          <w:p>
            <w:r>
              <w:t>Quality Inspection</w:t>
            </w:r>
          </w:p>
        </w:tc>
        <w:tc>
          <w:tcPr>
            <w:tcW w:type="dxa" w:w="2160"/>
          </w:tcPr>
          <w:p>
            <w:r>
              <w:t>What specific tools or equipment do you use for quality inspection of incoming lentils?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1066-0151</w:t>
            </w:r>
          </w:p>
        </w:tc>
        <w:tc>
          <w:tcPr>
            <w:tcW w:type="dxa" w:w="2160"/>
          </w:tcPr>
          <w:p>
            <w:r>
              <w:t>Moisture Testing</w:t>
            </w:r>
          </w:p>
        </w:tc>
        <w:tc>
          <w:tcPr>
            <w:tcW w:type="dxa" w:w="2160"/>
          </w:tcPr>
          <w:p>
            <w:r>
              <w:t>What is your protocol for handling lentils that do not meet the moisture content criteria?</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1066-0152</w:t>
            </w:r>
          </w:p>
        </w:tc>
        <w:tc>
          <w:tcPr>
            <w:tcW w:type="dxa" w:w="2160"/>
          </w:tcPr>
          <w:p>
            <w:r>
              <w:t>Contaminant Checks</w:t>
            </w:r>
          </w:p>
        </w:tc>
        <w:tc>
          <w:tcPr>
            <w:tcW w:type="dxa" w:w="2160"/>
          </w:tcPr>
          <w:p>
            <w:r>
              <w:t>How do you train your staff to identify potential contaminants in incoming lentils?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1066-0153</w:t>
            </w:r>
          </w:p>
        </w:tc>
        <w:tc>
          <w:tcPr>
            <w:tcW w:type="dxa" w:w="2160"/>
          </w:tcPr>
          <w:p>
            <w:r>
              <w:t>Storage Conditions</w:t>
            </w:r>
          </w:p>
        </w:tc>
        <w:tc>
          <w:tcPr>
            <w:tcW w:type="dxa" w:w="2160"/>
          </w:tcPr>
          <w:p>
            <w:r>
              <w:t>What measures do you take to prevent spoilage or degradation of lentils during storage?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1066-0154</w:t>
            </w:r>
          </w:p>
        </w:tc>
        <w:tc>
          <w:tcPr>
            <w:tcW w:type="dxa" w:w="2160"/>
          </w:tcPr>
          <w:p>
            <w:r>
              <w:t>Supplier Certifications</w:t>
            </w:r>
          </w:p>
        </w:tc>
        <w:tc>
          <w:tcPr>
            <w:tcW w:type="dxa" w:w="2160"/>
          </w:tcPr>
          <w:p>
            <w:r>
              <w:t>How often do you review and update your supplier certification requirements?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1066-0155</w:t>
            </w:r>
          </w:p>
        </w:tc>
        <w:tc>
          <w:tcPr>
            <w:tcW w:type="dxa" w:w="2160"/>
          </w:tcPr>
          <w:p>
            <w:r>
              <w:t>Input Sourcing</w:t>
            </w:r>
          </w:p>
        </w:tc>
        <w:tc>
          <w:tcPr>
            <w:tcW w:type="dxa" w:w="2160"/>
          </w:tcPr>
          <w:p>
            <w:r>
              <w:t>What specific documentation do you require from suppliers at the time of delivery for lentil seeds?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1066-0156</w:t>
            </w:r>
          </w:p>
        </w:tc>
        <w:tc>
          <w:tcPr>
            <w:tcW w:type="dxa" w:w="2160"/>
          </w:tcPr>
          <w:p>
            <w:r>
              <w:t>Quality Inspection</w:t>
            </w:r>
          </w:p>
        </w:tc>
        <w:tc>
          <w:tcPr>
            <w:tcW w:type="dxa" w:w="2160"/>
          </w:tcPr>
          <w:p>
            <w:r>
              <w:t>What corrective actions do you implement if the quality inspection reveals non-compliance with your standards?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1066-0157</w:t>
            </w:r>
          </w:p>
        </w:tc>
        <w:tc>
          <w:tcPr>
            <w:tcW w:type="dxa" w:w="2160"/>
          </w:tcPr>
          <w:p>
            <w:r>
              <w:t>Quality Assurance</w:t>
            </w:r>
          </w:p>
        </w:tc>
        <w:tc>
          <w:tcPr>
            <w:tcW w:type="dxa" w:w="2160"/>
          </w:tcPr>
          <w:p>
            <w:r>
              <w:t>How do you assess the quality of inputs received for your R&amp;D projects? Please specify any testing protocols used.</w:t>
              <w:br/>
              <w:t>Answer type: Text</w:t>
              <w:br/>
              <w:t>Trigger: If inputs are received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1066-0158</w:t>
            </w:r>
          </w:p>
        </w:tc>
        <w:tc>
          <w:tcPr>
            <w:tcW w:type="dxa" w:w="2160"/>
          </w:tcPr>
          <w:p>
            <w:r>
              <w:t>Operational</w:t>
            </w:r>
          </w:p>
        </w:tc>
        <w:tc>
          <w:tcPr>
            <w:tcW w:type="dxa" w:w="2160"/>
          </w:tcPr>
          <w:p>
            <w:r>
              <w:t>What documentation do you keep regarding the quality control measures applied to inputs used in R&amp;D activities?</w:t>
              <w:br/>
              <w:t>Answer type: Text</w:t>
              <w:br/>
              <w:t>Trigger: If quality control measures are applied</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SEED-TREATMENT-PROCESSING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1066-0159</w:t>
            </w:r>
          </w:p>
        </w:tc>
        <w:tc>
          <w:tcPr>
            <w:tcW w:type="dxa" w:w="2160"/>
          </w:tcPr>
          <w:p>
            <w:r>
              <w:t>Seed Coating</w:t>
            </w:r>
          </w:p>
        </w:tc>
        <w:tc>
          <w:tcPr>
            <w:tcW w:type="dxa" w:w="2160"/>
          </w:tcPr>
          <w:p>
            <w:r>
              <w:t>What specific seed coating materials did you experiment with during the 2025 tax year, and what were the intended benefits of each?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1066-0160</w:t>
            </w:r>
          </w:p>
        </w:tc>
        <w:tc>
          <w:tcPr>
            <w:tcW w:type="dxa" w:w="2160"/>
          </w:tcPr>
          <w:p>
            <w:r>
              <w:t>Biological Treatments</w:t>
            </w:r>
          </w:p>
        </w:tc>
        <w:tc>
          <w:tcPr>
            <w:tcW w:type="dxa" w:w="2160"/>
          </w:tcPr>
          <w:p>
            <w:r>
              <w:t>Can you describe any biological treatments you tested on lentil seeds in 2025, including the organisms used and the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1066-0161</w:t>
            </w:r>
          </w:p>
        </w:tc>
        <w:tc>
          <w:tcPr>
            <w:tcW w:type="dxa" w:w="2160"/>
          </w:tcPr>
          <w:p>
            <w:r>
              <w:t>Chemical Treatments</w:t>
            </w:r>
          </w:p>
        </w:tc>
        <w:tc>
          <w:tcPr>
            <w:tcW w:type="dxa" w:w="2160"/>
          </w:tcPr>
          <w:p>
            <w:r>
              <w:t>What chemical treatments were applied to your lentil seeds in 2025, and how did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1066-0162</w:t>
            </w:r>
          </w:p>
        </w:tc>
        <w:tc>
          <w:tcPr>
            <w:tcW w:type="dxa" w:w="2160"/>
          </w:tcPr>
          <w:p>
            <w:r>
              <w:t>Germination Rates</w:t>
            </w:r>
          </w:p>
        </w:tc>
        <w:tc>
          <w:tcPr>
            <w:tcW w:type="dxa" w:w="2160"/>
          </w:tcPr>
          <w:p>
            <w:r>
              <w:t>What were the germination rates observed for treated versus untreated seeds in your 2025 experiments? Please provide specific data.</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1066-0163</w:t>
            </w:r>
          </w:p>
        </w:tc>
        <w:tc>
          <w:tcPr>
            <w:tcW w:type="dxa" w:w="2160"/>
          </w:tcPr>
          <w:p>
            <w:r>
              <w:t>Pest Resistance</w:t>
            </w:r>
          </w:p>
        </w:tc>
        <w:tc>
          <w:tcPr>
            <w:tcW w:type="dxa" w:w="2160"/>
          </w:tcPr>
          <w:p>
            <w:r>
              <w:t>What pest resistance measures were implemented in your seed treatment process, and what were the results of these measures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1066-0164</w:t>
            </w:r>
          </w:p>
        </w:tc>
        <w:tc>
          <w:tcPr>
            <w:tcW w:type="dxa" w:w="2160"/>
          </w:tcPr>
          <w:p>
            <w:r>
              <w:t>Regulatory Compliance</w:t>
            </w:r>
          </w:p>
        </w:tc>
        <w:tc>
          <w:tcPr>
            <w:tcW w:type="dxa" w:w="2160"/>
          </w:tcPr>
          <w:p>
            <w:r>
              <w:t>What regulatory compliance checks did you perform on your seed treatment methods in 2025, and what documentation do you have to support this?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1066-0165</w:t>
            </w:r>
          </w:p>
        </w:tc>
        <w:tc>
          <w:tcPr>
            <w:tcW w:type="dxa" w:w="2160"/>
          </w:tcPr>
          <w:p>
            <w:r>
              <w:t>Experimental Design</w:t>
            </w:r>
          </w:p>
        </w:tc>
        <w:tc>
          <w:tcPr>
            <w:tcW w:type="dxa" w:w="2160"/>
          </w:tcPr>
          <w:p>
            <w:r>
              <w:t>What experimental design did you use to test the effectiveness of different seed treatments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1066-0166</w:t>
            </w:r>
          </w:p>
        </w:tc>
        <w:tc>
          <w:tcPr>
            <w:tcW w:type="dxa" w:w="2160"/>
          </w:tcPr>
          <w:p>
            <w:r>
              <w:t>Data Collection</w:t>
            </w:r>
          </w:p>
        </w:tc>
        <w:tc>
          <w:tcPr>
            <w:tcW w:type="dxa" w:w="2160"/>
          </w:tcPr>
          <w:p>
            <w:r>
              <w:t>How did you collect data on the performance of treated seeds versus untreated seeds, and what metrics did you track?</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1066-0167</w:t>
            </w:r>
          </w:p>
        </w:tc>
        <w:tc>
          <w:tcPr>
            <w:tcW w:type="dxa" w:w="2160"/>
          </w:tcPr>
          <w:p>
            <w:r>
              <w:t>Impact Assessment</w:t>
            </w:r>
          </w:p>
        </w:tc>
        <w:tc>
          <w:tcPr>
            <w:tcW w:type="dxa" w:w="2160"/>
          </w:tcPr>
          <w:p>
            <w:r>
              <w:t>What methods did you use to assess the impact of seed treatments on crop yield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1066-0168</w:t>
            </w:r>
          </w:p>
        </w:tc>
        <w:tc>
          <w:tcPr>
            <w:tcW w:type="dxa" w:w="2160"/>
          </w:tcPr>
          <w:p>
            <w:r>
              <w:t>Cost Analysis</w:t>
            </w:r>
          </w:p>
        </w:tc>
        <w:tc>
          <w:tcPr>
            <w:tcW w:type="dxa" w:w="2160"/>
          </w:tcPr>
          <w:p>
            <w:r>
              <w:t>What were the costs associated with the various seed treatment methods implemented in 2025, and how did you evaluate their cost-effectiveness?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1066-0169</w:t>
            </w:r>
          </w:p>
        </w:tc>
        <w:tc>
          <w:tcPr>
            <w:tcW w:type="dxa" w:w="2160"/>
          </w:tcPr>
          <w:p>
            <w:r>
              <w:t>Yield Variability</w:t>
            </w:r>
          </w:p>
        </w:tc>
        <w:tc>
          <w:tcPr>
            <w:tcW w:type="dxa" w:w="2160"/>
          </w:tcPr>
          <w:p>
            <w:r>
              <w:t>What factors contributed to any variability in crop yield from treated seeds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1066-0170</w:t>
            </w:r>
          </w:p>
        </w:tc>
        <w:tc>
          <w:tcPr>
            <w:tcW w:type="dxa" w:w="2160"/>
          </w:tcPr>
          <w:p>
            <w:r>
              <w:t>Control Groups</w:t>
            </w:r>
          </w:p>
        </w:tc>
        <w:tc>
          <w:tcPr>
            <w:tcW w:type="dxa" w:w="2160"/>
          </w:tcPr>
          <w:p>
            <w:r>
              <w:t>Did you establish control groups for your seed treatments in 2025? If so, how were they managed and what were the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1066-0171</w:t>
            </w:r>
          </w:p>
        </w:tc>
        <w:tc>
          <w:tcPr>
            <w:tcW w:type="dxa" w:w="2160"/>
          </w:tcPr>
          <w:p>
            <w:r>
              <w:t>Field Trials</w:t>
            </w:r>
          </w:p>
        </w:tc>
        <w:tc>
          <w:tcPr>
            <w:tcW w:type="dxa" w:w="2160"/>
          </w:tcPr>
          <w:p>
            <w:r>
              <w:t>What field trials did you conduct to evaluate the efficacy of your seed treatments in 2025, including locations and conditions?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1066-0172</w:t>
            </w:r>
          </w:p>
        </w:tc>
        <w:tc>
          <w:tcPr>
            <w:tcW w:type="dxa" w:w="2160"/>
          </w:tcPr>
          <w:p>
            <w:r>
              <w:t>Collaboration</w:t>
            </w:r>
          </w:p>
        </w:tc>
        <w:tc>
          <w:tcPr>
            <w:tcW w:type="dxa" w:w="2160"/>
          </w:tcPr>
          <w:p>
            <w:r>
              <w:t>Did you collaborate with any external research institutions or consultants for your seed treatment studies in 2025?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1066-0173</w:t>
            </w:r>
          </w:p>
        </w:tc>
        <w:tc>
          <w:tcPr>
            <w:tcW w:type="dxa" w:w="2160"/>
          </w:tcPr>
          <w:p>
            <w:r>
              <w:t>Innovation</w:t>
            </w:r>
          </w:p>
        </w:tc>
        <w:tc>
          <w:tcPr>
            <w:tcW w:type="dxa" w:w="2160"/>
          </w:tcPr>
          <w:p>
            <w:r>
              <w:t>What innovative techniques or technologies did you implement in your seed treatment processes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1066-0174</w:t>
            </w:r>
          </w:p>
        </w:tc>
        <w:tc>
          <w:tcPr>
            <w:tcW w:type="dxa" w:w="2160"/>
          </w:tcPr>
          <w:p>
            <w:r>
              <w:t>Documentation</w:t>
            </w:r>
          </w:p>
        </w:tc>
        <w:tc>
          <w:tcPr>
            <w:tcW w:type="dxa" w:w="2160"/>
          </w:tcPr>
          <w:p>
            <w:r>
              <w:t>What documentation do you maintain regarding your seed treatment experiments, including protocols, results, and analyses?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1066-0175</w:t>
            </w:r>
          </w:p>
        </w:tc>
        <w:tc>
          <w:tcPr>
            <w:tcW w:type="dxa" w:w="2160"/>
          </w:tcPr>
          <w:p>
            <w:r>
              <w:t>Future Plans</w:t>
            </w:r>
          </w:p>
        </w:tc>
        <w:tc>
          <w:tcPr>
            <w:tcW w:type="dxa" w:w="2160"/>
          </w:tcPr>
          <w:p>
            <w:r>
              <w:t>Based on your findings from the 2025 seed treatment experiments, what future research or changes do you plan to implement?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1066-0176</w:t>
            </w:r>
          </w:p>
        </w:tc>
        <w:tc>
          <w:tcPr>
            <w:tcW w:type="dxa" w:w="2160"/>
          </w:tcPr>
          <w:p>
            <w:r>
              <w:t>Performance Metrics</w:t>
            </w:r>
          </w:p>
        </w:tc>
        <w:tc>
          <w:tcPr>
            <w:tcW w:type="dxa" w:w="2160"/>
          </w:tcPr>
          <w:p>
            <w:r>
              <w:t>What specific performance metrics did you establish to evaluate the success of your seed treatments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1066-0177</w:t>
            </w:r>
          </w:p>
        </w:tc>
        <w:tc>
          <w:tcPr>
            <w:tcW w:type="dxa" w:w="2160"/>
          </w:tcPr>
          <w:p>
            <w:r>
              <w:t>Environmental Impact</w:t>
            </w:r>
          </w:p>
        </w:tc>
        <w:tc>
          <w:tcPr>
            <w:tcW w:type="dxa" w:w="2160"/>
          </w:tcPr>
          <w:p>
            <w:r>
              <w:t>What considerations did you take into account regarding the environmental impact of your seed treatments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1066-0178</w:t>
            </w:r>
          </w:p>
        </w:tc>
        <w:tc>
          <w:tcPr>
            <w:tcW w:type="dxa" w:w="2160"/>
          </w:tcPr>
          <w:p>
            <w:r>
              <w:t>Innovation</w:t>
            </w:r>
          </w:p>
        </w:tc>
        <w:tc>
          <w:tcPr>
            <w:tcW w:type="dxa" w:w="2160"/>
          </w:tcPr>
          <w:p>
            <w:r>
              <w:t>What innovative seed treatment methods have you developed or tested in your R&amp;D efforts?</w:t>
              <w:br/>
              <w:t>Answer type: Text</w:t>
              <w:br/>
              <w:t>Trigger: If innovative methods are developed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CULTIVATION-TECHNIQUES-SUSTAINABILITY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1066-0179</w:t>
            </w:r>
          </w:p>
        </w:tc>
        <w:tc>
          <w:tcPr>
            <w:tcW w:type="dxa" w:w="2160"/>
          </w:tcPr>
          <w:p>
            <w:r>
              <w:t>Crop Rotation</w:t>
            </w:r>
          </w:p>
        </w:tc>
        <w:tc>
          <w:tcPr>
            <w:tcW w:type="dxa" w:w="2160"/>
          </w:tcPr>
          <w:p>
            <w:r>
              <w:t>What specific crop rotation practices have you implemented to enhance soil health and reduce pest pressures in your lentil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1066-0180</w:t>
            </w:r>
          </w:p>
        </w:tc>
        <w:tc>
          <w:tcPr>
            <w:tcW w:type="dxa" w:w="2160"/>
          </w:tcPr>
          <w:p>
            <w:r>
              <w:t>Cover Cropping</w:t>
            </w:r>
          </w:p>
        </w:tc>
        <w:tc>
          <w:tcPr>
            <w:tcW w:type="dxa" w:w="2160"/>
          </w:tcPr>
          <w:p>
            <w:r>
              <w:t>Which cover crops have you utilized in your lentil farming, and what experimental outcomes did you observe regarding soil fertility and moisture retention?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1066-0181</w:t>
            </w:r>
          </w:p>
        </w:tc>
        <w:tc>
          <w:tcPr>
            <w:tcW w:type="dxa" w:w="2160"/>
          </w:tcPr>
          <w:p>
            <w:r>
              <w:t>Soil Health</w:t>
            </w:r>
          </w:p>
        </w:tc>
        <w:tc>
          <w:tcPr>
            <w:tcW w:type="dxa" w:w="2160"/>
          </w:tcPr>
          <w:p>
            <w:r>
              <w:t>Can you describe any innovative soil health assessments or amendments you have tested on your lentil farm, including the methods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1066-0182</w:t>
            </w:r>
          </w:p>
        </w:tc>
        <w:tc>
          <w:tcPr>
            <w:tcW w:type="dxa" w:w="2160"/>
          </w:tcPr>
          <w:p>
            <w:r>
              <w:t>Water Management</w:t>
            </w:r>
          </w:p>
        </w:tc>
        <w:tc>
          <w:tcPr>
            <w:tcW w:type="dxa" w:w="2160"/>
          </w:tcPr>
          <w:p>
            <w:r>
              <w:t>What new water management techniques have you experimented with to optimize irrigation efficiency for lentil crops? Please detail the methods and any measurable impacts on yield or water usage.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1066-0183</w:t>
            </w:r>
          </w:p>
        </w:tc>
        <w:tc>
          <w:tcPr>
            <w:tcW w:type="dxa" w:w="2160"/>
          </w:tcPr>
          <w:p>
            <w:r>
              <w:t>Sustainable Practices</w:t>
            </w:r>
          </w:p>
        </w:tc>
        <w:tc>
          <w:tcPr>
            <w:tcW w:type="dxa" w:w="2160"/>
          </w:tcPr>
          <w:p>
            <w:r>
              <w:t>What innovative sustainable practices have you adopted in your lentil farming that differ from conventional methods, and how have you measured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1066-0184</w:t>
            </w:r>
          </w:p>
        </w:tc>
        <w:tc>
          <w:tcPr>
            <w:tcW w:type="dxa" w:w="2160"/>
          </w:tcPr>
          <w:p>
            <w:r>
              <w:t>Organic Certification</w:t>
            </w:r>
          </w:p>
        </w:tc>
        <w:tc>
          <w:tcPr>
            <w:tcW w:type="dxa" w:w="2160"/>
          </w:tcPr>
          <w:p>
            <w:r>
              <w:t>What steps have you taken to achieve organic certification for your lentil farm, and what challenges did you face during the process?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1066-0185</w:t>
            </w:r>
          </w:p>
        </w:tc>
        <w:tc>
          <w:tcPr>
            <w:tcW w:type="dxa" w:w="2160"/>
          </w:tcPr>
          <w:p>
            <w:r>
              <w:t>Crop Rotation</w:t>
            </w:r>
          </w:p>
        </w:tc>
        <w:tc>
          <w:tcPr>
            <w:tcW w:type="dxa" w:w="2160"/>
          </w:tcPr>
          <w:p>
            <w:r>
              <w:t>How do you document the effectiveness of your crop rotation strategies in improving lentil yield and pest resistance?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1066-0186</w:t>
            </w:r>
          </w:p>
        </w:tc>
        <w:tc>
          <w:tcPr>
            <w:tcW w:type="dxa" w:w="2160"/>
          </w:tcPr>
          <w:p>
            <w:r>
              <w:t>Cover Cropping</w:t>
            </w:r>
          </w:p>
        </w:tc>
        <w:tc>
          <w:tcPr>
            <w:tcW w:type="dxa" w:w="2160"/>
          </w:tcPr>
          <w:p>
            <w:r>
              <w:t>Have you conducted any trials with different cover crops to assess their impact on lentil growth? If so, please provide details on the trials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1066-0187</w:t>
            </w:r>
          </w:p>
        </w:tc>
        <w:tc>
          <w:tcPr>
            <w:tcW w:type="dxa" w:w="2160"/>
          </w:tcPr>
          <w:p>
            <w:r>
              <w:t>Soil Health</w:t>
            </w:r>
          </w:p>
        </w:tc>
        <w:tc>
          <w:tcPr>
            <w:tcW w:type="dxa" w:w="2160"/>
          </w:tcPr>
          <w:p>
            <w:r>
              <w:t>What innovative soil testing methods have you employed to monitor soil health on your lentil farm, and what findings have influenced your farming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1066-0188</w:t>
            </w:r>
          </w:p>
        </w:tc>
        <w:tc>
          <w:tcPr>
            <w:tcW w:type="dxa" w:w="2160"/>
          </w:tcPr>
          <w:p>
            <w:r>
              <w:t>Water Management</w:t>
            </w:r>
          </w:p>
        </w:tc>
        <w:tc>
          <w:tcPr>
            <w:tcW w:type="dxa" w:w="2160"/>
          </w:tcPr>
          <w:p>
            <w:r>
              <w:t>What experimental technologies or practices have you adopted to improve water conservation in your lentil farming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1066-0189</w:t>
            </w:r>
          </w:p>
        </w:tc>
        <w:tc>
          <w:tcPr>
            <w:tcW w:type="dxa" w:w="2160"/>
          </w:tcPr>
          <w:p>
            <w:r>
              <w:t>Sustainable Practices</w:t>
            </w:r>
          </w:p>
        </w:tc>
        <w:tc>
          <w:tcPr>
            <w:tcW w:type="dxa" w:w="2160"/>
          </w:tcPr>
          <w:p>
            <w:r>
              <w:t>Can you provide examples of any innovative pest management practices you have integrated into your lentil farming to enhance sustainability?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1066-0190</w:t>
            </w:r>
          </w:p>
        </w:tc>
        <w:tc>
          <w:tcPr>
            <w:tcW w:type="dxa" w:w="2160"/>
          </w:tcPr>
          <w:p>
            <w:r>
              <w:t>Organic Certification</w:t>
            </w:r>
          </w:p>
        </w:tc>
        <w:tc>
          <w:tcPr>
            <w:tcW w:type="dxa" w:w="2160"/>
          </w:tcPr>
          <w:p>
            <w:r>
              <w:t>What innovative practices have you implemented to maintain organic standards in your lentil production, and how do you track compliance?</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1066-0191</w:t>
            </w:r>
          </w:p>
        </w:tc>
        <w:tc>
          <w:tcPr>
            <w:tcW w:type="dxa" w:w="2160"/>
          </w:tcPr>
          <w:p>
            <w:r>
              <w:t>Crop Rotation</w:t>
            </w:r>
          </w:p>
        </w:tc>
        <w:tc>
          <w:tcPr>
            <w:tcW w:type="dxa" w:w="2160"/>
          </w:tcPr>
          <w:p>
            <w:r>
              <w:t>What metrics do you use to evaluate the success of your crop rotation practices in relation to lentil production?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1066-0192</w:t>
            </w:r>
          </w:p>
        </w:tc>
        <w:tc>
          <w:tcPr>
            <w:tcW w:type="dxa" w:w="2160"/>
          </w:tcPr>
          <w:p>
            <w:r>
              <w:t>Cover Cropping</w:t>
            </w:r>
          </w:p>
        </w:tc>
        <w:tc>
          <w:tcPr>
            <w:tcW w:type="dxa" w:w="2160"/>
          </w:tcPr>
          <w:p>
            <w:r>
              <w:t>Have you developed any new methodologies for integrating cover crops into your lentil farming system? If so, please describe them and their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1066-0193</w:t>
            </w:r>
          </w:p>
        </w:tc>
        <w:tc>
          <w:tcPr>
            <w:tcW w:type="dxa" w:w="2160"/>
          </w:tcPr>
          <w:p>
            <w:r>
              <w:t>Soil Health</w:t>
            </w:r>
          </w:p>
        </w:tc>
        <w:tc>
          <w:tcPr>
            <w:tcW w:type="dxa" w:w="2160"/>
          </w:tcPr>
          <w:p>
            <w:r>
              <w:t>What innovative practices have you tested to improve soil microbial diversity on your lentil farm, and what results did you observe?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1066-0194</w:t>
            </w:r>
          </w:p>
        </w:tc>
        <w:tc>
          <w:tcPr>
            <w:tcW w:type="dxa" w:w="2160"/>
          </w:tcPr>
          <w:p>
            <w:r>
              <w:t>Water Management</w:t>
            </w:r>
          </w:p>
        </w:tc>
        <w:tc>
          <w:tcPr>
            <w:tcW w:type="dxa" w:w="2160"/>
          </w:tcPr>
          <w:p>
            <w:r>
              <w:t>What experimental approaches have you taken to enhance rainwater harvesting for your lentil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1066-0195</w:t>
            </w:r>
          </w:p>
        </w:tc>
        <w:tc>
          <w:tcPr>
            <w:tcW w:type="dxa" w:w="2160"/>
          </w:tcPr>
          <w:p>
            <w:r>
              <w:t>Sustainability</w:t>
            </w:r>
          </w:p>
        </w:tc>
        <w:tc>
          <w:tcPr>
            <w:tcW w:type="dxa" w:w="2160"/>
          </w:tcPr>
          <w:p>
            <w:r>
              <w:t>How do you measure the sustainability impact of the cultivation techniques you develop?</w:t>
              <w:br/>
              <w:t>Answer type: Text</w:t>
              <w:br/>
              <w:t>Trigger: If sustainability measures are in place</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HARVESTING-METHODS-EFFICIENCY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1066-0196</w:t>
            </w:r>
          </w:p>
        </w:tc>
        <w:tc>
          <w:tcPr>
            <w:tcW w:type="dxa" w:w="2160"/>
          </w:tcPr>
          <w:p>
            <w:r>
              <w:t>Mechanical Harvesting Techniques</w:t>
            </w:r>
          </w:p>
        </w:tc>
        <w:tc>
          <w:tcPr>
            <w:tcW w:type="dxa" w:w="2160"/>
          </w:tcPr>
          <w:p>
            <w:r>
              <w:t>What specific mechanical harvesting equipment did you use for lentils in the 2025 tax year, and what modifications were made to improve its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1066-0197</w:t>
            </w:r>
          </w:p>
        </w:tc>
        <w:tc>
          <w:tcPr>
            <w:tcW w:type="dxa" w:w="2160"/>
          </w:tcPr>
          <w:p>
            <w:r>
              <w:t>Manual Harvesting Techniques</w:t>
            </w:r>
          </w:p>
        </w:tc>
        <w:tc>
          <w:tcPr>
            <w:tcW w:type="dxa" w:w="2160"/>
          </w:tcPr>
          <w:p>
            <w:r>
              <w:t>For any manual harvesting conducted in 2025, what specific techniques were employed to enhance labor efficiency, and how do you measure the effectiveness of these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1066-0198</w:t>
            </w:r>
          </w:p>
        </w:tc>
        <w:tc>
          <w:tcPr>
            <w:tcW w:type="dxa" w:w="2160"/>
          </w:tcPr>
          <w:p>
            <w:r>
              <w:t>Timing of Harvest</w:t>
            </w:r>
          </w:p>
        </w:tc>
        <w:tc>
          <w:tcPr>
            <w:tcW w:type="dxa" w:w="2160"/>
          </w:tcPr>
          <w:p>
            <w:r>
              <w:t>What criteria did you use to determine the optimal timing for harvesting lentils in 2025, and how did this impact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1066-0199</w:t>
            </w:r>
          </w:p>
        </w:tc>
        <w:tc>
          <w:tcPr>
            <w:tcW w:type="dxa" w:w="2160"/>
          </w:tcPr>
          <w:p>
            <w:r>
              <w:t>Equipment Calibration</w:t>
            </w:r>
          </w:p>
        </w:tc>
        <w:tc>
          <w:tcPr>
            <w:tcW w:type="dxa" w:w="2160"/>
          </w:tcPr>
          <w:p>
            <w:r>
              <w:t>Describe the calibration process for your harvesting equipment in 2025. What specific metrics were monitored to ensure optimal performance?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1066-0200</w:t>
            </w:r>
          </w:p>
        </w:tc>
        <w:tc>
          <w:tcPr>
            <w:tcW w:type="dxa" w:w="2160"/>
          </w:tcPr>
          <w:p>
            <w:r>
              <w:t>Yield Optimization</w:t>
            </w:r>
          </w:p>
        </w:tc>
        <w:tc>
          <w:tcPr>
            <w:tcW w:type="dxa" w:w="2160"/>
          </w:tcPr>
          <w:p>
            <w:r>
              <w:t>What experimental methods did you implement in 2025 to optimize the yield of lentils during harvesting,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1066-0201</w:t>
            </w:r>
          </w:p>
        </w:tc>
        <w:tc>
          <w:tcPr>
            <w:tcW w:type="dxa" w:w="2160"/>
          </w:tcPr>
          <w:p>
            <w:r>
              <w:t>Labor Efficiency</w:t>
            </w:r>
          </w:p>
        </w:tc>
        <w:tc>
          <w:tcPr>
            <w:tcW w:type="dxa" w:w="2160"/>
          </w:tcPr>
          <w:p>
            <w:r>
              <w:t>In 2025, how did you assess the labor efficiency of your harvesting operations, and what changes were made based on this assessment?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1066-0202</w:t>
            </w:r>
          </w:p>
        </w:tc>
        <w:tc>
          <w:tcPr>
            <w:tcW w:type="dxa" w:w="2160"/>
          </w:tcPr>
          <w:p>
            <w:r>
              <w:t>Mechanical Harvesting Techniques</w:t>
            </w:r>
          </w:p>
        </w:tc>
        <w:tc>
          <w:tcPr>
            <w:tcW w:type="dxa" w:w="2160"/>
          </w:tcPr>
          <w:p>
            <w:r>
              <w:t>What challenges did you face with mechanical harvesting in 2025, and what experimental solutions were tested to overcome these challenges?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1066-0203</w:t>
            </w:r>
          </w:p>
        </w:tc>
        <w:tc>
          <w:tcPr>
            <w:tcW w:type="dxa" w:w="2160"/>
          </w:tcPr>
          <w:p>
            <w:r>
              <w:t>Manual Harvesting Techniques</w:t>
            </w:r>
          </w:p>
        </w:tc>
        <w:tc>
          <w:tcPr>
            <w:tcW w:type="dxa" w:w="2160"/>
          </w:tcPr>
          <w:p>
            <w:r>
              <w:t>What specific training did laborers receive to improve manual harvesting efficiency in 2025, and how was the effectiveness of this training evaluated?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1066-0204</w:t>
            </w:r>
          </w:p>
        </w:tc>
        <w:tc>
          <w:tcPr>
            <w:tcW w:type="dxa" w:w="2160"/>
          </w:tcPr>
          <w:p>
            <w:r>
              <w:t>Timing of Harvest</w:t>
            </w:r>
          </w:p>
        </w:tc>
        <w:tc>
          <w:tcPr>
            <w:tcW w:type="dxa" w:w="2160"/>
          </w:tcPr>
          <w:p>
            <w:r>
              <w:t>What environmental factors did you consider when determining the timing of the harvest in 2025, and how did these factors influence your decision?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1066-0205</w:t>
            </w:r>
          </w:p>
        </w:tc>
        <w:tc>
          <w:tcPr>
            <w:tcW w:type="dxa" w:w="2160"/>
          </w:tcPr>
          <w:p>
            <w:r>
              <w:t>Equipment Calibration</w:t>
            </w:r>
          </w:p>
        </w:tc>
        <w:tc>
          <w:tcPr>
            <w:tcW w:type="dxa" w:w="2160"/>
          </w:tcPr>
          <w:p>
            <w:r>
              <w:t>What specific calibration tools or technologies were utilized for your harvesting equipment in 2025, and how did they contribute to improved harvest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1066-0206</w:t>
            </w:r>
          </w:p>
        </w:tc>
        <w:tc>
          <w:tcPr>
            <w:tcW w:type="dxa" w:w="2160"/>
          </w:tcPr>
          <w:p>
            <w:r>
              <w:t>Yield Optimization</w:t>
            </w:r>
          </w:p>
        </w:tc>
        <w:tc>
          <w:tcPr>
            <w:tcW w:type="dxa" w:w="2160"/>
          </w:tcPr>
          <w:p>
            <w:r>
              <w:t>What experimental trials were conducted in 2025 to test new harvesting techniques or equipment, and what were the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1066-0207</w:t>
            </w:r>
          </w:p>
        </w:tc>
        <w:tc>
          <w:tcPr>
            <w:tcW w:type="dxa" w:w="2160"/>
          </w:tcPr>
          <w:p>
            <w:r>
              <w:t>Labor Efficiency</w:t>
            </w:r>
          </w:p>
        </w:tc>
        <w:tc>
          <w:tcPr>
            <w:tcW w:type="dxa" w:w="2160"/>
          </w:tcPr>
          <w:p>
            <w:r>
              <w:t>How did you track and analyze labor productivity during the harvesting process in 2025, and what adjustments were made based on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1066-0208</w:t>
            </w:r>
          </w:p>
        </w:tc>
        <w:tc>
          <w:tcPr>
            <w:tcW w:type="dxa" w:w="2160"/>
          </w:tcPr>
          <w:p>
            <w:r>
              <w:t>Mechanical Harvesting Techniques</w:t>
            </w:r>
          </w:p>
        </w:tc>
        <w:tc>
          <w:tcPr>
            <w:tcW w:type="dxa" w:w="2160"/>
          </w:tcPr>
          <w:p>
            <w:r>
              <w:t>What innovations in mechanical harvesting technology were explored in 2025, and how did you evaluate their potential impact on your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1066-0209</w:t>
            </w:r>
          </w:p>
        </w:tc>
        <w:tc>
          <w:tcPr>
            <w:tcW w:type="dxa" w:w="2160"/>
          </w:tcPr>
          <w:p>
            <w:r>
              <w:t>Manual Harvesting Techniques</w:t>
            </w:r>
          </w:p>
        </w:tc>
        <w:tc>
          <w:tcPr>
            <w:tcW w:type="dxa" w:w="2160"/>
          </w:tcPr>
          <w:p>
            <w:r>
              <w:t>What specific metrics were used to evaluate the success of manual harvesting techniques in 2025, and what were the results of this evaluation?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1066-0210</w:t>
            </w:r>
          </w:p>
        </w:tc>
        <w:tc>
          <w:tcPr>
            <w:tcW w:type="dxa" w:w="2160"/>
          </w:tcPr>
          <w:p>
            <w:r>
              <w:t>Timing of Harvest</w:t>
            </w:r>
          </w:p>
        </w:tc>
        <w:tc>
          <w:tcPr>
            <w:tcW w:type="dxa" w:w="2160"/>
          </w:tcPr>
          <w:p>
            <w:r>
              <w:t>How did you document the decision-making process regarding the timing of the harvest in 2025, and what criteria were prioritized?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1066-0211</w:t>
            </w:r>
          </w:p>
        </w:tc>
        <w:tc>
          <w:tcPr>
            <w:tcW w:type="dxa" w:w="2160"/>
          </w:tcPr>
          <w:p>
            <w:r>
              <w:t>Equipment Calibration</w:t>
            </w:r>
          </w:p>
        </w:tc>
        <w:tc>
          <w:tcPr>
            <w:tcW w:type="dxa" w:w="2160"/>
          </w:tcPr>
          <w:p>
            <w:r>
              <w:t>What specific adjustments were made to harvesting equipment based on performance data collected in 2025, and how were these adjustments validated?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POST-HARVEST-PROCESSING-TECHNOLOGIES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1066-0212</w:t>
            </w:r>
          </w:p>
        </w:tc>
        <w:tc>
          <w:tcPr>
            <w:tcW w:type="dxa" w:w="2160"/>
          </w:tcPr>
          <w:p>
            <w:r>
              <w:t>Cleaning Processes</w:t>
            </w:r>
          </w:p>
        </w:tc>
        <w:tc>
          <w:tcPr>
            <w:tcW w:type="dxa" w:w="2160"/>
          </w:tcPr>
          <w:p>
            <w:r>
              <w:t>What specific cleaning processes do you implement to remove impurities from lentils post-harvest, and how do you determine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1066-0213</w:t>
            </w:r>
          </w:p>
        </w:tc>
        <w:tc>
          <w:tcPr>
            <w:tcW w:type="dxa" w:w="2160"/>
          </w:tcPr>
          <w:p>
            <w:r>
              <w:t>Sorting Technologies</w:t>
            </w:r>
          </w:p>
        </w:tc>
        <w:tc>
          <w:tcPr>
            <w:tcW w:type="dxa" w:w="2160"/>
          </w:tcPr>
          <w:p>
            <w:r>
              <w:t>Can you describe the sorting technologies you use for lentils, including any specific machinery and the criteria used for sorting?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1066-0214</w:t>
            </w:r>
          </w:p>
        </w:tc>
        <w:tc>
          <w:tcPr>
            <w:tcW w:type="dxa" w:w="2160"/>
          </w:tcPr>
          <w:p>
            <w:r>
              <w:t>Dehulling</w:t>
            </w:r>
          </w:p>
        </w:tc>
        <w:tc>
          <w:tcPr>
            <w:tcW w:type="dxa" w:w="2160"/>
          </w:tcPr>
          <w:p>
            <w:r>
              <w:t>What dehulling techniques do you employ for lentils, and what experimental adjustments have you made to optimize this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1066-0215</w:t>
            </w:r>
          </w:p>
        </w:tc>
        <w:tc>
          <w:tcPr>
            <w:tcW w:type="dxa" w:w="2160"/>
          </w:tcPr>
          <w:p>
            <w:r>
              <w:t>Drying Techniques</w:t>
            </w:r>
          </w:p>
        </w:tc>
        <w:tc>
          <w:tcPr>
            <w:tcW w:type="dxa" w:w="2160"/>
          </w:tcPr>
          <w:p>
            <w:r>
              <w:t>What drying techniques are utilized for lentils, and how do you assess their impact on quality and shelf life?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1066-0216</w:t>
            </w:r>
          </w:p>
        </w:tc>
        <w:tc>
          <w:tcPr>
            <w:tcW w:type="dxa" w:w="2160"/>
          </w:tcPr>
          <w:p>
            <w:r>
              <w:t>Storage Solutions</w:t>
            </w:r>
          </w:p>
        </w:tc>
        <w:tc>
          <w:tcPr>
            <w:tcW w:type="dxa" w:w="2160"/>
          </w:tcPr>
          <w:p>
            <w:r>
              <w:t>What innovative storage solutions have you implemented for lentils, and what challenges did you encounter during their development?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1066-0217</w:t>
            </w:r>
          </w:p>
        </w:tc>
        <w:tc>
          <w:tcPr>
            <w:tcW w:type="dxa" w:w="2160"/>
          </w:tcPr>
          <w:p>
            <w:r>
              <w:t>Quality Preservation</w:t>
            </w:r>
          </w:p>
        </w:tc>
        <w:tc>
          <w:tcPr>
            <w:tcW w:type="dxa" w:w="2160"/>
          </w:tcPr>
          <w:p>
            <w:r>
              <w:t>How do you measure the quality preservation of lentils during post-harvest processing, and what specific techniques do you use to maintain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1066-0218</w:t>
            </w:r>
          </w:p>
        </w:tc>
        <w:tc>
          <w:tcPr>
            <w:tcW w:type="dxa" w:w="2160"/>
          </w:tcPr>
          <w:p>
            <w:r>
              <w:t>Cleaning Processes</w:t>
            </w:r>
          </w:p>
        </w:tc>
        <w:tc>
          <w:tcPr>
            <w:tcW w:type="dxa" w:w="2160"/>
          </w:tcPr>
          <w:p>
            <w:r>
              <w:t>Have you experimented with any new cleaning agents or methods for lentils? If so, what were the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1066-0219</w:t>
            </w:r>
          </w:p>
        </w:tc>
        <w:tc>
          <w:tcPr>
            <w:tcW w:type="dxa" w:w="2160"/>
          </w:tcPr>
          <w:p>
            <w:r>
              <w:t>Sorting Technologies</w:t>
            </w:r>
          </w:p>
        </w:tc>
        <w:tc>
          <w:tcPr>
            <w:tcW w:type="dxa" w:w="2160"/>
          </w:tcPr>
          <w:p>
            <w:r>
              <w:t>What percentage of lentils are rejected during the sorting process, and what criteria lead to these rejections?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1066-0220</w:t>
            </w:r>
          </w:p>
        </w:tc>
        <w:tc>
          <w:tcPr>
            <w:tcW w:type="dxa" w:w="2160"/>
          </w:tcPr>
          <w:p>
            <w:r>
              <w:t>Dehulling</w:t>
            </w:r>
          </w:p>
        </w:tc>
        <w:tc>
          <w:tcPr>
            <w:tcW w:type="dxa" w:w="2160"/>
          </w:tcPr>
          <w:p>
            <w:r>
              <w:t>What is the average yield of lentils after the dehulling process, and how does this compare to previous methods?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1066-0221</w:t>
            </w:r>
          </w:p>
        </w:tc>
        <w:tc>
          <w:tcPr>
            <w:tcW w:type="dxa" w:w="2160"/>
          </w:tcPr>
          <w:p>
            <w:r>
              <w:t>Drying Techniques</w:t>
            </w:r>
          </w:p>
        </w:tc>
        <w:tc>
          <w:tcPr>
            <w:tcW w:type="dxa" w:w="2160"/>
          </w:tcPr>
          <w:p>
            <w:r>
              <w:t>What drying temperature and duration do you find optimal for lentils, and how did you arrive at these parameters?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1066-0222</w:t>
            </w:r>
          </w:p>
        </w:tc>
        <w:tc>
          <w:tcPr>
            <w:tcW w:type="dxa" w:w="2160"/>
          </w:tcPr>
          <w:p>
            <w:r>
              <w:t>Storage Solutions</w:t>
            </w:r>
          </w:p>
        </w:tc>
        <w:tc>
          <w:tcPr>
            <w:tcW w:type="dxa" w:w="2160"/>
          </w:tcPr>
          <w:p>
            <w:r>
              <w:t>What specific environmental conditions do you monitor in your lentil storage facilities, and how do these conditions affect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1066-0223</w:t>
            </w:r>
          </w:p>
        </w:tc>
        <w:tc>
          <w:tcPr>
            <w:tcW w:type="dxa" w:w="2160"/>
          </w:tcPr>
          <w:p>
            <w:r>
              <w:t>Quality Preservation</w:t>
            </w:r>
          </w:p>
        </w:tc>
        <w:tc>
          <w:tcPr>
            <w:tcW w:type="dxa" w:w="2160"/>
          </w:tcPr>
          <w:p>
            <w:r>
              <w:t>What quality control measures do you implement post-processing to ensure lentil quality, and how do you document these measures?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1066-0224</w:t>
            </w:r>
          </w:p>
        </w:tc>
        <w:tc>
          <w:tcPr>
            <w:tcW w:type="dxa" w:w="2160"/>
          </w:tcPr>
          <w:p>
            <w:r>
              <w:t>Cleaning Processes</w:t>
            </w:r>
          </w:p>
        </w:tc>
        <w:tc>
          <w:tcPr>
            <w:tcW w:type="dxa" w:w="2160"/>
          </w:tcPr>
          <w:p>
            <w:r>
              <w:t>How frequently do you evaluate the effectiveness of your cleaning processes for lentils, and what metrics do you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1066-0225</w:t>
            </w:r>
          </w:p>
        </w:tc>
        <w:tc>
          <w:tcPr>
            <w:tcW w:type="dxa" w:w="2160"/>
          </w:tcPr>
          <w:p>
            <w:r>
              <w:t>Sorting Technologies</w:t>
            </w:r>
          </w:p>
        </w:tc>
        <w:tc>
          <w:tcPr>
            <w:tcW w:type="dxa" w:w="2160"/>
          </w:tcPr>
          <w:p>
            <w:r>
              <w:t>What advancements have you made in sorting technologies for lentils in the past year, and what prompted these changes?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1066-0226</w:t>
            </w:r>
          </w:p>
        </w:tc>
        <w:tc>
          <w:tcPr>
            <w:tcW w:type="dxa" w:w="2160"/>
          </w:tcPr>
          <w:p>
            <w:r>
              <w:t>Dehulling</w:t>
            </w:r>
          </w:p>
        </w:tc>
        <w:tc>
          <w:tcPr>
            <w:tcW w:type="dxa" w:w="2160"/>
          </w:tcPr>
          <w:p>
            <w:r>
              <w:t>Have you conducted any trials with alternative dehulling methods, and what were the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1066-0227</w:t>
            </w:r>
          </w:p>
        </w:tc>
        <w:tc>
          <w:tcPr>
            <w:tcW w:type="dxa" w:w="2160"/>
          </w:tcPr>
          <w:p>
            <w:r>
              <w:t>Drying Techniques</w:t>
            </w:r>
          </w:p>
        </w:tc>
        <w:tc>
          <w:tcPr>
            <w:tcW w:type="dxa" w:w="2160"/>
          </w:tcPr>
          <w:p>
            <w:r>
              <w:t>What specific drying technologies have you integrated into your process, and how do they differ from traditional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1066-0228</w:t>
            </w:r>
          </w:p>
        </w:tc>
        <w:tc>
          <w:tcPr>
            <w:tcW w:type="dxa" w:w="2160"/>
          </w:tcPr>
          <w:p>
            <w:r>
              <w:t>Storage Solutions</w:t>
            </w:r>
          </w:p>
        </w:tc>
        <w:tc>
          <w:tcPr>
            <w:tcW w:type="dxa" w:w="2160"/>
          </w:tcPr>
          <w:p>
            <w:r>
              <w:t>What innovations in storage technology have you tested for lentils, and what were the results of these tests?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1066-0229</w:t>
            </w:r>
          </w:p>
        </w:tc>
        <w:tc>
          <w:tcPr>
            <w:tcW w:type="dxa" w:w="2160"/>
          </w:tcPr>
          <w:p>
            <w:r>
              <w:t>Quality Preservation</w:t>
            </w:r>
          </w:p>
        </w:tc>
        <w:tc>
          <w:tcPr>
            <w:tcW w:type="dxa" w:w="2160"/>
          </w:tcPr>
          <w:p>
            <w:r>
              <w:t>How do you document and analyze any quality issues that arise during lentil processing?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1066-0230</w:t>
            </w:r>
          </w:p>
        </w:tc>
        <w:tc>
          <w:tcPr>
            <w:tcW w:type="dxa" w:w="2160"/>
          </w:tcPr>
          <w:p>
            <w:r>
              <w:t>Cleaning Processes</w:t>
            </w:r>
          </w:p>
        </w:tc>
        <w:tc>
          <w:tcPr>
            <w:tcW w:type="dxa" w:w="2160"/>
          </w:tcPr>
          <w:p>
            <w:r>
              <w:t>What feedback mechanisms do you have in place for evaluating the effectiveness of your cleaning processes for lentils?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1066-0231</w:t>
            </w:r>
          </w:p>
        </w:tc>
        <w:tc>
          <w:tcPr>
            <w:tcW w:type="dxa" w:w="2160"/>
          </w:tcPr>
          <w:p>
            <w:r>
              <w:t>Sorting Technologies</w:t>
            </w:r>
          </w:p>
        </w:tc>
        <w:tc>
          <w:tcPr>
            <w:tcW w:type="dxa" w:w="2160"/>
          </w:tcPr>
          <w:p>
            <w:r>
              <w:t>How often do you update your sorting criteria based on market demands or quality standards?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1066-0232</w:t>
            </w:r>
          </w:p>
        </w:tc>
        <w:tc>
          <w:tcPr>
            <w:tcW w:type="dxa" w:w="2160"/>
          </w:tcPr>
          <w:p>
            <w:r>
              <w:t>Technology</w:t>
            </w:r>
          </w:p>
        </w:tc>
        <w:tc>
          <w:tcPr>
            <w:tcW w:type="dxa" w:w="2160"/>
          </w:tcPr>
          <w:p>
            <w:r>
              <w:t>What new post-harvest processing technologies have you implemented to improve lentil quality?</w:t>
              <w:br/>
              <w:t>Answer type: Text</w:t>
              <w:br/>
              <w:t>Trigger: If new technologies are implemented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1066-0233</w:t>
            </w:r>
          </w:p>
        </w:tc>
        <w:tc>
          <w:tcPr>
            <w:tcW w:type="dxa" w:w="2160"/>
          </w:tcPr>
          <w:p>
            <w:r>
              <w:t>Operational</w:t>
            </w:r>
          </w:p>
        </w:tc>
        <w:tc>
          <w:tcPr>
            <w:tcW w:type="dxa" w:w="2160"/>
          </w:tcPr>
          <w:p>
            <w:r>
              <w:t>What challenges did you encounter during the implementation of new post-harvest processing techniques?</w:t>
              <w:br/>
              <w:t>Answer type: Text</w:t>
              <w:br/>
              <w:t>Trigger: If challenges were encountered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1066-0234</w:t>
            </w:r>
          </w:p>
        </w:tc>
        <w:tc>
          <w:tcPr>
            <w:tcW w:type="dxa" w:w="2160"/>
          </w:tcPr>
          <w:p>
            <w:r>
              <w:t>Packaging Materials</w:t>
            </w:r>
          </w:p>
        </w:tc>
        <w:tc>
          <w:tcPr>
            <w:tcW w:type="dxa" w:w="2160"/>
          </w:tcPr>
          <w:p>
            <w:r>
              <w:t>What specific types of packaging materials are being tested for their effectiveness in preserving the quality of lentils during transport?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1066-0235</w:t>
            </w:r>
          </w:p>
        </w:tc>
        <w:tc>
          <w:tcPr>
            <w:tcW w:type="dxa" w:w="2160"/>
          </w:tcPr>
          <w:p>
            <w:r>
              <w:t>Labeling Requirements</w:t>
            </w:r>
          </w:p>
        </w:tc>
        <w:tc>
          <w:tcPr>
            <w:tcW w:type="dxa" w:w="2160"/>
          </w:tcPr>
          <w:p>
            <w:r>
              <w:t>What innovative labeling techniques are you exploring to enhance consumer understanding of lentil sourcing and nutritional information?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1066-0236</w:t>
            </w:r>
          </w:p>
        </w:tc>
        <w:tc>
          <w:tcPr>
            <w:tcW w:type="dxa" w:w="2160"/>
          </w:tcPr>
          <w:p>
            <w:r>
              <w:t>Barcode Systems</w:t>
            </w:r>
          </w:p>
        </w:tc>
        <w:tc>
          <w:tcPr>
            <w:tcW w:type="dxa" w:w="2160"/>
          </w:tcPr>
          <w:p>
            <w:r>
              <w:t>How are you developing or testing barcode systems to improve the traceability of lentils from farm to consumer?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1066-0237</w:t>
            </w:r>
          </w:p>
        </w:tc>
        <w:tc>
          <w:tcPr>
            <w:tcW w:type="dxa" w:w="2160"/>
          </w:tcPr>
          <w:p>
            <w:r>
              <w:t>Supply Chain Tracking</w:t>
            </w:r>
          </w:p>
        </w:tc>
        <w:tc>
          <w:tcPr>
            <w:tcW w:type="dxa" w:w="2160"/>
          </w:tcPr>
          <w:p>
            <w:r>
              <w:t>What experimental methods are you implementing to track lentil movement through the supply chain, and how do these differ from your existing processes?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1066-0238</w:t>
            </w:r>
          </w:p>
        </w:tc>
        <w:tc>
          <w:tcPr>
            <w:tcW w:type="dxa" w:w="2160"/>
          </w:tcPr>
          <w:p>
            <w:r>
              <w:t>Consumer Transparency</w:t>
            </w:r>
          </w:p>
        </w:tc>
        <w:tc>
          <w:tcPr>
            <w:tcW w:type="dxa" w:w="2160"/>
          </w:tcPr>
          <w:p>
            <w:r>
              <w:t>What new systems are you developing to provide consumers with real-time information about the origin and processing of the lentils they purchase?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1066-0239</w:t>
            </w:r>
          </w:p>
        </w:tc>
        <w:tc>
          <w:tcPr>
            <w:tcW w:type="dxa" w:w="2160"/>
          </w:tcPr>
          <w:p>
            <w:r>
              <w:t>Sustainability in Packaging</w:t>
            </w:r>
          </w:p>
        </w:tc>
        <w:tc>
          <w:tcPr>
            <w:tcW w:type="dxa" w:w="2160"/>
          </w:tcPr>
          <w:p>
            <w:r>
              <w:t>What innovative packaging solutions are being tested to reduce environmental impact while maintaining lentil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1066-0240</w:t>
            </w:r>
          </w:p>
        </w:tc>
        <w:tc>
          <w:tcPr>
            <w:tcW w:type="dxa" w:w="2160"/>
          </w:tcPr>
          <w:p>
            <w:r>
              <w:t>Packaging Materials</w:t>
            </w:r>
          </w:p>
        </w:tc>
        <w:tc>
          <w:tcPr>
            <w:tcW w:type="dxa" w:w="2160"/>
          </w:tcPr>
          <w:p>
            <w:r>
              <w:t>Have you conducted any experiments with biodegradable or compostable packaging materials for your lentils? If so, what were the results?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1066-0241</w:t>
            </w:r>
          </w:p>
        </w:tc>
        <w:tc>
          <w:tcPr>
            <w:tcW w:type="dxa" w:w="2160"/>
          </w:tcPr>
          <w:p>
            <w:r>
              <w:t>Labeling Requirements</w:t>
            </w:r>
          </w:p>
        </w:tc>
        <w:tc>
          <w:tcPr>
            <w:tcW w:type="dxa" w:w="2160"/>
          </w:tcPr>
          <w:p>
            <w:r>
              <w:t xml:space="preserve">Are you testing any new compliance measures for labeling that exceed current regulatory requirements? If yes, please describe.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1066-0242</w:t>
            </w:r>
          </w:p>
        </w:tc>
        <w:tc>
          <w:tcPr>
            <w:tcW w:type="dxa" w:w="2160"/>
          </w:tcPr>
          <w:p>
            <w:r>
              <w:t>Barcode Systems</w:t>
            </w:r>
          </w:p>
        </w:tc>
        <w:tc>
          <w:tcPr>
            <w:tcW w:type="dxa" w:w="2160"/>
          </w:tcPr>
          <w:p>
            <w:r>
              <w:t>What challenges have you faced in implementing barcode systems for lentil traceability, and how are you addressing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1066-0243</w:t>
            </w:r>
          </w:p>
        </w:tc>
        <w:tc>
          <w:tcPr>
            <w:tcW w:type="dxa" w:w="2160"/>
          </w:tcPr>
          <w:p>
            <w:r>
              <w:t>Supply Chain Tracking</w:t>
            </w:r>
          </w:p>
        </w:tc>
        <w:tc>
          <w:tcPr>
            <w:tcW w:type="dxa" w:w="2160"/>
          </w:tcPr>
          <w:p>
            <w:r>
              <w:t>What technologies are you evaluating to enhance the accuracy of supply chain tracking for lentils?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1066-0244</w:t>
            </w:r>
          </w:p>
        </w:tc>
        <w:tc>
          <w:tcPr>
            <w:tcW w:type="dxa" w:w="2160"/>
          </w:tcPr>
          <w:p>
            <w:r>
              <w:t>Consumer Transparency</w:t>
            </w:r>
          </w:p>
        </w:tc>
        <w:tc>
          <w:tcPr>
            <w:tcW w:type="dxa" w:w="2160"/>
          </w:tcPr>
          <w:p>
            <w:r>
              <w:t>What feedback mechanisms are you developing to gather consumer insights on the transparency of your lentil packaging?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1066-0245</w:t>
            </w:r>
          </w:p>
        </w:tc>
        <w:tc>
          <w:tcPr>
            <w:tcW w:type="dxa" w:w="2160"/>
          </w:tcPr>
          <w:p>
            <w:r>
              <w:t>Sustainability in Packaging</w:t>
            </w:r>
          </w:p>
        </w:tc>
        <w:tc>
          <w:tcPr>
            <w:tcW w:type="dxa" w:w="2160"/>
          </w:tcPr>
          <w:p>
            <w:r>
              <w:t>What metrics are you using to evaluate the sustainability of your packaging solutions for lentils?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1066-0246</w:t>
            </w:r>
          </w:p>
        </w:tc>
        <w:tc>
          <w:tcPr>
            <w:tcW w:type="dxa" w:w="2160"/>
          </w:tcPr>
          <w:p>
            <w:r>
              <w:t>Packaging Materials</w:t>
            </w:r>
          </w:p>
        </w:tc>
        <w:tc>
          <w:tcPr>
            <w:tcW w:type="dxa" w:w="2160"/>
          </w:tcPr>
          <w:p>
            <w:r>
              <w:t>How do you ensure that the packaging materials used for lentils comply with food safety standards?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1066-0247</w:t>
            </w:r>
          </w:p>
        </w:tc>
        <w:tc>
          <w:tcPr>
            <w:tcW w:type="dxa" w:w="2160"/>
          </w:tcPr>
          <w:p>
            <w:r>
              <w:t>Labeling Requirements</w:t>
            </w:r>
          </w:p>
        </w:tc>
        <w:tc>
          <w:tcPr>
            <w:tcW w:type="dxa" w:w="2160"/>
          </w:tcPr>
          <w:p>
            <w:r>
              <w:t>What processes do you have in place to verify that your lentil packaging labels are accurate and compliant with regulations?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1066-0248</w:t>
            </w:r>
          </w:p>
        </w:tc>
        <w:tc>
          <w:tcPr>
            <w:tcW w:type="dxa" w:w="2160"/>
          </w:tcPr>
          <w:p>
            <w:r>
              <w:t>Barcode Systems</w:t>
            </w:r>
          </w:p>
        </w:tc>
        <w:tc>
          <w:tcPr>
            <w:tcW w:type="dxa" w:w="2160"/>
          </w:tcPr>
          <w:p>
            <w:r>
              <w:t>How frequently do you update your barcode systems to reflect changes in lentil product lines or packaging?</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1066-0249</w:t>
            </w:r>
          </w:p>
        </w:tc>
        <w:tc>
          <w:tcPr>
            <w:tcW w:type="dxa" w:w="2160"/>
          </w:tcPr>
          <w:p>
            <w:r>
              <w:t>Supply Chain Tracking</w:t>
            </w:r>
          </w:p>
        </w:tc>
        <w:tc>
          <w:tcPr>
            <w:tcW w:type="dxa" w:w="2160"/>
          </w:tcPr>
          <w:p>
            <w:r>
              <w:t>What data analytics tools are you using to enhance the visibility of lentil movement in your supply chain?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1066-0250</w:t>
            </w:r>
          </w:p>
        </w:tc>
        <w:tc>
          <w:tcPr>
            <w:tcW w:type="dxa" w:w="2160"/>
          </w:tcPr>
          <w:p>
            <w:r>
              <w:t>Consumer Transparency</w:t>
            </w:r>
          </w:p>
        </w:tc>
        <w:tc>
          <w:tcPr>
            <w:tcW w:type="dxa" w:w="2160"/>
          </w:tcPr>
          <w:p>
            <w:r>
              <w:t>What initiatives are you undertaking to educate consumers about the traceability of your lentils?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1066-0251</w:t>
            </w:r>
          </w:p>
        </w:tc>
        <w:tc>
          <w:tcPr>
            <w:tcW w:type="dxa" w:w="2160"/>
          </w:tcPr>
          <w:p>
            <w:r>
              <w:t>Compliance</w:t>
            </w:r>
          </w:p>
        </w:tc>
        <w:tc>
          <w:tcPr>
            <w:tcW w:type="dxa" w:w="2160"/>
          </w:tcPr>
          <w:p>
            <w:r>
              <w:t>What systems do you have in place to ensure traceability of lentil products from packaging to distribution?</w:t>
              <w:br/>
              <w:t>Answer type: Text</w:t>
              <w:br/>
              <w:t>Trigger: If products are packaged</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QUALITY-CONTROL-LAB-TESTING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1066-0252</w:t>
            </w:r>
          </w:p>
        </w:tc>
        <w:tc>
          <w:tcPr>
            <w:tcW w:type="dxa" w:w="2160"/>
          </w:tcPr>
          <w:p>
            <w:r>
              <w:t>Nutritional Analysis</w:t>
            </w:r>
          </w:p>
        </w:tc>
        <w:tc>
          <w:tcPr>
            <w:tcW w:type="dxa" w:w="2160"/>
          </w:tcPr>
          <w:p>
            <w:r>
              <w:t>What specific methods do you employ for determining the protein content in your lentils, and how do these methods differ from standard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1066-0253</w:t>
            </w:r>
          </w:p>
        </w:tc>
        <w:tc>
          <w:tcPr>
            <w:tcW w:type="dxa" w:w="2160"/>
          </w:tcPr>
          <w:p>
            <w:r>
              <w:t>Microbial Testing</w:t>
            </w:r>
          </w:p>
        </w:tc>
        <w:tc>
          <w:tcPr>
            <w:tcW w:type="dxa" w:w="2160"/>
          </w:tcPr>
          <w:p>
            <w:r>
              <w:t>Describe the protocols used for microbial testing of lentils, including the types of microorganisms you test for and the thresholds that trigger further action.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1066-0254</w:t>
            </w:r>
          </w:p>
        </w:tc>
        <w:tc>
          <w:tcPr>
            <w:tcW w:type="dxa" w:w="2160"/>
          </w:tcPr>
          <w:p>
            <w:r>
              <w:t>Chemical Residue Testing</w:t>
            </w:r>
          </w:p>
        </w:tc>
        <w:tc>
          <w:tcPr>
            <w:tcW w:type="dxa" w:w="2160"/>
          </w:tcPr>
          <w:p>
            <w:r>
              <w:t>What specific chemical residues do you test for in your lentils, and what are the maximum allowable limits you adhere to?</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1066-0255</w:t>
            </w:r>
          </w:p>
        </w:tc>
        <w:tc>
          <w:tcPr>
            <w:tcW w:type="dxa" w:w="2160"/>
          </w:tcPr>
          <w:p>
            <w:r>
              <w:t>Quality Assurance</w:t>
            </w:r>
          </w:p>
        </w:tc>
        <w:tc>
          <w:tcPr>
            <w:tcW w:type="dxa" w:w="2160"/>
          </w:tcPr>
          <w:p>
            <w:r>
              <w:t>Can you outline your quality assurance framework for lentil testing, including any certifications or standards you follow?</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1066-0256</w:t>
            </w:r>
          </w:p>
        </w:tc>
        <w:tc>
          <w:tcPr>
            <w:tcW w:type="dxa" w:w="2160"/>
          </w:tcPr>
          <w:p>
            <w:r>
              <w:t>Standard Operating Procedures</w:t>
            </w:r>
          </w:p>
        </w:tc>
        <w:tc>
          <w:tcPr>
            <w:tcW w:type="dxa" w:w="2160"/>
          </w:tcPr>
          <w:p>
            <w:r>
              <w:t>What are the standard operating procedures (SOPs) for conducting quality tests on lentils, and how often are these SOPs reviewed and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1066-0257</w:t>
            </w:r>
          </w:p>
        </w:tc>
        <w:tc>
          <w:tcPr>
            <w:tcW w:type="dxa" w:w="2160"/>
          </w:tcPr>
          <w:p>
            <w:r>
              <w:t>Regulatory Standards</w:t>
            </w:r>
          </w:p>
        </w:tc>
        <w:tc>
          <w:tcPr>
            <w:tcW w:type="dxa" w:w="2160"/>
          </w:tcPr>
          <w:p>
            <w:r>
              <w:t>Which regulatory standards govern your testing protocols for lentils, and how do you ensure compliance with these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1066-0258</w:t>
            </w:r>
          </w:p>
        </w:tc>
        <w:tc>
          <w:tcPr>
            <w:tcW w:type="dxa" w:w="2160"/>
          </w:tcPr>
          <w:p>
            <w:r>
              <w:t>Nutritional Analysis</w:t>
            </w:r>
          </w:p>
        </w:tc>
        <w:tc>
          <w:tcPr>
            <w:tcW w:type="dxa" w:w="2160"/>
          </w:tcPr>
          <w:p>
            <w:r>
              <w:t>How frequently do you conduct nutritional analyses on your lentils, and what triggers an additional analysis?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1066-0259</w:t>
            </w:r>
          </w:p>
        </w:tc>
        <w:tc>
          <w:tcPr>
            <w:tcW w:type="dxa" w:w="2160"/>
          </w:tcPr>
          <w:p>
            <w:r>
              <w:t>Microbial Testing</w:t>
            </w:r>
          </w:p>
        </w:tc>
        <w:tc>
          <w:tcPr>
            <w:tcW w:type="dxa" w:w="2160"/>
          </w:tcPr>
          <w:p>
            <w:r>
              <w:t>What is the frequency of microbial testing for your lentils, and how do you document the results?</w:t>
              <w:br/>
              <w:t>Answer type: Integer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1066-0260</w:t>
            </w:r>
          </w:p>
        </w:tc>
        <w:tc>
          <w:tcPr>
            <w:tcW w:type="dxa" w:w="2160"/>
          </w:tcPr>
          <w:p>
            <w:r>
              <w:t>Chemical Residue Testing</w:t>
            </w:r>
          </w:p>
        </w:tc>
        <w:tc>
          <w:tcPr>
            <w:tcW w:type="dxa" w:w="2160"/>
          </w:tcPr>
          <w:p>
            <w:r>
              <w:t>What specific laboratory equipment do you use for chemical residue testing, and how is this equipment calibrated?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1066-0261</w:t>
            </w:r>
          </w:p>
        </w:tc>
        <w:tc>
          <w:tcPr>
            <w:tcW w:type="dxa" w:w="2160"/>
          </w:tcPr>
          <w:p>
            <w:r>
              <w:t>Quality Assurance</w:t>
            </w:r>
          </w:p>
        </w:tc>
        <w:tc>
          <w:tcPr>
            <w:tcW w:type="dxa" w:w="2160"/>
          </w:tcPr>
          <w:p>
            <w:r>
              <w:t>What quality control measures do you implement to ensure the accuracy of your lentil testing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1066-0262</w:t>
            </w:r>
          </w:p>
        </w:tc>
        <w:tc>
          <w:tcPr>
            <w:tcW w:type="dxa" w:w="2160"/>
          </w:tcPr>
          <w:p>
            <w:r>
              <w:t>Standard Operating Procedures</w:t>
            </w:r>
          </w:p>
        </w:tc>
        <w:tc>
          <w:tcPr>
            <w:tcW w:type="dxa" w:w="2160"/>
          </w:tcPr>
          <w:p>
            <w:r>
              <w:t>How do you train staff on the SOPs for lentil testing, and what is the process for ensuring adherence to these SOPs?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1066-0263</w:t>
            </w:r>
          </w:p>
        </w:tc>
        <w:tc>
          <w:tcPr>
            <w:tcW w:type="dxa" w:w="2160"/>
          </w:tcPr>
          <w:p>
            <w:r>
              <w:t>Regulatory Standards</w:t>
            </w:r>
          </w:p>
        </w:tc>
        <w:tc>
          <w:tcPr>
            <w:tcW w:type="dxa" w:w="2160"/>
          </w:tcPr>
          <w:p>
            <w:r>
              <w:t>Have you ever faced any regulatory challenges related to your lentil testing protocols? If so, please describe the situation and the outcome.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1066-0264</w:t>
            </w:r>
          </w:p>
        </w:tc>
        <w:tc>
          <w:tcPr>
            <w:tcW w:type="dxa" w:w="2160"/>
          </w:tcPr>
          <w:p>
            <w:r>
              <w:t>Nutritional Analysis</w:t>
            </w:r>
          </w:p>
        </w:tc>
        <w:tc>
          <w:tcPr>
            <w:tcW w:type="dxa" w:w="2160"/>
          </w:tcPr>
          <w:p>
            <w:r>
              <w:t>What are the specific nutritional components you analyze in your lentils, and how do they compare to industry benchmarks?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1066-0265</w:t>
            </w:r>
          </w:p>
        </w:tc>
        <w:tc>
          <w:tcPr>
            <w:tcW w:type="dxa" w:w="2160"/>
          </w:tcPr>
          <w:p>
            <w:r>
              <w:t>Microbial Testing</w:t>
            </w:r>
          </w:p>
        </w:tc>
        <w:tc>
          <w:tcPr>
            <w:tcW w:type="dxa" w:w="2160"/>
          </w:tcPr>
          <w:p>
            <w:r>
              <w:t>What steps do you take if microbial testing indicates contamination in your lentils?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1066-0266</w:t>
            </w:r>
          </w:p>
        </w:tc>
        <w:tc>
          <w:tcPr>
            <w:tcW w:type="dxa" w:w="2160"/>
          </w:tcPr>
          <w:p>
            <w:r>
              <w:t>Chemical Residue Testing</w:t>
            </w:r>
          </w:p>
        </w:tc>
        <w:tc>
          <w:tcPr>
            <w:tcW w:type="dxa" w:w="2160"/>
          </w:tcPr>
          <w:p>
            <w:r>
              <w:t>How do you ensure that your chemical residue testing methods are up to date with current scientific advancements?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1066-0267</w:t>
            </w:r>
          </w:p>
        </w:tc>
        <w:tc>
          <w:tcPr>
            <w:tcW w:type="dxa" w:w="2160"/>
          </w:tcPr>
          <w:p>
            <w:r>
              <w:t>Quality Assurance</w:t>
            </w:r>
          </w:p>
        </w:tc>
        <w:tc>
          <w:tcPr>
            <w:tcW w:type="dxa" w:w="2160"/>
          </w:tcPr>
          <w:p>
            <w:r>
              <w:t>What metrics do you track to evaluate the effectiveness of your quality assurance program for lentil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1066-0268</w:t>
            </w:r>
          </w:p>
        </w:tc>
        <w:tc>
          <w:tcPr>
            <w:tcW w:type="dxa" w:w="2160"/>
          </w:tcPr>
          <w:p>
            <w:r>
              <w:t>Standard Operating Procedures</w:t>
            </w:r>
          </w:p>
        </w:tc>
        <w:tc>
          <w:tcPr>
            <w:tcW w:type="dxa" w:w="2160"/>
          </w:tcPr>
          <w:p>
            <w:r>
              <w:t>Can you provide examples of any deviations from your SOPs during lentil testing and how these were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1066-0269</w:t>
            </w:r>
          </w:p>
        </w:tc>
        <w:tc>
          <w:tcPr>
            <w:tcW w:type="dxa" w:w="2160"/>
          </w:tcPr>
          <w:p>
            <w:r>
              <w:t>Regulatory Standards</w:t>
            </w:r>
          </w:p>
        </w:tc>
        <w:tc>
          <w:tcPr>
            <w:tcW w:type="dxa" w:w="2160"/>
          </w:tcPr>
          <w:p>
            <w:r>
              <w:t>What documentation do you maintain to demonstrate compliance with regulatory standards for lentil testing?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1066-0270</w:t>
            </w:r>
          </w:p>
        </w:tc>
        <w:tc>
          <w:tcPr>
            <w:tcW w:type="dxa" w:w="2160"/>
          </w:tcPr>
          <w:p>
            <w:r>
              <w:t>Nutritional Analysis</w:t>
            </w:r>
          </w:p>
        </w:tc>
        <w:tc>
          <w:tcPr>
            <w:tcW w:type="dxa" w:w="2160"/>
          </w:tcPr>
          <w:p>
            <w:r>
              <w:t>How do you communicate nutritional analysis results to your clients, and what feedback mechanisms do you have in place?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1066-0271</w:t>
            </w:r>
          </w:p>
        </w:tc>
        <w:tc>
          <w:tcPr>
            <w:tcW w:type="dxa" w:w="2160"/>
          </w:tcPr>
          <w:p>
            <w:r>
              <w:t>Quality Assurance</w:t>
            </w:r>
          </w:p>
        </w:tc>
        <w:tc>
          <w:tcPr>
            <w:tcW w:type="dxa" w:w="2160"/>
          </w:tcPr>
          <w:p>
            <w:r>
              <w:t>What types of lab tests do you conduct to ensure the quality of your lentil products?</w:t>
              <w:br/>
              <w:t>Answer type: Text</w:t>
              <w:br/>
              <w:t>Trigger: If lab testing is performed</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1066-0272</w:t>
            </w:r>
          </w:p>
        </w:tc>
        <w:tc>
          <w:tcPr>
            <w:tcW w:type="dxa" w:w="2160"/>
          </w:tcPr>
          <w:p>
            <w:r>
              <w:t>Operational</w:t>
            </w:r>
          </w:p>
        </w:tc>
        <w:tc>
          <w:tcPr>
            <w:tcW w:type="dxa" w:w="2160"/>
          </w:tcPr>
          <w:p>
            <w:r>
              <w:t>How do you document the results of quality control tests conducted on lentil products?</w:t>
              <w:br/>
              <w:t>Answer type: Text</w:t>
              <w:br/>
              <w:t>Trigger: If documentation exists</w:t>
              <w:br/>
              <w:t>Required: Yes</w:t>
              <w:br/>
              <w:t>Risk: Medium</w:t>
            </w:r>
          </w:p>
        </w:tc>
        <w:tc>
          <w:tcPr>
            <w:tcW w:type="dxa" w:w="2160"/>
          </w:tcPr>
          <w:p>
            <w:r>
              <w:t>Primary authority: FTB</w:t>
              <w:br/>
              <w:t>Response: ___________________________</w:t>
              <w:br/>
              <w:t>Evidence: ___________________________</w:t>
              <w:br/>
              <w:t>Reviewer conclusion: ___________________________</w:t>
            </w:r>
          </w:p>
        </w:tc>
      </w:tr>
      <w:tr>
        <w:tc>
          <w:tcPr>
            <w:tcW w:type="dxa" w:w="2160"/>
          </w:tcPr>
          <w:p>
            <w:r>
              <w:t>1066-0273</w:t>
            </w:r>
          </w:p>
        </w:tc>
        <w:tc>
          <w:tcPr>
            <w:tcW w:type="dxa" w:w="2160"/>
          </w:tcPr>
          <w:p>
            <w:r>
              <w:t>Technical</w:t>
            </w:r>
          </w:p>
        </w:tc>
        <w:tc>
          <w:tcPr>
            <w:tcW w:type="dxa" w:w="2160"/>
          </w:tcPr>
          <w:p>
            <w:r>
              <w:t>What criteria do you use to evaluate the effectiveness of your quality control lab testing processes?</w:t>
              <w:br/>
              <w:t>Answer type: Text</w:t>
              <w:br/>
              <w:t>Trigger: If testing processes are evaluated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REGULATORY-COMPLIANCE-LABELING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1066-0274</w:t>
            </w:r>
          </w:p>
        </w:tc>
        <w:tc>
          <w:tcPr>
            <w:tcW w:type="dxa" w:w="2160"/>
          </w:tcPr>
          <w:p>
            <w:r>
              <w:t>FDA Regulations</w:t>
            </w:r>
          </w:p>
        </w:tc>
        <w:tc>
          <w:tcPr>
            <w:tcW w:type="dxa" w:w="2160"/>
          </w:tcPr>
          <w:p>
            <w:r>
              <w:t>What specific FDA regulations apply to the labeling of lentils sold in the United States?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1066-0275</w:t>
            </w:r>
          </w:p>
        </w:tc>
        <w:tc>
          <w:tcPr>
            <w:tcW w:type="dxa" w:w="2160"/>
          </w:tcPr>
          <w:p>
            <w:r>
              <w:t>USDA Guidelines</w:t>
            </w:r>
          </w:p>
        </w:tc>
        <w:tc>
          <w:tcPr>
            <w:tcW w:type="dxa" w:w="2160"/>
          </w:tcPr>
          <w:p>
            <w:r>
              <w:t>How do USDA guidelines influence the labeling of lentils, particularly regarding organic certification?</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1066-0276</w:t>
            </w:r>
          </w:p>
        </w:tc>
        <w:tc>
          <w:tcPr>
            <w:tcW w:type="dxa" w:w="2160"/>
          </w:tcPr>
          <w:p>
            <w:r>
              <w:t>Organic Labeling</w:t>
            </w:r>
          </w:p>
        </w:tc>
        <w:tc>
          <w:tcPr>
            <w:tcW w:type="dxa" w:w="2160"/>
          </w:tcPr>
          <w:p>
            <w:r>
              <w:t>What steps have you taken to ensure that your lentils meet the organic labeling requirements?</w:t>
              <w:br/>
              <w:t>Answer type: Long text + evidence</w:t>
              <w:br/>
              <w:t>Trigger: Always</w:t>
              <w:br/>
              <w:t>Required: No</w:t>
              <w:br/>
              <w:t>Risk: High</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1066-0277</w:t>
            </w:r>
          </w:p>
        </w:tc>
        <w:tc>
          <w:tcPr>
            <w:tcW w:type="dxa" w:w="2160"/>
          </w:tcPr>
          <w:p>
            <w:r>
              <w:t>Nutritional Labeling</w:t>
            </w:r>
          </w:p>
        </w:tc>
        <w:tc>
          <w:tcPr>
            <w:tcW w:type="dxa" w:w="2160"/>
          </w:tcPr>
          <w:p>
            <w:r>
              <w:t>What nutritional information is required on the labels of your lentils, and how do you ensure its accuracy?</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1066-0278</w:t>
            </w:r>
          </w:p>
        </w:tc>
        <w:tc>
          <w:tcPr>
            <w:tcW w:type="dxa" w:w="2160"/>
          </w:tcPr>
          <w:p>
            <w:r>
              <w:t>Allergen Information</w:t>
            </w:r>
          </w:p>
        </w:tc>
        <w:tc>
          <w:tcPr>
            <w:tcW w:type="dxa" w:w="2160"/>
          </w:tcPr>
          <w:p>
            <w:r>
              <w:t>What allergen information must be included on the labels of your lentils, and how do you verify compliance?</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1066-0279</w:t>
            </w:r>
          </w:p>
        </w:tc>
        <w:tc>
          <w:tcPr>
            <w:tcW w:type="dxa" w:w="2160"/>
          </w:tcPr>
          <w:p>
            <w:r>
              <w:t>Traceability Requirements</w:t>
            </w:r>
          </w:p>
        </w:tc>
        <w:tc>
          <w:tcPr>
            <w:tcW w:type="dxa" w:w="2160"/>
          </w:tcPr>
          <w:p>
            <w:r>
              <w:t>What traceability measures do you have in place for your lentils from farm to consumer, and how do you document these?</w:t>
              <w:br/>
              <w:t>Answer type: Long text + evidence</w:t>
              <w:br/>
              <w:t>Trigger: Always</w:t>
              <w:br/>
              <w:t>Required: No</w:t>
              <w:br/>
              <w:t>Risk: Medium</w:t>
            </w:r>
          </w:p>
        </w:tc>
        <w:tc>
          <w:tcPr>
            <w:tcW w:type="dxa" w:w="2160"/>
          </w:tcPr>
          <w:p>
            <w:r>
              <w:t>Primary authority: FDA Traceability Rule</w:t>
              <w:br/>
              <w:t>Response: ___________________________</w:t>
              <w:br/>
              <w:t>Evidence: ___________________________</w:t>
              <w:br/>
              <w:t>Reviewer conclusion: ___________________________</w:t>
            </w:r>
          </w:p>
        </w:tc>
      </w:tr>
      <w:tr>
        <w:tc>
          <w:tcPr>
            <w:tcW w:type="dxa" w:w="2160"/>
          </w:tcPr>
          <w:p>
            <w:r>
              <w:t>1066-0280</w:t>
            </w:r>
          </w:p>
        </w:tc>
        <w:tc>
          <w:tcPr>
            <w:tcW w:type="dxa" w:w="2160"/>
          </w:tcPr>
          <w:p>
            <w:r>
              <w:t>Labeling Claims</w:t>
            </w:r>
          </w:p>
        </w:tc>
        <w:tc>
          <w:tcPr>
            <w:tcW w:type="dxa" w:w="2160"/>
          </w:tcPr>
          <w:p>
            <w:r>
              <w:t>What claims (e.g., 'non-GMO', 'gluten-free') do you make on your lentil labels, and what evidence supports these claims?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1066-0281</w:t>
            </w:r>
          </w:p>
        </w:tc>
        <w:tc>
          <w:tcPr>
            <w:tcW w:type="dxa" w:w="2160"/>
          </w:tcPr>
          <w:p>
            <w:r>
              <w:t>Labeling Format</w:t>
            </w:r>
          </w:p>
        </w:tc>
        <w:tc>
          <w:tcPr>
            <w:tcW w:type="dxa" w:w="2160"/>
          </w:tcPr>
          <w:p>
            <w:r>
              <w:t>What format do you use for your lentil labels to comply with FDA and USDA requirements?</w:t>
              <w:br/>
              <w:t>Answer type: Single select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1066-0282</w:t>
            </w:r>
          </w:p>
        </w:tc>
        <w:tc>
          <w:tcPr>
            <w:tcW w:type="dxa" w:w="2160"/>
          </w:tcPr>
          <w:p>
            <w:r>
              <w:t>Labeling Language</w:t>
            </w:r>
          </w:p>
        </w:tc>
        <w:tc>
          <w:tcPr>
            <w:tcW w:type="dxa" w:w="2160"/>
          </w:tcPr>
          <w:p>
            <w:r>
              <w:t>What languages are used on your lentil labels to meet regulatory requirements, especially in areas with diverse populations?</w:t>
              <w:br/>
              <w:t>Answer type: Multi-select</w:t>
              <w:br/>
              <w:t>Trigger: Always</w:t>
              <w:br/>
              <w:t>Required: No</w:t>
              <w:br/>
              <w:t>Risk: Low</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1066-0283</w:t>
            </w:r>
          </w:p>
        </w:tc>
        <w:tc>
          <w:tcPr>
            <w:tcW w:type="dxa" w:w="2160"/>
          </w:tcPr>
          <w:p>
            <w:r>
              <w:t>Labeling Updates</w:t>
            </w:r>
          </w:p>
        </w:tc>
        <w:tc>
          <w:tcPr>
            <w:tcW w:type="dxa" w:w="2160"/>
          </w:tcPr>
          <w:p>
            <w:r>
              <w:t>How often do you review and update your lentil labels to ensure compliance with changing regulations?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1066-0284</w:t>
            </w:r>
          </w:p>
        </w:tc>
        <w:tc>
          <w:tcPr>
            <w:tcW w:type="dxa" w:w="2160"/>
          </w:tcPr>
          <w:p>
            <w:r>
              <w:t>Labeling Documentation</w:t>
            </w:r>
          </w:p>
        </w:tc>
        <w:tc>
          <w:tcPr>
            <w:tcW w:type="dxa" w:w="2160"/>
          </w:tcPr>
          <w:p>
            <w:r>
              <w:t>What documentation do you maintain to demonstrate compliance with labeling regulations for your lentils?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1066-0285</w:t>
            </w:r>
          </w:p>
        </w:tc>
        <w:tc>
          <w:tcPr>
            <w:tcW w:type="dxa" w:w="2160"/>
          </w:tcPr>
          <w:p>
            <w:r>
              <w:t>Consumer Feedback</w:t>
            </w:r>
          </w:p>
        </w:tc>
        <w:tc>
          <w:tcPr>
            <w:tcW w:type="dxa" w:w="2160"/>
          </w:tcPr>
          <w:p>
            <w:r>
              <w:t>How do you handle consumer feedback regarding your lentil labeling, and what processes are in place to address concerns?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1066-0286</w:t>
            </w:r>
          </w:p>
        </w:tc>
        <w:tc>
          <w:tcPr>
            <w:tcW w:type="dxa" w:w="2160"/>
          </w:tcPr>
          <w:p>
            <w:r>
              <w:t>Labeling Training</w:t>
            </w:r>
          </w:p>
        </w:tc>
        <w:tc>
          <w:tcPr>
            <w:tcW w:type="dxa" w:w="2160"/>
          </w:tcPr>
          <w:p>
            <w:r>
              <w:t>What training do your staff receive regarding compliance with lentil labeling regulations?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1066-0287</w:t>
            </w:r>
          </w:p>
        </w:tc>
        <w:tc>
          <w:tcPr>
            <w:tcW w:type="dxa" w:w="2160"/>
          </w:tcPr>
          <w:p>
            <w:r>
              <w:t>Labeling Audits</w:t>
            </w:r>
          </w:p>
        </w:tc>
        <w:tc>
          <w:tcPr>
            <w:tcW w:type="dxa" w:w="2160"/>
          </w:tcPr>
          <w:p>
            <w:r>
              <w:t>How frequently do you conduct internal audits of your lentil labeling practices to ensure compliance?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1066-0288</w:t>
            </w:r>
          </w:p>
        </w:tc>
        <w:tc>
          <w:tcPr>
            <w:tcW w:type="dxa" w:w="2160"/>
          </w:tcPr>
          <w:p>
            <w:r>
              <w:t>Regulatory Changes</w:t>
            </w:r>
          </w:p>
        </w:tc>
        <w:tc>
          <w:tcPr>
            <w:tcW w:type="dxa" w:w="2160"/>
          </w:tcPr>
          <w:p>
            <w:r>
              <w:t>How do you stay informed about changes in labeling regulations that affect your lentil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1066-0289</w:t>
            </w:r>
          </w:p>
        </w:tc>
        <w:tc>
          <w:tcPr>
            <w:tcW w:type="dxa" w:w="2160"/>
          </w:tcPr>
          <w:p>
            <w:r>
              <w:t>Compliance</w:t>
            </w:r>
          </w:p>
        </w:tc>
        <w:tc>
          <w:tcPr>
            <w:tcW w:type="dxa" w:w="2160"/>
          </w:tcPr>
          <w:p>
            <w:r>
              <w:t>How do you ensure that your product labeling complies with state and federal regulations?</w:t>
              <w:br/>
              <w:t>Answer type: Text</w:t>
              <w:br/>
              <w:t>Trigger: If labeling is done</w:t>
              <w:br/>
              <w:t>Required: Yes</w:t>
              <w:br/>
              <w:t>Risk: High</w:t>
            </w:r>
          </w:p>
        </w:tc>
        <w:tc>
          <w:tcPr>
            <w:tcW w:type="dxa" w:w="2160"/>
          </w:tcPr>
          <w:p>
            <w:r>
              <w:t>Primary authority: FTB</w:t>
              <w:br/>
              <w:t>Response: ___________________________</w:t>
              <w:br/>
              <w:t>Evidence: ___________________________</w:t>
              <w:br/>
              <w:t>Reviewer conclusion: ___________________________</w:t>
            </w:r>
          </w:p>
        </w:tc>
      </w:tr>
    </w:tbl>
    <w:p/>
    <w:p>
      <w:pPr>
        <w:pStyle w:val="Heading2"/>
      </w:pPr>
      <w:r>
        <w:t>ENVIRONMENTAL-IMPACT-ASSSESSMENT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1066-0290</w:t>
            </w:r>
          </w:p>
        </w:tc>
        <w:tc>
          <w:tcPr>
            <w:tcW w:type="dxa" w:w="2160"/>
          </w:tcPr>
          <w:p>
            <w:r>
              <w:t>Carbon Footprint</w:t>
            </w:r>
          </w:p>
        </w:tc>
        <w:tc>
          <w:tcPr>
            <w:tcW w:type="dxa" w:w="2160"/>
          </w:tcPr>
          <w:p>
            <w:r>
              <w:t>What specific practices have you implemented to reduce the carbon footprint of your lentil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1066-0291</w:t>
            </w:r>
          </w:p>
        </w:tc>
        <w:tc>
          <w:tcPr>
            <w:tcW w:type="dxa" w:w="2160"/>
          </w:tcPr>
          <w:p>
            <w:r>
              <w:t>Water Usage</w:t>
            </w:r>
          </w:p>
        </w:tc>
        <w:tc>
          <w:tcPr>
            <w:tcW w:type="dxa" w:w="2160"/>
          </w:tcPr>
          <w:p>
            <w:r>
              <w:t>How do you measure and track water usage throughout the lentil growing season?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1066-0292</w:t>
            </w:r>
          </w:p>
        </w:tc>
        <w:tc>
          <w:tcPr>
            <w:tcW w:type="dxa" w:w="2160"/>
          </w:tcPr>
          <w:p>
            <w:r>
              <w:t>Biodiversity</w:t>
            </w:r>
          </w:p>
        </w:tc>
        <w:tc>
          <w:tcPr>
            <w:tcW w:type="dxa" w:w="2160"/>
          </w:tcPr>
          <w:p>
            <w:r>
              <w:t>What measures do you take to promote biodiversity on your lentil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1066-0293</w:t>
            </w:r>
          </w:p>
        </w:tc>
        <w:tc>
          <w:tcPr>
            <w:tcW w:type="dxa" w:w="2160"/>
          </w:tcPr>
          <w:p>
            <w:r>
              <w:t>Soil Erosion</w:t>
            </w:r>
          </w:p>
        </w:tc>
        <w:tc>
          <w:tcPr>
            <w:tcW w:type="dxa" w:w="2160"/>
          </w:tcPr>
          <w:p>
            <w:r>
              <w:t>Can you describe the techniques you use to prevent soil erosion on your lentil fields?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1066-0294</w:t>
            </w:r>
          </w:p>
        </w:tc>
        <w:tc>
          <w:tcPr>
            <w:tcW w:type="dxa" w:w="2160"/>
          </w:tcPr>
          <w:p>
            <w:r>
              <w:t>Sustainability Assessments</w:t>
            </w:r>
          </w:p>
        </w:tc>
        <w:tc>
          <w:tcPr>
            <w:tcW w:type="dxa" w:w="2160"/>
          </w:tcPr>
          <w:p>
            <w:r>
              <w:t>Have you conducted any formal sustainability assessments for your lentil farming practices?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1066-0295</w:t>
            </w:r>
          </w:p>
        </w:tc>
        <w:tc>
          <w:tcPr>
            <w:tcW w:type="dxa" w:w="2160"/>
          </w:tcPr>
          <w:p>
            <w:r>
              <w:t>Environmental Certifications</w:t>
            </w:r>
          </w:p>
        </w:tc>
        <w:tc>
          <w:tcPr>
            <w:tcW w:type="dxa" w:w="2160"/>
          </w:tcPr>
          <w:p>
            <w:r>
              <w:t>What environmental certifications, if any, has your lentil farm obtained?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1066-0296</w:t>
            </w:r>
          </w:p>
        </w:tc>
        <w:tc>
          <w:tcPr>
            <w:tcW w:type="dxa" w:w="2160"/>
          </w:tcPr>
          <w:p>
            <w:r>
              <w:t>Carbon Footprint</w:t>
            </w:r>
          </w:p>
        </w:tc>
        <w:tc>
          <w:tcPr>
            <w:tcW w:type="dxa" w:w="2160"/>
          </w:tcPr>
          <w:p>
            <w:r>
              <w:t>What is the estimated carbon footprint (in CO2e) of your lentil production per acre?</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1066-0297</w:t>
            </w:r>
          </w:p>
        </w:tc>
        <w:tc>
          <w:tcPr>
            <w:tcW w:type="dxa" w:w="2160"/>
          </w:tcPr>
          <w:p>
            <w:r>
              <w:t>Water Usage</w:t>
            </w:r>
          </w:p>
        </w:tc>
        <w:tc>
          <w:tcPr>
            <w:tcW w:type="dxa" w:w="2160"/>
          </w:tcPr>
          <w:p>
            <w:r>
              <w:t>What percentage of your total water usage is sourced from sustainable practices (e.g., rainwater harvesting, recycled water)?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1066-0298</w:t>
            </w:r>
          </w:p>
        </w:tc>
        <w:tc>
          <w:tcPr>
            <w:tcW w:type="dxa" w:w="2160"/>
          </w:tcPr>
          <w:p>
            <w:r>
              <w:t>Biodiversity</w:t>
            </w:r>
          </w:p>
        </w:tc>
        <w:tc>
          <w:tcPr>
            <w:tcW w:type="dxa" w:w="2160"/>
          </w:tcPr>
          <w:p>
            <w:r>
              <w:t>How do you assess the impact of your farming practices on local wildlife and plant species?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1066-0299</w:t>
            </w:r>
          </w:p>
        </w:tc>
        <w:tc>
          <w:tcPr>
            <w:tcW w:type="dxa" w:w="2160"/>
          </w:tcPr>
          <w:p>
            <w:r>
              <w:t>Soil Erosion</w:t>
            </w:r>
          </w:p>
        </w:tc>
        <w:tc>
          <w:tcPr>
            <w:tcW w:type="dxa" w:w="2160"/>
          </w:tcPr>
          <w:p>
            <w:r>
              <w:t>What is the average soil loss (in tons per acre) you have recorded on your lentil fields?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1066-0300</w:t>
            </w:r>
          </w:p>
        </w:tc>
        <w:tc>
          <w:tcPr>
            <w:tcW w:type="dxa" w:w="2160"/>
          </w:tcPr>
          <w:p>
            <w:r>
              <w:t>Sustainability Assessments</w:t>
            </w:r>
          </w:p>
        </w:tc>
        <w:tc>
          <w:tcPr>
            <w:tcW w:type="dxa" w:w="2160"/>
          </w:tcPr>
          <w:p>
            <w:r>
              <w:t>How frequently do you review and update your sustainability practices?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1066-0301</w:t>
            </w:r>
          </w:p>
        </w:tc>
        <w:tc>
          <w:tcPr>
            <w:tcW w:type="dxa" w:w="2160"/>
          </w:tcPr>
          <w:p>
            <w:r>
              <w:t>Environmental Certifications</w:t>
            </w:r>
          </w:p>
        </w:tc>
        <w:tc>
          <w:tcPr>
            <w:tcW w:type="dxa" w:w="2160"/>
          </w:tcPr>
          <w:p>
            <w:r>
              <w:t>What criteria do you use to select environmental certifications for your lentil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1066-0302</w:t>
            </w:r>
          </w:p>
        </w:tc>
        <w:tc>
          <w:tcPr>
            <w:tcW w:type="dxa" w:w="2160"/>
          </w:tcPr>
          <w:p>
            <w:r>
              <w:t>Carbon Footprint</w:t>
            </w:r>
          </w:p>
        </w:tc>
        <w:tc>
          <w:tcPr>
            <w:tcW w:type="dxa" w:w="2160"/>
          </w:tcPr>
          <w:p>
            <w:r>
              <w:t>What innovative practices have you introduced in the last year to further reduce your carbon footprint?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1066-0303</w:t>
            </w:r>
          </w:p>
        </w:tc>
        <w:tc>
          <w:tcPr>
            <w:tcW w:type="dxa" w:w="2160"/>
          </w:tcPr>
          <w:p>
            <w:r>
              <w:t>Water Usage</w:t>
            </w:r>
          </w:p>
        </w:tc>
        <w:tc>
          <w:tcPr>
            <w:tcW w:type="dxa" w:w="2160"/>
          </w:tcPr>
          <w:p>
            <w:r>
              <w:t>What is your target for reducing water usage in lentil production over the next five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1066-0304</w:t>
            </w:r>
          </w:p>
        </w:tc>
        <w:tc>
          <w:tcPr>
            <w:tcW w:type="dxa" w:w="2160"/>
          </w:tcPr>
          <w:p>
            <w:r>
              <w:t>Biodiversity</w:t>
            </w:r>
          </w:p>
        </w:tc>
        <w:tc>
          <w:tcPr>
            <w:tcW w:type="dxa" w:w="2160"/>
          </w:tcPr>
          <w:p>
            <w:r>
              <w:t>What partnerships do you have with local organizations to enhance biodiversity on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BYPRODUCTS-UTILIZATION-STRATEGIES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1066-0305</w:t>
            </w:r>
          </w:p>
        </w:tc>
        <w:tc>
          <w:tcPr>
            <w:tcW w:type="dxa" w:w="2160"/>
          </w:tcPr>
          <w:p>
            <w:r>
              <w:t>Crop Residues Management</w:t>
            </w:r>
          </w:p>
        </w:tc>
        <w:tc>
          <w:tcPr>
            <w:tcW w:type="dxa" w:w="2160"/>
          </w:tcPr>
          <w:p>
            <w:r>
              <w:t>What specific methods do you employ to manage lentil crop residues after harvest, and how do these methods contribute to sustainability?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1066-0306</w:t>
            </w:r>
          </w:p>
        </w:tc>
        <w:tc>
          <w:tcPr>
            <w:tcW w:type="dxa" w:w="2160"/>
          </w:tcPr>
          <w:p>
            <w:r>
              <w:t>Animal Feed Utilization</w:t>
            </w:r>
          </w:p>
        </w:tc>
        <w:tc>
          <w:tcPr>
            <w:tcW w:type="dxa" w:w="2160"/>
          </w:tcPr>
          <w:p>
            <w:r>
              <w:t>Have you developed any processes to convert lentil byproducts into animal feed? If so, please describe the process and any testing conducted to ensure safety and nutritional value.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1066-0307</w:t>
            </w:r>
          </w:p>
        </w:tc>
        <w:tc>
          <w:tcPr>
            <w:tcW w:type="dxa" w:w="2160"/>
          </w:tcPr>
          <w:p>
            <w:r>
              <w:t>Bioenergy Production</w:t>
            </w:r>
          </w:p>
        </w:tc>
        <w:tc>
          <w:tcPr>
            <w:tcW w:type="dxa" w:w="2160"/>
          </w:tcPr>
          <w:p>
            <w:r>
              <w:t>Are you utilizing lentil byproducts for bioenergy production? If yes, please detail the technology used and any experimental trials conducted to optimize energy yield.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1066-0308</w:t>
            </w:r>
          </w:p>
        </w:tc>
        <w:tc>
          <w:tcPr>
            <w:tcW w:type="dxa" w:w="2160"/>
          </w:tcPr>
          <w:p>
            <w:r>
              <w:t>Composting Practices</w:t>
            </w:r>
          </w:p>
        </w:tc>
        <w:tc>
          <w:tcPr>
            <w:tcW w:type="dxa" w:w="2160"/>
          </w:tcPr>
          <w:p>
            <w:r>
              <w:t>What practices do you implement for composting lentil byproducts, and how do you measure the effectiveness of your compost in enhancing soil health?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1066-0309</w:t>
            </w:r>
          </w:p>
        </w:tc>
        <w:tc>
          <w:tcPr>
            <w:tcW w:type="dxa" w:w="2160"/>
          </w:tcPr>
          <w:p>
            <w:r>
              <w:t>Waste Reduction Strategies</w:t>
            </w:r>
          </w:p>
        </w:tc>
        <w:tc>
          <w:tcPr>
            <w:tcW w:type="dxa" w:w="2160"/>
          </w:tcPr>
          <w:p>
            <w:r>
              <w:t>Can you describe any innovative strategies you have implemented to reduce waste from lentil farming operations? What metrics do you use to evaluate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1066-0310</w:t>
            </w:r>
          </w:p>
        </w:tc>
        <w:tc>
          <w:tcPr>
            <w:tcW w:type="dxa" w:w="2160"/>
          </w:tcPr>
          <w:p>
            <w:r>
              <w:t>Value-Added Products</w:t>
            </w:r>
          </w:p>
        </w:tc>
        <w:tc>
          <w:tcPr>
            <w:tcW w:type="dxa" w:w="2160"/>
          </w:tcPr>
          <w:p>
            <w:r>
              <w:t>Have you developed any value-added products from lentil byproducts? If so, please list these products and describe the R&amp;D process involved in their development.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1066-0311</w:t>
            </w:r>
          </w:p>
        </w:tc>
        <w:tc>
          <w:tcPr>
            <w:tcW w:type="dxa" w:w="2160"/>
          </w:tcPr>
          <w:p>
            <w:r>
              <w:t>Market Analysis</w:t>
            </w:r>
          </w:p>
        </w:tc>
        <w:tc>
          <w:tcPr>
            <w:tcW w:type="dxa" w:w="2160"/>
          </w:tcPr>
          <w:p>
            <w:r>
              <w:t>What market research have you conducted to assess the demand for products derived from lentil byproducts? Please provide details of findings and any adjustments made to your strategy based on this research.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1066-0312</w:t>
            </w:r>
          </w:p>
        </w:tc>
        <w:tc>
          <w:tcPr>
            <w:tcW w:type="dxa" w:w="2160"/>
          </w:tcPr>
          <w:p>
            <w:r>
              <w:t>Partnerships and Collaborations</w:t>
            </w:r>
          </w:p>
        </w:tc>
        <w:tc>
          <w:tcPr>
            <w:tcW w:type="dxa" w:w="2160"/>
          </w:tcPr>
          <w:p>
            <w:r>
              <w:t>Have you partnered with any research institutions or companies to explore the utilization of lentil byproducts? If so, please describe the nature of these partnerships and any results achieved.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1066-0313</w:t>
            </w:r>
          </w:p>
        </w:tc>
        <w:tc>
          <w:tcPr>
            <w:tcW w:type="dxa" w:w="2160"/>
          </w:tcPr>
          <w:p>
            <w:r>
              <w:t>Regulatory Compliance</w:t>
            </w:r>
          </w:p>
        </w:tc>
        <w:tc>
          <w:tcPr>
            <w:tcW w:type="dxa" w:w="2160"/>
          </w:tcPr>
          <w:p>
            <w:r>
              <w:t>What regulatory considerations do you take into account when developing products from lentil byproducts? Please provide examples of compliance measures implemented.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1066-0314</w:t>
            </w:r>
          </w:p>
        </w:tc>
        <w:tc>
          <w:tcPr>
            <w:tcW w:type="dxa" w:w="2160"/>
          </w:tcPr>
          <w:p>
            <w:r>
              <w:t>Financial Investment</w:t>
            </w:r>
          </w:p>
        </w:tc>
        <w:tc>
          <w:tcPr>
            <w:tcW w:type="dxa" w:w="2160"/>
          </w:tcPr>
          <w:p>
            <w:r>
              <w:t>What financial investments have you made in R&amp;D for the utilization of lentil byproducts? Please specify amounts and the expected outcomes of these investments.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1066-0315</w:t>
            </w:r>
          </w:p>
        </w:tc>
        <w:tc>
          <w:tcPr>
            <w:tcW w:type="dxa" w:w="2160"/>
          </w:tcPr>
          <w:p>
            <w:r>
              <w:t>Innovation Tracking</w:t>
            </w:r>
          </w:p>
        </w:tc>
        <w:tc>
          <w:tcPr>
            <w:tcW w:type="dxa" w:w="2160"/>
          </w:tcPr>
          <w:p>
            <w:r>
              <w:t>How do you track and document innovative practices related to the utilization of lentil byproducts? Please describe your documentation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1066-0316</w:t>
            </w:r>
          </w:p>
        </w:tc>
        <w:tc>
          <w:tcPr>
            <w:tcW w:type="dxa" w:w="2160"/>
          </w:tcPr>
          <w:p>
            <w:r>
              <w:t>Sustainability Metrics</w:t>
            </w:r>
          </w:p>
        </w:tc>
        <w:tc>
          <w:tcPr>
            <w:tcW w:type="dxa" w:w="2160"/>
          </w:tcPr>
          <w:p>
            <w:r>
              <w:t>What specific sustainability metrics do you use to evaluate the impact of utilizing lentil byproducts? Please provide examples and any data collected.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1066-0317</w:t>
            </w:r>
          </w:p>
        </w:tc>
        <w:tc>
          <w:tcPr>
            <w:tcW w:type="dxa" w:w="2160"/>
          </w:tcPr>
          <w:p>
            <w:r>
              <w:t>Future Plans</w:t>
            </w:r>
          </w:p>
        </w:tc>
        <w:tc>
          <w:tcPr>
            <w:tcW w:type="dxa" w:w="2160"/>
          </w:tcPr>
          <w:p>
            <w:r>
              <w:t>What future plans do you have for further research or development in the utilization of lentil byproducts? Please outline any specific goals or projects.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AUTOMATION-TECHNOLOGIES-ADOPTION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1066-0318</w:t>
            </w:r>
          </w:p>
        </w:tc>
        <w:tc>
          <w:tcPr>
            <w:tcW w:type="dxa" w:w="2160"/>
          </w:tcPr>
          <w:p>
            <w:r>
              <w:t>Precision Agriculture</w:t>
            </w:r>
          </w:p>
        </w:tc>
        <w:tc>
          <w:tcPr>
            <w:tcW w:type="dxa" w:w="2160"/>
          </w:tcPr>
          <w:p>
            <w:r>
              <w:t>What specific precision agriculture technologies have you integrated into your lentil farming operations, and what were the objectives behind their adoption?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1066-0319</w:t>
            </w:r>
          </w:p>
        </w:tc>
        <w:tc>
          <w:tcPr>
            <w:tcW w:type="dxa" w:w="2160"/>
          </w:tcPr>
          <w:p>
            <w:r>
              <w:t>Drones</w:t>
            </w:r>
          </w:p>
        </w:tc>
        <w:tc>
          <w:tcPr>
            <w:tcW w:type="dxa" w:w="2160"/>
          </w:tcPr>
          <w:p>
            <w:r>
              <w:t>Have you utilized drones for any experimental purposes in your lentil farming, such as crop monitoring or data collection? If so, please describe the specific experiments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1066-0320</w:t>
            </w:r>
          </w:p>
        </w:tc>
        <w:tc>
          <w:tcPr>
            <w:tcW w:type="dxa" w:w="2160"/>
          </w:tcPr>
          <w:p>
            <w:r>
              <w:t>Sensor Technology</w:t>
            </w:r>
          </w:p>
        </w:tc>
        <w:tc>
          <w:tcPr>
            <w:tcW w:type="dxa" w:w="2160"/>
          </w:tcPr>
          <w:p>
            <w:r>
              <w:t>What types of sensor technologies have you implemented in your lentil farming operations, and how do they contribute to improving crop yields or reducing costs?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1066-0321</w:t>
            </w:r>
          </w:p>
        </w:tc>
        <w:tc>
          <w:tcPr>
            <w:tcW w:type="dxa" w:w="2160"/>
          </w:tcPr>
          <w:p>
            <w:r>
              <w:t>Automated Irrigation</w:t>
            </w:r>
          </w:p>
        </w:tc>
        <w:tc>
          <w:tcPr>
            <w:tcW w:type="dxa" w:w="2160"/>
          </w:tcPr>
          <w:p>
            <w:r>
              <w:t>Describe any automated irrigation systems you have developed or modified for your lentil crops. What challenges did you face during development?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1066-0322</w:t>
            </w:r>
          </w:p>
        </w:tc>
        <w:tc>
          <w:tcPr>
            <w:tcW w:type="dxa" w:w="2160"/>
          </w:tcPr>
          <w:p>
            <w:r>
              <w:t>Data Analytics</w:t>
            </w:r>
          </w:p>
        </w:tc>
        <w:tc>
          <w:tcPr>
            <w:tcW w:type="dxa" w:w="2160"/>
          </w:tcPr>
          <w:p>
            <w:r>
              <w:t>What data analytics tools or software have you implemented to analyze crop performance, and what specific hypotheses were you testing?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1066-0323</w:t>
            </w:r>
          </w:p>
        </w:tc>
        <w:tc>
          <w:tcPr>
            <w:tcW w:type="dxa" w:w="2160"/>
          </w:tcPr>
          <w:p>
            <w:r>
              <w:t>Robotics</w:t>
            </w:r>
          </w:p>
        </w:tc>
        <w:tc>
          <w:tcPr>
            <w:tcW w:type="dxa" w:w="2160"/>
          </w:tcPr>
          <w:p>
            <w:r>
              <w:t>Have you engaged in any experimental use of robotics for tasks such as planting or harvesting lentils? Please provide details on the experimental design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1066-0324</w:t>
            </w:r>
          </w:p>
        </w:tc>
        <w:tc>
          <w:tcPr>
            <w:tcW w:type="dxa" w:w="2160"/>
          </w:tcPr>
          <w:p>
            <w:r>
              <w:t>Integration Challenges</w:t>
            </w:r>
          </w:p>
        </w:tc>
        <w:tc>
          <w:tcPr>
            <w:tcW w:type="dxa" w:w="2160"/>
          </w:tcPr>
          <w:p>
            <w:r>
              <w:t>What specific challenges have you encountered in integrating automation technologies into your lentil farming operations? How did you address these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1066-0325</w:t>
            </w:r>
          </w:p>
        </w:tc>
        <w:tc>
          <w:tcPr>
            <w:tcW w:type="dxa" w:w="2160"/>
          </w:tcPr>
          <w:p>
            <w:r>
              <w:t>Cost-Benefit Analysis</w:t>
            </w:r>
          </w:p>
        </w:tc>
        <w:tc>
          <w:tcPr>
            <w:tcW w:type="dxa" w:w="2160"/>
          </w:tcPr>
          <w:p>
            <w:r>
              <w:t>What costs have you incurred in adopting automation technologies in your lentil farming, and what measurable benefits have you observed?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1066-0326</w:t>
            </w:r>
          </w:p>
        </w:tc>
        <w:tc>
          <w:tcPr>
            <w:tcW w:type="dxa" w:w="2160"/>
          </w:tcPr>
          <w:p>
            <w:r>
              <w:t>Experimental Design</w:t>
            </w:r>
          </w:p>
        </w:tc>
        <w:tc>
          <w:tcPr>
            <w:tcW w:type="dxa" w:w="2160"/>
          </w:tcPr>
          <w:p>
            <w:r>
              <w:t>For any new technology trials conducted, what experimental design principles did you follow to ensure valid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1066-0327</w:t>
            </w:r>
          </w:p>
        </w:tc>
        <w:tc>
          <w:tcPr>
            <w:tcW w:type="dxa" w:w="2160"/>
          </w:tcPr>
          <w:p>
            <w:r>
              <w:t>Regulatory Compliance</w:t>
            </w:r>
          </w:p>
        </w:tc>
        <w:tc>
          <w:tcPr>
            <w:tcW w:type="dxa" w:w="2160"/>
          </w:tcPr>
          <w:p>
            <w:r>
              <w:t>Have you faced any regulatory compliance issues related to the use of automation technologies in your lentil farming? If so, please elaborate.</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1066-0328</w:t>
            </w:r>
          </w:p>
        </w:tc>
        <w:tc>
          <w:tcPr>
            <w:tcW w:type="dxa" w:w="2160"/>
          </w:tcPr>
          <w:p>
            <w:r>
              <w:t>Technology Evaluation</w:t>
            </w:r>
          </w:p>
        </w:tc>
        <w:tc>
          <w:tcPr>
            <w:tcW w:type="dxa" w:w="2160"/>
          </w:tcPr>
          <w:p>
            <w:r>
              <w:t>How do you evaluate the effectiveness of the automation technologies you have implemented in your lentil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1066-0329</w:t>
            </w:r>
          </w:p>
        </w:tc>
        <w:tc>
          <w:tcPr>
            <w:tcW w:type="dxa" w:w="2160"/>
          </w:tcPr>
          <w:p>
            <w:r>
              <w:t>Future Plans</w:t>
            </w:r>
          </w:p>
        </w:tc>
        <w:tc>
          <w:tcPr>
            <w:tcW w:type="dxa" w:w="2160"/>
          </w:tcPr>
          <w:p>
            <w:r>
              <w:t>What future automation projects are you planning for your lentil farming operations, and what are the expected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1066-0330</w:t>
            </w:r>
          </w:p>
        </w:tc>
        <w:tc>
          <w:tcPr>
            <w:tcW w:type="dxa" w:w="2160"/>
          </w:tcPr>
          <w:p>
            <w:r>
              <w:t>Collaboration</w:t>
            </w:r>
          </w:p>
        </w:tc>
        <w:tc>
          <w:tcPr>
            <w:tcW w:type="dxa" w:w="2160"/>
          </w:tcPr>
          <w:p>
            <w:r>
              <w:t>Have you collaborated with any external organizations or experts in the development of automation technologies for your lentil farming? Please detail the nature of this collaboration.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1066-0331</w:t>
            </w:r>
          </w:p>
        </w:tc>
        <w:tc>
          <w:tcPr>
            <w:tcW w:type="dxa" w:w="2160"/>
          </w:tcPr>
          <w:p>
            <w:r>
              <w:t>Training and Skills</w:t>
            </w:r>
          </w:p>
        </w:tc>
        <w:tc>
          <w:tcPr>
            <w:tcW w:type="dxa" w:w="2160"/>
          </w:tcPr>
          <w:p>
            <w:r>
              <w:t>What training or skill development initiatives have you undertaken for your team to effectively utilize automation technologies in lentil farming?</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1066-0332</w:t>
            </w:r>
          </w:p>
        </w:tc>
        <w:tc>
          <w:tcPr>
            <w:tcW w:type="dxa" w:w="2160"/>
          </w:tcPr>
          <w:p>
            <w:r>
              <w:t>Performance Metrics</w:t>
            </w:r>
          </w:p>
        </w:tc>
        <w:tc>
          <w:tcPr>
            <w:tcW w:type="dxa" w:w="2160"/>
          </w:tcPr>
          <w:p>
            <w:r>
              <w:t>What specific performance metrics do you track to assess the impact of automation technologies on your lentil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1066-0333</w:t>
            </w:r>
          </w:p>
        </w:tc>
        <w:tc>
          <w:tcPr>
            <w:tcW w:type="dxa" w:w="2160"/>
          </w:tcPr>
          <w:p>
            <w:r>
              <w:t>Innovation</w:t>
            </w:r>
          </w:p>
        </w:tc>
        <w:tc>
          <w:tcPr>
            <w:tcW w:type="dxa" w:w="2160"/>
          </w:tcPr>
          <w:p>
            <w:r>
              <w:t>Can you provide examples of innovative solutions you have developed or implemented in your lentil farming operations using automation technologies?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1066-0334</w:t>
            </w:r>
          </w:p>
        </w:tc>
        <w:tc>
          <w:tcPr>
            <w:tcW w:type="dxa" w:w="2160"/>
          </w:tcPr>
          <w:p>
            <w:r>
              <w:t>Innovation</w:t>
            </w:r>
          </w:p>
        </w:tc>
        <w:tc>
          <w:tcPr>
            <w:tcW w:type="dxa" w:w="2160"/>
          </w:tcPr>
          <w:p>
            <w:r>
              <w:t>What automation technologies have you adopted in your farming practices to enhance productivity?</w:t>
              <w:br/>
              <w:t>Answer type: Text</w:t>
              <w:br/>
              <w:t>Trigger: If automation technologies are adopted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DATA-MANAGEMENT-SOFTWARE-SYSTEMS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1066-0335</w:t>
            </w:r>
          </w:p>
        </w:tc>
        <w:tc>
          <w:tcPr>
            <w:tcW w:type="dxa" w:w="2160"/>
          </w:tcPr>
          <w:p>
            <w:r>
              <w:t>Farm Management Software</w:t>
            </w:r>
          </w:p>
        </w:tc>
        <w:tc>
          <w:tcPr>
            <w:tcW w:type="dxa" w:w="2160"/>
          </w:tcPr>
          <w:p>
            <w:r>
              <w:t>What specific farm management software do you utilize for tracking lentil crop data, and how does it support decision-making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1066-0336</w:t>
            </w:r>
          </w:p>
        </w:tc>
        <w:tc>
          <w:tcPr>
            <w:tcW w:type="dxa" w:w="2160"/>
          </w:tcPr>
          <w:p>
            <w:r>
              <w:t>Data Analytics</w:t>
            </w:r>
          </w:p>
        </w:tc>
        <w:tc>
          <w:tcPr>
            <w:tcW w:type="dxa" w:w="2160"/>
          </w:tcPr>
          <w:p>
            <w:r>
              <w:t>Can you describe the data analytics tools you employ to analyze yield data from your lentil crops? Please provide examples of insights gained from these tools.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1066-0337</w:t>
            </w:r>
          </w:p>
        </w:tc>
        <w:tc>
          <w:tcPr>
            <w:tcW w:type="dxa" w:w="2160"/>
          </w:tcPr>
          <w:p>
            <w:r>
              <w:t>Yield Tracking</w:t>
            </w:r>
          </w:p>
        </w:tc>
        <w:tc>
          <w:tcPr>
            <w:tcW w:type="dxa" w:w="2160"/>
          </w:tcPr>
          <w:p>
            <w:r>
              <w:t>How do you track and record yield data for each lentil crop cycle, and what software systems are involved in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1066-0338</w:t>
            </w:r>
          </w:p>
        </w:tc>
        <w:tc>
          <w:tcPr>
            <w:tcW w:type="dxa" w:w="2160"/>
          </w:tcPr>
          <w:p>
            <w:r>
              <w:t>Inventory Management</w:t>
            </w:r>
          </w:p>
        </w:tc>
        <w:tc>
          <w:tcPr>
            <w:tcW w:type="dxa" w:w="2160"/>
          </w:tcPr>
          <w:p>
            <w:r>
              <w:t>What systems do you use for inventory management of lentil seeds and products, and how do these systems integrate with your overall farm management software?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1066-0339</w:t>
            </w:r>
          </w:p>
        </w:tc>
        <w:tc>
          <w:tcPr>
            <w:tcW w:type="dxa" w:w="2160"/>
          </w:tcPr>
          <w:p>
            <w:r>
              <w:t>Decision Support Systems</w:t>
            </w:r>
          </w:p>
        </w:tc>
        <w:tc>
          <w:tcPr>
            <w:tcW w:type="dxa" w:w="2160"/>
          </w:tcPr>
          <w:p>
            <w:r>
              <w:t>What decision support systems are in place to assist in planning and optimizing lentil farming operations? Please detail how these systems contribute to experimental approaches in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1066-0340</w:t>
            </w:r>
          </w:p>
        </w:tc>
        <w:tc>
          <w:tcPr>
            <w:tcW w:type="dxa" w:w="2160"/>
          </w:tcPr>
          <w:p>
            <w:r>
              <w:t>Cloud Storage Solutions</w:t>
            </w:r>
          </w:p>
        </w:tc>
        <w:tc>
          <w:tcPr>
            <w:tcW w:type="dxa" w:w="2160"/>
          </w:tcPr>
          <w:p>
            <w:r>
              <w:t>Do you utilize cloud storage solutions for your farming data? If so, how does this facilitate data accessibility and analysis for your lentil farming operations?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1066-0341</w:t>
            </w:r>
          </w:p>
        </w:tc>
        <w:tc>
          <w:tcPr>
            <w:tcW w:type="dxa" w:w="2160"/>
          </w:tcPr>
          <w:p>
            <w:r>
              <w:t>Data Collection Methods</w:t>
            </w:r>
          </w:p>
        </w:tc>
        <w:tc>
          <w:tcPr>
            <w:tcW w:type="dxa" w:w="2160"/>
          </w:tcPr>
          <w:p>
            <w:r>
              <w:t>What methods do you use to collect data on lentil crop performance, and how is this data integrated into your software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1066-0342</w:t>
            </w:r>
          </w:p>
        </w:tc>
        <w:tc>
          <w:tcPr>
            <w:tcW w:type="dxa" w:w="2160"/>
          </w:tcPr>
          <w:p>
            <w:r>
              <w:t>Software Customization</w:t>
            </w:r>
          </w:p>
        </w:tc>
        <w:tc>
          <w:tcPr>
            <w:tcW w:type="dxa" w:w="2160"/>
          </w:tcPr>
          <w:p>
            <w:r>
              <w:t>Have you customized any of your data management software systems to better suit the needs of your lentil farming operations? If so, please describe the customization and its impact.</w:t>
              <w:br/>
              <w:t>Answer type: Long text</w:t>
              <w:br/>
              <w:t>Trigger: Yes-No + details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1066-0343</w:t>
            </w:r>
          </w:p>
        </w:tc>
        <w:tc>
          <w:tcPr>
            <w:tcW w:type="dxa" w:w="2160"/>
          </w:tcPr>
          <w:p>
            <w:r>
              <w:t>Integration of Systems</w:t>
            </w:r>
          </w:p>
        </w:tc>
        <w:tc>
          <w:tcPr>
            <w:tcW w:type="dxa" w:w="2160"/>
          </w:tcPr>
          <w:p>
            <w:r>
              <w:t>How do you ensure that data from different software systems (e.g., yield tracking, inventory management) is integrated effectively for comprehensive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1066-0344</w:t>
            </w:r>
          </w:p>
        </w:tc>
        <w:tc>
          <w:tcPr>
            <w:tcW w:type="dxa" w:w="2160"/>
          </w:tcPr>
          <w:p>
            <w:r>
              <w:t>Data Security</w:t>
            </w:r>
          </w:p>
        </w:tc>
        <w:tc>
          <w:tcPr>
            <w:tcW w:type="dxa" w:w="2160"/>
          </w:tcPr>
          <w:p>
            <w:r>
              <w:t>What measures are in place to secure the data collected from your lentil farming operations, particularly in relation to cloud storage and software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1066-0345</w:t>
            </w:r>
          </w:p>
        </w:tc>
        <w:tc>
          <w:tcPr>
            <w:tcW w:type="dxa" w:w="2160"/>
          </w:tcPr>
          <w:p>
            <w:r>
              <w:t>User Training</w:t>
            </w:r>
          </w:p>
        </w:tc>
        <w:tc>
          <w:tcPr>
            <w:tcW w:type="dxa" w:w="2160"/>
          </w:tcPr>
          <w:p>
            <w:r>
              <w:t>What training do your staff undergo to effectively use the data management software systems for lentil farming, and how is this training documented?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1066-0346</w:t>
            </w:r>
          </w:p>
        </w:tc>
        <w:tc>
          <w:tcPr>
            <w:tcW w:type="dxa" w:w="2160"/>
          </w:tcPr>
          <w:p>
            <w:r>
              <w:t>Performance Metrics</w:t>
            </w:r>
          </w:p>
        </w:tc>
        <w:tc>
          <w:tcPr>
            <w:tcW w:type="dxa" w:w="2160"/>
          </w:tcPr>
          <w:p>
            <w:r>
              <w:t>What key performance metrics do you track using your data management systems, and how do these metrics influence your operational decisions in lentil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1066-0347</w:t>
            </w:r>
          </w:p>
        </w:tc>
        <w:tc>
          <w:tcPr>
            <w:tcW w:type="dxa" w:w="2160"/>
          </w:tcPr>
          <w:p>
            <w:r>
              <w:t>Software Evaluation</w:t>
            </w:r>
          </w:p>
        </w:tc>
        <w:tc>
          <w:tcPr>
            <w:tcW w:type="dxa" w:w="2160"/>
          </w:tcPr>
          <w:p>
            <w:r>
              <w:t>How do you evaluate the effectiveness of your data management software systems in supporting R&amp;D activities in lentil farming? Please provide specific criteria used for evaluation.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IRRIGATION-MANAGEMENT-TECHNIQUES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1066-0348</w:t>
            </w:r>
          </w:p>
        </w:tc>
        <w:tc>
          <w:tcPr>
            <w:tcW w:type="dxa" w:w="2160"/>
          </w:tcPr>
          <w:p>
            <w:r>
              <w:t>Drip Irrigation</w:t>
            </w:r>
          </w:p>
        </w:tc>
        <w:tc>
          <w:tcPr>
            <w:tcW w:type="dxa" w:w="2160"/>
          </w:tcPr>
          <w:p>
            <w:r>
              <w:t>What specific challenges did you encounter when implementing drip irrigation systems on your lentil farm,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1066-0349</w:t>
            </w:r>
          </w:p>
        </w:tc>
        <w:tc>
          <w:tcPr>
            <w:tcW w:type="dxa" w:w="2160"/>
          </w:tcPr>
          <w:p>
            <w:r>
              <w:t>Water Conservation</w:t>
            </w:r>
          </w:p>
        </w:tc>
        <w:tc>
          <w:tcPr>
            <w:tcW w:type="dxa" w:w="2160"/>
          </w:tcPr>
          <w:p>
            <w:r>
              <w:t>Can you describe any experimental methods you used to improve water conservation techniques in your lentil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1066-0350</w:t>
            </w:r>
          </w:p>
        </w:tc>
        <w:tc>
          <w:tcPr>
            <w:tcW w:type="dxa" w:w="2160"/>
          </w:tcPr>
          <w:p>
            <w:r>
              <w:t>Soil Moisture Sensors</w:t>
            </w:r>
          </w:p>
        </w:tc>
        <w:tc>
          <w:tcPr>
            <w:tcW w:type="dxa" w:w="2160"/>
          </w:tcPr>
          <w:p>
            <w:r>
              <w:t>What types of soil moisture sensors have you tested, and what data did you collect to evaluate their effectiveness in your irrigation management?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1066-0351</w:t>
            </w:r>
          </w:p>
        </w:tc>
        <w:tc>
          <w:tcPr>
            <w:tcW w:type="dxa" w:w="2160"/>
          </w:tcPr>
          <w:p>
            <w:r>
              <w:t>Irrigation Scheduling</w:t>
            </w:r>
          </w:p>
        </w:tc>
        <w:tc>
          <w:tcPr>
            <w:tcW w:type="dxa" w:w="2160"/>
          </w:tcPr>
          <w:p>
            <w:r>
              <w:t>Describe the process you followed to develop an irrigation scheduling system for your lentil crops. What variables did you consider?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1066-0352</w:t>
            </w:r>
          </w:p>
        </w:tc>
        <w:tc>
          <w:tcPr>
            <w:tcW w:type="dxa" w:w="2160"/>
          </w:tcPr>
          <w:p>
            <w:r>
              <w:t>Efficiency Metrics</w:t>
            </w:r>
          </w:p>
        </w:tc>
        <w:tc>
          <w:tcPr>
            <w:tcW w:type="dxa" w:w="2160"/>
          </w:tcPr>
          <w:p>
            <w:r>
              <w:t>What specific metrics do you use to measure the efficiency of your irrigation systems, and how have you adjusted your practices based on these metrics?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1066-0353</w:t>
            </w:r>
          </w:p>
        </w:tc>
        <w:tc>
          <w:tcPr>
            <w:tcW w:type="dxa" w:w="2160"/>
          </w:tcPr>
          <w:p>
            <w:r>
              <w:t>Regulatory Water Use</w:t>
            </w:r>
          </w:p>
        </w:tc>
        <w:tc>
          <w:tcPr>
            <w:tcW w:type="dxa" w:w="2160"/>
          </w:tcPr>
          <w:p>
            <w:r>
              <w:t>What local or state regulations have influenced your irrigation practices, and how did you adapt your systems to comply with these regulations?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1066-0354</w:t>
            </w:r>
          </w:p>
        </w:tc>
        <w:tc>
          <w:tcPr>
            <w:tcW w:type="dxa" w:w="2160"/>
          </w:tcPr>
          <w:p>
            <w:r>
              <w:t>Drip Irrigation</w:t>
            </w:r>
          </w:p>
        </w:tc>
        <w:tc>
          <w:tcPr>
            <w:tcW w:type="dxa" w:w="2160"/>
          </w:tcPr>
          <w:p>
            <w:r>
              <w:t>How did you determine the optimal spacing and layout for your drip irrigation system in relation to your lentil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1066-0355</w:t>
            </w:r>
          </w:p>
        </w:tc>
        <w:tc>
          <w:tcPr>
            <w:tcW w:type="dxa" w:w="2160"/>
          </w:tcPr>
          <w:p>
            <w:r>
              <w:t>Water Conservation</w:t>
            </w:r>
          </w:p>
        </w:tc>
        <w:tc>
          <w:tcPr>
            <w:tcW w:type="dxa" w:w="2160"/>
          </w:tcPr>
          <w:p>
            <w:r>
              <w:t>What innovative practices have you implemented to enhance water conservation in your lentil farming,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1066-0356</w:t>
            </w:r>
          </w:p>
        </w:tc>
        <w:tc>
          <w:tcPr>
            <w:tcW w:type="dxa" w:w="2160"/>
          </w:tcPr>
          <w:p>
            <w:r>
              <w:t>Soil Moisture Sensors</w:t>
            </w:r>
          </w:p>
        </w:tc>
        <w:tc>
          <w:tcPr>
            <w:tcW w:type="dxa" w:w="2160"/>
          </w:tcPr>
          <w:p>
            <w:r>
              <w:t>What criteria did you use to select the soil moisture sensors for your irrigation system, and what performance data have you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1066-0357</w:t>
            </w:r>
          </w:p>
        </w:tc>
        <w:tc>
          <w:tcPr>
            <w:tcW w:type="dxa" w:w="2160"/>
          </w:tcPr>
          <w:p>
            <w:r>
              <w:t>Irrigation Scheduling</w:t>
            </w:r>
          </w:p>
        </w:tc>
        <w:tc>
          <w:tcPr>
            <w:tcW w:type="dxa" w:w="2160"/>
          </w:tcPr>
          <w:p>
            <w:r>
              <w:t>How do you integrate weather data into your irrigation scheduling decisions for lentil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1066-0358</w:t>
            </w:r>
          </w:p>
        </w:tc>
        <w:tc>
          <w:tcPr>
            <w:tcW w:type="dxa" w:w="2160"/>
          </w:tcPr>
          <w:p>
            <w:r>
              <w:t>Efficiency Metrics</w:t>
            </w:r>
          </w:p>
        </w:tc>
        <w:tc>
          <w:tcPr>
            <w:tcW w:type="dxa" w:w="2160"/>
          </w:tcPr>
          <w:p>
            <w:r>
              <w:t>Can you provide specific examples of how changes in your irrigation practices have improved water use efficiency in your lentil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1066-0359</w:t>
            </w:r>
          </w:p>
        </w:tc>
        <w:tc>
          <w:tcPr>
            <w:tcW w:type="dxa" w:w="2160"/>
          </w:tcPr>
          <w:p>
            <w:r>
              <w:t>Regulatory Water Use</w:t>
            </w:r>
          </w:p>
        </w:tc>
        <w:tc>
          <w:tcPr>
            <w:tcW w:type="dxa" w:w="2160"/>
          </w:tcPr>
          <w:p>
            <w:r>
              <w:t>What documentation do you maintain to demonstrate compliance with water use regulations for your irrigation practices?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1066-0360</w:t>
            </w:r>
          </w:p>
        </w:tc>
        <w:tc>
          <w:tcPr>
            <w:tcW w:type="dxa" w:w="2160"/>
          </w:tcPr>
          <w:p>
            <w:r>
              <w:t>Drip Irrigation</w:t>
            </w:r>
          </w:p>
        </w:tc>
        <w:tc>
          <w:tcPr>
            <w:tcW w:type="dxa" w:w="2160"/>
          </w:tcPr>
          <w:p>
            <w:r>
              <w:t>What trials have you conducted to compare the performance of drip irrigation versus traditional irrigation methods for lentils?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1066-0361</w:t>
            </w:r>
          </w:p>
        </w:tc>
        <w:tc>
          <w:tcPr>
            <w:tcW w:type="dxa" w:w="2160"/>
          </w:tcPr>
          <w:p>
            <w:r>
              <w:t>Water Conservation</w:t>
            </w:r>
          </w:p>
        </w:tc>
        <w:tc>
          <w:tcPr>
            <w:tcW w:type="dxa" w:w="2160"/>
          </w:tcPr>
          <w:p>
            <w:r>
              <w:t>How do you assess the impact of your water conservation strategies on crop yield and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1066-0362</w:t>
            </w:r>
          </w:p>
        </w:tc>
        <w:tc>
          <w:tcPr>
            <w:tcW w:type="dxa" w:w="2160"/>
          </w:tcPr>
          <w:p>
            <w:r>
              <w:t>Soil Moisture Sensors</w:t>
            </w:r>
          </w:p>
        </w:tc>
        <w:tc>
          <w:tcPr>
            <w:tcW w:type="dxa" w:w="2160"/>
          </w:tcPr>
          <w:p>
            <w:r>
              <w:t>Have you collaborated with any research institutions to improve soil moisture measurement techniques,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FERTILIZATION-PRACTICES-IMPACT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1066-0363</w:t>
            </w:r>
          </w:p>
        </w:tc>
        <w:tc>
          <w:tcPr>
            <w:tcW w:type="dxa" w:w="2160"/>
          </w:tcPr>
          <w:p>
            <w:r>
              <w:t>Soil Testing</w:t>
            </w:r>
          </w:p>
        </w:tc>
        <w:tc>
          <w:tcPr>
            <w:tcW w:type="dxa" w:w="2160"/>
          </w:tcPr>
          <w:p>
            <w:r>
              <w:t>What specific soil tests did you conduct to assess nutrient levels prior to fertilization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1066-0364</w:t>
            </w:r>
          </w:p>
        </w:tc>
        <w:tc>
          <w:tcPr>
            <w:tcW w:type="dxa" w:w="2160"/>
          </w:tcPr>
          <w:p>
            <w:r>
              <w:t>Nutrient Management</w:t>
            </w:r>
          </w:p>
        </w:tc>
        <w:tc>
          <w:tcPr>
            <w:tcW w:type="dxa" w:w="2160"/>
          </w:tcPr>
          <w:p>
            <w:r>
              <w:t>How did you determine the nutrient requirements for your lentil crops in 2025? Please describe the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1066-0365</w:t>
            </w:r>
          </w:p>
        </w:tc>
        <w:tc>
          <w:tcPr>
            <w:tcW w:type="dxa" w:w="2160"/>
          </w:tcPr>
          <w:p>
            <w:r>
              <w:t>Organic Fertilizers</w:t>
            </w:r>
          </w:p>
        </w:tc>
        <w:tc>
          <w:tcPr>
            <w:tcW w:type="dxa" w:w="2160"/>
          </w:tcPr>
          <w:p>
            <w:r>
              <w:t>What types of organic fertilizers did you apply in 2025, and what was the rationale behind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1066-0366</w:t>
            </w:r>
          </w:p>
        </w:tc>
        <w:tc>
          <w:tcPr>
            <w:tcW w:type="dxa" w:w="2160"/>
          </w:tcPr>
          <w:p>
            <w:r>
              <w:t>Chemical Fertilizers</w:t>
            </w:r>
          </w:p>
        </w:tc>
        <w:tc>
          <w:tcPr>
            <w:tcW w:type="dxa" w:w="2160"/>
          </w:tcPr>
          <w:p>
            <w:r>
              <w:t>Which chemical fertilizers were utilized in 2025, and how did you assess their effectiveness on lentil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1066-0367</w:t>
            </w:r>
          </w:p>
        </w:tc>
        <w:tc>
          <w:tcPr>
            <w:tcW w:type="dxa" w:w="2160"/>
          </w:tcPr>
          <w:p>
            <w:r>
              <w:t>Application Techniques</w:t>
            </w:r>
          </w:p>
        </w:tc>
        <w:tc>
          <w:tcPr>
            <w:tcW w:type="dxa" w:w="2160"/>
          </w:tcPr>
          <w:p>
            <w:r>
              <w:t>What application techniques did you employ for fertilization in 2025, and how did you evaluate their impact on crop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1066-0368</w:t>
            </w:r>
          </w:p>
        </w:tc>
        <w:tc>
          <w:tcPr>
            <w:tcW w:type="dxa" w:w="2160"/>
          </w:tcPr>
          <w:p>
            <w:r>
              <w:t>Yield Enhancement</w:t>
            </w:r>
          </w:p>
        </w:tc>
        <w:tc>
          <w:tcPr>
            <w:tcW w:type="dxa" w:w="2160"/>
          </w:tcPr>
          <w:p>
            <w:r>
              <w:t>What specific yield enhancement strategies did you implement in conjunction with fertilization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1066-0369</w:t>
            </w:r>
          </w:p>
        </w:tc>
        <w:tc>
          <w:tcPr>
            <w:tcW w:type="dxa" w:w="2160"/>
          </w:tcPr>
          <w:p>
            <w:r>
              <w:t>Soil Testing</w:t>
            </w:r>
          </w:p>
        </w:tc>
        <w:tc>
          <w:tcPr>
            <w:tcW w:type="dxa" w:w="2160"/>
          </w:tcPr>
          <w:p>
            <w:r>
              <w:t>How frequently did you conduct soil testing during the 2025 growing season?</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1066-0370</w:t>
            </w:r>
          </w:p>
        </w:tc>
        <w:tc>
          <w:tcPr>
            <w:tcW w:type="dxa" w:w="2160"/>
          </w:tcPr>
          <w:p>
            <w:r>
              <w:t>Nutrient Management</w:t>
            </w:r>
          </w:p>
        </w:tc>
        <w:tc>
          <w:tcPr>
            <w:tcW w:type="dxa" w:w="2160"/>
          </w:tcPr>
          <w:p>
            <w:r>
              <w:t>What was the estimated percentage of nutrient uptake by your lentil crops in 2025 based on your fertilization practices?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1066-0371</w:t>
            </w:r>
          </w:p>
        </w:tc>
        <w:tc>
          <w:tcPr>
            <w:tcW w:type="dxa" w:w="2160"/>
          </w:tcPr>
          <w:p>
            <w:r>
              <w:t>Organic Fertilizers</w:t>
            </w:r>
          </w:p>
        </w:tc>
        <w:tc>
          <w:tcPr>
            <w:tcW w:type="dxa" w:w="2160"/>
          </w:tcPr>
          <w:p>
            <w:r>
              <w:t>How much (in currency) did you invest in organic fertilizers in 2025?</w:t>
              <w:br/>
              <w:t>Answer type: Currency</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1066-0372</w:t>
            </w:r>
          </w:p>
        </w:tc>
        <w:tc>
          <w:tcPr>
            <w:tcW w:type="dxa" w:w="2160"/>
          </w:tcPr>
          <w:p>
            <w:r>
              <w:t>Chemical Fertilizers</w:t>
            </w:r>
          </w:p>
        </w:tc>
        <w:tc>
          <w:tcPr>
            <w:tcW w:type="dxa" w:w="2160"/>
          </w:tcPr>
          <w:p>
            <w:r>
              <w:t>What was the total quantity (in kilograms) of chemical fertilizers applied to your lentil crops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1066-0373</w:t>
            </w:r>
          </w:p>
        </w:tc>
        <w:tc>
          <w:tcPr>
            <w:tcW w:type="dxa" w:w="2160"/>
          </w:tcPr>
          <w:p>
            <w:r>
              <w:t>Application Techniques</w:t>
            </w:r>
          </w:p>
        </w:tc>
        <w:tc>
          <w:tcPr>
            <w:tcW w:type="dxa" w:w="2160"/>
          </w:tcPr>
          <w:p>
            <w:r>
              <w:t>What specific application rates (in kg/ha) did you use for each type of fertilizer in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1066-0374</w:t>
            </w:r>
          </w:p>
        </w:tc>
        <w:tc>
          <w:tcPr>
            <w:tcW w:type="dxa" w:w="2160"/>
          </w:tcPr>
          <w:p>
            <w:r>
              <w:t>Yield Enhancement</w:t>
            </w:r>
          </w:p>
        </w:tc>
        <w:tc>
          <w:tcPr>
            <w:tcW w:type="dxa" w:w="2160"/>
          </w:tcPr>
          <w:p>
            <w:r>
              <w:t>What were the observed yield increases (in kg/ha) attributed to your fertilization practices in 2025?</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1066-0375</w:t>
            </w:r>
          </w:p>
        </w:tc>
        <w:tc>
          <w:tcPr>
            <w:tcW w:type="dxa" w:w="2160"/>
          </w:tcPr>
          <w:p>
            <w:r>
              <w:t>Soil Testing</w:t>
            </w:r>
          </w:p>
        </w:tc>
        <w:tc>
          <w:tcPr>
            <w:tcW w:type="dxa" w:w="2160"/>
          </w:tcPr>
          <w:p>
            <w:r>
              <w:t>What were the key findings from your soil tests that influenced your fertilization decisions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1066-0376</w:t>
            </w:r>
          </w:p>
        </w:tc>
        <w:tc>
          <w:tcPr>
            <w:tcW w:type="dxa" w:w="2160"/>
          </w:tcPr>
          <w:p>
            <w:r>
              <w:t>Nutrient Management</w:t>
            </w:r>
          </w:p>
        </w:tc>
        <w:tc>
          <w:tcPr>
            <w:tcW w:type="dxa" w:w="2160"/>
          </w:tcPr>
          <w:p>
            <w:r>
              <w:t>How did you adjust your fertilization practices based on previous crop yields or soil test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1066-0377</w:t>
            </w:r>
          </w:p>
        </w:tc>
        <w:tc>
          <w:tcPr>
            <w:tcW w:type="dxa" w:w="2160"/>
          </w:tcPr>
          <w:p>
            <w:r>
              <w:t>Organic Fertilizers</w:t>
            </w:r>
          </w:p>
        </w:tc>
        <w:tc>
          <w:tcPr>
            <w:tcW w:type="dxa" w:w="2160"/>
          </w:tcPr>
          <w:p>
            <w:r>
              <w:t>Did you conduct any trials comparing organic versus chemical fertilizers in 2025? If yes, please describe the setup and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1066-0378</w:t>
            </w:r>
          </w:p>
        </w:tc>
        <w:tc>
          <w:tcPr>
            <w:tcW w:type="dxa" w:w="2160"/>
          </w:tcPr>
          <w:p>
            <w:r>
              <w:t>Chemical Fertilizers</w:t>
            </w:r>
          </w:p>
        </w:tc>
        <w:tc>
          <w:tcPr>
            <w:tcW w:type="dxa" w:w="2160"/>
          </w:tcPr>
          <w:p>
            <w:r>
              <w:t>What specific challenges did you encounter while applying chemical fertilizers in 2025,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PEST-MANAGEMENT-STRATEGIES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1066-0379</w:t>
            </w:r>
          </w:p>
        </w:tc>
        <w:tc>
          <w:tcPr>
            <w:tcW w:type="dxa" w:w="2160"/>
          </w:tcPr>
          <w:p>
            <w:r>
              <w:t>Integrated Pest Management</w:t>
            </w:r>
          </w:p>
        </w:tc>
        <w:tc>
          <w:tcPr>
            <w:tcW w:type="dxa" w:w="2160"/>
          </w:tcPr>
          <w:p>
            <w:r>
              <w:t>What specific integrated pest management (IPM) practices did you implement in your lentil cultivation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1066-0380</w:t>
            </w:r>
          </w:p>
        </w:tc>
        <w:tc>
          <w:tcPr>
            <w:tcW w:type="dxa" w:w="2160"/>
          </w:tcPr>
          <w:p>
            <w:r>
              <w:t>Biological Controls</w:t>
            </w:r>
          </w:p>
        </w:tc>
        <w:tc>
          <w:tcPr>
            <w:tcW w:type="dxa" w:w="2160"/>
          </w:tcPr>
          <w:p>
            <w:r>
              <w:t>Which biological control agents were tested or utilized in your lentil fields, and what were the results of these trials?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1066-0381</w:t>
            </w:r>
          </w:p>
        </w:tc>
        <w:tc>
          <w:tcPr>
            <w:tcW w:type="dxa" w:w="2160"/>
          </w:tcPr>
          <w:p>
            <w:r>
              <w:t>Chemical Controls</w:t>
            </w:r>
          </w:p>
        </w:tc>
        <w:tc>
          <w:tcPr>
            <w:tcW w:type="dxa" w:w="2160"/>
          </w:tcPr>
          <w:p>
            <w:r>
              <w:t>What new chemical pest control products were evaluated for efficacy in your lentil crops, and what data supports their use?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1066-0382</w:t>
            </w:r>
          </w:p>
        </w:tc>
        <w:tc>
          <w:tcPr>
            <w:tcW w:type="dxa" w:w="2160"/>
          </w:tcPr>
          <w:p>
            <w:r>
              <w:t>Pesticide Regulations</w:t>
            </w:r>
          </w:p>
        </w:tc>
        <w:tc>
          <w:tcPr>
            <w:tcW w:type="dxa" w:w="2160"/>
          </w:tcPr>
          <w:p>
            <w:r>
              <w:t>How did you ensure compliance with pesticide regulations while implementing pest management strategies in your lentil farming operations?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1066-0383</w:t>
            </w:r>
          </w:p>
        </w:tc>
        <w:tc>
          <w:tcPr>
            <w:tcW w:type="dxa" w:w="2160"/>
          </w:tcPr>
          <w:p>
            <w:r>
              <w:t>Monitoring Systems</w:t>
            </w:r>
          </w:p>
        </w:tc>
        <w:tc>
          <w:tcPr>
            <w:tcW w:type="dxa" w:w="2160"/>
          </w:tcPr>
          <w:p>
            <w:r>
              <w:t>What monitoring systems did you establish to track pest populations and their impact on lentil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1066-0384</w:t>
            </w:r>
          </w:p>
        </w:tc>
        <w:tc>
          <w:tcPr>
            <w:tcW w:type="dxa" w:w="2160"/>
          </w:tcPr>
          <w:p>
            <w:r>
              <w:t>Resistance Management</w:t>
            </w:r>
          </w:p>
        </w:tc>
        <w:tc>
          <w:tcPr>
            <w:tcW w:type="dxa" w:w="2160"/>
          </w:tcPr>
          <w:p>
            <w:r>
              <w:t>What strategies did you implement to manage pest resistance in your lentil crops,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1066-0385</w:t>
            </w:r>
          </w:p>
        </w:tc>
        <w:tc>
          <w:tcPr>
            <w:tcW w:type="dxa" w:w="2160"/>
          </w:tcPr>
          <w:p>
            <w:r>
              <w:t>Integrated Pest Management</w:t>
            </w:r>
          </w:p>
        </w:tc>
        <w:tc>
          <w:tcPr>
            <w:tcW w:type="dxa" w:w="2160"/>
          </w:tcPr>
          <w:p>
            <w:r>
              <w:t>Can you describe a specific instance where an IPM strategy led to a measurable improvement in lentil yield or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1066-0386</w:t>
            </w:r>
          </w:p>
        </w:tc>
        <w:tc>
          <w:tcPr>
            <w:tcW w:type="dxa" w:w="2160"/>
          </w:tcPr>
          <w:p>
            <w:r>
              <w:t>Biological Controls</w:t>
            </w:r>
          </w:p>
        </w:tc>
        <w:tc>
          <w:tcPr>
            <w:tcW w:type="dxa" w:w="2160"/>
          </w:tcPr>
          <w:p>
            <w:r>
              <w:t>What criteria did you use to select biological control agents for your lentil fields, and how did you assess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1066-0387</w:t>
            </w:r>
          </w:p>
        </w:tc>
        <w:tc>
          <w:tcPr>
            <w:tcW w:type="dxa" w:w="2160"/>
          </w:tcPr>
          <w:p>
            <w:r>
              <w:t>Chemical Controls</w:t>
            </w:r>
          </w:p>
        </w:tc>
        <w:tc>
          <w:tcPr>
            <w:tcW w:type="dxa" w:w="2160"/>
          </w:tcPr>
          <w:p>
            <w:r>
              <w:t>What specific chemical controls were applied to your lentil crops, and how did you document their application and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1066-0388</w:t>
            </w:r>
          </w:p>
        </w:tc>
        <w:tc>
          <w:tcPr>
            <w:tcW w:type="dxa" w:w="2160"/>
          </w:tcPr>
          <w:p>
            <w:r>
              <w:t>Pesticide Regulations</w:t>
            </w:r>
          </w:p>
        </w:tc>
        <w:tc>
          <w:tcPr>
            <w:tcW w:type="dxa" w:w="2160"/>
          </w:tcPr>
          <w:p>
            <w:r>
              <w:t>What training did your staff receive regarding pesticide application and safety for lentil farming, and how was this documented?</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1066-0389</w:t>
            </w:r>
          </w:p>
        </w:tc>
        <w:tc>
          <w:tcPr>
            <w:tcW w:type="dxa" w:w="2160"/>
          </w:tcPr>
          <w:p>
            <w:r>
              <w:t>Monitoring Systems</w:t>
            </w:r>
          </w:p>
        </w:tc>
        <w:tc>
          <w:tcPr>
            <w:tcW w:type="dxa" w:w="2160"/>
          </w:tcPr>
          <w:p>
            <w:r>
              <w:t>What types of data did you collect from your monitoring systems, and how did this data influence your pest management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1066-0390</w:t>
            </w:r>
          </w:p>
        </w:tc>
        <w:tc>
          <w:tcPr>
            <w:tcW w:type="dxa" w:w="2160"/>
          </w:tcPr>
          <w:p>
            <w:r>
              <w:t>Resistance Management</w:t>
            </w:r>
          </w:p>
        </w:tc>
        <w:tc>
          <w:tcPr>
            <w:tcW w:type="dxa" w:w="2160"/>
          </w:tcPr>
          <w:p>
            <w:r>
              <w:t>How did you evaluate the effectiveness of your resistance management strategies in your lentil crops?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1066-0391</w:t>
            </w:r>
          </w:p>
        </w:tc>
        <w:tc>
          <w:tcPr>
            <w:tcW w:type="dxa" w:w="2160"/>
          </w:tcPr>
          <w:p>
            <w:r>
              <w:t>Integrated Pest Management</w:t>
            </w:r>
          </w:p>
        </w:tc>
        <w:tc>
          <w:tcPr>
            <w:tcW w:type="dxa" w:w="2160"/>
          </w:tcPr>
          <w:p>
            <w:r>
              <w:t>What challenges did you encounter while implementing IPM strategies in your lentil farming,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1066-0392</w:t>
            </w:r>
          </w:p>
        </w:tc>
        <w:tc>
          <w:tcPr>
            <w:tcW w:type="dxa" w:w="2160"/>
          </w:tcPr>
          <w:p>
            <w:r>
              <w:t>Biological Controls</w:t>
            </w:r>
          </w:p>
        </w:tc>
        <w:tc>
          <w:tcPr>
            <w:tcW w:type="dxa" w:w="2160"/>
          </w:tcPr>
          <w:p>
            <w:r>
              <w:t>What specific outcomes did you observe from the use of biological controls in your lentil fields compared to traditional methods?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1066-0393</w:t>
            </w:r>
          </w:p>
        </w:tc>
        <w:tc>
          <w:tcPr>
            <w:tcW w:type="dxa" w:w="2160"/>
          </w:tcPr>
          <w:p>
            <w:r>
              <w:t>Chemical Controls</w:t>
            </w:r>
          </w:p>
        </w:tc>
        <w:tc>
          <w:tcPr>
            <w:tcW w:type="dxa" w:w="2160"/>
          </w:tcPr>
          <w:p>
            <w:r>
              <w:t>What records do you maintain regarding the chemical controls applied, including dates, quantities, and target pests?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1066-0394</w:t>
            </w:r>
          </w:p>
        </w:tc>
        <w:tc>
          <w:tcPr>
            <w:tcW w:type="dxa" w:w="2160"/>
          </w:tcPr>
          <w:p>
            <w:r>
              <w:t>Pesticide Regulations</w:t>
            </w:r>
          </w:p>
        </w:tc>
        <w:tc>
          <w:tcPr>
            <w:tcW w:type="dxa" w:w="2160"/>
          </w:tcPr>
          <w:p>
            <w:r>
              <w:t>What steps did you take to ensure that all pesticide applications complied with local and federal regulations?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1066-0395</w:t>
            </w:r>
          </w:p>
        </w:tc>
        <w:tc>
          <w:tcPr>
            <w:tcW w:type="dxa" w:w="2160"/>
          </w:tcPr>
          <w:p>
            <w:r>
              <w:t>Monitoring Systems</w:t>
            </w:r>
          </w:p>
        </w:tc>
        <w:tc>
          <w:tcPr>
            <w:tcW w:type="dxa" w:w="2160"/>
          </w:tcPr>
          <w:p>
            <w:r>
              <w:t>How frequently did you conduct pest monitoring in your lentil fields, and what methods were used?</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1066-0396</w:t>
            </w:r>
          </w:p>
        </w:tc>
        <w:tc>
          <w:tcPr>
            <w:tcW w:type="dxa" w:w="2160"/>
          </w:tcPr>
          <w:p>
            <w:r>
              <w:t>Operational</w:t>
            </w:r>
          </w:p>
        </w:tc>
        <w:tc>
          <w:tcPr>
            <w:tcW w:type="dxa" w:w="2160"/>
          </w:tcPr>
          <w:p>
            <w:r>
              <w:t>What innovative pest management strategies have you developed or implemented in your lentil farming?</w:t>
              <w:br/>
              <w:t>Answer type: Text</w:t>
              <w:br/>
              <w:t>Trigger: If pest management strategies are developed</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CROP-ROTATION-IMPACT-ANALYSIS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1066-0397</w:t>
            </w:r>
          </w:p>
        </w:tc>
        <w:tc>
          <w:tcPr>
            <w:tcW w:type="dxa" w:w="2160"/>
          </w:tcPr>
          <w:p>
            <w:r>
              <w:t>Diversification</w:t>
            </w:r>
          </w:p>
        </w:tc>
        <w:tc>
          <w:tcPr>
            <w:tcW w:type="dxa" w:w="2160"/>
          </w:tcPr>
          <w:p>
            <w:r>
              <w:t>What specific crop varieties have you rotated with lentils in the past three years, and what were the reasons for selecting each variety?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1066-0398</w:t>
            </w:r>
          </w:p>
        </w:tc>
        <w:tc>
          <w:tcPr>
            <w:tcW w:type="dxa" w:w="2160"/>
          </w:tcPr>
          <w:p>
            <w:r>
              <w:t>Soil Health</w:t>
            </w:r>
          </w:p>
        </w:tc>
        <w:tc>
          <w:tcPr>
            <w:tcW w:type="dxa" w:w="2160"/>
          </w:tcPr>
          <w:p>
            <w:r>
              <w:t>How have your crop rotation practices impacted soil health indicators such as organic matter content and nutrient levels? Please provide specific measurements or observations.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1066-0399</w:t>
            </w:r>
          </w:p>
        </w:tc>
        <w:tc>
          <w:tcPr>
            <w:tcW w:type="dxa" w:w="2160"/>
          </w:tcPr>
          <w:p>
            <w:r>
              <w:t>Pest Management</w:t>
            </w:r>
          </w:p>
        </w:tc>
        <w:tc>
          <w:tcPr>
            <w:tcW w:type="dxa" w:w="2160"/>
          </w:tcPr>
          <w:p>
            <w:r>
              <w:t>What pest management strategies have you implemented in conjunction with your crop rotation practices, and how have these strategies evolved over time?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1066-0400</w:t>
            </w:r>
          </w:p>
        </w:tc>
        <w:tc>
          <w:tcPr>
            <w:tcW w:type="dxa" w:w="2160"/>
          </w:tcPr>
          <w:p>
            <w:r>
              <w:t>Yield Stability</w:t>
            </w:r>
          </w:p>
        </w:tc>
        <w:tc>
          <w:tcPr>
            <w:tcW w:type="dxa" w:w="2160"/>
          </w:tcPr>
          <w:p>
            <w:r>
              <w:t>Can you provide data on yield stability for lentils over the past five years, specifically in relation to your crop rotation practices?</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1066-0401</w:t>
            </w:r>
          </w:p>
        </w:tc>
        <w:tc>
          <w:tcPr>
            <w:tcW w:type="dxa" w:w="2160"/>
          </w:tcPr>
          <w:p>
            <w:r>
              <w:t>Economic Benefits</w:t>
            </w:r>
          </w:p>
        </w:tc>
        <w:tc>
          <w:tcPr>
            <w:tcW w:type="dxa" w:w="2160"/>
          </w:tcPr>
          <w:p>
            <w:r>
              <w:t>What economic benefits have you observed from implementing crop rotation with lentils, including any cost savings or increased revenue?</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1066-0402</w:t>
            </w:r>
          </w:p>
        </w:tc>
        <w:tc>
          <w:tcPr>
            <w:tcW w:type="dxa" w:w="2160"/>
          </w:tcPr>
          <w:p>
            <w:r>
              <w:t>Sustainability</w:t>
            </w:r>
          </w:p>
        </w:tc>
        <w:tc>
          <w:tcPr>
            <w:tcW w:type="dxa" w:w="2160"/>
          </w:tcPr>
          <w:p>
            <w:r>
              <w:t>How do your crop rotation practices contribute to the sustainability goals of your farm, and what metrics do you use to measure this contribution?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1066-0403</w:t>
            </w:r>
          </w:p>
        </w:tc>
        <w:tc>
          <w:tcPr>
            <w:tcW w:type="dxa" w:w="2160"/>
          </w:tcPr>
          <w:p>
            <w:r>
              <w:t>Diversification</w:t>
            </w:r>
          </w:p>
        </w:tc>
        <w:tc>
          <w:tcPr>
            <w:tcW w:type="dxa" w:w="2160"/>
          </w:tcPr>
          <w:p>
            <w:r>
              <w:t>Have you experimented with any new crop rotations in the last tax year? If so, what were the outcomes and challenges faced?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1066-0404</w:t>
            </w:r>
          </w:p>
        </w:tc>
        <w:tc>
          <w:tcPr>
            <w:tcW w:type="dxa" w:w="2160"/>
          </w:tcPr>
          <w:p>
            <w:r>
              <w:t>Soil Health</w:t>
            </w:r>
          </w:p>
        </w:tc>
        <w:tc>
          <w:tcPr>
            <w:tcW w:type="dxa" w:w="2160"/>
          </w:tcPr>
          <w:p>
            <w:r>
              <w:t>What specific soil tests do you conduct to evaluate the impact of crop rotation on soil health, and how frequently are these tests performed?</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1066-0405</w:t>
            </w:r>
          </w:p>
        </w:tc>
        <w:tc>
          <w:tcPr>
            <w:tcW w:type="dxa" w:w="2160"/>
          </w:tcPr>
          <w:p>
            <w:r>
              <w:t>Pest Management</w:t>
            </w:r>
          </w:p>
        </w:tc>
        <w:tc>
          <w:tcPr>
            <w:tcW w:type="dxa" w:w="2160"/>
          </w:tcPr>
          <w:p>
            <w:r>
              <w:t>How do you assess the effectiveness of pest management practices that are integrated with your crop rotation strategy?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1066-0406</w:t>
            </w:r>
          </w:p>
        </w:tc>
        <w:tc>
          <w:tcPr>
            <w:tcW w:type="dxa" w:w="2160"/>
          </w:tcPr>
          <w:p>
            <w:r>
              <w:t>Yield Stability</w:t>
            </w:r>
          </w:p>
        </w:tc>
        <w:tc>
          <w:tcPr>
            <w:tcW w:type="dxa" w:w="2160"/>
          </w:tcPr>
          <w:p>
            <w:r>
              <w:t>What is the average yield of lentils when rotated with other crops compared to when they are grown continuously? Please provide specific figures.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1066-0407</w:t>
            </w:r>
          </w:p>
        </w:tc>
        <w:tc>
          <w:tcPr>
            <w:tcW w:type="dxa" w:w="2160"/>
          </w:tcPr>
          <w:p>
            <w:r>
              <w:t>Economic Benefits</w:t>
            </w:r>
          </w:p>
        </w:tc>
        <w:tc>
          <w:tcPr>
            <w:tcW w:type="dxa" w:w="2160"/>
          </w:tcPr>
          <w:p>
            <w:r>
              <w:t>What changes in input costs have you observed as a result of your crop rotation practices? Please quantify these changes.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1066-0408</w:t>
            </w:r>
          </w:p>
        </w:tc>
        <w:tc>
          <w:tcPr>
            <w:tcW w:type="dxa" w:w="2160"/>
          </w:tcPr>
          <w:p>
            <w:r>
              <w:t>Sustainability</w:t>
            </w:r>
          </w:p>
        </w:tc>
        <w:tc>
          <w:tcPr>
            <w:tcW w:type="dxa" w:w="2160"/>
          </w:tcPr>
          <w:p>
            <w:r>
              <w:t>Can you describe any certifications or standards your farm adheres to that relate to sustainable crop rotation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1066-0409</w:t>
            </w:r>
          </w:p>
        </w:tc>
        <w:tc>
          <w:tcPr>
            <w:tcW w:type="dxa" w:w="2160"/>
          </w:tcPr>
          <w:p>
            <w:r>
              <w:t>Diversification</w:t>
            </w:r>
          </w:p>
        </w:tc>
        <w:tc>
          <w:tcPr>
            <w:tcW w:type="dxa" w:w="2160"/>
          </w:tcPr>
          <w:p>
            <w:r>
              <w:t>How do you document and track the crop rotation schedule on your farm, and what tools or software do you use for this purpose?</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NUTRITIONAL-ANALYSIS-IMPACT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1066-0410</w:t>
            </w:r>
          </w:p>
        </w:tc>
        <w:tc>
          <w:tcPr>
            <w:tcW w:type="dxa" w:w="2160"/>
          </w:tcPr>
          <w:p>
            <w:r>
              <w:t>Protein Content Assessment</w:t>
            </w:r>
          </w:p>
        </w:tc>
        <w:tc>
          <w:tcPr>
            <w:tcW w:type="dxa" w:w="2160"/>
          </w:tcPr>
          <w:p>
            <w:r>
              <w:t>What specific methods did you use to analyze the protein content of your lentil products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1066-0411</w:t>
            </w:r>
          </w:p>
        </w:tc>
        <w:tc>
          <w:tcPr>
            <w:tcW w:type="dxa" w:w="2160"/>
          </w:tcPr>
          <w:p>
            <w:r>
              <w:t>Fiber Analysis Techniques</w:t>
            </w:r>
          </w:p>
        </w:tc>
        <w:tc>
          <w:tcPr>
            <w:tcW w:type="dxa" w:w="2160"/>
          </w:tcPr>
          <w:p>
            <w:r>
              <w:t>Can you detail any experimental methodologies employed to measure the fiber content in your lentils, including any adjustments made based on initial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1066-0412</w:t>
            </w:r>
          </w:p>
        </w:tc>
        <w:tc>
          <w:tcPr>
            <w:tcW w:type="dxa" w:w="2160"/>
          </w:tcPr>
          <w:p>
            <w:r>
              <w:t>Mineral Content Evaluation</w:t>
            </w:r>
          </w:p>
        </w:tc>
        <w:tc>
          <w:tcPr>
            <w:tcW w:type="dxa" w:w="2160"/>
          </w:tcPr>
          <w:p>
            <w:r>
              <w:t>What analytical techniques were utilized to assess the mineral content in your lentil products, and how did these techniques evolve throughout the year?</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1066-0413</w:t>
            </w:r>
          </w:p>
        </w:tc>
        <w:tc>
          <w:tcPr>
            <w:tcW w:type="dxa" w:w="2160"/>
          </w:tcPr>
          <w:p>
            <w:r>
              <w:t>Consumer Health Trends</w:t>
            </w:r>
          </w:p>
        </w:tc>
        <w:tc>
          <w:tcPr>
            <w:tcW w:type="dxa" w:w="2160"/>
          </w:tcPr>
          <w:p>
            <w:r>
              <w:t>What consumer health trends influenced your R&amp;D decisions regarding lentil product formulations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1066-0414</w:t>
            </w:r>
          </w:p>
        </w:tc>
        <w:tc>
          <w:tcPr>
            <w:tcW w:type="dxa" w:w="2160"/>
          </w:tcPr>
          <w:p>
            <w:r>
              <w:t>Market Demands</w:t>
            </w:r>
          </w:p>
        </w:tc>
        <w:tc>
          <w:tcPr>
            <w:tcW w:type="dxa" w:w="2160"/>
          </w:tcPr>
          <w:p>
            <w:r>
              <w:t>How did market demand data inform your nutritional analysis and product development for lentils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1066-0415</w:t>
            </w:r>
          </w:p>
        </w:tc>
        <w:tc>
          <w:tcPr>
            <w:tcW w:type="dxa" w:w="2160"/>
          </w:tcPr>
          <w:p>
            <w:r>
              <w:t>Nutritional Labeling Compliance</w:t>
            </w:r>
          </w:p>
        </w:tc>
        <w:tc>
          <w:tcPr>
            <w:tcW w:type="dxa" w:w="2160"/>
          </w:tcPr>
          <w:p>
            <w:r>
              <w:t>What specific changes were made to your nutritional labeling as a result of your R&amp;D findings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1066-0416</w:t>
            </w:r>
          </w:p>
        </w:tc>
        <w:tc>
          <w:tcPr>
            <w:tcW w:type="dxa" w:w="2160"/>
          </w:tcPr>
          <w:p>
            <w:r>
              <w:t>Experimental Design</w:t>
            </w:r>
          </w:p>
        </w:tc>
        <w:tc>
          <w:tcPr>
            <w:tcW w:type="dxa" w:w="2160"/>
          </w:tcPr>
          <w:p>
            <w:r>
              <w:t>Describe any experimental designs you implemented to test the nutritional efficacy of different lentil varieties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1066-0417</w:t>
            </w:r>
          </w:p>
        </w:tc>
        <w:tc>
          <w:tcPr>
            <w:tcW w:type="dxa" w:w="2160"/>
          </w:tcPr>
          <w:p>
            <w:r>
              <w:t>Nutritional Improvement Strategies</w:t>
            </w:r>
          </w:p>
        </w:tc>
        <w:tc>
          <w:tcPr>
            <w:tcW w:type="dxa" w:w="2160"/>
          </w:tcPr>
          <w:p>
            <w:r>
              <w:t>What innovative strategies did you explore to enhance the nutritional profile of your lentil products based on your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1066-0418</w:t>
            </w:r>
          </w:p>
        </w:tc>
        <w:tc>
          <w:tcPr>
            <w:tcW w:type="dxa" w:w="2160"/>
          </w:tcPr>
          <w:p>
            <w:r>
              <w:t>Regulatory Compliance</w:t>
            </w:r>
          </w:p>
        </w:tc>
        <w:tc>
          <w:tcPr>
            <w:tcW w:type="dxa" w:w="2160"/>
          </w:tcPr>
          <w:p>
            <w:r>
              <w:t>How did you ensure compliance with nutritional analysis regulations for your lentil products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1066-0419</w:t>
            </w:r>
          </w:p>
        </w:tc>
        <w:tc>
          <w:tcPr>
            <w:tcW w:type="dxa" w:w="2160"/>
          </w:tcPr>
          <w:p>
            <w:r>
              <w:t>Nutritional Benchmarking</w:t>
            </w:r>
          </w:p>
        </w:tc>
        <w:tc>
          <w:tcPr>
            <w:tcW w:type="dxa" w:w="2160"/>
          </w:tcPr>
          <w:p>
            <w:r>
              <w:t>What benchmarks did you establish for the nutritional content of your lentil products, and how were these benchmarks validated?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1066-0420</w:t>
            </w:r>
          </w:p>
        </w:tc>
        <w:tc>
          <w:tcPr>
            <w:tcW w:type="dxa" w:w="2160"/>
          </w:tcPr>
          <w:p>
            <w:r>
              <w:t>Research Collaboration</w:t>
            </w:r>
          </w:p>
        </w:tc>
        <w:tc>
          <w:tcPr>
            <w:tcW w:type="dxa" w:w="2160"/>
          </w:tcPr>
          <w:p>
            <w:r>
              <w:t>Did you collaborate with any external research institutions or universities for nutritional analysis in 2025?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1066-0421</w:t>
            </w:r>
          </w:p>
        </w:tc>
        <w:tc>
          <w:tcPr>
            <w:tcW w:type="dxa" w:w="2160"/>
          </w:tcPr>
          <w:p>
            <w:r>
              <w:t>Nutritional Testing Frequency</w:t>
            </w:r>
          </w:p>
        </w:tc>
        <w:tc>
          <w:tcPr>
            <w:tcW w:type="dxa" w:w="2160"/>
          </w:tcPr>
          <w:p>
            <w:r>
              <w:t>How frequently did you conduct nutritional testing on your lentil products throughout 2025? Please specify the frequency and any rationale behind it.</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1066-0422</w:t>
            </w:r>
          </w:p>
        </w:tc>
        <w:tc>
          <w:tcPr>
            <w:tcW w:type="dxa" w:w="2160"/>
          </w:tcPr>
          <w:p>
            <w:r>
              <w:t>Nutritional Claims</w:t>
            </w:r>
          </w:p>
        </w:tc>
        <w:tc>
          <w:tcPr>
            <w:tcW w:type="dxa" w:w="2160"/>
          </w:tcPr>
          <w:p>
            <w:r>
              <w:t>What nutritional claims did you make about your lentil products in 2025, and what evidence supports these claims?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1066-0423</w:t>
            </w:r>
          </w:p>
        </w:tc>
        <w:tc>
          <w:tcPr>
            <w:tcW w:type="dxa" w:w="2160"/>
          </w:tcPr>
          <w:p>
            <w:r>
              <w:t>Impact of Nutritional Findings</w:t>
            </w:r>
          </w:p>
        </w:tc>
        <w:tc>
          <w:tcPr>
            <w:tcW w:type="dxa" w:w="2160"/>
          </w:tcPr>
          <w:p>
            <w:r>
              <w:t>What impact did your nutritional analysis findings have on your overall product strategy for lentils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1066-0424</w:t>
            </w:r>
          </w:p>
        </w:tc>
        <w:tc>
          <w:tcPr>
            <w:tcW w:type="dxa" w:w="2160"/>
          </w:tcPr>
          <w:p>
            <w:r>
              <w:t>Nutritional Research Funding</w:t>
            </w:r>
          </w:p>
        </w:tc>
        <w:tc>
          <w:tcPr>
            <w:tcW w:type="dxa" w:w="2160"/>
          </w:tcPr>
          <w:p>
            <w:r>
              <w:t>What percentage of your R&amp;D budget was allocated to nutritional analysis and related research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MARKET-ANALYSIS-TRENDS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1066-0425</w:t>
            </w:r>
          </w:p>
        </w:tc>
        <w:tc>
          <w:tcPr>
            <w:tcW w:type="dxa" w:w="2160"/>
          </w:tcPr>
          <w:p>
            <w:r>
              <w:t>Market Research</w:t>
            </w:r>
          </w:p>
        </w:tc>
        <w:tc>
          <w:tcPr>
            <w:tcW w:type="dxa" w:w="2160"/>
          </w:tcPr>
          <w:p>
            <w:r>
              <w:t>What specific methodologies did you use to conduct market research on lentil demand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1066-0426</w:t>
            </w:r>
          </w:p>
        </w:tc>
        <w:tc>
          <w:tcPr>
            <w:tcW w:type="dxa" w:w="2160"/>
          </w:tcPr>
          <w:p>
            <w:r>
              <w:t>Consumer Behavior</w:t>
            </w:r>
          </w:p>
        </w:tc>
        <w:tc>
          <w:tcPr>
            <w:tcW w:type="dxa" w:w="2160"/>
          </w:tcPr>
          <w:p>
            <w:r>
              <w:t>What demographic segments showed the highest preference for lentils in your consumer surveys?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1066-0427</w:t>
            </w:r>
          </w:p>
        </w:tc>
        <w:tc>
          <w:tcPr>
            <w:tcW w:type="dxa" w:w="2160"/>
          </w:tcPr>
          <w:p>
            <w:r>
              <w:t>Export Opportunities</w:t>
            </w:r>
          </w:p>
        </w:tc>
        <w:tc>
          <w:tcPr>
            <w:tcW w:type="dxa" w:w="2160"/>
          </w:tcPr>
          <w:p>
            <w:r>
              <w:t>What countries are you targeting for lentil exports, and what factors influenced these choices?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1066-0428</w:t>
            </w:r>
          </w:p>
        </w:tc>
        <w:tc>
          <w:tcPr>
            <w:tcW w:type="dxa" w:w="2160"/>
          </w:tcPr>
          <w:p>
            <w:r>
              <w:t>Pricing Strategies</w:t>
            </w:r>
          </w:p>
        </w:tc>
        <w:tc>
          <w:tcPr>
            <w:tcW w:type="dxa" w:w="2160"/>
          </w:tcPr>
          <w:p>
            <w:r>
              <w:t>What pricing strategies have you implemented for your lentil products in 2025, and what data supports these strategies?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1066-0429</w:t>
            </w:r>
          </w:p>
        </w:tc>
        <w:tc>
          <w:tcPr>
            <w:tcW w:type="dxa" w:w="2160"/>
          </w:tcPr>
          <w:p>
            <w:r>
              <w:t>Supply Chain Dynamics</w:t>
            </w:r>
          </w:p>
        </w:tc>
        <w:tc>
          <w:tcPr>
            <w:tcW w:type="dxa" w:w="2160"/>
          </w:tcPr>
          <w:p>
            <w:r>
              <w:t>How have supply chain disruptions affected your lentil production and distribution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1066-0430</w:t>
            </w:r>
          </w:p>
        </w:tc>
        <w:tc>
          <w:tcPr>
            <w:tcW w:type="dxa" w:w="2160"/>
          </w:tcPr>
          <w:p>
            <w:r>
              <w:t>Product Innovation</w:t>
            </w:r>
          </w:p>
        </w:tc>
        <w:tc>
          <w:tcPr>
            <w:tcW w:type="dxa" w:w="2160"/>
          </w:tcPr>
          <w:p>
            <w:r>
              <w:t>Describe any new lentil-based products developed in 2025 and the experimental processes used for their creation.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1066-0431</w:t>
            </w:r>
          </w:p>
        </w:tc>
        <w:tc>
          <w:tcPr>
            <w:tcW w:type="dxa" w:w="2160"/>
          </w:tcPr>
          <w:p>
            <w:r>
              <w:t>Market Research</w:t>
            </w:r>
          </w:p>
        </w:tc>
        <w:tc>
          <w:tcPr>
            <w:tcW w:type="dxa" w:w="2160"/>
          </w:tcPr>
          <w:p>
            <w:r>
              <w:t>What specific trends in consumer preferences for lentils have you identified through your research?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1066-0432</w:t>
            </w:r>
          </w:p>
        </w:tc>
        <w:tc>
          <w:tcPr>
            <w:tcW w:type="dxa" w:w="2160"/>
          </w:tcPr>
          <w:p>
            <w:r>
              <w:t>Consumer Behavior</w:t>
            </w:r>
          </w:p>
        </w:tc>
        <w:tc>
          <w:tcPr>
            <w:tcW w:type="dxa" w:w="2160"/>
          </w:tcPr>
          <w:p>
            <w:r>
              <w:t>What are the primary reasons consumers choose lentils over other protein sources according to your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1066-0433</w:t>
            </w:r>
          </w:p>
        </w:tc>
        <w:tc>
          <w:tcPr>
            <w:tcW w:type="dxa" w:w="2160"/>
          </w:tcPr>
          <w:p>
            <w:r>
              <w:t>Export Opportunities</w:t>
            </w:r>
          </w:p>
        </w:tc>
        <w:tc>
          <w:tcPr>
            <w:tcW w:type="dxa" w:w="2160"/>
          </w:tcPr>
          <w:p>
            <w:r>
              <w:t>What regulatory challenges have you faced in exporting lentils to your target markets?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1066-0434</w:t>
            </w:r>
          </w:p>
        </w:tc>
        <w:tc>
          <w:tcPr>
            <w:tcW w:type="dxa" w:w="2160"/>
          </w:tcPr>
          <w:p>
            <w:r>
              <w:t>Pricing Strategies</w:t>
            </w:r>
          </w:p>
        </w:tc>
        <w:tc>
          <w:tcPr>
            <w:tcW w:type="dxa" w:w="2160"/>
          </w:tcPr>
          <w:p>
            <w:r>
              <w:t>How do your pricing strategies for lentils compare to your competitors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1066-0435</w:t>
            </w:r>
          </w:p>
        </w:tc>
        <w:tc>
          <w:tcPr>
            <w:tcW w:type="dxa" w:w="2160"/>
          </w:tcPr>
          <w:p>
            <w:r>
              <w:t>Supply Chain Dynamics</w:t>
            </w:r>
          </w:p>
        </w:tc>
        <w:tc>
          <w:tcPr>
            <w:tcW w:type="dxa" w:w="2160"/>
          </w:tcPr>
          <w:p>
            <w:r>
              <w:t>What innovations have you implemented in your supply chain to enhance lentil production efficiency?</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1066-0436</w:t>
            </w:r>
          </w:p>
        </w:tc>
        <w:tc>
          <w:tcPr>
            <w:tcW w:type="dxa" w:w="2160"/>
          </w:tcPr>
          <w:p>
            <w:r>
              <w:t>Product Innovation</w:t>
            </w:r>
          </w:p>
        </w:tc>
        <w:tc>
          <w:tcPr>
            <w:tcW w:type="dxa" w:w="2160"/>
          </w:tcPr>
          <w:p>
            <w:r>
              <w:t>What feedback have you received from consumers on new lentil products, and how has this influenced further innovation?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1066-0437</w:t>
            </w:r>
          </w:p>
        </w:tc>
        <w:tc>
          <w:tcPr>
            <w:tcW w:type="dxa" w:w="2160"/>
          </w:tcPr>
          <w:p>
            <w:r>
              <w:t>Market Research</w:t>
            </w:r>
          </w:p>
        </w:tc>
        <w:tc>
          <w:tcPr>
            <w:tcW w:type="dxa" w:w="2160"/>
          </w:tcPr>
          <w:p>
            <w:r>
              <w:t>What key performance indicators (KPIs) do you track to assess the success of your lentil market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RESEARCH-DEVELOPMENT-INITIATIVES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1066-0438</w:t>
            </w:r>
          </w:p>
        </w:tc>
        <w:tc>
          <w:tcPr>
            <w:tcW w:type="dxa" w:w="2160"/>
          </w:tcPr>
          <w:p>
            <w:r>
              <w:t>Collaborative Research</w:t>
            </w:r>
          </w:p>
        </w:tc>
        <w:tc>
          <w:tcPr>
            <w:tcW w:type="dxa" w:w="2160"/>
          </w:tcPr>
          <w:p>
            <w:r>
              <w:t>Have you engaged in any collaborative research projects with universities or research institutions specifically focused on improving lentil farming practices? If yes, please provide details on the nature of the collaboration and any outcomes.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1066-0439</w:t>
            </w:r>
          </w:p>
        </w:tc>
        <w:tc>
          <w:tcPr>
            <w:tcW w:type="dxa" w:w="2160"/>
          </w:tcPr>
          <w:p>
            <w:r>
              <w:t>Field Trials</w:t>
            </w:r>
          </w:p>
        </w:tc>
        <w:tc>
          <w:tcPr>
            <w:tcW w:type="dxa" w:w="2160"/>
          </w:tcPr>
          <w:p>
            <w:r>
              <w:t>What specific field trials have you conducted in the past year to test new lentil varieties or farming techniques? Please include the objectives, methodologies, and results of these trials.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1066-0440</w:t>
            </w:r>
          </w:p>
        </w:tc>
        <w:tc>
          <w:tcPr>
            <w:tcW w:type="dxa" w:w="2160"/>
          </w:tcPr>
          <w:p>
            <w:r>
              <w:t>Genetic Improvements</w:t>
            </w:r>
          </w:p>
        </w:tc>
        <w:tc>
          <w:tcPr>
            <w:tcW w:type="dxa" w:w="2160"/>
          </w:tcPr>
          <w:p>
            <w:r>
              <w:t>Have you undertaken any projects aimed at genetic improvements of lentils, such as breeding for disease resistance or yield enhancement? If so, please describe the techniques used and any measurable outcomes.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1066-0441</w:t>
            </w:r>
          </w:p>
        </w:tc>
        <w:tc>
          <w:tcPr>
            <w:tcW w:type="dxa" w:w="2160"/>
          </w:tcPr>
          <w:p>
            <w:r>
              <w:t>Technology Adoption</w:t>
            </w:r>
          </w:p>
        </w:tc>
        <w:tc>
          <w:tcPr>
            <w:tcW w:type="dxa" w:w="2160"/>
          </w:tcPr>
          <w:p>
            <w:r>
              <w:t>What new technologies have you adopted in your lentil farming operations over the last year? Please specify how these technologies were tested and their impact on production efficiency.</w:t>
              <w:br/>
              <w:t>Answer type: Long text + evidence</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1066-0442</w:t>
            </w:r>
          </w:p>
        </w:tc>
        <w:tc>
          <w:tcPr>
            <w:tcW w:type="dxa" w:w="2160"/>
          </w:tcPr>
          <w:p>
            <w:r>
              <w:t>Innovation Funding</w:t>
            </w:r>
          </w:p>
        </w:tc>
        <w:tc>
          <w:tcPr>
            <w:tcW w:type="dxa" w:w="2160"/>
          </w:tcPr>
          <w:p>
            <w:r>
              <w:t>Have you applied for any grants or funding specifically aimed at innovative practices in lentil farming? If yes, please provide details on the funding source and the intended use of the funds.</w:t>
              <w:br/>
              <w:t>Answer type: Long text</w:t>
              <w:br/>
              <w:t>Trigger: Always</w:t>
              <w:br/>
              <w:t>Required: Yes</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1066-0443</w:t>
            </w:r>
          </w:p>
        </w:tc>
        <w:tc>
          <w:tcPr>
            <w:tcW w:type="dxa" w:w="2160"/>
          </w:tcPr>
          <w:p>
            <w:r>
              <w:t>Partnerships</w:t>
            </w:r>
          </w:p>
        </w:tc>
        <w:tc>
          <w:tcPr>
            <w:tcW w:type="dxa" w:w="2160"/>
          </w:tcPr>
          <w:p>
            <w:r>
              <w:t>What partnerships have you established with other farms or agricultural organizations to explore new lentil farming initiatives? Please describe the goals and outcomes of these partnerships.</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1066-0444</w:t>
            </w:r>
          </w:p>
        </w:tc>
        <w:tc>
          <w:tcPr>
            <w:tcW w:type="dxa" w:w="2160"/>
          </w:tcPr>
          <w:p>
            <w:r>
              <w:t>Experimental Design</w:t>
            </w:r>
          </w:p>
        </w:tc>
        <w:tc>
          <w:tcPr>
            <w:tcW w:type="dxa" w:w="2160"/>
          </w:tcPr>
          <w:p>
            <w:r>
              <w:t>Describe any experimental designs you have implemented to test new agronomic practices for lentils. What were the hypotheses, and how did you measure success?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1066-0445</w:t>
            </w:r>
          </w:p>
        </w:tc>
        <w:tc>
          <w:tcPr>
            <w:tcW w:type="dxa" w:w="2160"/>
          </w:tcPr>
          <w:p>
            <w:r>
              <w:t>Data Collection</w:t>
            </w:r>
          </w:p>
        </w:tc>
        <w:tc>
          <w:tcPr>
            <w:tcW w:type="dxa" w:w="2160"/>
          </w:tcPr>
          <w:p>
            <w:r>
              <w:t>What types of data have you collected during your R&amp;D initiatives related to lentil farming? Please specify the methods of data collection and how the data informs your decision-making.</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1066-0446</w:t>
            </w:r>
          </w:p>
        </w:tc>
        <w:tc>
          <w:tcPr>
            <w:tcW w:type="dxa" w:w="2160"/>
          </w:tcPr>
          <w:p>
            <w:r>
              <w:t>Regulatory Compliance</w:t>
            </w:r>
          </w:p>
        </w:tc>
        <w:tc>
          <w:tcPr>
            <w:tcW w:type="dxa" w:w="2160"/>
          </w:tcPr>
          <w:p>
            <w:r>
              <w:t>Have you encountered any regulatory challenges while conducting R&amp;D initiatives in lentil farming? If so, please describe the challenges and how you addressed them.</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1066-0447</w:t>
            </w:r>
          </w:p>
        </w:tc>
        <w:tc>
          <w:tcPr>
            <w:tcW w:type="dxa" w:w="2160"/>
          </w:tcPr>
          <w:p>
            <w:r>
              <w:t>Cost Analysis</w:t>
            </w:r>
          </w:p>
        </w:tc>
        <w:tc>
          <w:tcPr>
            <w:tcW w:type="dxa" w:w="2160"/>
          </w:tcPr>
          <w:p>
            <w:r>
              <w:t>What are the estimated costs associated with your R&amp;D initiatives for lentil farming in the last year? Please break down the costs by category (e.g., labor, materials, equipment).</w:t>
              <w:br/>
              <w:t>Answer type: Currency</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1066-0448</w:t>
            </w:r>
          </w:p>
        </w:tc>
        <w:tc>
          <w:tcPr>
            <w:tcW w:type="dxa" w:w="2160"/>
          </w:tcPr>
          <w:p>
            <w:r>
              <w:t>Outcome Measurement</w:t>
            </w:r>
          </w:p>
        </w:tc>
        <w:tc>
          <w:tcPr>
            <w:tcW w:type="dxa" w:w="2160"/>
          </w:tcPr>
          <w:p>
            <w:r>
              <w:t>How do you measure the outcomes of your R&amp;D initiatives in lentil farming? Please provide specific metrics or KPIs you use to evaluate success.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1066-0449</w:t>
            </w:r>
          </w:p>
        </w:tc>
        <w:tc>
          <w:tcPr>
            <w:tcW w:type="dxa" w:w="2160"/>
          </w:tcPr>
          <w:p>
            <w:r>
              <w:t>Future Plans</w:t>
            </w:r>
          </w:p>
        </w:tc>
        <w:tc>
          <w:tcPr>
            <w:tcW w:type="dxa" w:w="2160"/>
          </w:tcPr>
          <w:p>
            <w:r>
              <w:t>What future R&amp;D initiatives do you plan to undertake in lentil farming? Please outline the objectives and expected impact of these initiatives.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1066-0450</w:t>
            </w:r>
          </w:p>
        </w:tc>
        <w:tc>
          <w:tcPr>
            <w:tcW w:type="dxa" w:w="2160"/>
          </w:tcPr>
          <w:p>
            <w:r>
              <w:t>Innovation Sharing</w:t>
            </w:r>
          </w:p>
        </w:tc>
        <w:tc>
          <w:tcPr>
            <w:tcW w:type="dxa" w:w="2160"/>
          </w:tcPr>
          <w:p>
            <w:r>
              <w:t>Have you shared any findings from your R&amp;D initiatives with the broader agricultural community? If so, please describe the platform and the nature of the information shared.</w:t>
              <w:br/>
              <w:t>Answer type: Yes-No + details</w:t>
              <w:br/>
              <w:t>Trigger: Always</w:t>
              <w:br/>
              <w:t>Required: Yes</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CROP-HEALTH-MONITORING-SYSTEMS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1066-0451</w:t>
            </w:r>
          </w:p>
        </w:tc>
        <w:tc>
          <w:tcPr>
            <w:tcW w:type="dxa" w:w="2160"/>
          </w:tcPr>
          <w:p>
            <w:r>
              <w:t>Remote Sensing</w:t>
            </w:r>
          </w:p>
        </w:tc>
        <w:tc>
          <w:tcPr>
            <w:tcW w:type="dxa" w:w="2160"/>
          </w:tcPr>
          <w:p>
            <w:r>
              <w:t>What remote sensing technologies did you implement in 2025 to monitor lentil crop health, and what specific uncertainties did you encounter during their deployment?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1066-0452</w:t>
            </w:r>
          </w:p>
        </w:tc>
        <w:tc>
          <w:tcPr>
            <w:tcW w:type="dxa" w:w="2160"/>
          </w:tcPr>
          <w:p>
            <w:r>
              <w:t>Visual Inspections</w:t>
            </w:r>
          </w:p>
        </w:tc>
        <w:tc>
          <w:tcPr>
            <w:tcW w:type="dxa" w:w="2160"/>
          </w:tcPr>
          <w:p>
            <w:r>
              <w:t>How did your visual inspection protocols evolve in 2025 based on previous years' findings, and what experimental methods were tested to improve accuracy?</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1066-0453</w:t>
            </w:r>
          </w:p>
        </w:tc>
        <w:tc>
          <w:tcPr>
            <w:tcW w:type="dxa" w:w="2160"/>
          </w:tcPr>
          <w:p>
            <w:r>
              <w:t>Disease Diagnostics</w:t>
            </w:r>
          </w:p>
        </w:tc>
        <w:tc>
          <w:tcPr>
            <w:tcW w:type="dxa" w:w="2160"/>
          </w:tcPr>
          <w:p>
            <w:r>
              <w:t>What specific disease diagnostics techniques did you trial in 2025, and how did you measure their effectiveness compared to traditional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1066-0454</w:t>
            </w:r>
          </w:p>
        </w:tc>
        <w:tc>
          <w:tcPr>
            <w:tcW w:type="dxa" w:w="2160"/>
          </w:tcPr>
          <w:p>
            <w:r>
              <w:t>Data Collection</w:t>
            </w:r>
          </w:p>
        </w:tc>
        <w:tc>
          <w:tcPr>
            <w:tcW w:type="dxa" w:w="2160"/>
          </w:tcPr>
          <w:p>
            <w:r>
              <w:t>Describe the data collection methods used in 2025 for monitoring lentil crop health, including any novel approaches that were tested. What challenges did you face?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1066-0455</w:t>
            </w:r>
          </w:p>
        </w:tc>
        <w:tc>
          <w:tcPr>
            <w:tcW w:type="dxa" w:w="2160"/>
          </w:tcPr>
          <w:p>
            <w:r>
              <w:t>Decision-Making Tools</w:t>
            </w:r>
          </w:p>
        </w:tc>
        <w:tc>
          <w:tcPr>
            <w:tcW w:type="dxa" w:w="2160"/>
          </w:tcPr>
          <w:p>
            <w:r>
              <w:t>What decision-making tools were developed or refined in 2025 to address crop health issues, and how did you validate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1066-0456</w:t>
            </w:r>
          </w:p>
        </w:tc>
        <w:tc>
          <w:tcPr>
            <w:tcW w:type="dxa" w:w="2160"/>
          </w:tcPr>
          <w:p>
            <w:r>
              <w:t>Predictive Analytics</w:t>
            </w:r>
          </w:p>
        </w:tc>
        <w:tc>
          <w:tcPr>
            <w:tcW w:type="dxa" w:w="2160"/>
          </w:tcPr>
          <w:p>
            <w:r>
              <w:t>What predictive analytics models were created or improved in 2025 for forecasting lentil crop health, and what experimental data was used to refine these models?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1066-0457</w:t>
            </w:r>
          </w:p>
        </w:tc>
        <w:tc>
          <w:tcPr>
            <w:tcW w:type="dxa" w:w="2160"/>
          </w:tcPr>
          <w:p>
            <w:r>
              <w:t>Remote Sensing</w:t>
            </w:r>
          </w:p>
        </w:tc>
        <w:tc>
          <w:tcPr>
            <w:tcW w:type="dxa" w:w="2160"/>
          </w:tcPr>
          <w:p>
            <w:r>
              <w:t>What specific remote sensing data parameters did you analyze in 2025, and how did they inform your crop management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1066-0458</w:t>
            </w:r>
          </w:p>
        </w:tc>
        <w:tc>
          <w:tcPr>
            <w:tcW w:type="dxa" w:w="2160"/>
          </w:tcPr>
          <w:p>
            <w:r>
              <w:t>Visual Inspections</w:t>
            </w:r>
          </w:p>
        </w:tc>
        <w:tc>
          <w:tcPr>
            <w:tcW w:type="dxa" w:w="2160"/>
          </w:tcPr>
          <w:p>
            <w:r>
              <w:t>How frequently were visual inspections conducted in 2025, and what criteria determined the need for additional inspections based on initial findings?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1066-0459</w:t>
            </w:r>
          </w:p>
        </w:tc>
        <w:tc>
          <w:tcPr>
            <w:tcW w:type="dxa" w:w="2160"/>
          </w:tcPr>
          <w:p>
            <w:r>
              <w:t>Disease Diagnostics</w:t>
            </w:r>
          </w:p>
        </w:tc>
        <w:tc>
          <w:tcPr>
            <w:tcW w:type="dxa" w:w="2160"/>
          </w:tcPr>
          <w:p>
            <w:r>
              <w:t>What specific diseases were targeted for diagnostics in 2025, and what experimental techniques were tested to improve detection rates?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1066-0460</w:t>
            </w:r>
          </w:p>
        </w:tc>
        <w:tc>
          <w:tcPr>
            <w:tcW w:type="dxa" w:w="2160"/>
          </w:tcPr>
          <w:p>
            <w:r>
              <w:t>Data Collection</w:t>
            </w:r>
          </w:p>
        </w:tc>
        <w:tc>
          <w:tcPr>
            <w:tcW w:type="dxa" w:w="2160"/>
          </w:tcPr>
          <w:p>
            <w:r>
              <w:t>What types of data were collected from your monitoring systems in 2025, and how did you ensure the reliability of this data?</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1066-0461</w:t>
            </w:r>
          </w:p>
        </w:tc>
        <w:tc>
          <w:tcPr>
            <w:tcW w:type="dxa" w:w="2160"/>
          </w:tcPr>
          <w:p>
            <w:r>
              <w:t>Decision-Making Tools</w:t>
            </w:r>
          </w:p>
        </w:tc>
        <w:tc>
          <w:tcPr>
            <w:tcW w:type="dxa" w:w="2160"/>
          </w:tcPr>
          <w:p>
            <w:r>
              <w:t>What feedback mechanisms were established in 2025 to evaluate the effectiveness of decision-making tools used for crop health management?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1066-0462</w:t>
            </w:r>
          </w:p>
        </w:tc>
        <w:tc>
          <w:tcPr>
            <w:tcW w:type="dxa" w:w="2160"/>
          </w:tcPr>
          <w:p>
            <w:r>
              <w:t>Predictive Analytics</w:t>
            </w:r>
          </w:p>
        </w:tc>
        <w:tc>
          <w:tcPr>
            <w:tcW w:type="dxa" w:w="2160"/>
          </w:tcPr>
          <w:p>
            <w:r>
              <w:t>What metrics were used to evaluate the success of predictive analytics in 2025, and what adjustments were made based on these evaluations?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1066-0463</w:t>
            </w:r>
          </w:p>
        </w:tc>
        <w:tc>
          <w:tcPr>
            <w:tcW w:type="dxa" w:w="2160"/>
          </w:tcPr>
          <w:p>
            <w:r>
              <w:t>Remote Sensing</w:t>
            </w:r>
          </w:p>
        </w:tc>
        <w:tc>
          <w:tcPr>
            <w:tcW w:type="dxa" w:w="2160"/>
          </w:tcPr>
          <w:p>
            <w:r>
              <w:t>How did you integrate remote sensing data with other monitoring systems in 2025, and what experimental challenges did you face in this integration?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1066-0464</w:t>
            </w:r>
          </w:p>
        </w:tc>
        <w:tc>
          <w:tcPr>
            <w:tcW w:type="dxa" w:w="2160"/>
          </w:tcPr>
          <w:p>
            <w:r>
              <w:t>Visual Inspections</w:t>
            </w:r>
          </w:p>
        </w:tc>
        <w:tc>
          <w:tcPr>
            <w:tcW w:type="dxa" w:w="2160"/>
          </w:tcPr>
          <w:p>
            <w:r>
              <w:t>What training was provided to staff conducting visual inspections in 2025, and how did you assess the effectiveness of this training?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1066-0465</w:t>
            </w:r>
          </w:p>
        </w:tc>
        <w:tc>
          <w:tcPr>
            <w:tcW w:type="dxa" w:w="2160"/>
          </w:tcPr>
          <w:p>
            <w:r>
              <w:t>Disease Diagnostics</w:t>
            </w:r>
          </w:p>
        </w:tc>
        <w:tc>
          <w:tcPr>
            <w:tcW w:type="dxa" w:w="2160"/>
          </w:tcPr>
          <w:p>
            <w:r>
              <w:t>What were the outcomes of the disease diagnostics implemented in 2025, and how did they impact your overall crop management strategy?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ECONOMIC-ANALYSIS-FARMING-DECISIONS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1066-0466</w:t>
            </w:r>
          </w:p>
        </w:tc>
        <w:tc>
          <w:tcPr>
            <w:tcW w:type="dxa" w:w="2160"/>
          </w:tcPr>
          <w:p>
            <w:r>
              <w:t>Cost-Benefit Analysis</w:t>
            </w:r>
          </w:p>
        </w:tc>
        <w:tc>
          <w:tcPr>
            <w:tcW w:type="dxa" w:w="2160"/>
          </w:tcPr>
          <w:p>
            <w:r>
              <w:t>What specific costs have you incurred in developing new lentil varieties, including seed development and testing expenses?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1066-0467</w:t>
            </w:r>
          </w:p>
        </w:tc>
        <w:tc>
          <w:tcPr>
            <w:tcW w:type="dxa" w:w="2160"/>
          </w:tcPr>
          <w:p>
            <w:r>
              <w:t>Investment Strategies</w:t>
            </w:r>
          </w:p>
        </w:tc>
        <w:tc>
          <w:tcPr>
            <w:tcW w:type="dxa" w:w="2160"/>
          </w:tcPr>
          <w:p>
            <w:r>
              <w:t>What percentage of your annual budget is allocated to research and development for lentil farming innovations?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1066-0468</w:t>
            </w:r>
          </w:p>
        </w:tc>
        <w:tc>
          <w:tcPr>
            <w:tcW w:type="dxa" w:w="2160"/>
          </w:tcPr>
          <w:p>
            <w:r>
              <w:t>Financial Forecasting</w:t>
            </w:r>
          </w:p>
        </w:tc>
        <w:tc>
          <w:tcPr>
            <w:tcW w:type="dxa" w:w="2160"/>
          </w:tcPr>
          <w:p>
            <w:r>
              <w:t>What are your projected yields for the upcoming season based on your experimental farming techniques, and how do these compare to historical yields?</w:t>
              <w:br/>
              <w:t>Answer type: Calculation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1066-0469</w:t>
            </w:r>
          </w:p>
        </w:tc>
        <w:tc>
          <w:tcPr>
            <w:tcW w:type="dxa" w:w="2160"/>
          </w:tcPr>
          <w:p>
            <w:r>
              <w:t>Risk Management</w:t>
            </w:r>
          </w:p>
        </w:tc>
        <w:tc>
          <w:tcPr>
            <w:tcW w:type="dxa" w:w="2160"/>
          </w:tcPr>
          <w:p>
            <w:r>
              <w:t>What specific risks have you identified in your lentil farming operations, and what strategies have you implemented to mitigate these risks?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1066-0470</w:t>
            </w:r>
          </w:p>
        </w:tc>
        <w:tc>
          <w:tcPr>
            <w:tcW w:type="dxa" w:w="2160"/>
          </w:tcPr>
          <w:p>
            <w:r>
              <w:t>Market Access</w:t>
            </w:r>
          </w:p>
        </w:tc>
        <w:tc>
          <w:tcPr>
            <w:tcW w:type="dxa" w:w="2160"/>
          </w:tcPr>
          <w:p>
            <w:r>
              <w:t>What new markets have you explored for your lentil products, and what criteria did you use to assess their viability?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1066-0471</w:t>
            </w:r>
          </w:p>
        </w:tc>
        <w:tc>
          <w:tcPr>
            <w:tcW w:type="dxa" w:w="2160"/>
          </w:tcPr>
          <w:p>
            <w:r>
              <w:t>Profitability Metrics</w:t>
            </w:r>
          </w:p>
        </w:tc>
        <w:tc>
          <w:tcPr>
            <w:tcW w:type="dxa" w:w="2160"/>
          </w:tcPr>
          <w:p>
            <w:r>
              <w:t>What metrics do you use to evaluate the profitability of your lentil farming operations, and how have these metrics changed over the last three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1066-0472</w:t>
            </w:r>
          </w:p>
        </w:tc>
        <w:tc>
          <w:tcPr>
            <w:tcW w:type="dxa" w:w="2160"/>
          </w:tcPr>
          <w:p>
            <w:r>
              <w:t>Cost-Benefit Analysis</w:t>
            </w:r>
          </w:p>
        </w:tc>
        <w:tc>
          <w:tcPr>
            <w:tcW w:type="dxa" w:w="2160"/>
          </w:tcPr>
          <w:p>
            <w:r>
              <w:t>How do you quantify the benefits of adopting new agricultural technologies in your lentil production?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1066-0473</w:t>
            </w:r>
          </w:p>
        </w:tc>
        <w:tc>
          <w:tcPr>
            <w:tcW w:type="dxa" w:w="2160"/>
          </w:tcPr>
          <w:p>
            <w:r>
              <w:t>Investment Strategies</w:t>
            </w:r>
          </w:p>
        </w:tc>
        <w:tc>
          <w:tcPr>
            <w:tcW w:type="dxa" w:w="2160"/>
          </w:tcPr>
          <w:p>
            <w:r>
              <w:t>Have you pursued any grants or funding specifically for agricultural innovation in lentil farming?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1066-0474</w:t>
            </w:r>
          </w:p>
        </w:tc>
        <w:tc>
          <w:tcPr>
            <w:tcW w:type="dxa" w:w="2160"/>
          </w:tcPr>
          <w:p>
            <w:r>
              <w:t>Financial Forecasting</w:t>
            </w:r>
          </w:p>
        </w:tc>
        <w:tc>
          <w:tcPr>
            <w:tcW w:type="dxa" w:w="2160"/>
          </w:tcPr>
          <w:p>
            <w:r>
              <w:t>What is your estimated cost per acre for lentil production this year, and how does it compare to previous years?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1066-0475</w:t>
            </w:r>
          </w:p>
        </w:tc>
        <w:tc>
          <w:tcPr>
            <w:tcW w:type="dxa" w:w="2160"/>
          </w:tcPr>
          <w:p>
            <w:r>
              <w:t>Risk Management</w:t>
            </w:r>
          </w:p>
        </w:tc>
        <w:tc>
          <w:tcPr>
            <w:tcW w:type="dxa" w:w="2160"/>
          </w:tcPr>
          <w:p>
            <w:r>
              <w:t>What contingency plans do you have in place for unexpected weather events affecting your lentil crops?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1066-0476</w:t>
            </w:r>
          </w:p>
        </w:tc>
        <w:tc>
          <w:tcPr>
            <w:tcW w:type="dxa" w:w="2160"/>
          </w:tcPr>
          <w:p>
            <w:r>
              <w:t>Market Access</w:t>
            </w:r>
          </w:p>
        </w:tc>
        <w:tc>
          <w:tcPr>
            <w:tcW w:type="dxa" w:w="2160"/>
          </w:tcPr>
          <w:p>
            <w:r>
              <w:t>What partnerships or collaborations have you established to enhance market access for your lentil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1066-0477</w:t>
            </w:r>
          </w:p>
        </w:tc>
        <w:tc>
          <w:tcPr>
            <w:tcW w:type="dxa" w:w="2160"/>
          </w:tcPr>
          <w:p>
            <w:r>
              <w:t>Profitability Metrics</w:t>
            </w:r>
          </w:p>
        </w:tc>
        <w:tc>
          <w:tcPr>
            <w:tcW w:type="dxa" w:w="2160"/>
          </w:tcPr>
          <w:p>
            <w:r>
              <w:t>How do you assess the return on investment for new lentil farming techniques or equipment?</w:t>
              <w:br/>
              <w:t>Answer type: Calculation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1066-0478</w:t>
            </w:r>
          </w:p>
        </w:tc>
        <w:tc>
          <w:tcPr>
            <w:tcW w:type="dxa" w:w="2160"/>
          </w:tcPr>
          <w:p>
            <w:r>
              <w:t>Cost-Benefit Analysis</w:t>
            </w:r>
          </w:p>
        </w:tc>
        <w:tc>
          <w:tcPr>
            <w:tcW w:type="dxa" w:w="2160"/>
          </w:tcPr>
          <w:p>
            <w:r>
              <w:t>What specific outcomes do you measure to determine the success of your lentil farming innovations?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1066 (Lentil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