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1068 -- Seed-grain producers</w:t>
      </w:r>
    </w:p>
    <w:p>
      <w:pPr>
        <w:jc w:val="center"/>
      </w:pPr>
      <w:r>
        <w:t>Business ID: 1068</w:t>
        <w:br/>
        <w:t>Business Type: Seed-grain producers</w:t>
        <w:br/>
        <w:t>Tax Year Design Basis: 2025</w:t>
        <w:br/>
        <w:t>Federal + California</w:t>
        <w:br/>
        <w:t>Question Range: 1068-0001 through 1068-0475</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21</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SEED-CLEANING-AND-CLASSIFICATION</w:t>
            </w:r>
          </w:p>
        </w:tc>
        <w:tc>
          <w:tcPr>
            <w:tcW w:type="dxa" w:w="2880"/>
          </w:tcPr>
          <w:p>
            <w:r>
              <w:t>31</w:t>
            </w:r>
          </w:p>
        </w:tc>
        <w:tc>
          <w:tcPr>
            <w:tcW w:type="dxa" w:w="2880"/>
          </w:tcPr>
          <w:p>
            <w:r>
              <w:t>Investigates the processes and technologies used for seed cleaning and classification.</w:t>
            </w:r>
          </w:p>
        </w:tc>
      </w:tr>
      <w:tr>
        <w:tc>
          <w:tcPr>
            <w:tcW w:type="dxa" w:w="2880"/>
          </w:tcPr>
          <w:p>
            <w:r>
              <w:t>SEED-TREATMENT-AND-PREPARATION</w:t>
            </w:r>
          </w:p>
        </w:tc>
        <w:tc>
          <w:tcPr>
            <w:tcW w:type="dxa" w:w="2880"/>
          </w:tcPr>
          <w:p>
            <w:r>
              <w:t>34</w:t>
            </w:r>
          </w:p>
        </w:tc>
        <w:tc>
          <w:tcPr>
            <w:tcW w:type="dxa" w:w="2880"/>
          </w:tcPr>
          <w:p>
            <w:r>
              <w:t>Covers the chemical and biological treatments applied to seeds before planting.</w:t>
            </w:r>
          </w:p>
        </w:tc>
      </w:tr>
      <w:tr>
        <w:tc>
          <w:tcPr>
            <w:tcW w:type="dxa" w:w="2880"/>
          </w:tcPr>
          <w:p>
            <w:r>
              <w:t>CROP-GROWTH-MANAGEMENT</w:t>
            </w:r>
          </w:p>
        </w:tc>
        <w:tc>
          <w:tcPr>
            <w:tcW w:type="dxa" w:w="2880"/>
          </w:tcPr>
          <w:p>
            <w:r>
              <w:t>31</w:t>
            </w:r>
          </w:p>
        </w:tc>
        <w:tc>
          <w:tcPr>
            <w:tcW w:type="dxa" w:w="2880"/>
          </w:tcPr>
          <w:p>
            <w:r>
              <w:t>Focuses on the practices and technologies for managing crop growth post-planting.</w:t>
            </w:r>
          </w:p>
        </w:tc>
      </w:tr>
      <w:tr>
        <w:tc>
          <w:tcPr>
            <w:tcW w:type="dxa" w:w="2880"/>
          </w:tcPr>
          <w:p>
            <w:r>
              <w:t>HARVESTING-TECHNOLOGIES</w:t>
            </w:r>
          </w:p>
        </w:tc>
        <w:tc>
          <w:tcPr>
            <w:tcW w:type="dxa" w:w="2880"/>
          </w:tcPr>
          <w:p>
            <w:r>
              <w:t>29</w:t>
            </w:r>
          </w:p>
        </w:tc>
        <w:tc>
          <w:tcPr>
            <w:tcW w:type="dxa" w:w="2880"/>
          </w:tcPr>
          <w:p>
            <w:r>
              <w:t>Explores the machinery and methods used for harvesting seeds and grains.</w:t>
            </w:r>
          </w:p>
        </w:tc>
      </w:tr>
      <w:tr>
        <w:tc>
          <w:tcPr>
            <w:tcW w:type="dxa" w:w="2880"/>
          </w:tcPr>
          <w:p>
            <w:r>
              <w:t>SEED-DRYING-AND-STORAGE</w:t>
            </w:r>
          </w:p>
        </w:tc>
        <w:tc>
          <w:tcPr>
            <w:tcW w:type="dxa" w:w="2880"/>
          </w:tcPr>
          <w:p>
            <w:r>
              <w:t>27</w:t>
            </w:r>
          </w:p>
        </w:tc>
        <w:tc>
          <w:tcPr>
            <w:tcW w:type="dxa" w:w="2880"/>
          </w:tcPr>
          <w:p>
            <w:r>
              <w:t>Examines the processes and technology for drying and storing harvested seeds.</w:t>
            </w:r>
          </w:p>
        </w:tc>
      </w:tr>
      <w:tr>
        <w:tc>
          <w:tcPr>
            <w:tcW w:type="dxa" w:w="2880"/>
          </w:tcPr>
          <w:p>
            <w:r>
              <w:t>SEED-PACKAGING-AND-TRACEABILITY</w:t>
            </w:r>
          </w:p>
        </w:tc>
        <w:tc>
          <w:tcPr>
            <w:tcW w:type="dxa" w:w="2880"/>
          </w:tcPr>
          <w:p>
            <w:r>
              <w:t>25</w:t>
            </w:r>
          </w:p>
        </w:tc>
        <w:tc>
          <w:tcPr>
            <w:tcW w:type="dxa" w:w="2880"/>
          </w:tcPr>
          <w:p>
            <w:r>
              <w:t>Analyzes the packaging solutions and traceability systems for seeds and grains.</w:t>
            </w:r>
          </w:p>
        </w:tc>
      </w:tr>
      <w:tr>
        <w:tc>
          <w:tcPr>
            <w:tcW w:type="dxa" w:w="2880"/>
          </w:tcPr>
          <w:p>
            <w:r>
              <w:t>QUALITY-CONTROL-AND-TESTING</w:t>
            </w:r>
          </w:p>
        </w:tc>
        <w:tc>
          <w:tcPr>
            <w:tcW w:type="dxa" w:w="2880"/>
          </w:tcPr>
          <w:p>
            <w:r>
              <w:t>33</w:t>
            </w:r>
          </w:p>
        </w:tc>
        <w:tc>
          <w:tcPr>
            <w:tcW w:type="dxa" w:w="2880"/>
          </w:tcPr>
          <w:p>
            <w:r>
              <w:t>Details the quality control measures and testing protocols for seeds and grains.</w:t>
            </w:r>
          </w:p>
        </w:tc>
      </w:tr>
      <w:tr>
        <w:tc>
          <w:tcPr>
            <w:tcW w:type="dxa" w:w="2880"/>
          </w:tcPr>
          <w:p>
            <w:r>
              <w:t>REGULATORY-COMPLIANCE-AND-LABELING</w:t>
            </w:r>
          </w:p>
        </w:tc>
        <w:tc>
          <w:tcPr>
            <w:tcW w:type="dxa" w:w="2880"/>
          </w:tcPr>
          <w:p>
            <w:r>
              <w:t>27</w:t>
            </w:r>
          </w:p>
        </w:tc>
        <w:tc>
          <w:tcPr>
            <w:tcW w:type="dxa" w:w="2880"/>
          </w:tcPr>
          <w:p>
            <w:r>
              <w:t>Focuses on the regulatory requirements and labeling practices specific to seeds and grains.</w:t>
            </w:r>
          </w:p>
        </w:tc>
      </w:tr>
      <w:tr>
        <w:tc>
          <w:tcPr>
            <w:tcW w:type="dxa" w:w="2880"/>
          </w:tcPr>
          <w:p>
            <w:r>
              <w:t>SUSTAINABILITY-PRACTICES</w:t>
            </w:r>
          </w:p>
        </w:tc>
        <w:tc>
          <w:tcPr>
            <w:tcW w:type="dxa" w:w="2880"/>
          </w:tcPr>
          <w:p>
            <w:r>
              <w:t>23</w:t>
            </w:r>
          </w:p>
        </w:tc>
        <w:tc>
          <w:tcPr>
            <w:tcW w:type="dxa" w:w="2880"/>
          </w:tcPr>
          <w:p>
            <w:r>
              <w:t>Explores sustainable practices in seed and grain production.</w:t>
            </w:r>
          </w:p>
        </w:tc>
      </w:tr>
      <w:tr>
        <w:tc>
          <w:tcPr>
            <w:tcW w:type="dxa" w:w="2880"/>
          </w:tcPr>
          <w:p>
            <w:r>
              <w:t>DATA-ANALYTICS-AND-MANAGEMENT</w:t>
            </w:r>
          </w:p>
        </w:tc>
        <w:tc>
          <w:tcPr>
            <w:tcW w:type="dxa" w:w="2880"/>
          </w:tcPr>
          <w:p>
            <w:r>
              <w:t>25</w:t>
            </w:r>
          </w:p>
        </w:tc>
        <w:tc>
          <w:tcPr>
            <w:tcW w:type="dxa" w:w="2880"/>
          </w:tcPr>
          <w:p>
            <w:r>
              <w:t>Investigates the data management systems and analytics used in seed production.</w:t>
            </w:r>
          </w:p>
        </w:tc>
      </w:tr>
      <w:tr>
        <w:tc>
          <w:tcPr>
            <w:tcW w:type="dxa" w:w="2880"/>
          </w:tcPr>
          <w:p>
            <w:r>
              <w:t>AUTOMATION-AND-INDUSTRY-4-0</w:t>
            </w:r>
          </w:p>
        </w:tc>
        <w:tc>
          <w:tcPr>
            <w:tcW w:type="dxa" w:w="2880"/>
          </w:tcPr>
          <w:p>
            <w:r>
              <w:t>28</w:t>
            </w:r>
          </w:p>
        </w:tc>
        <w:tc>
          <w:tcPr>
            <w:tcW w:type="dxa" w:w="2880"/>
          </w:tcPr>
          <w:p>
            <w:r>
              <w:t>Covers the automation technologies and Industry 4.0 applications in seed production.</w:t>
            </w:r>
          </w:p>
        </w:tc>
      </w:tr>
      <w:tr>
        <w:tc>
          <w:tcPr>
            <w:tcW w:type="dxa" w:w="2880"/>
          </w:tcPr>
          <w:p>
            <w:r>
              <w:t>BYPRODUCTS-AND-CIRCULAR-ECONOMY</w:t>
            </w:r>
          </w:p>
        </w:tc>
        <w:tc>
          <w:tcPr>
            <w:tcW w:type="dxa" w:w="2880"/>
          </w:tcPr>
          <w:p>
            <w:r>
              <w:t>27</w:t>
            </w:r>
          </w:p>
        </w:tc>
        <w:tc>
          <w:tcPr>
            <w:tcW w:type="dxa" w:w="2880"/>
          </w:tcPr>
          <w:p>
            <w:r>
              <w:t>Examines the management and utilization of byproducts in seed and grain production.</w:t>
            </w:r>
          </w:p>
        </w:tc>
      </w:tr>
    </w:tbl>
    <w:p>
      <w:r>
        <w:t>Total questions in this pack: 475 (target: 478).</w:t>
      </w:r>
    </w:p>
    <w:p>
      <w:r>
        <w:br w:type="page"/>
      </w:r>
    </w:p>
    <w:p>
      <w:pPr>
        <w:pStyle w:val="Heading1"/>
      </w:pPr>
      <w:r>
        <w:t>Interview Questions by Module</w:t>
      </w:r>
    </w:p>
    <w:p>
      <w:pPr>
        <w:pStyle w:val="Heading2"/>
      </w:pPr>
      <w:r>
        <w:t>INTAKE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1068-0001</w:t>
            </w:r>
          </w:p>
        </w:tc>
        <w:tc>
          <w:tcPr>
            <w:tcW w:type="dxa" w:w="2160"/>
          </w:tcPr>
          <w:p>
            <w:r>
              <w:t>Entity Structure</w:t>
            </w:r>
          </w:p>
        </w:tc>
        <w:tc>
          <w:tcPr>
            <w:tcW w:type="dxa" w:w="2160"/>
          </w:tcPr>
          <w:p>
            <w:r>
              <w:t>What is the legal structure of your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1068-0002</w:t>
            </w:r>
          </w:p>
        </w:tc>
        <w:tc>
          <w:tcPr>
            <w:tcW w:type="dxa" w:w="2160"/>
          </w:tcPr>
          <w:p>
            <w:r>
              <w:t>Ownership</w:t>
            </w:r>
          </w:p>
        </w:tc>
        <w:tc>
          <w:tcPr>
            <w:tcW w:type="dxa" w:w="2160"/>
          </w:tcPr>
          <w:p>
            <w:r>
              <w:t>Who are the current owners or shareholders of the business, and what percentage of ownership does each hold?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1068-0003</w:t>
            </w:r>
          </w:p>
        </w:tc>
        <w:tc>
          <w:tcPr>
            <w:tcW w:type="dxa" w:w="2160"/>
          </w:tcPr>
          <w:p>
            <w:r>
              <w:t>Locations</w:t>
            </w:r>
          </w:p>
        </w:tc>
        <w:tc>
          <w:tcPr>
            <w:tcW w:type="dxa" w:w="2160"/>
          </w:tcPr>
          <w:p>
            <w:r>
              <w:t>List all locations where seed-grain production activities occur, including addresses and types of operations at each site.</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1068-0004</w:t>
            </w:r>
          </w:p>
        </w:tc>
        <w:tc>
          <w:tcPr>
            <w:tcW w:type="dxa" w:w="2160"/>
          </w:tcPr>
          <w:p>
            <w:r>
              <w:t>Products</w:t>
            </w:r>
          </w:p>
        </w:tc>
        <w:tc>
          <w:tcPr>
            <w:tcW w:type="dxa" w:w="2160"/>
          </w:tcPr>
          <w:p>
            <w:r>
              <w:t>What specific seed-grain products do you produce, and how are they classified (e.g., organic, non-GMO)?</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1068-0005</w:t>
            </w:r>
          </w:p>
        </w:tc>
        <w:tc>
          <w:tcPr>
            <w:tcW w:type="dxa" w:w="2160"/>
          </w:tcPr>
          <w:p>
            <w:r>
              <w:t>Revenue</w:t>
            </w:r>
          </w:p>
        </w:tc>
        <w:tc>
          <w:tcPr>
            <w:tcW w:type="dxa" w:w="2160"/>
          </w:tcPr>
          <w:p>
            <w:r>
              <w:t>What was the total revenue generated from seed-grain production in the tax year 2025?</w:t>
              <w:br/>
              <w:t>Answer type: Currency</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1068-0006</w:t>
            </w:r>
          </w:p>
        </w:tc>
        <w:tc>
          <w:tcPr>
            <w:tcW w:type="dxa" w:w="2160"/>
          </w:tcPr>
          <w:p>
            <w:r>
              <w:t>Personnel</w:t>
            </w:r>
          </w:p>
        </w:tc>
        <w:tc>
          <w:tcPr>
            <w:tcW w:type="dxa" w:w="2160"/>
          </w:tcPr>
          <w:p>
            <w:r>
              <w:t>How many employees are directly involved in seed-grain production and what are their roles?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1068-0007</w:t>
            </w:r>
          </w:p>
        </w:tc>
        <w:tc>
          <w:tcPr>
            <w:tcW w:type="dxa" w:w="2160"/>
          </w:tcPr>
          <w:p>
            <w:r>
              <w:t>Records</w:t>
            </w:r>
          </w:p>
        </w:tc>
        <w:tc>
          <w:tcPr>
            <w:tcW w:type="dxa" w:w="2160"/>
          </w:tcPr>
          <w:p>
            <w:r>
              <w:t>What types of records do you maintain related to seed-grain production (e.g., research notes, testing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1068-0008</w:t>
            </w:r>
          </w:p>
        </w:tc>
        <w:tc>
          <w:tcPr>
            <w:tcW w:type="dxa" w:w="2160"/>
          </w:tcPr>
          <w:p>
            <w:r>
              <w:t>Lead Facts</w:t>
            </w:r>
          </w:p>
        </w:tc>
        <w:tc>
          <w:tcPr>
            <w:tcW w:type="dxa" w:w="2160"/>
          </w:tcPr>
          <w:p>
            <w:r>
              <w:t>What are the primary challenges or uncertainties faced in your seed-grain production processes?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1068-0009</w:t>
            </w:r>
          </w:p>
        </w:tc>
        <w:tc>
          <w:tcPr>
            <w:tcW w:type="dxa" w:w="2160"/>
          </w:tcPr>
          <w:p>
            <w:r>
              <w:t>Entity Structure</w:t>
            </w:r>
          </w:p>
        </w:tc>
        <w:tc>
          <w:tcPr>
            <w:tcW w:type="dxa" w:w="2160"/>
          </w:tcPr>
          <w:p>
            <w:r>
              <w:t>Have there been any changes in the ownership structure of the business in the last three years?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1068-0010</w:t>
            </w:r>
          </w:p>
        </w:tc>
        <w:tc>
          <w:tcPr>
            <w:tcW w:type="dxa" w:w="2160"/>
          </w:tcPr>
          <w:p>
            <w:r>
              <w:t>Locations</w:t>
            </w:r>
          </w:p>
        </w:tc>
        <w:tc>
          <w:tcPr>
            <w:tcW w:type="dxa" w:w="2160"/>
          </w:tcPr>
          <w:p>
            <w:r>
              <w:t>Are there any locations where R&amp;D activities related to seed-grain production are conducted? If so, please specify.</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1068-0011</w:t>
            </w:r>
          </w:p>
        </w:tc>
        <w:tc>
          <w:tcPr>
            <w:tcW w:type="dxa" w:w="2160"/>
          </w:tcPr>
          <w:p>
            <w:r>
              <w:t>Products</w:t>
            </w:r>
          </w:p>
        </w:tc>
        <w:tc>
          <w:tcPr>
            <w:tcW w:type="dxa" w:w="2160"/>
          </w:tcPr>
          <w:p>
            <w:r>
              <w:t>What new seed-grain products were developed or tested during the tax year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1068-0012</w:t>
            </w:r>
          </w:p>
        </w:tc>
        <w:tc>
          <w:tcPr>
            <w:tcW w:type="dxa" w:w="2160"/>
          </w:tcPr>
          <w:p>
            <w:r>
              <w:t>Initial Assessment</w:t>
            </w:r>
          </w:p>
        </w:tc>
        <w:tc>
          <w:tcPr>
            <w:tcW w:type="dxa" w:w="2160"/>
          </w:tcPr>
          <w:p>
            <w:r>
              <w:t>What specific criteria do you use to determine whether a seed-grain project qualifies as R&amp;D under IRC Section 41?</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1068-0013</w:t>
            </w:r>
          </w:p>
        </w:tc>
        <w:tc>
          <w:tcPr>
            <w:tcW w:type="dxa" w:w="2160"/>
          </w:tcPr>
          <w:p>
            <w:r>
              <w:t>Documentation</w:t>
            </w:r>
          </w:p>
        </w:tc>
        <w:tc>
          <w:tcPr>
            <w:tcW w:type="dxa" w:w="2160"/>
          </w:tcPr>
          <w:p>
            <w:r>
              <w:t>Can you describe the process for documenting the R&amp;D activities related to seed-grain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1068-0014</w:t>
            </w:r>
          </w:p>
        </w:tc>
        <w:tc>
          <w:tcPr>
            <w:tcW w:type="dxa" w:w="2160"/>
          </w:tcPr>
          <w:p>
            <w:r>
              <w:t>Project Scope</w:t>
            </w:r>
          </w:p>
        </w:tc>
        <w:tc>
          <w:tcPr>
            <w:tcW w:type="dxa" w:w="2160"/>
          </w:tcPr>
          <w:p>
            <w:r>
              <w:t>What types of seed-grain innovations are you currently pursuing that you believe meet the R&amp;D criteria?</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1068-0015</w:t>
            </w:r>
          </w:p>
        </w:tc>
        <w:tc>
          <w:tcPr>
            <w:tcW w:type="dxa" w:w="2160"/>
          </w:tcPr>
          <w:p>
            <w:r>
              <w:t>Cost Tracking</w:t>
            </w:r>
          </w:p>
        </w:tc>
        <w:tc>
          <w:tcPr>
            <w:tcW w:type="dxa" w:w="2160"/>
          </w:tcPr>
          <w:p>
            <w:r>
              <w:t>How do you track expenses associated with R&amp;D activities in seed-grain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1068-0016</w:t>
            </w:r>
          </w:p>
        </w:tc>
        <w:tc>
          <w:tcPr>
            <w:tcW w:type="dxa" w:w="2160"/>
          </w:tcPr>
          <w:p>
            <w:r>
              <w:t>Team Involvement</w:t>
            </w:r>
          </w:p>
        </w:tc>
        <w:tc>
          <w:tcPr>
            <w:tcW w:type="dxa" w:w="2160"/>
          </w:tcPr>
          <w:p>
            <w:r>
              <w:t>Who within your organization is primarily responsible for overseeing R&amp;D activities in seed-grain production?</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1068-0017</w:t>
            </w:r>
          </w:p>
        </w:tc>
        <w:tc>
          <w:tcPr>
            <w:tcW w:type="dxa" w:w="2160"/>
          </w:tcPr>
          <w:p>
            <w:r>
              <w:t>Innovation Goals</w:t>
            </w:r>
          </w:p>
        </w:tc>
        <w:tc>
          <w:tcPr>
            <w:tcW w:type="dxa" w:w="2160"/>
          </w:tcPr>
          <w:p>
            <w:r>
              <w:t>What are your primary goals for innovation in seed-grain production over the next 5 years?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1068-0018</w:t>
            </w:r>
          </w:p>
        </w:tc>
        <w:tc>
          <w:tcPr>
            <w:tcW w:type="dxa" w:w="2160"/>
          </w:tcPr>
          <w:p>
            <w:r>
              <w:t>Regulatory Considerations</w:t>
            </w:r>
          </w:p>
        </w:tc>
        <w:tc>
          <w:tcPr>
            <w:tcW w:type="dxa" w:w="2160"/>
          </w:tcPr>
          <w:p>
            <w:r>
              <w:t>How do regulatory requirements influence your R&amp;D activities in seed-grain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1068-0019</w:t>
            </w:r>
          </w:p>
        </w:tc>
        <w:tc>
          <w:tcPr>
            <w:tcW w:type="dxa" w:w="2160"/>
          </w:tcPr>
          <w:p>
            <w:r>
              <w:t>Collaboration</w:t>
            </w:r>
          </w:p>
        </w:tc>
        <w:tc>
          <w:tcPr>
            <w:tcW w:type="dxa" w:w="2160"/>
          </w:tcPr>
          <w:p>
            <w:r>
              <w:t>Are you collaborating with any external partners or institutions for your R&amp;D projects? If so, who are they?</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1068-0020</w:t>
            </w:r>
          </w:p>
        </w:tc>
        <w:tc>
          <w:tcPr>
            <w:tcW w:type="dxa" w:w="2160"/>
          </w:tcPr>
          <w:p>
            <w:r>
              <w:t>Funding Sources</w:t>
            </w:r>
          </w:p>
        </w:tc>
        <w:tc>
          <w:tcPr>
            <w:tcW w:type="dxa" w:w="2160"/>
          </w:tcPr>
          <w:p>
            <w:r>
              <w:t>What sources of funding are you utilizing or planning to utilize for your R&amp;D initiatives?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1068-0021</w:t>
            </w:r>
          </w:p>
        </w:tc>
        <w:tc>
          <w:tcPr>
            <w:tcW w:type="dxa" w:w="2160"/>
          </w:tcPr>
          <w:p>
            <w:r>
              <w:t>Previous R&amp;D</w:t>
            </w:r>
          </w:p>
        </w:tc>
        <w:tc>
          <w:tcPr>
            <w:tcW w:type="dxa" w:w="2160"/>
          </w:tcPr>
          <w:p>
            <w:r>
              <w:t>Can you provide examples of past R&amp;D projects that were successful in seed-grain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1068-0022</w:t>
            </w:r>
          </w:p>
        </w:tc>
        <w:tc>
          <w:tcPr>
            <w:tcW w:type="dxa" w:w="2160"/>
          </w:tcPr>
          <w:p>
            <w:r>
              <w:t>Return Status</w:t>
            </w:r>
          </w:p>
        </w:tc>
        <w:tc>
          <w:tcPr>
            <w:tcW w:type="dxa" w:w="2160"/>
          </w:tcPr>
          <w:p>
            <w:r>
              <w:t>What is the current status of your 2025 tax return regarding R&amp;D credits?</w:t>
              <w:br/>
              <w:t>Answer type: Single select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1068-0023</w:t>
            </w:r>
          </w:p>
        </w:tc>
        <w:tc>
          <w:tcPr>
            <w:tcW w:type="dxa" w:w="2160"/>
          </w:tcPr>
          <w:p>
            <w:r>
              <w:t>Prior Credits</w:t>
            </w:r>
          </w:p>
        </w:tc>
        <w:tc>
          <w:tcPr>
            <w:tcW w:type="dxa" w:w="2160"/>
          </w:tcPr>
          <w:p>
            <w:r>
              <w:t>Have you claimed R&amp;D tax credits in any of the previous three tax years? If yes, please specify the years and amounts.</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1068-0024</w:t>
            </w:r>
          </w:p>
        </w:tc>
        <w:tc>
          <w:tcPr>
            <w:tcW w:type="dxa" w:w="2160"/>
          </w:tcPr>
          <w:p>
            <w:r>
              <w:t>Aggregation</w:t>
            </w:r>
          </w:p>
        </w:tc>
        <w:tc>
          <w:tcPr>
            <w:tcW w:type="dxa" w:w="2160"/>
          </w:tcPr>
          <w:p>
            <w:r>
              <w:t>Are you aggregating R&amp;D expenses across multiple entities or divisions for your 2025 tax return? If yes, please list the entities and the corresponding expenses.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1068-0025</w:t>
            </w:r>
          </w:p>
        </w:tc>
        <w:tc>
          <w:tcPr>
            <w:tcW w:type="dxa" w:w="2160"/>
          </w:tcPr>
          <w:p>
            <w:r>
              <w:t>Elections</w:t>
            </w:r>
          </w:p>
        </w:tc>
        <w:tc>
          <w:tcPr>
            <w:tcW w:type="dxa" w:w="2160"/>
          </w:tcPr>
          <w:p>
            <w:r>
              <w:t>Have you made any elections under Section 41 to calculate your R&amp;D tax credits differently than the default method? If so, please describe the election and the rationale.</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1068-0026</w:t>
            </w:r>
          </w:p>
        </w:tc>
        <w:tc>
          <w:tcPr>
            <w:tcW w:type="dxa" w:w="2160"/>
          </w:tcPr>
          <w:p>
            <w:r>
              <w:t>Amended Returns</w:t>
            </w:r>
          </w:p>
        </w:tc>
        <w:tc>
          <w:tcPr>
            <w:tcW w:type="dxa" w:w="2160"/>
          </w:tcPr>
          <w:p>
            <w:r>
              <w:t>Have you filed any amended returns related to R&amp;D credits in the past three years? If yes, please provide details.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1068-0027</w:t>
            </w:r>
          </w:p>
        </w:tc>
        <w:tc>
          <w:tcPr>
            <w:tcW w:type="dxa" w:w="2160"/>
          </w:tcPr>
          <w:p>
            <w:r>
              <w:t>Section 174</w:t>
            </w:r>
          </w:p>
        </w:tc>
        <w:tc>
          <w:tcPr>
            <w:tcW w:type="dxa" w:w="2160"/>
          </w:tcPr>
          <w:p>
            <w:r>
              <w:t>Are you aware of any changes to your R&amp;D activities that may affect your compliance with Section 174 for the 2025 tax year?</w:t>
              <w:br/>
              <w:t>Answer type: Yes-No + details</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1068-0028</w:t>
            </w:r>
          </w:p>
        </w:tc>
        <w:tc>
          <w:tcPr>
            <w:tcW w:type="dxa" w:w="2160"/>
          </w:tcPr>
          <w:p>
            <w:r>
              <w:t>Return Status</w:t>
            </w:r>
          </w:p>
        </w:tc>
        <w:tc>
          <w:tcPr>
            <w:tcW w:type="dxa" w:w="2160"/>
          </w:tcPr>
          <w:p>
            <w:r>
              <w:t>Have you received any correspondence from the IRS or state tax authority regarding your R&amp;D tax credit claims? If yes, please summarize the correspondence.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1068-0029</w:t>
            </w:r>
          </w:p>
        </w:tc>
        <w:tc>
          <w:tcPr>
            <w:tcW w:type="dxa" w:w="2160"/>
          </w:tcPr>
          <w:p>
            <w:r>
              <w:t>Prior Credits</w:t>
            </w:r>
          </w:p>
        </w:tc>
        <w:tc>
          <w:tcPr>
            <w:tcW w:type="dxa" w:w="2160"/>
          </w:tcPr>
          <w:p>
            <w:r>
              <w:t>What types of R&amp;D activities did you claim credits for in prior years? Please provide specific examples.</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1068-0030</w:t>
            </w:r>
          </w:p>
        </w:tc>
        <w:tc>
          <w:tcPr>
            <w:tcW w:type="dxa" w:w="2160"/>
          </w:tcPr>
          <w:p>
            <w:r>
              <w:t>Aggregation</w:t>
            </w:r>
          </w:p>
        </w:tc>
        <w:tc>
          <w:tcPr>
            <w:tcW w:type="dxa" w:w="2160"/>
          </w:tcPr>
          <w:p>
            <w:r>
              <w:t>What is the total amount of R&amp;D expenses you plan to aggregate for your 2025 tax return? Please provide a breakdown by category (e.g., wages, supplies).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1068-0031</w:t>
            </w:r>
          </w:p>
        </w:tc>
        <w:tc>
          <w:tcPr>
            <w:tcW w:type="dxa" w:w="2160"/>
          </w:tcPr>
          <w:p>
            <w:r>
              <w:t>Elections</w:t>
            </w:r>
          </w:p>
        </w:tc>
        <w:tc>
          <w:tcPr>
            <w:tcW w:type="dxa" w:w="2160"/>
          </w:tcPr>
          <w:p>
            <w:r>
              <w:t>Have you opted for any safe harbor methods for calculating R&amp;D credits? If so, please provide details.</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1068-0032</w:t>
            </w:r>
          </w:p>
        </w:tc>
        <w:tc>
          <w:tcPr>
            <w:tcW w:type="dxa" w:w="2160"/>
          </w:tcPr>
          <w:p>
            <w:r>
              <w:t>Amended Returns</w:t>
            </w:r>
          </w:p>
        </w:tc>
        <w:tc>
          <w:tcPr>
            <w:tcW w:type="dxa" w:w="2160"/>
          </w:tcPr>
          <w:p>
            <w:r>
              <w:t>What specific changes prompted you to consider filing an amended return for R&amp;D credits?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1068-0033</w:t>
            </w:r>
          </w:p>
        </w:tc>
        <w:tc>
          <w:tcPr>
            <w:tcW w:type="dxa" w:w="2160"/>
          </w:tcPr>
          <w:p>
            <w:r>
              <w:t>Section 174</w:t>
            </w:r>
          </w:p>
        </w:tc>
        <w:tc>
          <w:tcPr>
            <w:tcW w:type="dxa" w:w="2160"/>
          </w:tcPr>
          <w:p>
            <w:r>
              <w:t>Have you incurred any new R&amp;D expenditures in 2025 that differ from previous years? Please describe these expenditures.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1068-0034</w:t>
            </w:r>
          </w:p>
        </w:tc>
        <w:tc>
          <w:tcPr>
            <w:tcW w:type="dxa" w:w="2160"/>
          </w:tcPr>
          <w:p>
            <w:r>
              <w:t>Return Status</w:t>
            </w:r>
          </w:p>
        </w:tc>
        <w:tc>
          <w:tcPr>
            <w:tcW w:type="dxa" w:w="2160"/>
          </w:tcPr>
          <w:p>
            <w:r>
              <w:t>What documentation do you have to support your R&amp;D credit claims for the 2025 tax year? Please list the types of documents.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1068-0035</w:t>
            </w:r>
          </w:p>
        </w:tc>
        <w:tc>
          <w:tcPr>
            <w:tcW w:type="dxa" w:w="2160"/>
          </w:tcPr>
          <w:p>
            <w:r>
              <w:t>Prior Credits</w:t>
            </w:r>
          </w:p>
        </w:tc>
        <w:tc>
          <w:tcPr>
            <w:tcW w:type="dxa" w:w="2160"/>
          </w:tcPr>
          <w:p>
            <w:r>
              <w:t>How do your current R&amp;D activities compare to those for which you received credits in prior years?</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1068-0036</w:t>
            </w:r>
          </w:p>
        </w:tc>
        <w:tc>
          <w:tcPr>
            <w:tcW w:type="dxa" w:w="2160"/>
          </w:tcPr>
          <w:p>
            <w:r>
              <w:t>Project Inventory</w:t>
            </w:r>
          </w:p>
        </w:tc>
        <w:tc>
          <w:tcPr>
            <w:tcW w:type="dxa" w:w="2160"/>
          </w:tcPr>
          <w:p>
            <w:r>
              <w:t>What specific seed-grain varieties were involved in your R&amp;D projects during the tax year, and what were the objectives for each variety?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1068-0037</w:t>
            </w:r>
          </w:p>
        </w:tc>
        <w:tc>
          <w:tcPr>
            <w:tcW w:type="dxa" w:w="2160"/>
          </w:tcPr>
          <w:p>
            <w:r>
              <w:t>Uncertainty</w:t>
            </w:r>
          </w:p>
        </w:tc>
        <w:tc>
          <w:tcPr>
            <w:tcW w:type="dxa" w:w="2160"/>
          </w:tcPr>
          <w:p>
            <w:r>
              <w:t>Describe any technical uncertainties you faced while developing new seed-grain varieties. How did these uncertainties impact your project timelines?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1068-0038</w:t>
            </w:r>
          </w:p>
        </w:tc>
        <w:tc>
          <w:tcPr>
            <w:tcW w:type="dxa" w:w="2160"/>
          </w:tcPr>
          <w:p>
            <w:r>
              <w:t>Alternatives</w:t>
            </w:r>
          </w:p>
        </w:tc>
        <w:tc>
          <w:tcPr>
            <w:tcW w:type="dxa" w:w="2160"/>
          </w:tcPr>
          <w:p>
            <w:r>
              <w:t>What alternative methods or seed-grain varieties were considered during your R&amp;D process, and why were they ultimately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1068-0039</w:t>
            </w:r>
          </w:p>
        </w:tc>
        <w:tc>
          <w:tcPr>
            <w:tcW w:type="dxa" w:w="2160"/>
          </w:tcPr>
          <w:p>
            <w:r>
              <w:t>Experiments</w:t>
            </w:r>
          </w:p>
        </w:tc>
        <w:tc>
          <w:tcPr>
            <w:tcW w:type="dxa" w:w="2160"/>
          </w:tcPr>
          <w:p>
            <w:r>
              <w:t>List the experiments conducted to test the viability of new seed-grain varieties. What were the hypotheses, and what results did you obtain?</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1068-0040</w:t>
            </w:r>
          </w:p>
        </w:tc>
        <w:tc>
          <w:tcPr>
            <w:tcW w:type="dxa" w:w="2160"/>
          </w:tcPr>
          <w:p>
            <w:r>
              <w:t>Measurements</w:t>
            </w:r>
          </w:p>
        </w:tc>
        <w:tc>
          <w:tcPr>
            <w:tcW w:type="dxa" w:w="2160"/>
          </w:tcPr>
          <w:p>
            <w:r>
              <w:t>What specific measurements were taken to evaluate the performance of the new seed-grain varieties, and how were these measurements recorded?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1068-0041</w:t>
            </w:r>
          </w:p>
        </w:tc>
        <w:tc>
          <w:tcPr>
            <w:tcW w:type="dxa" w:w="2160"/>
          </w:tcPr>
          <w:p>
            <w:r>
              <w:t>Costs</w:t>
            </w:r>
          </w:p>
        </w:tc>
        <w:tc>
          <w:tcPr>
            <w:tcW w:type="dxa" w:w="2160"/>
          </w:tcPr>
          <w:p>
            <w:r>
              <w:t>Detail the direct and indirect costs associated with your R&amp;D projects on seed-grain varieties. Include labor, materials, and overhead. How were these costs tracked?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1068-0042</w:t>
            </w:r>
          </w:p>
        </w:tc>
        <w:tc>
          <w:tcPr>
            <w:tcW w:type="dxa" w:w="2160"/>
          </w:tcPr>
          <w:p>
            <w:r>
              <w:t>Evidence</w:t>
            </w:r>
          </w:p>
        </w:tc>
        <w:tc>
          <w:tcPr>
            <w:tcW w:type="dxa" w:w="2160"/>
          </w:tcPr>
          <w:p>
            <w:r>
              <w:t>What documentation do you have to support the R&amp;D activities conducted on seed-grain varieties? Please specify types of documents (e.g., lab notes, reports).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1068-0043</w:t>
            </w:r>
          </w:p>
        </w:tc>
        <w:tc>
          <w:tcPr>
            <w:tcW w:type="dxa" w:w="2160"/>
          </w:tcPr>
          <w:p>
            <w:r>
              <w:t>Project Inventory</w:t>
            </w:r>
          </w:p>
        </w:tc>
        <w:tc>
          <w:tcPr>
            <w:tcW w:type="dxa" w:w="2160"/>
          </w:tcPr>
          <w:p>
            <w:r>
              <w:t>How do you categorize your R&amp;D projects related to seed-grain production? Are they classified by type, stage, or outcome?</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1068-0044</w:t>
            </w:r>
          </w:p>
        </w:tc>
        <w:tc>
          <w:tcPr>
            <w:tcW w:type="dxa" w:w="2160"/>
          </w:tcPr>
          <w:p>
            <w:r>
              <w:t>Uncertainty</w:t>
            </w:r>
          </w:p>
        </w:tc>
        <w:tc>
          <w:tcPr>
            <w:tcW w:type="dxa" w:w="2160"/>
          </w:tcPr>
          <w:p>
            <w:r>
              <w:t>Can you provide examples of how you documented the decision-making process when faced with technical uncertainties in your R&amp;D?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1068-0045</w:t>
            </w:r>
          </w:p>
        </w:tc>
        <w:tc>
          <w:tcPr>
            <w:tcW w:type="dxa" w:w="2160"/>
          </w:tcPr>
          <w:p>
            <w:r>
              <w:t>Alternatives</w:t>
            </w:r>
          </w:p>
        </w:tc>
        <w:tc>
          <w:tcPr>
            <w:tcW w:type="dxa" w:w="2160"/>
          </w:tcPr>
          <w:p>
            <w:r>
              <w:t>What criteria did you use to evaluate the feasibility of different seed-grain varieties during your R&amp;D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1068-0046</w:t>
            </w:r>
          </w:p>
        </w:tc>
        <w:tc>
          <w:tcPr>
            <w:tcW w:type="dxa" w:w="2160"/>
          </w:tcPr>
          <w:p>
            <w:r>
              <w:t>Experiments</w:t>
            </w:r>
          </w:p>
        </w:tc>
        <w:tc>
          <w:tcPr>
            <w:tcW w:type="dxa" w:w="2160"/>
          </w:tcPr>
          <w:p>
            <w:r>
              <w:t>What was the experimental design for testing new seed-grain varieties? Include details on controls and variables. How did you ensure reliability?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1068-0047</w:t>
            </w:r>
          </w:p>
        </w:tc>
        <w:tc>
          <w:tcPr>
            <w:tcW w:type="dxa" w:w="2160"/>
          </w:tcPr>
          <w:p>
            <w:r>
              <w:t>Measurements</w:t>
            </w:r>
          </w:p>
        </w:tc>
        <w:tc>
          <w:tcPr>
            <w:tcW w:type="dxa" w:w="2160"/>
          </w:tcPr>
          <w:p>
            <w:r>
              <w:t>What statistical methods did you employ to analyze the data collected from your seed-grain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1068-0048</w:t>
            </w:r>
          </w:p>
        </w:tc>
        <w:tc>
          <w:tcPr>
            <w:tcW w:type="dxa" w:w="2160"/>
          </w:tcPr>
          <w:p>
            <w:r>
              <w:t>Costs</w:t>
            </w:r>
          </w:p>
        </w:tc>
        <w:tc>
          <w:tcPr>
            <w:tcW w:type="dxa" w:w="2160"/>
          </w:tcPr>
          <w:p>
            <w:r>
              <w:t>What percentage of your total operational budget was allocated to R&amp;D activities related to seed-grain production?</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1068-0049</w:t>
            </w:r>
          </w:p>
        </w:tc>
        <w:tc>
          <w:tcPr>
            <w:tcW w:type="dxa" w:w="2160"/>
          </w:tcPr>
          <w:p>
            <w:r>
              <w:t>Evidence</w:t>
            </w:r>
          </w:p>
        </w:tc>
        <w:tc>
          <w:tcPr>
            <w:tcW w:type="dxa" w:w="2160"/>
          </w:tcPr>
          <w:p>
            <w:r>
              <w:t>How do you ensure that your R&amp;D documentation meets the requirements for tax credit claims? What review processes are in place?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1068-0050</w:t>
            </w:r>
          </w:p>
        </w:tc>
        <w:tc>
          <w:tcPr>
            <w:tcW w:type="dxa" w:w="2160"/>
          </w:tcPr>
          <w:p>
            <w:r>
              <w:t>Project Inventory</w:t>
            </w:r>
          </w:p>
        </w:tc>
        <w:tc>
          <w:tcPr>
            <w:tcW w:type="dxa" w:w="2160"/>
          </w:tcPr>
          <w:p>
            <w:r>
              <w:t>What is the timeline for each R&amp;D project related to seed-grain varieties? Include start and end dates, and any milestones achieved.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1068-0051</w:t>
            </w:r>
          </w:p>
        </w:tc>
        <w:tc>
          <w:tcPr>
            <w:tcW w:type="dxa" w:w="2160"/>
          </w:tcPr>
          <w:p>
            <w:r>
              <w:t>Uncertainty</w:t>
            </w:r>
          </w:p>
        </w:tc>
        <w:tc>
          <w:tcPr>
            <w:tcW w:type="dxa" w:w="2160"/>
          </w:tcPr>
          <w:p>
            <w:r>
              <w:t>What external factors contributed to uncertainties in your R&amp;D projects, such as market conditions or regulatory changes?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1068-0052</w:t>
            </w:r>
          </w:p>
        </w:tc>
        <w:tc>
          <w:tcPr>
            <w:tcW w:type="dxa" w:w="2160"/>
          </w:tcPr>
          <w:p>
            <w:r>
              <w:t>Alternatives</w:t>
            </w:r>
          </w:p>
        </w:tc>
        <w:tc>
          <w:tcPr>
            <w:tcW w:type="dxa" w:w="2160"/>
          </w:tcPr>
          <w:p>
            <w:r>
              <w:t>How did you document the evaluation of alternative seed-grain varieties or methods during your R&amp;D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1068-0053</w:t>
            </w:r>
          </w:p>
        </w:tc>
        <w:tc>
          <w:tcPr>
            <w:tcW w:type="dxa" w:w="2160"/>
          </w:tcPr>
          <w:p>
            <w:r>
              <w:t>Experiments</w:t>
            </w:r>
          </w:p>
        </w:tc>
        <w:tc>
          <w:tcPr>
            <w:tcW w:type="dxa" w:w="2160"/>
          </w:tcPr>
          <w:p>
            <w:r>
              <w:t>What challenges did you face during the experimentation phase of your R&amp;D projects,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1068-0054</w:t>
            </w:r>
          </w:p>
        </w:tc>
        <w:tc>
          <w:tcPr>
            <w:tcW w:type="dxa" w:w="2160"/>
          </w:tcPr>
          <w:p>
            <w:r>
              <w:t>Measurements</w:t>
            </w:r>
          </w:p>
        </w:tc>
        <w:tc>
          <w:tcPr>
            <w:tcW w:type="dxa" w:w="2160"/>
          </w:tcPr>
          <w:p>
            <w:r>
              <w:t>What tools or technologies did you use to measure the outcomes of your R&amp;D projects on seed-grain varieties?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1068-0055</w:t>
            </w:r>
          </w:p>
        </w:tc>
        <w:tc>
          <w:tcPr>
            <w:tcW w:type="dxa" w:w="2160"/>
          </w:tcPr>
          <w:p>
            <w:r>
              <w:t>Project Definition</w:t>
            </w:r>
          </w:p>
        </w:tc>
        <w:tc>
          <w:tcPr>
            <w:tcW w:type="dxa" w:w="2160"/>
          </w:tcPr>
          <w:p>
            <w:r>
              <w:t>How do you define a specific R&amp;D project within your seed-grain production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1068-0056</w:t>
            </w:r>
          </w:p>
        </w:tc>
        <w:tc>
          <w:tcPr>
            <w:tcW w:type="dxa" w:w="2160"/>
          </w:tcPr>
          <w:p>
            <w:r>
              <w:t>Technological Nature</w:t>
            </w:r>
          </w:p>
        </w:tc>
        <w:tc>
          <w:tcPr>
            <w:tcW w:type="dxa" w:w="2160"/>
          </w:tcPr>
          <w:p>
            <w:r>
              <w:t>Can you describe specific projects in 2025 where you developed new seed varieties or improved existing ones through experimental methods? Please detail the technological challenges faced during these projects.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1068-0057</w:t>
            </w:r>
          </w:p>
        </w:tc>
        <w:tc>
          <w:tcPr>
            <w:tcW w:type="dxa" w:w="2160"/>
          </w:tcPr>
          <w:p>
            <w:r>
              <w:t>Permitted Purpose</w:t>
            </w:r>
          </w:p>
        </w:tc>
        <w:tc>
          <w:tcPr>
            <w:tcW w:type="dxa" w:w="2160"/>
          </w:tcPr>
          <w:p>
            <w:r>
              <w:t>For the projects identified, what was the primary purpose of the research conducted? Was it aimed at improving yield, disease resistance, or another agricultural outcome?</w:t>
              <w:br/>
              <w:t>Answer type: Single select</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1068-0058</w:t>
            </w:r>
          </w:p>
        </w:tc>
        <w:tc>
          <w:tcPr>
            <w:tcW w:type="dxa" w:w="2160"/>
          </w:tcPr>
          <w:p>
            <w:r>
              <w:t>Experimentation</w:t>
            </w:r>
          </w:p>
        </w:tc>
        <w:tc>
          <w:tcPr>
            <w:tcW w:type="dxa" w:w="2160"/>
          </w:tcPr>
          <w:p>
            <w:r>
              <w:t>During your R&amp;D activities, how did you document the experimental process, including hypotheses, testing methodologies, and results? Please provide examples of documentation used.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1068-0059</w:t>
            </w:r>
          </w:p>
        </w:tc>
        <w:tc>
          <w:tcPr>
            <w:tcW w:type="dxa" w:w="2160"/>
          </w:tcPr>
          <w:p>
            <w:r>
              <w:t>Section 174 Uncertainty</w:t>
            </w:r>
          </w:p>
        </w:tc>
        <w:tc>
          <w:tcPr>
            <w:tcW w:type="dxa" w:w="2160"/>
          </w:tcPr>
          <w:p>
            <w:r>
              <w:t>What specific uncertainties did you encounter in the development of new seed-grain technologies in 2025? How did these uncertainties influence your research approach?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1068-0060</w:t>
            </w:r>
          </w:p>
        </w:tc>
        <w:tc>
          <w:tcPr>
            <w:tcW w:type="dxa" w:w="2160"/>
          </w:tcPr>
          <w:p>
            <w:r>
              <w:t>Business Component</w:t>
            </w:r>
          </w:p>
        </w:tc>
        <w:tc>
          <w:tcPr>
            <w:tcW w:type="dxa" w:w="2160"/>
          </w:tcPr>
          <w:p>
            <w:r>
              <w:t>List all business components that were involved in your R&amp;D efforts in 2025. For each component, indicate whether it was developed for internal use or for commercialization.</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1068-0061</w:t>
            </w:r>
          </w:p>
        </w:tc>
        <w:tc>
          <w:tcPr>
            <w:tcW w:type="dxa" w:w="2160"/>
          </w:tcPr>
          <w:p>
            <w:r>
              <w:t>Commercial Production</w:t>
            </w:r>
          </w:p>
        </w:tc>
        <w:tc>
          <w:tcPr>
            <w:tcW w:type="dxa" w:w="2160"/>
          </w:tcPr>
          <w:p>
            <w:r>
              <w:t>During the tax year, did any of your activities involve the production of seed-grains that were sold or distributed as part of your regular business operations?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1068-0062</w:t>
            </w:r>
          </w:p>
        </w:tc>
        <w:tc>
          <w:tcPr>
            <w:tcW w:type="dxa" w:w="2160"/>
          </w:tcPr>
          <w:p>
            <w:r>
              <w:t>Adaptation</w:t>
            </w:r>
          </w:p>
        </w:tc>
        <w:tc>
          <w:tcPr>
            <w:tcW w:type="dxa" w:w="2160"/>
          </w:tcPr>
          <w:p>
            <w:r>
              <w:t>Did you adapt existing seed-grain varieties for improved yield or disease resistance during the tax year? If so, please describe the specific adaptations made.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1068-0063</w:t>
            </w:r>
          </w:p>
        </w:tc>
        <w:tc>
          <w:tcPr>
            <w:tcW w:type="dxa" w:w="2160"/>
          </w:tcPr>
          <w:p>
            <w:r>
              <w:t>Duplication</w:t>
            </w:r>
          </w:p>
        </w:tc>
        <w:tc>
          <w:tcPr>
            <w:tcW w:type="dxa" w:w="2160"/>
          </w:tcPr>
          <w:p>
            <w:r>
              <w:t>Did you engage in any activities that involved duplicating existing seed-grain production processes without any modifications or improvements?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1068-0064</w:t>
            </w:r>
          </w:p>
        </w:tc>
        <w:tc>
          <w:tcPr>
            <w:tcW w:type="dxa" w:w="2160"/>
          </w:tcPr>
          <w:p>
            <w:r>
              <w:t>Routine Testing</w:t>
            </w:r>
          </w:p>
        </w:tc>
        <w:tc>
          <w:tcPr>
            <w:tcW w:type="dxa" w:w="2160"/>
          </w:tcPr>
          <w:p>
            <w:r>
              <w:t>Were any of the tests performed on seed-grains during the tax year standard quality control tests that do not involve experimentation or uncertainty? Please specify the types of tests conducted.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1068-0065</w:t>
            </w:r>
          </w:p>
        </w:tc>
        <w:tc>
          <w:tcPr>
            <w:tcW w:type="dxa" w:w="2160"/>
          </w:tcPr>
          <w:p>
            <w:r>
              <w:t>Foreign Research</w:t>
            </w:r>
          </w:p>
        </w:tc>
        <w:tc>
          <w:tcPr>
            <w:tcW w:type="dxa" w:w="2160"/>
          </w:tcPr>
          <w:p>
            <w:r>
              <w:t>Did you conduct any research activities related to seed-grain production that were funded by foreign entities or conducted outside the United States?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1068-0066</w:t>
            </w:r>
          </w:p>
        </w:tc>
        <w:tc>
          <w:tcPr>
            <w:tcW w:type="dxa" w:w="2160"/>
          </w:tcPr>
          <w:p>
            <w:r>
              <w:t>Funded Research</w:t>
            </w:r>
          </w:p>
        </w:tc>
        <w:tc>
          <w:tcPr>
            <w:tcW w:type="dxa" w:w="2160"/>
          </w:tcPr>
          <w:p>
            <w:r>
              <w:t>Did you receive any grants or funding for research activities related to seed-grain production during the tax year? If yes, please provide details about the funding sources and amounts.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1068-0067</w:t>
            </w:r>
          </w:p>
        </w:tc>
        <w:tc>
          <w:tcPr>
            <w:tcW w:type="dxa" w:w="2160"/>
          </w:tcPr>
          <w:p>
            <w:r>
              <w:t>Unsupported Estimates</w:t>
            </w:r>
          </w:p>
        </w:tc>
        <w:tc>
          <w:tcPr>
            <w:tcW w:type="dxa" w:w="2160"/>
          </w:tcPr>
          <w:p>
            <w:r>
              <w:t>Did you rely on any unsupported estimates for costs related to research activities in seed-grain production during the tax year? If so, please describe those estimates and their origins.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1068-0068</w:t>
            </w:r>
          </w:p>
        </w:tc>
        <w:tc>
          <w:tcPr>
            <w:tcW w:type="dxa" w:w="2160"/>
          </w:tcPr>
          <w:p>
            <w:r>
              <w:t>Adaptation</w:t>
            </w:r>
          </w:p>
        </w:tc>
        <w:tc>
          <w:tcPr>
            <w:tcW w:type="dxa" w:w="2160"/>
          </w:tcPr>
          <w:p>
            <w:r>
              <w:t>Were any of the adaptations made to seed-grain varieties based solely on existing industry standards or practices without any experimental development?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1068-0069</w:t>
            </w:r>
          </w:p>
        </w:tc>
        <w:tc>
          <w:tcPr>
            <w:tcW w:type="dxa" w:w="2160"/>
          </w:tcPr>
          <w:p>
            <w:r>
              <w:t>Routine Operations</w:t>
            </w:r>
          </w:p>
        </w:tc>
        <w:tc>
          <w:tcPr>
            <w:tcW w:type="dxa" w:w="2160"/>
          </w:tcPr>
          <w:p>
            <w:r>
              <w:t>Did any of your activities during the tax year consist solely of routine operations without any element of research or experimentation in seed-grain production?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1068-0070</w:t>
            </w:r>
          </w:p>
        </w:tc>
        <w:tc>
          <w:tcPr>
            <w:tcW w:type="dxa" w:w="2160"/>
          </w:tcPr>
          <w:p>
            <w:r>
              <w:t>Employee Roles</w:t>
            </w:r>
          </w:p>
        </w:tc>
        <w:tc>
          <w:tcPr>
            <w:tcW w:type="dxa" w:w="2160"/>
          </w:tcPr>
          <w:p>
            <w:r>
              <w:t>List all employees involved in the seed-grain production process who contributed to qualified research activities (QRA) during the tax year 2025. Include their roles and specific contributions to R&amp;D.</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1068-0071</w:t>
            </w:r>
          </w:p>
        </w:tc>
        <w:tc>
          <w:tcPr>
            <w:tcW w:type="dxa" w:w="2160"/>
          </w:tcPr>
          <w:p>
            <w:r>
              <w:t>Wage Allocation</w:t>
            </w:r>
          </w:p>
        </w:tc>
        <w:tc>
          <w:tcPr>
            <w:tcW w:type="dxa" w:w="2160"/>
          </w:tcPr>
          <w:p>
            <w:r>
              <w:t>For each employee listed, specify the percentage of their time allocated to qualified research activities versus other business operations during the tax year 2025.</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1068-0072</w:t>
            </w:r>
          </w:p>
        </w:tc>
        <w:tc>
          <w:tcPr>
            <w:tcW w:type="dxa" w:w="2160"/>
          </w:tcPr>
          <w:p>
            <w:r>
              <w:t>Compensation Structure</w:t>
            </w:r>
          </w:p>
        </w:tc>
        <w:tc>
          <w:tcPr>
            <w:tcW w:type="dxa" w:w="2160"/>
          </w:tcPr>
          <w:p>
            <w:r>
              <w:t>What is the total annual compensation (including wages, bonuses, and benefits) for each employee engaged in R&amp;D activities in 2025?</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1068-0073</w:t>
            </w:r>
          </w:p>
        </w:tc>
        <w:tc>
          <w:tcPr>
            <w:tcW w:type="dxa" w:w="2160"/>
          </w:tcPr>
          <w:p>
            <w:r>
              <w:t>Employee Classification</w:t>
            </w:r>
          </w:p>
        </w:tc>
        <w:tc>
          <w:tcPr>
            <w:tcW w:type="dxa" w:w="2160"/>
          </w:tcPr>
          <w:p>
            <w:r>
              <w:t>Are any of the employees listed classified as contractors or freelancers? If yes, please provide their names and the nature of their contributions to R&amp;D.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1068-0074</w:t>
            </w:r>
          </w:p>
        </w:tc>
        <w:tc>
          <w:tcPr>
            <w:tcW w:type="dxa" w:w="2160"/>
          </w:tcPr>
          <w:p>
            <w:r>
              <w:t>Time Tracking</w:t>
            </w:r>
          </w:p>
        </w:tc>
        <w:tc>
          <w:tcPr>
            <w:tcW w:type="dxa" w:w="2160"/>
          </w:tcPr>
          <w:p>
            <w:r>
              <w:t>Describe the methods used to track the time employees spend on qualified research activities versus routine operations. Include any tools or software used.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1068-0075</w:t>
            </w:r>
          </w:p>
        </w:tc>
        <w:tc>
          <w:tcPr>
            <w:tcW w:type="dxa" w:w="2160"/>
          </w:tcPr>
          <w:p>
            <w:r>
              <w:t>Research Projects</w:t>
            </w:r>
          </w:p>
        </w:tc>
        <w:tc>
          <w:tcPr>
            <w:tcW w:type="dxa" w:w="2160"/>
          </w:tcPr>
          <w:p>
            <w:r>
              <w:t>Identify the specific research projects undertaken by employees in the seed-grain production process during 2025. How did these projects qualify as R&amp;D under IRS guidelines?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1068-0076</w:t>
            </w:r>
          </w:p>
        </w:tc>
        <w:tc>
          <w:tcPr>
            <w:tcW w:type="dxa" w:w="2160"/>
          </w:tcPr>
          <w:p>
            <w:r>
              <w:t>Documentation Practices</w:t>
            </w:r>
          </w:p>
        </w:tc>
        <w:tc>
          <w:tcPr>
            <w:tcW w:type="dxa" w:w="2160"/>
          </w:tcPr>
          <w:p>
            <w:r>
              <w:t>What documentation is maintained to support the allocation of wages to qualified research activities? Include types of records and retention practices.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1068-0077</w:t>
            </w:r>
          </w:p>
        </w:tc>
        <w:tc>
          <w:tcPr>
            <w:tcW w:type="dxa" w:w="2160"/>
          </w:tcPr>
          <w:p>
            <w:r>
              <w:t>Employee Training</w:t>
            </w:r>
          </w:p>
        </w:tc>
        <w:tc>
          <w:tcPr>
            <w:tcW w:type="dxa" w:w="2160"/>
          </w:tcPr>
          <w:p>
            <w:r>
              <w:t>Did any employees receive specialized training related to R&amp;D activities in 2025? If so, provide details about the training and its relevance.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1068-0078</w:t>
            </w:r>
          </w:p>
        </w:tc>
        <w:tc>
          <w:tcPr>
            <w:tcW w:type="dxa" w:w="2160"/>
          </w:tcPr>
          <w:p>
            <w:r>
              <w:t>Project Duration</w:t>
            </w:r>
          </w:p>
        </w:tc>
        <w:tc>
          <w:tcPr>
            <w:tcW w:type="dxa" w:w="2160"/>
          </w:tcPr>
          <w:p>
            <w:r>
              <w:t>For each identified R&amp;D project, specify the duration of employee involvement in 2025. How does this impact the wage allocation for the credits claimed?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1068-0079</w:t>
            </w:r>
          </w:p>
        </w:tc>
        <w:tc>
          <w:tcPr>
            <w:tcW w:type="dxa" w:w="2160"/>
          </w:tcPr>
          <w:p>
            <w:r>
              <w:t>Collaboration</w:t>
            </w:r>
          </w:p>
        </w:tc>
        <w:tc>
          <w:tcPr>
            <w:tcW w:type="dxa" w:w="2160"/>
          </w:tcPr>
          <w:p>
            <w:r>
              <w:t>Were any employees involved in collaborative research efforts with external entities (universities, research institutions, etc.) during 2025? If yes,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1068-0080</w:t>
            </w:r>
          </w:p>
        </w:tc>
        <w:tc>
          <w:tcPr>
            <w:tcW w:type="dxa" w:w="2160"/>
          </w:tcPr>
          <w:p>
            <w:r>
              <w:t>Experimental Supplies Identification</w:t>
            </w:r>
          </w:p>
        </w:tc>
        <w:tc>
          <w:tcPr>
            <w:tcW w:type="dxa" w:w="2160"/>
          </w:tcPr>
          <w:p>
            <w:r>
              <w:t>What specific materials or supplies did your business purchase for experimental purposes related to seed-grain production in 2025? Please list each item and describe its intended use in the R&amp;D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1068-0081</w:t>
            </w:r>
          </w:p>
        </w:tc>
        <w:tc>
          <w:tcPr>
            <w:tcW w:type="dxa" w:w="2160"/>
          </w:tcPr>
          <w:p>
            <w:r>
              <w:t>Exclusion of Non-Qualifying Supplies</w:t>
            </w:r>
          </w:p>
        </w:tc>
        <w:tc>
          <w:tcPr>
            <w:tcW w:type="dxa" w:w="2160"/>
          </w:tcPr>
          <w:p>
            <w:r>
              <w:t>Did your business incur any costs for supplies that were used in routine operations rather than for experimental purposes? If yes, please specify the items and the context of their use.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1068-0082</w:t>
            </w:r>
          </w:p>
        </w:tc>
        <w:tc>
          <w:tcPr>
            <w:tcW w:type="dxa" w:w="2160"/>
          </w:tcPr>
          <w:p>
            <w:r>
              <w:t>Documentation of Experimental Supplies</w:t>
            </w:r>
          </w:p>
        </w:tc>
        <w:tc>
          <w:tcPr>
            <w:tcW w:type="dxa" w:w="2160"/>
          </w:tcPr>
          <w:p>
            <w:r>
              <w:t>How do you document the use of experimental supplies in your R&amp;D projects? Please describe the records maintained, such as receipts, project logs, or inventory records.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1068-0083</w:t>
            </w:r>
          </w:p>
        </w:tc>
        <w:tc>
          <w:tcPr>
            <w:tcW w:type="dxa" w:w="2160"/>
          </w:tcPr>
          <w:p>
            <w:r>
              <w:t>Allocation of Supply Costs</w:t>
            </w:r>
          </w:p>
        </w:tc>
        <w:tc>
          <w:tcPr>
            <w:tcW w:type="dxa" w:w="2160"/>
          </w:tcPr>
          <w:p>
            <w:r>
              <w:t>What percentage of the total cost of supplies purchased in 2025 was allocated to R&amp;D activities versus general business operations? Please provide any calculations or methodologies used for this allocation.</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1068-0084</w:t>
            </w:r>
          </w:p>
        </w:tc>
        <w:tc>
          <w:tcPr>
            <w:tcW w:type="dxa" w:w="2160"/>
          </w:tcPr>
          <w:p>
            <w:r>
              <w:t>Experimental Supply Usage</w:t>
            </w:r>
          </w:p>
        </w:tc>
        <w:tc>
          <w:tcPr>
            <w:tcW w:type="dxa" w:w="2160"/>
          </w:tcPr>
          <w:p>
            <w:r>
              <w:t>Can you provide a detailed account of how experimental supplies were utilized in specific R&amp;D projects during 2025? Include project names and outcomes if applicable.</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1068-0085</w:t>
            </w:r>
          </w:p>
        </w:tc>
        <w:tc>
          <w:tcPr>
            <w:tcW w:type="dxa" w:w="2160"/>
          </w:tcPr>
          <w:p>
            <w:r>
              <w:t>Contractor Services</w:t>
            </w:r>
          </w:p>
        </w:tc>
        <w:tc>
          <w:tcPr>
            <w:tcW w:type="dxa" w:w="2160"/>
          </w:tcPr>
          <w:p>
            <w:r>
              <w:t>What specific contractor services were utilized for the development of new seed varieties or production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1068-0086</w:t>
            </w:r>
          </w:p>
        </w:tc>
        <w:tc>
          <w:tcPr>
            <w:tcW w:type="dxa" w:w="2160"/>
          </w:tcPr>
          <w:p>
            <w:r>
              <w:t>U.S. Location</w:t>
            </w:r>
          </w:p>
        </w:tc>
        <w:tc>
          <w:tcPr>
            <w:tcW w:type="dxa" w:w="2160"/>
          </w:tcPr>
          <w:p>
            <w:r>
              <w:t>In which U.S. states did the contracted services for R&amp;D take place, and how does this relate to your overall R&amp;D activities?</w:t>
              <w:br/>
              <w:t>Answer type: Multi-select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1068-0087</w:t>
            </w:r>
          </w:p>
        </w:tc>
        <w:tc>
          <w:tcPr>
            <w:tcW w:type="dxa" w:w="2160"/>
          </w:tcPr>
          <w:p>
            <w:r>
              <w:t>Rights</w:t>
            </w:r>
          </w:p>
        </w:tc>
        <w:tc>
          <w:tcPr>
            <w:tcW w:type="dxa" w:w="2160"/>
          </w:tcPr>
          <w:p>
            <w:r>
              <w:t>What rights did your company retain regarding the results of the contractor's work, and how does this affect your eligibility for the R&amp;D tax credit?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1068-0088</w:t>
            </w:r>
          </w:p>
        </w:tc>
        <w:tc>
          <w:tcPr>
            <w:tcW w:type="dxa" w:w="2160"/>
          </w:tcPr>
          <w:p>
            <w:r>
              <w:t>Economic Risk</w:t>
            </w:r>
          </w:p>
        </w:tc>
        <w:tc>
          <w:tcPr>
            <w:tcW w:type="dxa" w:w="2160"/>
          </w:tcPr>
          <w:p>
            <w:r>
              <w:t>What economic risks did your company assume in relation to the contractor’s R&amp;D activities, and how were these risks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1068-0089</w:t>
            </w:r>
          </w:p>
        </w:tc>
        <w:tc>
          <w:tcPr>
            <w:tcW w:type="dxa" w:w="2160"/>
          </w:tcPr>
          <w:p>
            <w:r>
              <w:t>Eligible Amount</w:t>
            </w:r>
          </w:p>
        </w:tc>
        <w:tc>
          <w:tcPr>
            <w:tcW w:type="dxa" w:w="2160"/>
          </w:tcPr>
          <w:p>
            <w:r>
              <w:t>What was the total amount paid to contractors for R&amp;D services in 2025, and how was this amount determined?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1068-0090</w:t>
            </w:r>
          </w:p>
        </w:tc>
        <w:tc>
          <w:tcPr>
            <w:tcW w:type="dxa" w:w="2160"/>
          </w:tcPr>
          <w:p>
            <w:r>
              <w:t>Contractor Engagement</w:t>
            </w:r>
          </w:p>
        </w:tc>
        <w:tc>
          <w:tcPr>
            <w:tcW w:type="dxa" w:w="2160"/>
          </w:tcPr>
          <w:p>
            <w:r>
              <w:t>How did you select the contractors for R&amp;D services, and what criteria were used to evaluate their qualifications?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1068-0091</w:t>
            </w:r>
          </w:p>
        </w:tc>
        <w:tc>
          <w:tcPr>
            <w:tcW w:type="dxa" w:w="2160"/>
          </w:tcPr>
          <w:p>
            <w:r>
              <w:t>Documentation</w:t>
            </w:r>
          </w:p>
        </w:tc>
        <w:tc>
          <w:tcPr>
            <w:tcW w:type="dxa" w:w="2160"/>
          </w:tcPr>
          <w:p>
            <w:r>
              <w:t>What documentation do you have to support the contractor's role in your R&amp;D activities, including contracts, invoices, and project descriptions?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1068-0092</w:t>
            </w:r>
          </w:p>
        </w:tc>
        <w:tc>
          <w:tcPr>
            <w:tcW w:type="dxa" w:w="2160"/>
          </w:tcPr>
          <w:p>
            <w:r>
              <w:t>Third-party cloud services</w:t>
            </w:r>
          </w:p>
        </w:tc>
        <w:tc>
          <w:tcPr>
            <w:tcW w:type="dxa" w:w="2160"/>
          </w:tcPr>
          <w:p>
            <w:r>
              <w:t>What specific third-party cloud services did your seed-grain production business utilize for R&amp;D purposes in 2025, and how did these services contribute to the development or improvement of your products or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1068-0093</w:t>
            </w:r>
          </w:p>
        </w:tc>
        <w:tc>
          <w:tcPr>
            <w:tcW w:type="dxa" w:w="2160"/>
          </w:tcPr>
          <w:p>
            <w:r>
              <w:t>Cost allocation for cloud services</w:t>
            </w:r>
          </w:p>
        </w:tc>
        <w:tc>
          <w:tcPr>
            <w:tcW w:type="dxa" w:w="2160"/>
          </w:tcPr>
          <w:p>
            <w:r>
              <w:t>Can you provide a detailed breakdown of the costs associated with third-party computer or cloud services used for R&amp;D in 2025, including any contracts or invoices that support these expenditures?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1068-0094</w:t>
            </w:r>
          </w:p>
        </w:tc>
        <w:tc>
          <w:tcPr>
            <w:tcW w:type="dxa" w:w="2160"/>
          </w:tcPr>
          <w:p>
            <w:r>
              <w:t>Project Identification</w:t>
            </w:r>
          </w:p>
        </w:tc>
        <w:tc>
          <w:tcPr>
            <w:tcW w:type="dxa" w:w="2160"/>
          </w:tcPr>
          <w:p>
            <w:r>
              <w:t>What specific projects did your seed-grain production team undertake in 2025 that involved developing new varieties or improving existing ones through experimental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1068-0095</w:t>
            </w:r>
          </w:p>
        </w:tc>
        <w:tc>
          <w:tcPr>
            <w:tcW w:type="dxa" w:w="2160"/>
          </w:tcPr>
          <w:p>
            <w:r>
              <w:t>Cost Allocation</w:t>
            </w:r>
          </w:p>
        </w:tc>
        <w:tc>
          <w:tcPr>
            <w:tcW w:type="dxa" w:w="2160"/>
          </w:tcPr>
          <w:p>
            <w:r>
              <w:t>Can you provide a detailed breakdown of the costs associated with each identified project, including labor, materials, and overhead?</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1068-0096</w:t>
            </w:r>
          </w:p>
        </w:tc>
        <w:tc>
          <w:tcPr>
            <w:tcW w:type="dxa" w:w="2160"/>
          </w:tcPr>
          <w:p>
            <w:r>
              <w:t>Documentation of Experimentation</w:t>
            </w:r>
          </w:p>
        </w:tc>
        <w:tc>
          <w:tcPr>
            <w:tcW w:type="dxa" w:w="2160"/>
          </w:tcPr>
          <w:p>
            <w:r>
              <w:t>What documentation do you maintain to demonstrate the experimental processes used in your seed-grain development projects, such as lab notebooks or trial reports?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1068-0097</w:t>
            </w:r>
          </w:p>
        </w:tc>
        <w:tc>
          <w:tcPr>
            <w:tcW w:type="dxa" w:w="2160"/>
          </w:tcPr>
          <w:p>
            <w:r>
              <w:t>Technical Uncertainty</w:t>
            </w:r>
          </w:p>
        </w:tc>
        <w:tc>
          <w:tcPr>
            <w:tcW w:type="dxa" w:w="2160"/>
          </w:tcPr>
          <w:p>
            <w:r>
              <w:t>Can you describe any technical uncertainties encountered during the development of new seed varieties in 2025, and how these uncertainties were addressed?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1068-0098</w:t>
            </w:r>
          </w:p>
        </w:tc>
        <w:tc>
          <w:tcPr>
            <w:tcW w:type="dxa" w:w="2160"/>
          </w:tcPr>
          <w:p>
            <w:r>
              <w:t>Project Timeline</w:t>
            </w:r>
          </w:p>
        </w:tc>
        <w:tc>
          <w:tcPr>
            <w:tcW w:type="dxa" w:w="2160"/>
          </w:tcPr>
          <w:p>
            <w:r>
              <w:t>What was the timeline for each project, including start and end dates, and how did this timeline reflect the iterative nature of your development process?</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1068-0099</w:t>
            </w:r>
          </w:p>
        </w:tc>
        <w:tc>
          <w:tcPr>
            <w:tcW w:type="dxa" w:w="2160"/>
          </w:tcPr>
          <w:p>
            <w:r>
              <w:t>Employee Involvement</w:t>
            </w:r>
          </w:p>
        </w:tc>
        <w:tc>
          <w:tcPr>
            <w:tcW w:type="dxa" w:w="2160"/>
          </w:tcPr>
          <w:p>
            <w:r>
              <w:t>Which employees were directly involved in the R&amp;D projects, and what were their specific roles and contributions?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1068-0100</w:t>
            </w:r>
          </w:p>
        </w:tc>
        <w:tc>
          <w:tcPr>
            <w:tcW w:type="dxa" w:w="2160"/>
          </w:tcPr>
          <w:p>
            <w:r>
              <w:t>Compliance with Standards</w:t>
            </w:r>
          </w:p>
        </w:tc>
        <w:tc>
          <w:tcPr>
            <w:tcW w:type="dxa" w:w="2160"/>
          </w:tcPr>
          <w:p>
            <w:r>
              <w:t>Did any of your projects in 2025 involve compliance with industry standards or regulations related to seed production, and if so, what were they?</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1068-0101</w:t>
            </w:r>
          </w:p>
        </w:tc>
        <w:tc>
          <w:tcPr>
            <w:tcW w:type="dxa" w:w="2160"/>
          </w:tcPr>
          <w:p>
            <w:r>
              <w:t>Outcome Measurement</w:t>
            </w:r>
          </w:p>
        </w:tc>
        <w:tc>
          <w:tcPr>
            <w:tcW w:type="dxa" w:w="2160"/>
          </w:tcPr>
          <w:p>
            <w:r>
              <w:t>How did you measure the outcomes of your R&amp;D projects, such as yield improvements or pest resistance, and what metrics were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1068-0102</w:t>
            </w:r>
          </w:p>
        </w:tc>
        <w:tc>
          <w:tcPr>
            <w:tcW w:type="dxa" w:w="2160"/>
          </w:tcPr>
          <w:p>
            <w:r>
              <w:t>Third-party Validation</w:t>
            </w:r>
          </w:p>
        </w:tc>
        <w:tc>
          <w:tcPr>
            <w:tcW w:type="dxa" w:w="2160"/>
          </w:tcPr>
          <w:p>
            <w:r>
              <w:t>Did you engage any third-party consultants or experts to validate your R&amp;D processes or results in 2025?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1068-0103</w:t>
            </w:r>
          </w:p>
        </w:tc>
        <w:tc>
          <w:tcPr>
            <w:tcW w:type="dxa" w:w="2160"/>
          </w:tcPr>
          <w:p>
            <w:r>
              <w:t>Record Retention</w:t>
            </w:r>
          </w:p>
        </w:tc>
        <w:tc>
          <w:tcPr>
            <w:tcW w:type="dxa" w:w="2160"/>
          </w:tcPr>
          <w:p>
            <w:r>
              <w:t>What is your policy for retaining records related to R&amp;D projects, and how long do you keep these records?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1068-0104</w:t>
            </w:r>
          </w:p>
        </w:tc>
        <w:tc>
          <w:tcPr>
            <w:tcW w:type="dxa" w:w="2160"/>
          </w:tcPr>
          <w:p>
            <w:r>
              <w:t>Qualified Research Activities (QRA)</w:t>
            </w:r>
          </w:p>
        </w:tc>
        <w:tc>
          <w:tcPr>
            <w:tcW w:type="dxa" w:w="2160"/>
          </w:tcPr>
          <w:p>
            <w:r>
              <w:t>Can you describe specific projects in 2025 where you developed new seed varieties or improved existing ones through experimental procedures?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1068-0105</w:t>
            </w:r>
          </w:p>
        </w:tc>
        <w:tc>
          <w:tcPr>
            <w:tcW w:type="dxa" w:w="2160"/>
          </w:tcPr>
          <w:p>
            <w:r>
              <w:t>Qualified Research Expenses (QRE)</w:t>
            </w:r>
          </w:p>
        </w:tc>
        <w:tc>
          <w:tcPr>
            <w:tcW w:type="dxa" w:w="2160"/>
          </w:tcPr>
          <w:p>
            <w:r>
              <w:t>What percentage of your total R&amp;D expenditures in 2025 was allocated to wages for employees directly involved in the experimentation process?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1068-0106</w:t>
            </w:r>
          </w:p>
        </w:tc>
        <w:tc>
          <w:tcPr>
            <w:tcW w:type="dxa" w:w="2160"/>
          </w:tcPr>
          <w:p>
            <w:r>
              <w:t>Supplies</w:t>
            </w:r>
          </w:p>
        </w:tc>
        <w:tc>
          <w:tcPr>
            <w:tcW w:type="dxa" w:w="2160"/>
          </w:tcPr>
          <w:p>
            <w:r>
              <w:t>List the materials and supplies used in your R&amp;D projects in 2025, and indicate which were directly consumed in the experimentation process. Provide costs associated with these supplies.</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1068-0107</w:t>
            </w:r>
          </w:p>
        </w:tc>
        <w:tc>
          <w:tcPr>
            <w:tcW w:type="dxa" w:w="2160"/>
          </w:tcPr>
          <w:p>
            <w:r>
              <w:t>Contract Research</w:t>
            </w:r>
          </w:p>
        </w:tc>
        <w:tc>
          <w:tcPr>
            <w:tcW w:type="dxa" w:w="2160"/>
          </w:tcPr>
          <w:p>
            <w:r>
              <w:t>Did you engage any third-party contractors for R&amp;D activities in 2025? If yes, please provide details of the contracts and the nature of the research performed.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1068-0108</w:t>
            </w:r>
          </w:p>
        </w:tc>
        <w:tc>
          <w:tcPr>
            <w:tcW w:type="dxa" w:w="2160"/>
          </w:tcPr>
          <w:p>
            <w:r>
              <w:t>Documentation</w:t>
            </w:r>
          </w:p>
        </w:tc>
        <w:tc>
          <w:tcPr>
            <w:tcW w:type="dxa" w:w="2160"/>
          </w:tcPr>
          <w:p>
            <w:r>
              <w:t>What documentation do you maintain to support your claims for R&amp;D tax credits, specifically for the seed-grain projects undertaken in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1068-0109</w:t>
            </w:r>
          </w:p>
        </w:tc>
        <w:tc>
          <w:tcPr>
            <w:tcW w:type="dxa" w:w="2160"/>
          </w:tcPr>
          <w:p>
            <w:r>
              <w:t>Innovation Process</w:t>
            </w:r>
          </w:p>
        </w:tc>
        <w:tc>
          <w:tcPr>
            <w:tcW w:type="dxa" w:w="2160"/>
          </w:tcPr>
          <w:p>
            <w:r>
              <w:t>Describe any systematic processes you employed in 2025 to evaluate the technical uncertainties in your R&amp;D projects. How did these processes influence project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1068-0110</w:t>
            </w:r>
          </w:p>
        </w:tc>
        <w:tc>
          <w:tcPr>
            <w:tcW w:type="dxa" w:w="2160"/>
          </w:tcPr>
          <w:p>
            <w:r>
              <w:t>R&amp;D Personnel</w:t>
            </w:r>
          </w:p>
        </w:tc>
        <w:tc>
          <w:tcPr>
            <w:tcW w:type="dxa" w:w="2160"/>
          </w:tcPr>
          <w:p>
            <w:r>
              <w:t>How many employees were directly involved in R&amp;D activities in 2025, and what were their specific roles?</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1068-0111</w:t>
            </w:r>
          </w:p>
        </w:tc>
        <w:tc>
          <w:tcPr>
            <w:tcW w:type="dxa" w:w="2160"/>
          </w:tcPr>
          <w:p>
            <w:r>
              <w:t>Time Tracking</w:t>
            </w:r>
          </w:p>
        </w:tc>
        <w:tc>
          <w:tcPr>
            <w:tcW w:type="dxa" w:w="2160"/>
          </w:tcPr>
          <w:p>
            <w:r>
              <w:t>Do you have a time tracking system in place to record hours spent by employees on R&amp;D activities? If yes, please describe how it works and provide examples of usage in 2025.</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1068-0112</w:t>
            </w:r>
          </w:p>
        </w:tc>
        <w:tc>
          <w:tcPr>
            <w:tcW w:type="dxa" w:w="2160"/>
          </w:tcPr>
          <w:p>
            <w:r>
              <w:t>Technical Challenges</w:t>
            </w:r>
          </w:p>
        </w:tc>
        <w:tc>
          <w:tcPr>
            <w:tcW w:type="dxa" w:w="2160"/>
          </w:tcPr>
          <w:p>
            <w:r>
              <w:t>What specific technical challenges did you encounter in your R&amp;D efforts during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1068-0113</w:t>
            </w:r>
          </w:p>
        </w:tc>
        <w:tc>
          <w:tcPr>
            <w:tcW w:type="dxa" w:w="2160"/>
          </w:tcPr>
          <w:p>
            <w:r>
              <w:t>R&amp;D Outcomes</w:t>
            </w:r>
          </w:p>
        </w:tc>
        <w:tc>
          <w:tcPr>
            <w:tcW w:type="dxa" w:w="2160"/>
          </w:tcPr>
          <w:p>
            <w:r>
              <w:t>What were the measurable outcomes or advancements achieved from your R&amp;D projects in 2025, and how do these relate to your business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1068-0114</w:t>
            </w:r>
          </w:p>
        </w:tc>
        <w:tc>
          <w:tcPr>
            <w:tcW w:type="dxa" w:w="2160"/>
          </w:tcPr>
          <w:p>
            <w:r>
              <w:t>Financial Tracking</w:t>
            </w:r>
          </w:p>
        </w:tc>
        <w:tc>
          <w:tcPr>
            <w:tcW w:type="dxa" w:w="2160"/>
          </w:tcPr>
          <w:p>
            <w:r>
              <w:t>What was the total amount of your R&amp;D expenditures in 2025, and how does this compare to previous years? Please provide a breakdown of these expenses.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1068-0115</w:t>
            </w:r>
          </w:p>
        </w:tc>
        <w:tc>
          <w:tcPr>
            <w:tcW w:type="dxa" w:w="2160"/>
          </w:tcPr>
          <w:p>
            <w:r>
              <w:t>Qualified Research Expenses (QRE)</w:t>
            </w:r>
          </w:p>
        </w:tc>
        <w:tc>
          <w:tcPr>
            <w:tcW w:type="dxa" w:w="2160"/>
          </w:tcPr>
          <w:p>
            <w:r>
              <w:t>What specific projects or experiments did your company undertake in 2025 that aimed to improve seed-grain production methods or crop yields? Please describe the scientific or technological uncertainties involved.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1068-0116</w:t>
            </w:r>
          </w:p>
        </w:tc>
        <w:tc>
          <w:tcPr>
            <w:tcW w:type="dxa" w:w="2160"/>
          </w:tcPr>
          <w:p>
            <w:r>
              <w:t>Employee Costs</w:t>
            </w:r>
          </w:p>
        </w:tc>
        <w:tc>
          <w:tcPr>
            <w:tcW w:type="dxa" w:w="2160"/>
          </w:tcPr>
          <w:p>
            <w:r>
              <w:t>List the employees directly involved in the qualified research activities for 2025. Include their roles, the percentage of time spent on R&amp;D, and their salaries.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1068-0117</w:t>
            </w:r>
          </w:p>
        </w:tc>
        <w:tc>
          <w:tcPr>
            <w:tcW w:type="dxa" w:w="2160"/>
          </w:tcPr>
          <w:p>
            <w:r>
              <w:t>Supplies and Materials</w:t>
            </w:r>
          </w:p>
        </w:tc>
        <w:tc>
          <w:tcPr>
            <w:tcW w:type="dxa" w:w="2160"/>
          </w:tcPr>
          <w:p>
            <w:r>
              <w:t>What supplies or materials were consumed in the R&amp;D processes for seed-grain production in 2025? Please provide a breakdown of costs associated with these materials.</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1068-0118</w:t>
            </w:r>
          </w:p>
        </w:tc>
        <w:tc>
          <w:tcPr>
            <w:tcW w:type="dxa" w:w="2160"/>
          </w:tcPr>
          <w:p>
            <w:r>
              <w:t>Contract Research Expenses</w:t>
            </w:r>
          </w:p>
        </w:tc>
        <w:tc>
          <w:tcPr>
            <w:tcW w:type="dxa" w:w="2160"/>
          </w:tcPr>
          <w:p>
            <w:r>
              <w:t>Did your company engage any third-party contractors for R&amp;D activities in 2025? If yes, please specify the nature of the work and the total amount paid to these contractors.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1068-0119</w:t>
            </w:r>
          </w:p>
        </w:tc>
        <w:tc>
          <w:tcPr>
            <w:tcW w:type="dxa" w:w="2160"/>
          </w:tcPr>
          <w:p>
            <w:r>
              <w:t>Documentation and Evidence</w:t>
            </w:r>
          </w:p>
        </w:tc>
        <w:tc>
          <w:tcPr>
            <w:tcW w:type="dxa" w:w="2160"/>
          </w:tcPr>
          <w:p>
            <w:r>
              <w:t>What documentation do you have to support the R&amp;D activities claimed for 2025? Please list types of records (e.g., lab notebooks, project reports, invoices) and their relevance.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1068-0120</w:t>
            </w:r>
          </w:p>
        </w:tc>
        <w:tc>
          <w:tcPr>
            <w:tcW w:type="dxa" w:w="2160"/>
          </w:tcPr>
          <w:p>
            <w:r>
              <w:t>Technological Advancement</w:t>
            </w:r>
          </w:p>
        </w:tc>
        <w:tc>
          <w:tcPr>
            <w:tcW w:type="dxa" w:w="2160"/>
          </w:tcPr>
          <w:p>
            <w:r>
              <w:t>What technological advancements did your company aim to achieve through R&amp;D in 2025? Describe how these advancements differ from existing practices in seed-grain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1068-0121</w:t>
            </w:r>
          </w:p>
        </w:tc>
        <w:tc>
          <w:tcPr>
            <w:tcW w:type="dxa" w:w="2160"/>
          </w:tcPr>
          <w:p>
            <w:r>
              <w:t>Business Component</w:t>
            </w:r>
          </w:p>
        </w:tc>
        <w:tc>
          <w:tcPr>
            <w:tcW w:type="dxa" w:w="2160"/>
          </w:tcPr>
          <w:p>
            <w:r>
              <w:t>Identify the specific business components (e.g., new seed varieties, improved planting techniques) that were developed or improved through R&amp;D efforts in 2025. How do these components provide a competitive advantage?</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1068-0122</w:t>
            </w:r>
          </w:p>
        </w:tc>
        <w:tc>
          <w:tcPr>
            <w:tcW w:type="dxa" w:w="2160"/>
          </w:tcPr>
          <w:p>
            <w:r>
              <w:t>R&amp;D Process</w:t>
            </w:r>
          </w:p>
        </w:tc>
        <w:tc>
          <w:tcPr>
            <w:tcW w:type="dxa" w:w="2160"/>
          </w:tcPr>
          <w:p>
            <w:r>
              <w:t>Describe the systematic process your company followed for conducting R&amp;D in 2025. Include phases such as planning, experimentation, and evaluation.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1068-0123</w:t>
            </w:r>
          </w:p>
        </w:tc>
        <w:tc>
          <w:tcPr>
            <w:tcW w:type="dxa" w:w="2160"/>
          </w:tcPr>
          <w:p>
            <w:r>
              <w:t>Failure and Iteration</w:t>
            </w:r>
          </w:p>
        </w:tc>
        <w:tc>
          <w:tcPr>
            <w:tcW w:type="dxa" w:w="2160"/>
          </w:tcPr>
          <w:p>
            <w:r>
              <w:t>Can you provide examples of failed experiments or iterations in your R&amp;D efforts for 2025? How did these failures contribute to learning and subsequent improvements?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1068-0124</w:t>
            </w:r>
          </w:p>
        </w:tc>
        <w:tc>
          <w:tcPr>
            <w:tcW w:type="dxa" w:w="2160"/>
          </w:tcPr>
          <w:p>
            <w:r>
              <w:t>Time Tracking</w:t>
            </w:r>
          </w:p>
        </w:tc>
        <w:tc>
          <w:tcPr>
            <w:tcW w:type="dxa" w:w="2160"/>
          </w:tcPr>
          <w:p>
            <w:r>
              <w:t>How does your company track the time spent by employees on R&amp;D activities? Please describe the system used and its effectiveness in capturing relevant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1068-0125</w:t>
            </w:r>
          </w:p>
        </w:tc>
        <w:tc>
          <w:tcPr>
            <w:tcW w:type="dxa" w:w="2160"/>
          </w:tcPr>
          <w:p>
            <w:r>
              <w:t>Tax Credit Calculation</w:t>
            </w:r>
          </w:p>
        </w:tc>
        <w:tc>
          <w:tcPr>
            <w:tcW w:type="dxa" w:w="2160"/>
          </w:tcPr>
          <w:p>
            <w:r>
              <w:t>What methodologies did your company use to calculate the R&amp;D tax credit for 2025? Please provide details on the calculation process and any assumptions made.</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1068-0126</w:t>
            </w:r>
          </w:p>
        </w:tc>
        <w:tc>
          <w:tcPr>
            <w:tcW w:type="dxa" w:w="2160"/>
          </w:tcPr>
          <w:p>
            <w:r>
              <w:t>Final Conclusions</w:t>
            </w:r>
          </w:p>
        </w:tc>
        <w:tc>
          <w:tcPr>
            <w:tcW w:type="dxa" w:w="2160"/>
          </w:tcPr>
          <w:p>
            <w:r>
              <w:t>What specific R&amp;D activities did your seed-grain production business undertake in 2025 that aimed to develop or improve new varieties or production methods?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1068-0127</w:t>
            </w:r>
          </w:p>
        </w:tc>
        <w:tc>
          <w:tcPr>
            <w:tcW w:type="dxa" w:w="2160"/>
          </w:tcPr>
          <w:p>
            <w:r>
              <w:t>Open Issues</w:t>
            </w:r>
          </w:p>
        </w:tc>
        <w:tc>
          <w:tcPr>
            <w:tcW w:type="dxa" w:w="2160"/>
          </w:tcPr>
          <w:p>
            <w:r>
              <w:t>Were there any challenges or obstacles encountered during your R&amp;D activities in 2025 that could impact the qualification of expenses? Please specify.</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1068-0128</w:t>
            </w:r>
          </w:p>
        </w:tc>
        <w:tc>
          <w:tcPr>
            <w:tcW w:type="dxa" w:w="2160"/>
          </w:tcPr>
          <w:p>
            <w:r>
              <w:t>Certification</w:t>
            </w:r>
          </w:p>
        </w:tc>
        <w:tc>
          <w:tcPr>
            <w:tcW w:type="dxa" w:w="2160"/>
          </w:tcPr>
          <w:p>
            <w:r>
              <w:t>Can you confirm that all R&amp;D expenses claimed for 2025 were directly related to qualified activities as defined by the IRS?</w:t>
              <w:br/>
              <w:t>Answer type: Yes-No + details</w:t>
              <w:br/>
              <w:t>Trigger: Always</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1068-0129</w:t>
            </w:r>
          </w:p>
        </w:tc>
        <w:tc>
          <w:tcPr>
            <w:tcW w:type="dxa" w:w="2160"/>
          </w:tcPr>
          <w:p>
            <w:r>
              <w:t>Review</w:t>
            </w:r>
          </w:p>
        </w:tc>
        <w:tc>
          <w:tcPr>
            <w:tcW w:type="dxa" w:w="2160"/>
          </w:tcPr>
          <w:p>
            <w:r>
              <w:t>How does your business track and document R&amp;D expenses related to seed-grain production, and what systems are in place to ensure accuracy?</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1068-0130</w:t>
            </w:r>
          </w:p>
        </w:tc>
        <w:tc>
          <w:tcPr>
            <w:tcW w:type="dxa" w:w="2160"/>
          </w:tcPr>
          <w:p>
            <w:r>
              <w:t>Next-Year Controls</w:t>
            </w:r>
          </w:p>
        </w:tc>
        <w:tc>
          <w:tcPr>
            <w:tcW w:type="dxa" w:w="2160"/>
          </w:tcPr>
          <w:p>
            <w:r>
              <w:t>What changes or improvements do you plan to implement in 2026 to enhance the documentation and tracking of R&amp;D activities?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1068-0131</w:t>
            </w:r>
          </w:p>
        </w:tc>
        <w:tc>
          <w:tcPr>
            <w:tcW w:type="dxa" w:w="2160"/>
          </w:tcPr>
          <w:p>
            <w:r>
              <w:t>Final Conclusions</w:t>
            </w:r>
          </w:p>
        </w:tc>
        <w:tc>
          <w:tcPr>
            <w:tcW w:type="dxa" w:w="2160"/>
          </w:tcPr>
          <w:p>
            <w:r>
              <w:t>What percentage of your total expenditures in 2025 were allocated to R&amp;D activities related to seed-grain production?</w:t>
              <w:br/>
              <w:t>Answer type: Percentage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1068-0132</w:t>
            </w:r>
          </w:p>
        </w:tc>
        <w:tc>
          <w:tcPr>
            <w:tcW w:type="dxa" w:w="2160"/>
          </w:tcPr>
          <w:p>
            <w:r>
              <w:t>Open Issues</w:t>
            </w:r>
          </w:p>
        </w:tc>
        <w:tc>
          <w:tcPr>
            <w:tcW w:type="dxa" w:w="2160"/>
          </w:tcPr>
          <w:p>
            <w:r>
              <w:t>Were any R&amp;D activities in 2025 conducted in collaboration with external partners or institutions? If so, please provide details.</w:t>
              <w:br/>
              <w:t>Answer type: Yes-No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1068-0133</w:t>
            </w:r>
          </w:p>
        </w:tc>
        <w:tc>
          <w:tcPr>
            <w:tcW w:type="dxa" w:w="2160"/>
          </w:tcPr>
          <w:p>
            <w:r>
              <w:t>Certification</w:t>
            </w:r>
          </w:p>
        </w:tc>
        <w:tc>
          <w:tcPr>
            <w:tcW w:type="dxa" w:w="2160"/>
          </w:tcPr>
          <w:p>
            <w:r>
              <w:t>Did you maintain contemporaneous documentation for all R&amp;D activities and expenses claimed for 2025?</w:t>
              <w:br/>
              <w:t>Answer type: Yes-No + details</w:t>
              <w:br/>
              <w:t>Trigger: Always</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1068-0134</w:t>
            </w:r>
          </w:p>
        </w:tc>
        <w:tc>
          <w:tcPr>
            <w:tcW w:type="dxa" w:w="2160"/>
          </w:tcPr>
          <w:p>
            <w:r>
              <w:t>Review</w:t>
            </w:r>
          </w:p>
        </w:tc>
        <w:tc>
          <w:tcPr>
            <w:tcW w:type="dxa" w:w="2160"/>
          </w:tcPr>
          <w:p>
            <w:r>
              <w:t>What specific methodologies were employed in your R&amp;D activities to test new seed varieties or production techniques?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1068-0135</w:t>
            </w:r>
          </w:p>
        </w:tc>
        <w:tc>
          <w:tcPr>
            <w:tcW w:type="dxa" w:w="2160"/>
          </w:tcPr>
          <w:p>
            <w:r>
              <w:t>Next-Year Controls</w:t>
            </w:r>
          </w:p>
        </w:tc>
        <w:tc>
          <w:tcPr>
            <w:tcW w:type="dxa" w:w="2160"/>
          </w:tcPr>
          <w:p>
            <w:r>
              <w:t>What metrics will you use in 2026 to evaluate the success of your R&amp;D efforts in seed-grain production?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SEED-CLEANING-AND-CLASSIFICATION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1068-0136</w:t>
            </w:r>
          </w:p>
        </w:tc>
        <w:tc>
          <w:tcPr>
            <w:tcW w:type="dxa" w:w="2160"/>
          </w:tcPr>
          <w:p>
            <w:r>
              <w:t>Seed Cleaning Equipment</w:t>
            </w:r>
          </w:p>
        </w:tc>
        <w:tc>
          <w:tcPr>
            <w:tcW w:type="dxa" w:w="2160"/>
          </w:tcPr>
          <w:p>
            <w:r>
              <w:t>What specific types of seed cleaning equipment did you develop or modify during the tax year 2025, and what were the experimental challenges faced?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1068-0137</w:t>
            </w:r>
          </w:p>
        </w:tc>
        <w:tc>
          <w:tcPr>
            <w:tcW w:type="dxa" w:w="2160"/>
          </w:tcPr>
          <w:p>
            <w:r>
              <w:t>Classification Techniques</w:t>
            </w:r>
          </w:p>
        </w:tc>
        <w:tc>
          <w:tcPr>
            <w:tcW w:type="dxa" w:w="2160"/>
          </w:tcPr>
          <w:p>
            <w:r>
              <w:t>Can you describe any new classification techniques you implemented in 2025 that differ from standard industry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1068-0138</w:t>
            </w:r>
          </w:p>
        </w:tc>
        <w:tc>
          <w:tcPr>
            <w:tcW w:type="dxa" w:w="2160"/>
          </w:tcPr>
          <w:p>
            <w:r>
              <w:t>Quality Standards</w:t>
            </w:r>
          </w:p>
        </w:tc>
        <w:tc>
          <w:tcPr>
            <w:tcW w:type="dxa" w:w="2160"/>
          </w:tcPr>
          <w:p>
            <w:r>
              <w:t>What quality standards did you aim to meet or exceed in your seed cleaning processes in 2025, and what testing methods were used to verify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1068-0139</w:t>
            </w:r>
          </w:p>
        </w:tc>
        <w:tc>
          <w:tcPr>
            <w:tcW w:type="dxa" w:w="2160"/>
          </w:tcPr>
          <w:p>
            <w:r>
              <w:t>Seed Purity Testing</w:t>
            </w:r>
          </w:p>
        </w:tc>
        <w:tc>
          <w:tcPr>
            <w:tcW w:type="dxa" w:w="2160"/>
          </w:tcPr>
          <w:p>
            <w:r>
              <w:t>What new methods for seed purity testing were researched or implemented in 2025, and what were the results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1068-0140</w:t>
            </w:r>
          </w:p>
        </w:tc>
        <w:tc>
          <w:tcPr>
            <w:tcW w:type="dxa" w:w="2160"/>
          </w:tcPr>
          <w:p>
            <w:r>
              <w:t>Automated Sorting</w:t>
            </w:r>
          </w:p>
        </w:tc>
        <w:tc>
          <w:tcPr>
            <w:tcW w:type="dxa" w:w="2160"/>
          </w:tcPr>
          <w:p>
            <w:r>
              <w:t>Did you develop any automated sorting technologies in 2025? If so, what were the key innovations and challenges encountered?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1068-0141</w:t>
            </w:r>
          </w:p>
        </w:tc>
        <w:tc>
          <w:tcPr>
            <w:tcW w:type="dxa" w:w="2160"/>
          </w:tcPr>
          <w:p>
            <w:r>
              <w:t>Dust Control Systems</w:t>
            </w:r>
          </w:p>
        </w:tc>
        <w:tc>
          <w:tcPr>
            <w:tcW w:type="dxa" w:w="2160"/>
          </w:tcPr>
          <w:p>
            <w:r>
              <w:t>What new dust control systems were researched or implemented in your seed cleaning operations in 2025, and what performance metrics were used to evaluate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1068-0142</w:t>
            </w:r>
          </w:p>
        </w:tc>
        <w:tc>
          <w:tcPr>
            <w:tcW w:type="dxa" w:w="2160"/>
          </w:tcPr>
          <w:p>
            <w:r>
              <w:t>Environmental Impact</w:t>
            </w:r>
          </w:p>
        </w:tc>
        <w:tc>
          <w:tcPr>
            <w:tcW w:type="dxa" w:w="2160"/>
          </w:tcPr>
          <w:p>
            <w:r>
              <w:t>What specific environmental impact assessments were conducted for new seed cleaning technologies in 2025, and what were the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1068-0143</w:t>
            </w:r>
          </w:p>
        </w:tc>
        <w:tc>
          <w:tcPr>
            <w:tcW w:type="dxa" w:w="2160"/>
          </w:tcPr>
          <w:p>
            <w:r>
              <w:t>Seed Cleaning Equipment</w:t>
            </w:r>
          </w:p>
        </w:tc>
        <w:tc>
          <w:tcPr>
            <w:tcW w:type="dxa" w:w="2160"/>
          </w:tcPr>
          <w:p>
            <w:r>
              <w:t>How did you evaluate the performance of your seed cleaning equipment in terms of efficiency and effectiveness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1068-0144</w:t>
            </w:r>
          </w:p>
        </w:tc>
        <w:tc>
          <w:tcPr>
            <w:tcW w:type="dxa" w:w="2160"/>
          </w:tcPr>
          <w:p>
            <w:r>
              <w:t>Classification Techniques</w:t>
            </w:r>
          </w:p>
        </w:tc>
        <w:tc>
          <w:tcPr>
            <w:tcW w:type="dxa" w:w="2160"/>
          </w:tcPr>
          <w:p>
            <w:r>
              <w:t>What experimental classification techniques were tested in 2025, and what were the outcomes compared to traditional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1068-0145</w:t>
            </w:r>
          </w:p>
        </w:tc>
        <w:tc>
          <w:tcPr>
            <w:tcW w:type="dxa" w:w="2160"/>
          </w:tcPr>
          <w:p>
            <w:r>
              <w:t>Quality Standards</w:t>
            </w:r>
          </w:p>
        </w:tc>
        <w:tc>
          <w:tcPr>
            <w:tcW w:type="dxa" w:w="2160"/>
          </w:tcPr>
          <w:p>
            <w:r>
              <w:t>What specific quality control measures were implemented in your seed cleaning process in 2025, and how did they differ from previous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1068-0146</w:t>
            </w:r>
          </w:p>
        </w:tc>
        <w:tc>
          <w:tcPr>
            <w:tcW w:type="dxa" w:w="2160"/>
          </w:tcPr>
          <w:p>
            <w:r>
              <w:t>Seed Purity Testing</w:t>
            </w:r>
          </w:p>
        </w:tc>
        <w:tc>
          <w:tcPr>
            <w:tcW w:type="dxa" w:w="2160"/>
          </w:tcPr>
          <w:p>
            <w:r>
              <w:t>What advancements in seed purity testing technologies were explored in 2025, and how did they impact your overall seed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1068-0147</w:t>
            </w:r>
          </w:p>
        </w:tc>
        <w:tc>
          <w:tcPr>
            <w:tcW w:type="dxa" w:w="2160"/>
          </w:tcPr>
          <w:p>
            <w:r>
              <w:t>Automated Sorting</w:t>
            </w:r>
          </w:p>
        </w:tc>
        <w:tc>
          <w:tcPr>
            <w:tcW w:type="dxa" w:w="2160"/>
          </w:tcPr>
          <w:p>
            <w:r>
              <w:t>What specific challenges did you face in the development of automated sorting systems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1068-0148</w:t>
            </w:r>
          </w:p>
        </w:tc>
        <w:tc>
          <w:tcPr>
            <w:tcW w:type="dxa" w:w="2160"/>
          </w:tcPr>
          <w:p>
            <w:r>
              <w:t>Dust Control Systems</w:t>
            </w:r>
          </w:p>
        </w:tc>
        <w:tc>
          <w:tcPr>
            <w:tcW w:type="dxa" w:w="2160"/>
          </w:tcPr>
          <w:p>
            <w:r>
              <w:t>What innovative dust control technologies were tested in 2025, and what were the results of those tests?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1068-0149</w:t>
            </w:r>
          </w:p>
        </w:tc>
        <w:tc>
          <w:tcPr>
            <w:tcW w:type="dxa" w:w="2160"/>
          </w:tcPr>
          <w:p>
            <w:r>
              <w:t>Environmental Impact</w:t>
            </w:r>
          </w:p>
        </w:tc>
        <w:tc>
          <w:tcPr>
            <w:tcW w:type="dxa" w:w="2160"/>
          </w:tcPr>
          <w:p>
            <w:r>
              <w:t>What steps did you take to minimize the environmental impact of your seed cleaning processes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1068-0150</w:t>
            </w:r>
          </w:p>
        </w:tc>
        <w:tc>
          <w:tcPr>
            <w:tcW w:type="dxa" w:w="2160"/>
          </w:tcPr>
          <w:p>
            <w:r>
              <w:t>Seed Cleaning Equipment</w:t>
            </w:r>
          </w:p>
        </w:tc>
        <w:tc>
          <w:tcPr>
            <w:tcW w:type="dxa" w:w="2160"/>
          </w:tcPr>
          <w:p>
            <w:r>
              <w:t>What specific modifications were made to existing seed cleaning equipment in 2025 to enhance performance or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1068-0151</w:t>
            </w:r>
          </w:p>
        </w:tc>
        <w:tc>
          <w:tcPr>
            <w:tcW w:type="dxa" w:w="2160"/>
          </w:tcPr>
          <w:p>
            <w:r>
              <w:t>Classification Techniques</w:t>
            </w:r>
          </w:p>
        </w:tc>
        <w:tc>
          <w:tcPr>
            <w:tcW w:type="dxa" w:w="2160"/>
          </w:tcPr>
          <w:p>
            <w:r>
              <w:t>How did you validate the effectiveness of new classification techniques implemented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1068-0152</w:t>
            </w:r>
          </w:p>
        </w:tc>
        <w:tc>
          <w:tcPr>
            <w:tcW w:type="dxa" w:w="2160"/>
          </w:tcPr>
          <w:p>
            <w:r>
              <w:t>Quality Standards</w:t>
            </w:r>
          </w:p>
        </w:tc>
        <w:tc>
          <w:tcPr>
            <w:tcW w:type="dxa" w:w="2160"/>
          </w:tcPr>
          <w:p>
            <w:r>
              <w:t>What challenges did you encounter in meeting quality standards for seed cleaning in 2025, and how were they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1068-0153</w:t>
            </w:r>
          </w:p>
        </w:tc>
        <w:tc>
          <w:tcPr>
            <w:tcW w:type="dxa" w:w="2160"/>
          </w:tcPr>
          <w:p>
            <w:r>
              <w:t>Seed Purity Testing</w:t>
            </w:r>
          </w:p>
        </w:tc>
        <w:tc>
          <w:tcPr>
            <w:tcW w:type="dxa" w:w="2160"/>
          </w:tcPr>
          <w:p>
            <w:r>
              <w:t>What specific metrics were used to assess seed purity in 2025, and how did they compare to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1068-0154</w:t>
            </w:r>
          </w:p>
        </w:tc>
        <w:tc>
          <w:tcPr>
            <w:tcW w:type="dxa" w:w="2160"/>
          </w:tcPr>
          <w:p>
            <w:r>
              <w:t>Automated Sorting</w:t>
            </w:r>
          </w:p>
        </w:tc>
        <w:tc>
          <w:tcPr>
            <w:tcW w:type="dxa" w:w="2160"/>
          </w:tcPr>
          <w:p>
            <w:r>
              <w:t>What feedback did you receive from operators about the automated sorting systems implemented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1068-0155</w:t>
            </w:r>
          </w:p>
        </w:tc>
        <w:tc>
          <w:tcPr>
            <w:tcW w:type="dxa" w:w="2160"/>
          </w:tcPr>
          <w:p>
            <w:r>
              <w:t>Dust Control Systems</w:t>
            </w:r>
          </w:p>
        </w:tc>
        <w:tc>
          <w:tcPr>
            <w:tcW w:type="dxa" w:w="2160"/>
          </w:tcPr>
          <w:p>
            <w:r>
              <w:t>What regulatory requirements regarding dust control were addressed in your seed cleaning operations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1068-0156</w:t>
            </w:r>
          </w:p>
        </w:tc>
        <w:tc>
          <w:tcPr>
            <w:tcW w:type="dxa" w:w="2160"/>
          </w:tcPr>
          <w:p>
            <w:r>
              <w:t>Environmental Impact</w:t>
            </w:r>
          </w:p>
        </w:tc>
        <w:tc>
          <w:tcPr>
            <w:tcW w:type="dxa" w:w="2160"/>
          </w:tcPr>
          <w:p>
            <w:r>
              <w:t>How did you measure the environmental impact of your seed cleaning technologies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1068-0157</w:t>
            </w:r>
          </w:p>
        </w:tc>
        <w:tc>
          <w:tcPr>
            <w:tcW w:type="dxa" w:w="2160"/>
          </w:tcPr>
          <w:p>
            <w:r>
              <w:t>Seed Cleaning Equipment</w:t>
            </w:r>
          </w:p>
        </w:tc>
        <w:tc>
          <w:tcPr>
            <w:tcW w:type="dxa" w:w="2160"/>
          </w:tcPr>
          <w:p>
            <w:r>
              <w:t>What was the total investment in new seed cleaning technologies in 2025, and how was this investment justified?</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1068-0158</w:t>
            </w:r>
          </w:p>
        </w:tc>
        <w:tc>
          <w:tcPr>
            <w:tcW w:type="dxa" w:w="2160"/>
          </w:tcPr>
          <w:p>
            <w:r>
              <w:t>Classification Techniques</w:t>
            </w:r>
          </w:p>
        </w:tc>
        <w:tc>
          <w:tcPr>
            <w:tcW w:type="dxa" w:w="2160"/>
          </w:tcPr>
          <w:p>
            <w:r>
              <w:t>What percentage of your seed cleaning process was dedicated to experimental classification techniques in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1068-0159</w:t>
            </w:r>
          </w:p>
        </w:tc>
        <w:tc>
          <w:tcPr>
            <w:tcW w:type="dxa" w:w="2160"/>
          </w:tcPr>
          <w:p>
            <w:r>
              <w:t>Quality Standards</w:t>
            </w:r>
          </w:p>
        </w:tc>
        <w:tc>
          <w:tcPr>
            <w:tcW w:type="dxa" w:w="2160"/>
          </w:tcPr>
          <w:p>
            <w:r>
              <w:t>What percentage of your seed batches met or exceeded the quality standards set in 2025?</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1068-0160</w:t>
            </w:r>
          </w:p>
        </w:tc>
        <w:tc>
          <w:tcPr>
            <w:tcW w:type="dxa" w:w="2160"/>
          </w:tcPr>
          <w:p>
            <w:r>
              <w:t>Seed Purity Testing</w:t>
            </w:r>
          </w:p>
        </w:tc>
        <w:tc>
          <w:tcPr>
            <w:tcW w:type="dxa" w:w="2160"/>
          </w:tcPr>
          <w:p>
            <w:r>
              <w:t>What was the average seed purity percentage achieved in 2025, and how does it compare to previous years?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1068-0161</w:t>
            </w:r>
          </w:p>
        </w:tc>
        <w:tc>
          <w:tcPr>
            <w:tcW w:type="dxa" w:w="2160"/>
          </w:tcPr>
          <w:p>
            <w:r>
              <w:t>Automated Sorting</w:t>
            </w:r>
          </w:p>
        </w:tc>
        <w:tc>
          <w:tcPr>
            <w:tcW w:type="dxa" w:w="2160"/>
          </w:tcPr>
          <w:p>
            <w:r>
              <w:t>What was the total cost of developing automated sorting systems in 2025, and how did it impact your overall operations?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1068-0162</w:t>
            </w:r>
          </w:p>
        </w:tc>
        <w:tc>
          <w:tcPr>
            <w:tcW w:type="dxa" w:w="2160"/>
          </w:tcPr>
          <w:p>
            <w:r>
              <w:t>Dust Control Systems</w:t>
            </w:r>
          </w:p>
        </w:tc>
        <w:tc>
          <w:tcPr>
            <w:tcW w:type="dxa" w:w="2160"/>
          </w:tcPr>
          <w:p>
            <w:r>
              <w:t>What was the total expenditure on dust control systems in 2025, and what were the expected benefits?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1068-0163</w:t>
            </w:r>
          </w:p>
        </w:tc>
        <w:tc>
          <w:tcPr>
            <w:tcW w:type="dxa" w:w="2160"/>
          </w:tcPr>
          <w:p>
            <w:r>
              <w:t>Environmental Impact</w:t>
            </w:r>
          </w:p>
        </w:tc>
        <w:tc>
          <w:tcPr>
            <w:tcW w:type="dxa" w:w="2160"/>
          </w:tcPr>
          <w:p>
            <w:r>
              <w:t>What was the timeline for implementing new environmental practices in your seed cleaning operations in 2025?</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1068-0164</w:t>
            </w:r>
          </w:p>
        </w:tc>
        <w:tc>
          <w:tcPr>
            <w:tcW w:type="dxa" w:w="2160"/>
          </w:tcPr>
          <w:p>
            <w:r>
              <w:t>Technology Utilization</w:t>
            </w:r>
          </w:p>
        </w:tc>
        <w:tc>
          <w:tcPr>
            <w:tcW w:type="dxa" w:w="2160"/>
          </w:tcPr>
          <w:p>
            <w:r>
              <w:t>What new technologies are you implementing for seed cleaning and classification?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1068-0165</w:t>
            </w:r>
          </w:p>
        </w:tc>
        <w:tc>
          <w:tcPr>
            <w:tcW w:type="dxa" w:w="2160"/>
          </w:tcPr>
          <w:p>
            <w:r>
              <w:t>Process Improvement</w:t>
            </w:r>
          </w:p>
        </w:tc>
        <w:tc>
          <w:tcPr>
            <w:tcW w:type="dxa" w:w="2160"/>
          </w:tcPr>
          <w:p>
            <w:r>
              <w:t>How have you improved the efficiency of your seed cleaning and classification processes through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1068-0166</w:t>
            </w:r>
          </w:p>
        </w:tc>
        <w:tc>
          <w:tcPr>
            <w:tcW w:type="dxa" w:w="2160"/>
          </w:tcPr>
          <w:p>
            <w:r>
              <w:t>Quality Metrics</w:t>
            </w:r>
          </w:p>
        </w:tc>
        <w:tc>
          <w:tcPr>
            <w:tcW w:type="dxa" w:w="2160"/>
          </w:tcPr>
          <w:p>
            <w:r>
              <w:t>What metrics do you use to evaluate the effectiveness of your seed cleaning and classification R&amp;D efforts?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SEED-TREATMENT-AND-PREPARATION (34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1068-0167</w:t>
            </w:r>
          </w:p>
        </w:tc>
        <w:tc>
          <w:tcPr>
            <w:tcW w:type="dxa" w:w="2160"/>
          </w:tcPr>
          <w:p>
            <w:r>
              <w:t>Chemical Treatments</w:t>
            </w:r>
          </w:p>
        </w:tc>
        <w:tc>
          <w:tcPr>
            <w:tcW w:type="dxa" w:w="2160"/>
          </w:tcPr>
          <w:p>
            <w:r>
              <w:t>What specific chemical treatments have been applied to seeds in the past year, and what was the purpose of each treatment?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1068-0168</w:t>
            </w:r>
          </w:p>
        </w:tc>
        <w:tc>
          <w:tcPr>
            <w:tcW w:type="dxa" w:w="2160"/>
          </w:tcPr>
          <w:p>
            <w:r>
              <w:t>Biological Inoculants</w:t>
            </w:r>
          </w:p>
        </w:tc>
        <w:tc>
          <w:tcPr>
            <w:tcW w:type="dxa" w:w="2160"/>
          </w:tcPr>
          <w:p>
            <w:r>
              <w:t>Which biological inoculants were used in the seed treatment process, and what were the expected benefits for crop yield or disease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1068-0169</w:t>
            </w:r>
          </w:p>
        </w:tc>
        <w:tc>
          <w:tcPr>
            <w:tcW w:type="dxa" w:w="2160"/>
          </w:tcPr>
          <w:p>
            <w:r>
              <w:t>Application Methods</w:t>
            </w:r>
          </w:p>
        </w:tc>
        <w:tc>
          <w:tcPr>
            <w:tcW w:type="dxa" w:w="2160"/>
          </w:tcPr>
          <w:p>
            <w:r>
              <w:t>Describe the methods used for applying chemical and biological treatments to seeds. Were any new application methods tested during this period?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1068-0170</w:t>
            </w:r>
          </w:p>
        </w:tc>
        <w:tc>
          <w:tcPr>
            <w:tcW w:type="dxa" w:w="2160"/>
          </w:tcPr>
          <w:p>
            <w:r>
              <w:t>Safety Protocols</w:t>
            </w:r>
          </w:p>
        </w:tc>
        <w:tc>
          <w:tcPr>
            <w:tcW w:type="dxa" w:w="2160"/>
          </w:tcPr>
          <w:p>
            <w:r>
              <w:t>What safety protocols were implemented during the application of seed treatments, and how were they documented?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1068-0171</w:t>
            </w:r>
          </w:p>
        </w:tc>
        <w:tc>
          <w:tcPr>
            <w:tcW w:type="dxa" w:w="2160"/>
          </w:tcPr>
          <w:p>
            <w:r>
              <w:t>Regulatory Compliance</w:t>
            </w:r>
          </w:p>
        </w:tc>
        <w:tc>
          <w:tcPr>
            <w:tcW w:type="dxa" w:w="2160"/>
          </w:tcPr>
          <w:p>
            <w:r>
              <w:t>List any regulatory approvals obtained for the chemical and biological treatments used. Were there any compliance challenges faced?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1068-0172</w:t>
            </w:r>
          </w:p>
        </w:tc>
        <w:tc>
          <w:tcPr>
            <w:tcW w:type="dxa" w:w="2160"/>
          </w:tcPr>
          <w:p>
            <w:r>
              <w:t>Environmental Considerations</w:t>
            </w:r>
          </w:p>
        </w:tc>
        <w:tc>
          <w:tcPr>
            <w:tcW w:type="dxa" w:w="2160"/>
          </w:tcPr>
          <w:p>
            <w:r>
              <w:t>What environmental assessments were conducted regarding the impact of seed treatments on local ecosystems?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1068-0173</w:t>
            </w:r>
          </w:p>
        </w:tc>
        <w:tc>
          <w:tcPr>
            <w:tcW w:type="dxa" w:w="2160"/>
          </w:tcPr>
          <w:p>
            <w:r>
              <w:t>Effectiveness Testing</w:t>
            </w:r>
          </w:p>
        </w:tc>
        <w:tc>
          <w:tcPr>
            <w:tcW w:type="dxa" w:w="2160"/>
          </w:tcPr>
          <w:p>
            <w:r>
              <w:t xml:space="preserve">How was the effectiveness of the seed treatments evaluated? Please provide details on any trials conducted.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1068-0174</w:t>
            </w:r>
          </w:p>
        </w:tc>
        <w:tc>
          <w:tcPr>
            <w:tcW w:type="dxa" w:w="2160"/>
          </w:tcPr>
          <w:p>
            <w:r>
              <w:t>Chemical Treatments</w:t>
            </w:r>
          </w:p>
        </w:tc>
        <w:tc>
          <w:tcPr>
            <w:tcW w:type="dxa" w:w="2160"/>
          </w:tcPr>
          <w:p>
            <w:r>
              <w:t>What specific performance metrics were established to evaluate the success of the chemical treatments?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1068-0175</w:t>
            </w:r>
          </w:p>
        </w:tc>
        <w:tc>
          <w:tcPr>
            <w:tcW w:type="dxa" w:w="2160"/>
          </w:tcPr>
          <w:p>
            <w:r>
              <w:t>Biological Inoculants</w:t>
            </w:r>
          </w:p>
        </w:tc>
        <w:tc>
          <w:tcPr>
            <w:tcW w:type="dxa" w:w="2160"/>
          </w:tcPr>
          <w:p>
            <w:r>
              <w:t>Were any new biological inoculants developed or modified in the last year? If so, describe the process and outcome.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1068-0176</w:t>
            </w:r>
          </w:p>
        </w:tc>
        <w:tc>
          <w:tcPr>
            <w:tcW w:type="dxa" w:w="2160"/>
          </w:tcPr>
          <w:p>
            <w:r>
              <w:t>Application Methods</w:t>
            </w:r>
          </w:p>
        </w:tc>
        <w:tc>
          <w:tcPr>
            <w:tcW w:type="dxa" w:w="2160"/>
          </w:tcPr>
          <w:p>
            <w:r>
              <w:t>What challenges were encountered during the application of seed treatments, and how were they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1068-0177</w:t>
            </w:r>
          </w:p>
        </w:tc>
        <w:tc>
          <w:tcPr>
            <w:tcW w:type="dxa" w:w="2160"/>
          </w:tcPr>
          <w:p>
            <w:r>
              <w:t>Safety Protocols</w:t>
            </w:r>
          </w:p>
        </w:tc>
        <w:tc>
          <w:tcPr>
            <w:tcW w:type="dxa" w:w="2160"/>
          </w:tcPr>
          <w:p>
            <w:r>
              <w:t>What training was provided to staff regarding safety protocols for handling seed treatments?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1068-0178</w:t>
            </w:r>
          </w:p>
        </w:tc>
        <w:tc>
          <w:tcPr>
            <w:tcW w:type="dxa" w:w="2160"/>
          </w:tcPr>
          <w:p>
            <w:r>
              <w:t>Regulatory Compliance</w:t>
            </w:r>
          </w:p>
        </w:tc>
        <w:tc>
          <w:tcPr>
            <w:tcW w:type="dxa" w:w="2160"/>
          </w:tcPr>
          <w:p>
            <w:r>
              <w:t>How does the company stay updated on changes in regulations regarding seed treatments?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1068-0179</w:t>
            </w:r>
          </w:p>
        </w:tc>
        <w:tc>
          <w:tcPr>
            <w:tcW w:type="dxa" w:w="2160"/>
          </w:tcPr>
          <w:p>
            <w:r>
              <w:t>Environmental Considerations</w:t>
            </w:r>
          </w:p>
        </w:tc>
        <w:tc>
          <w:tcPr>
            <w:tcW w:type="dxa" w:w="2160"/>
          </w:tcPr>
          <w:p>
            <w:r>
              <w:t>What measures are taken to minimize environmental impact during seed treatment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1068-0180</w:t>
            </w:r>
          </w:p>
        </w:tc>
        <w:tc>
          <w:tcPr>
            <w:tcW w:type="dxa" w:w="2160"/>
          </w:tcPr>
          <w:p>
            <w:r>
              <w:t>Effectiveness Testing</w:t>
            </w:r>
          </w:p>
        </w:tc>
        <w:tc>
          <w:tcPr>
            <w:tcW w:type="dxa" w:w="2160"/>
          </w:tcPr>
          <w:p>
            <w:r>
              <w:t>What data collection methods are used to assess the effectiveness of seed treatments post-application?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1068-0181</w:t>
            </w:r>
          </w:p>
        </w:tc>
        <w:tc>
          <w:tcPr>
            <w:tcW w:type="dxa" w:w="2160"/>
          </w:tcPr>
          <w:p>
            <w:r>
              <w:t>Chemical Treatments</w:t>
            </w:r>
          </w:p>
        </w:tc>
        <w:tc>
          <w:tcPr>
            <w:tcW w:type="dxa" w:w="2160"/>
          </w:tcPr>
          <w:p>
            <w:r>
              <w:t>What specific outcomes were achieved from the chemical treatments applied to seeds in the last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1068-0182</w:t>
            </w:r>
          </w:p>
        </w:tc>
        <w:tc>
          <w:tcPr>
            <w:tcW w:type="dxa" w:w="2160"/>
          </w:tcPr>
          <w:p>
            <w:r>
              <w:t>Biological Inoculants</w:t>
            </w:r>
          </w:p>
        </w:tc>
        <w:tc>
          <w:tcPr>
            <w:tcW w:type="dxa" w:w="2160"/>
          </w:tcPr>
          <w:p>
            <w:r>
              <w:t>What criteria were used to select the biological inoculants applied to seeds?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1068-0183</w:t>
            </w:r>
          </w:p>
        </w:tc>
        <w:tc>
          <w:tcPr>
            <w:tcW w:type="dxa" w:w="2160"/>
          </w:tcPr>
          <w:p>
            <w:r>
              <w:t>Application Methods</w:t>
            </w:r>
          </w:p>
        </w:tc>
        <w:tc>
          <w:tcPr>
            <w:tcW w:type="dxa" w:w="2160"/>
          </w:tcPr>
          <w:p>
            <w:r>
              <w:t>What innovations in application methods were tested,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1068-0184</w:t>
            </w:r>
          </w:p>
        </w:tc>
        <w:tc>
          <w:tcPr>
            <w:tcW w:type="dxa" w:w="2160"/>
          </w:tcPr>
          <w:p>
            <w:r>
              <w:t>Safety Protocols</w:t>
            </w:r>
          </w:p>
        </w:tc>
        <w:tc>
          <w:tcPr>
            <w:tcW w:type="dxa" w:w="2160"/>
          </w:tcPr>
          <w:p>
            <w:r>
              <w:t>What incidents, if any, occurred related to safety during the seed treatment process in the past year?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1068-0185</w:t>
            </w:r>
          </w:p>
        </w:tc>
        <w:tc>
          <w:tcPr>
            <w:tcW w:type="dxa" w:w="2160"/>
          </w:tcPr>
          <w:p>
            <w:r>
              <w:t>Regulatory Compliance</w:t>
            </w:r>
          </w:p>
        </w:tc>
        <w:tc>
          <w:tcPr>
            <w:tcW w:type="dxa" w:w="2160"/>
          </w:tcPr>
          <w:p>
            <w:r>
              <w:t>How are records of compliance with seed treatment regulations maintained and audited?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1068-0186</w:t>
            </w:r>
          </w:p>
        </w:tc>
        <w:tc>
          <w:tcPr>
            <w:tcW w:type="dxa" w:w="2160"/>
          </w:tcPr>
          <w:p>
            <w:r>
              <w:t>Environmental Considerations</w:t>
            </w:r>
          </w:p>
        </w:tc>
        <w:tc>
          <w:tcPr>
            <w:tcW w:type="dxa" w:w="2160"/>
          </w:tcPr>
          <w:p>
            <w:r>
              <w:t>What specific environmental regulations impact the seed treatment processes, and how are they monitored?</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1068-0187</w:t>
            </w:r>
          </w:p>
        </w:tc>
        <w:tc>
          <w:tcPr>
            <w:tcW w:type="dxa" w:w="2160"/>
          </w:tcPr>
          <w:p>
            <w:r>
              <w:t>Effectiveness Testing</w:t>
            </w:r>
          </w:p>
        </w:tc>
        <w:tc>
          <w:tcPr>
            <w:tcW w:type="dxa" w:w="2160"/>
          </w:tcPr>
          <w:p>
            <w:r>
              <w:t>What statistical methods are used to analyze the effectiveness of seed treatments?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1068-0188</w:t>
            </w:r>
          </w:p>
        </w:tc>
        <w:tc>
          <w:tcPr>
            <w:tcW w:type="dxa" w:w="2160"/>
          </w:tcPr>
          <w:p>
            <w:r>
              <w:t>Chemical Treatments</w:t>
            </w:r>
          </w:p>
        </w:tc>
        <w:tc>
          <w:tcPr>
            <w:tcW w:type="dxa" w:w="2160"/>
          </w:tcPr>
          <w:p>
            <w:r>
              <w:t>How do you document the sourcing and quality control of the chemicals used in seed treatments?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1068-0189</w:t>
            </w:r>
          </w:p>
        </w:tc>
        <w:tc>
          <w:tcPr>
            <w:tcW w:type="dxa" w:w="2160"/>
          </w:tcPr>
          <w:p>
            <w:r>
              <w:t>Biological Inoculants</w:t>
            </w:r>
          </w:p>
        </w:tc>
        <w:tc>
          <w:tcPr>
            <w:tcW w:type="dxa" w:w="2160"/>
          </w:tcPr>
          <w:p>
            <w:r>
              <w:t>What feedback mechanisms are in place to evaluate the performance of biological inoculants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1068-0190</w:t>
            </w:r>
          </w:p>
        </w:tc>
        <w:tc>
          <w:tcPr>
            <w:tcW w:type="dxa" w:w="2160"/>
          </w:tcPr>
          <w:p>
            <w:r>
              <w:t>Application Methods</w:t>
            </w:r>
          </w:p>
        </w:tc>
        <w:tc>
          <w:tcPr>
            <w:tcW w:type="dxa" w:w="2160"/>
          </w:tcPr>
          <w:p>
            <w:r>
              <w:t>What equipment is utilized for the application of seed treatments, and how is it maintained?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1068-0191</w:t>
            </w:r>
          </w:p>
        </w:tc>
        <w:tc>
          <w:tcPr>
            <w:tcW w:type="dxa" w:w="2160"/>
          </w:tcPr>
          <w:p>
            <w:r>
              <w:t>Safety Protocols</w:t>
            </w:r>
          </w:p>
        </w:tc>
        <w:tc>
          <w:tcPr>
            <w:tcW w:type="dxa" w:w="2160"/>
          </w:tcPr>
          <w:p>
            <w:r>
              <w:t>What personal protective equipment (PPE) is provided to employees involved in the seed treatment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1068-0192</w:t>
            </w:r>
          </w:p>
        </w:tc>
        <w:tc>
          <w:tcPr>
            <w:tcW w:type="dxa" w:w="2160"/>
          </w:tcPr>
          <w:p>
            <w:r>
              <w:t>Regulatory Compliance</w:t>
            </w:r>
          </w:p>
        </w:tc>
        <w:tc>
          <w:tcPr>
            <w:tcW w:type="dxa" w:w="2160"/>
          </w:tcPr>
          <w:p>
            <w:r>
              <w:t>What processes are in place to ensure ongoing compliance with evolving seed treatment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1068-0193</w:t>
            </w:r>
          </w:p>
        </w:tc>
        <w:tc>
          <w:tcPr>
            <w:tcW w:type="dxa" w:w="2160"/>
          </w:tcPr>
          <w:p>
            <w:r>
              <w:t>Environmental Considerations</w:t>
            </w:r>
          </w:p>
        </w:tc>
        <w:tc>
          <w:tcPr>
            <w:tcW w:type="dxa" w:w="2160"/>
          </w:tcPr>
          <w:p>
            <w:r>
              <w:t>What partnerships or collaborations exist to enhance environmental sustainability in seed treatment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1068-0194</w:t>
            </w:r>
          </w:p>
        </w:tc>
        <w:tc>
          <w:tcPr>
            <w:tcW w:type="dxa" w:w="2160"/>
          </w:tcPr>
          <w:p>
            <w:r>
              <w:t>Effectiveness Testing</w:t>
            </w:r>
          </w:p>
        </w:tc>
        <w:tc>
          <w:tcPr>
            <w:tcW w:type="dxa" w:w="2160"/>
          </w:tcPr>
          <w:p>
            <w:r>
              <w:t>What comparative studies have been conducted to assess the effectiveness of different seed treatments?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1068-0195</w:t>
            </w:r>
          </w:p>
        </w:tc>
        <w:tc>
          <w:tcPr>
            <w:tcW w:type="dxa" w:w="2160"/>
          </w:tcPr>
          <w:p>
            <w:r>
              <w:t>Innovative Treatments</w:t>
            </w:r>
          </w:p>
        </w:tc>
        <w:tc>
          <w:tcPr>
            <w:tcW w:type="dxa" w:w="2160"/>
          </w:tcPr>
          <w:p>
            <w:r>
              <w:t>What innovative seed treatments are you currently researching or developing?</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1068-0196</w:t>
            </w:r>
          </w:p>
        </w:tc>
        <w:tc>
          <w:tcPr>
            <w:tcW w:type="dxa" w:w="2160"/>
          </w:tcPr>
          <w:p>
            <w:r>
              <w:t>Testing Protocols</w:t>
            </w:r>
          </w:p>
        </w:tc>
        <w:tc>
          <w:tcPr>
            <w:tcW w:type="dxa" w:w="2160"/>
          </w:tcPr>
          <w:p>
            <w:r>
              <w:t>What testing protocols do you have in place for new seed treatments?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1068-0197</w:t>
            </w:r>
          </w:p>
        </w:tc>
        <w:tc>
          <w:tcPr>
            <w:tcW w:type="dxa" w:w="2160"/>
          </w:tcPr>
          <w:p>
            <w:r>
              <w:t>Regulatory Compliance</w:t>
            </w:r>
          </w:p>
        </w:tc>
        <w:tc>
          <w:tcPr>
            <w:tcW w:type="dxa" w:w="2160"/>
          </w:tcPr>
          <w:p>
            <w:r>
              <w:t>How do you ensure that your seed treatment processes comply with relevant regulations?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1068-0198</w:t>
            </w:r>
          </w:p>
        </w:tc>
        <w:tc>
          <w:tcPr>
            <w:tcW w:type="dxa" w:w="2160"/>
          </w:tcPr>
          <w:p>
            <w:r>
              <w:t>Cost Analysis</w:t>
            </w:r>
          </w:p>
        </w:tc>
        <w:tc>
          <w:tcPr>
            <w:tcW w:type="dxa" w:w="2160"/>
          </w:tcPr>
          <w:p>
            <w:r>
              <w:t>How do you analyze the cost-effectiveness of your seed treatment R&amp;D initiatives?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1068-0199</w:t>
            </w:r>
          </w:p>
        </w:tc>
        <w:tc>
          <w:tcPr>
            <w:tcW w:type="dxa" w:w="2160"/>
          </w:tcPr>
          <w:p>
            <w:r>
              <w:t>Market Trends</w:t>
            </w:r>
          </w:p>
        </w:tc>
        <w:tc>
          <w:tcPr>
            <w:tcW w:type="dxa" w:w="2160"/>
          </w:tcPr>
          <w:p>
            <w:r>
              <w:t>What market trends are influencing your R&amp;D in seed treatment and preparation?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1068-0200</w:t>
            </w:r>
          </w:p>
        </w:tc>
        <w:tc>
          <w:tcPr>
            <w:tcW w:type="dxa" w:w="2160"/>
          </w:tcPr>
          <w:p>
            <w:r>
              <w:t>Collaboration</w:t>
            </w:r>
          </w:p>
        </w:tc>
        <w:tc>
          <w:tcPr>
            <w:tcW w:type="dxa" w:w="2160"/>
          </w:tcPr>
          <w:p>
            <w:r>
              <w:t>Are you partnering with any research institutions for seed treatment innovations?</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CROP-GROWTH-MANAGEMENT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1068-0201</w:t>
            </w:r>
          </w:p>
        </w:tc>
        <w:tc>
          <w:tcPr>
            <w:tcW w:type="dxa" w:w="2160"/>
          </w:tcPr>
          <w:p>
            <w:r>
              <w:t>Precision Agriculture</w:t>
            </w:r>
          </w:p>
        </w:tc>
        <w:tc>
          <w:tcPr>
            <w:tcW w:type="dxa" w:w="2160"/>
          </w:tcPr>
          <w:p>
            <w:r>
              <w:t>What precision agriculture technologies have you implemented to enhance crop growth management, and how have they improved your yield or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1068-0202</w:t>
            </w:r>
          </w:p>
        </w:tc>
        <w:tc>
          <w:tcPr>
            <w:tcW w:type="dxa" w:w="2160"/>
          </w:tcPr>
          <w:p>
            <w:r>
              <w:t>Irrigation Systems</w:t>
            </w:r>
          </w:p>
        </w:tc>
        <w:tc>
          <w:tcPr>
            <w:tcW w:type="dxa" w:w="2160"/>
          </w:tcPr>
          <w:p>
            <w:r>
              <w:t>Describe any innovative irrigation systems you have developed or modified to optimize water usage and crop health. What specific challenges did you address?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1068-0203</w:t>
            </w:r>
          </w:p>
        </w:tc>
        <w:tc>
          <w:tcPr>
            <w:tcW w:type="dxa" w:w="2160"/>
          </w:tcPr>
          <w:p>
            <w:r>
              <w:t>Fertilization Techniques</w:t>
            </w:r>
          </w:p>
        </w:tc>
        <w:tc>
          <w:tcPr>
            <w:tcW w:type="dxa" w:w="2160"/>
          </w:tcPr>
          <w:p>
            <w:r>
              <w:t>What new fertilization techniques or products have you tested in your operations, and what were the results in terms of crop performance?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1068-0204</w:t>
            </w:r>
          </w:p>
        </w:tc>
        <w:tc>
          <w:tcPr>
            <w:tcW w:type="dxa" w:w="2160"/>
          </w:tcPr>
          <w:p>
            <w:r>
              <w:t>Pest Management</w:t>
            </w:r>
          </w:p>
        </w:tc>
        <w:tc>
          <w:tcPr>
            <w:tcW w:type="dxa" w:w="2160"/>
          </w:tcPr>
          <w:p>
            <w:r>
              <w:t>Can you detail any experimental pest management strategies you have employed this year? What were the outcomes compared to traditional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1068-0205</w:t>
            </w:r>
          </w:p>
        </w:tc>
        <w:tc>
          <w:tcPr>
            <w:tcW w:type="dxa" w:w="2160"/>
          </w:tcPr>
          <w:p>
            <w:r>
              <w:t>Data Analytics</w:t>
            </w:r>
          </w:p>
        </w:tc>
        <w:tc>
          <w:tcPr>
            <w:tcW w:type="dxa" w:w="2160"/>
          </w:tcPr>
          <w:p>
            <w:r>
              <w:t>What data analytics tools have you used to analyze crop growth, and how have they influenced your decision-making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1068-0206</w:t>
            </w:r>
          </w:p>
        </w:tc>
        <w:tc>
          <w:tcPr>
            <w:tcW w:type="dxa" w:w="2160"/>
          </w:tcPr>
          <w:p>
            <w:r>
              <w:t>Crop Monitoring</w:t>
            </w:r>
          </w:p>
        </w:tc>
        <w:tc>
          <w:tcPr>
            <w:tcW w:type="dxa" w:w="2160"/>
          </w:tcPr>
          <w:p>
            <w:r>
              <w:t>Describe the crop monitoring technologies you have implemented. How do they contribute to your understanding of crop health and growth patterns?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1068-0207</w:t>
            </w:r>
          </w:p>
        </w:tc>
        <w:tc>
          <w:tcPr>
            <w:tcW w:type="dxa" w:w="2160"/>
          </w:tcPr>
          <w:p>
            <w:r>
              <w:t>Sustainability Practices</w:t>
            </w:r>
          </w:p>
        </w:tc>
        <w:tc>
          <w:tcPr>
            <w:tcW w:type="dxa" w:w="2160"/>
          </w:tcPr>
          <w:p>
            <w:r>
              <w:t>What sustainable practices have you integrated into your crop growth management,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1068-0208</w:t>
            </w:r>
          </w:p>
        </w:tc>
        <w:tc>
          <w:tcPr>
            <w:tcW w:type="dxa" w:w="2160"/>
          </w:tcPr>
          <w:p>
            <w:r>
              <w:t>Precision Agriculture</w:t>
            </w:r>
          </w:p>
        </w:tc>
        <w:tc>
          <w:tcPr>
            <w:tcW w:type="dxa" w:w="2160"/>
          </w:tcPr>
          <w:p>
            <w:r>
              <w:t>Have you conducted any trials comparing traditional farming methods with precision agriculture techniques? Please provide details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1068-0209</w:t>
            </w:r>
          </w:p>
        </w:tc>
        <w:tc>
          <w:tcPr>
            <w:tcW w:type="dxa" w:w="2160"/>
          </w:tcPr>
          <w:p>
            <w:r>
              <w:t>Irrigation Systems</w:t>
            </w:r>
          </w:p>
        </w:tc>
        <w:tc>
          <w:tcPr>
            <w:tcW w:type="dxa" w:w="2160"/>
          </w:tcPr>
          <w:p>
            <w:r>
              <w:t>What metrics do you track to evaluate the performance of your irrigation systems, and how have they changed over the past year?</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1068-0210</w:t>
            </w:r>
          </w:p>
        </w:tc>
        <w:tc>
          <w:tcPr>
            <w:tcW w:type="dxa" w:w="2160"/>
          </w:tcPr>
          <w:p>
            <w:r>
              <w:t>Fertilization Techniques</w:t>
            </w:r>
          </w:p>
        </w:tc>
        <w:tc>
          <w:tcPr>
            <w:tcW w:type="dxa" w:w="2160"/>
          </w:tcPr>
          <w:p>
            <w:r>
              <w:t>Have you collaborated with any external research institutions to develop or test new fertilization techniques? If so, please describe the collaboration and its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1068-0211</w:t>
            </w:r>
          </w:p>
        </w:tc>
        <w:tc>
          <w:tcPr>
            <w:tcW w:type="dxa" w:w="2160"/>
          </w:tcPr>
          <w:p>
            <w:r>
              <w:t>Pest Management</w:t>
            </w:r>
          </w:p>
        </w:tc>
        <w:tc>
          <w:tcPr>
            <w:tcW w:type="dxa" w:w="2160"/>
          </w:tcPr>
          <w:p>
            <w:r>
              <w:t>What innovative pest control products or methods have you experimented with this year, and what were the key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1068-0212</w:t>
            </w:r>
          </w:p>
        </w:tc>
        <w:tc>
          <w:tcPr>
            <w:tcW w:type="dxa" w:w="2160"/>
          </w:tcPr>
          <w:p>
            <w:r>
              <w:t>Data Analytics</w:t>
            </w:r>
          </w:p>
        </w:tc>
        <w:tc>
          <w:tcPr>
            <w:tcW w:type="dxa" w:w="2160"/>
          </w:tcPr>
          <w:p>
            <w:r>
              <w:t>What specific data points do you collect for crop growth analysis, and how do you ensure their accuracy?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1068-0213</w:t>
            </w:r>
          </w:p>
        </w:tc>
        <w:tc>
          <w:tcPr>
            <w:tcW w:type="dxa" w:w="2160"/>
          </w:tcPr>
          <w:p>
            <w:r>
              <w:t>Crop Monitoring</w:t>
            </w:r>
          </w:p>
        </w:tc>
        <w:tc>
          <w:tcPr>
            <w:tcW w:type="dxa" w:w="2160"/>
          </w:tcPr>
          <w:p>
            <w:r>
              <w:t>How frequently do you monitor crop health, and what technologies do you use to facilitate this monitoring?</w:t>
              <w:br/>
              <w:t>Answer type: Short text</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1068-0214</w:t>
            </w:r>
          </w:p>
        </w:tc>
        <w:tc>
          <w:tcPr>
            <w:tcW w:type="dxa" w:w="2160"/>
          </w:tcPr>
          <w:p>
            <w:r>
              <w:t>Sustainability Practices</w:t>
            </w:r>
          </w:p>
        </w:tc>
        <w:tc>
          <w:tcPr>
            <w:tcW w:type="dxa" w:w="2160"/>
          </w:tcPr>
          <w:p>
            <w:r>
              <w:t>What challenges have you faced in implementing sustainable practices in crop management,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1068-0215</w:t>
            </w:r>
          </w:p>
        </w:tc>
        <w:tc>
          <w:tcPr>
            <w:tcW w:type="dxa" w:w="2160"/>
          </w:tcPr>
          <w:p>
            <w:r>
              <w:t>Precision Agriculture</w:t>
            </w:r>
          </w:p>
        </w:tc>
        <w:tc>
          <w:tcPr>
            <w:tcW w:type="dxa" w:w="2160"/>
          </w:tcPr>
          <w:p>
            <w:r>
              <w:t>What role does GPS technology play in your crop management practices, and how has it impacted your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1068-0216</w:t>
            </w:r>
          </w:p>
        </w:tc>
        <w:tc>
          <w:tcPr>
            <w:tcW w:type="dxa" w:w="2160"/>
          </w:tcPr>
          <w:p>
            <w:r>
              <w:t>Irrigation Systems</w:t>
            </w:r>
          </w:p>
        </w:tc>
        <w:tc>
          <w:tcPr>
            <w:tcW w:type="dxa" w:w="2160"/>
          </w:tcPr>
          <w:p>
            <w:r>
              <w:t>Have you implemented any automated irrigation systems? If so, describe how they function and their impact on water conservation.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1068-0217</w:t>
            </w:r>
          </w:p>
        </w:tc>
        <w:tc>
          <w:tcPr>
            <w:tcW w:type="dxa" w:w="2160"/>
          </w:tcPr>
          <w:p>
            <w:r>
              <w:t>Fertilization Techniques</w:t>
            </w:r>
          </w:p>
        </w:tc>
        <w:tc>
          <w:tcPr>
            <w:tcW w:type="dxa" w:w="2160"/>
          </w:tcPr>
          <w:p>
            <w:r>
              <w:t>What specific experiments have you conducted to determine the optimal timing and quantity of fertilizer application?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1068-0218</w:t>
            </w:r>
          </w:p>
        </w:tc>
        <w:tc>
          <w:tcPr>
            <w:tcW w:type="dxa" w:w="2160"/>
          </w:tcPr>
          <w:p>
            <w:r>
              <w:t>Pest Management</w:t>
            </w:r>
          </w:p>
        </w:tc>
        <w:tc>
          <w:tcPr>
            <w:tcW w:type="dxa" w:w="2160"/>
          </w:tcPr>
          <w:p>
            <w:r>
              <w:t>How do you integrate pest management with crop growth strategies to minimize impact on the environment?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1068-0219</w:t>
            </w:r>
          </w:p>
        </w:tc>
        <w:tc>
          <w:tcPr>
            <w:tcW w:type="dxa" w:w="2160"/>
          </w:tcPr>
          <w:p>
            <w:r>
              <w:t>Data Analytics</w:t>
            </w:r>
          </w:p>
        </w:tc>
        <w:tc>
          <w:tcPr>
            <w:tcW w:type="dxa" w:w="2160"/>
          </w:tcPr>
          <w:p>
            <w:r>
              <w:t>What software or platforms do you use for data analysis, and how do they enhance your crop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1068-0220</w:t>
            </w:r>
          </w:p>
        </w:tc>
        <w:tc>
          <w:tcPr>
            <w:tcW w:type="dxa" w:w="2160"/>
          </w:tcPr>
          <w:p>
            <w:r>
              <w:t>Crop Monitoring</w:t>
            </w:r>
          </w:p>
        </w:tc>
        <w:tc>
          <w:tcPr>
            <w:tcW w:type="dxa" w:w="2160"/>
          </w:tcPr>
          <w:p>
            <w:r>
              <w:t>What indicators do you use to assess crop health, and how do you respond to negative indicators?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1068-0221</w:t>
            </w:r>
          </w:p>
        </w:tc>
        <w:tc>
          <w:tcPr>
            <w:tcW w:type="dxa" w:w="2160"/>
          </w:tcPr>
          <w:p>
            <w:r>
              <w:t>Sustainability Practices</w:t>
            </w:r>
          </w:p>
        </w:tc>
        <w:tc>
          <w:tcPr>
            <w:tcW w:type="dxa" w:w="2160"/>
          </w:tcPr>
          <w:p>
            <w:r>
              <w:t>How do you evaluate the long-term sustainability of your crop management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1068-0222</w:t>
            </w:r>
          </w:p>
        </w:tc>
        <w:tc>
          <w:tcPr>
            <w:tcW w:type="dxa" w:w="2160"/>
          </w:tcPr>
          <w:p>
            <w:r>
              <w:t>Precision Agriculture</w:t>
            </w:r>
          </w:p>
        </w:tc>
        <w:tc>
          <w:tcPr>
            <w:tcW w:type="dxa" w:w="2160"/>
          </w:tcPr>
          <w:p>
            <w:r>
              <w:t>What specific challenges have you encountered when implementing precision agriculture, and how did you overcome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1068-0223</w:t>
            </w:r>
          </w:p>
        </w:tc>
        <w:tc>
          <w:tcPr>
            <w:tcW w:type="dxa" w:w="2160"/>
          </w:tcPr>
          <w:p>
            <w:r>
              <w:t>Irrigation Systems</w:t>
            </w:r>
          </w:p>
        </w:tc>
        <w:tc>
          <w:tcPr>
            <w:tcW w:type="dxa" w:w="2160"/>
          </w:tcPr>
          <w:p>
            <w:r>
              <w:t>What are the costs associated with your current irrigation systems, and how do they compare to previous systems used?</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1068-0224</w:t>
            </w:r>
          </w:p>
        </w:tc>
        <w:tc>
          <w:tcPr>
            <w:tcW w:type="dxa" w:w="2160"/>
          </w:tcPr>
          <w:p>
            <w:r>
              <w:t>Fertilization Techniques</w:t>
            </w:r>
          </w:p>
        </w:tc>
        <w:tc>
          <w:tcPr>
            <w:tcW w:type="dxa" w:w="2160"/>
          </w:tcPr>
          <w:p>
            <w:r>
              <w:t>How do you track the effectiveness of different fertilization techniques over multiple growing seasons?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1068-0225</w:t>
            </w:r>
          </w:p>
        </w:tc>
        <w:tc>
          <w:tcPr>
            <w:tcW w:type="dxa" w:w="2160"/>
          </w:tcPr>
          <w:p>
            <w:r>
              <w:t>Pest Management</w:t>
            </w:r>
          </w:p>
        </w:tc>
        <w:tc>
          <w:tcPr>
            <w:tcW w:type="dxa" w:w="2160"/>
          </w:tcPr>
          <w:p>
            <w:r>
              <w:t>What regulatory compliance measures do you follow when implementing new pest management strategies?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1068-0226</w:t>
            </w:r>
          </w:p>
        </w:tc>
        <w:tc>
          <w:tcPr>
            <w:tcW w:type="dxa" w:w="2160"/>
          </w:tcPr>
          <w:p>
            <w:r>
              <w:t>Data Analytics</w:t>
            </w:r>
          </w:p>
        </w:tc>
        <w:tc>
          <w:tcPr>
            <w:tcW w:type="dxa" w:w="2160"/>
          </w:tcPr>
          <w:p>
            <w:r>
              <w:t>How do you ensure data integrity in your crop growth analytics?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1068-0227</w:t>
            </w:r>
          </w:p>
        </w:tc>
        <w:tc>
          <w:tcPr>
            <w:tcW w:type="dxa" w:w="2160"/>
          </w:tcPr>
          <w:p>
            <w:r>
              <w:t>Crop Monitoring</w:t>
            </w:r>
          </w:p>
        </w:tc>
        <w:tc>
          <w:tcPr>
            <w:tcW w:type="dxa" w:w="2160"/>
          </w:tcPr>
          <w:p>
            <w:r>
              <w:t>What methods do you use to document and report crop growth data for analysis?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1068-0228</w:t>
            </w:r>
          </w:p>
        </w:tc>
        <w:tc>
          <w:tcPr>
            <w:tcW w:type="dxa" w:w="2160"/>
          </w:tcPr>
          <w:p>
            <w:r>
              <w:t>Sustainability Practices</w:t>
            </w:r>
          </w:p>
        </w:tc>
        <w:tc>
          <w:tcPr>
            <w:tcW w:type="dxa" w:w="2160"/>
          </w:tcPr>
          <w:p>
            <w:r>
              <w:t>What specific metrics do you use to assess the impact of sustainability practices on crop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1068-0229</w:t>
            </w:r>
          </w:p>
        </w:tc>
        <w:tc>
          <w:tcPr>
            <w:tcW w:type="dxa" w:w="2160"/>
          </w:tcPr>
          <w:p>
            <w:r>
              <w:t>Research Focus</w:t>
            </w:r>
          </w:p>
        </w:tc>
        <w:tc>
          <w:tcPr>
            <w:tcW w:type="dxa" w:w="2160"/>
          </w:tcPr>
          <w:p>
            <w:r>
              <w:t>What specific aspects of crop growth management are you focusing on for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1068-0230</w:t>
            </w:r>
          </w:p>
        </w:tc>
        <w:tc>
          <w:tcPr>
            <w:tcW w:type="dxa" w:w="2160"/>
          </w:tcPr>
          <w:p>
            <w:r>
              <w:t>Data Collection</w:t>
            </w:r>
          </w:p>
        </w:tc>
        <w:tc>
          <w:tcPr>
            <w:tcW w:type="dxa" w:w="2160"/>
          </w:tcPr>
          <w:p>
            <w:r>
              <w:t>How do you collect and analyze data related to crop growth management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1068-0231</w:t>
            </w:r>
          </w:p>
        </w:tc>
        <w:tc>
          <w:tcPr>
            <w:tcW w:type="dxa" w:w="2160"/>
          </w:tcPr>
          <w:p>
            <w:r>
              <w:t>Sustainability Practices</w:t>
            </w:r>
          </w:p>
        </w:tc>
        <w:tc>
          <w:tcPr>
            <w:tcW w:type="dxa" w:w="2160"/>
          </w:tcPr>
          <w:p>
            <w:r>
              <w:t>How does your R&amp;D in crop growth management address sustainability?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HARVESTING-TECHNOLOGIES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1068-0232</w:t>
            </w:r>
          </w:p>
        </w:tc>
        <w:tc>
          <w:tcPr>
            <w:tcW w:type="dxa" w:w="2160"/>
          </w:tcPr>
          <w:p>
            <w:r>
              <w:t>Harvesting Equipment</w:t>
            </w:r>
          </w:p>
        </w:tc>
        <w:tc>
          <w:tcPr>
            <w:tcW w:type="dxa" w:w="2160"/>
          </w:tcPr>
          <w:p>
            <w:r>
              <w:t>What specific types of harvesting equipment did you develop or modify in 2025 to improve seed and grain collection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1068-0233</w:t>
            </w:r>
          </w:p>
        </w:tc>
        <w:tc>
          <w:tcPr>
            <w:tcW w:type="dxa" w:w="2160"/>
          </w:tcPr>
          <w:p>
            <w:r>
              <w:t>Automation in Harvesting</w:t>
            </w:r>
          </w:p>
        </w:tc>
        <w:tc>
          <w:tcPr>
            <w:tcW w:type="dxa" w:w="2160"/>
          </w:tcPr>
          <w:p>
            <w:r>
              <w:t>Describe any automated systems you implemented in your harvesting processes in 2025. What were the experimental challenges faced?</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1068-0234</w:t>
            </w:r>
          </w:p>
        </w:tc>
        <w:tc>
          <w:tcPr>
            <w:tcW w:type="dxa" w:w="2160"/>
          </w:tcPr>
          <w:p>
            <w:r>
              <w:t>Efficiency Metrics</w:t>
            </w:r>
          </w:p>
        </w:tc>
        <w:tc>
          <w:tcPr>
            <w:tcW w:type="dxa" w:w="2160"/>
          </w:tcPr>
          <w:p>
            <w:r>
              <w:t>What metrics did you use to measure the efficiency of your harvesting operations in 2025? Please provide specific data points.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1068-0235</w:t>
            </w:r>
          </w:p>
        </w:tc>
        <w:tc>
          <w:tcPr>
            <w:tcW w:type="dxa" w:w="2160"/>
          </w:tcPr>
          <w:p>
            <w:r>
              <w:t>Safety Standards</w:t>
            </w:r>
          </w:p>
        </w:tc>
        <w:tc>
          <w:tcPr>
            <w:tcW w:type="dxa" w:w="2160"/>
          </w:tcPr>
          <w:p>
            <w:r>
              <w:t>What new safety standards or protocols were developed or adopted during the harvesting process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1068-0236</w:t>
            </w:r>
          </w:p>
        </w:tc>
        <w:tc>
          <w:tcPr>
            <w:tcW w:type="dxa" w:w="2160"/>
          </w:tcPr>
          <w:p>
            <w:r>
              <w:t>Post-Harvest Handling</w:t>
            </w:r>
          </w:p>
        </w:tc>
        <w:tc>
          <w:tcPr>
            <w:tcW w:type="dxa" w:w="2160"/>
          </w:tcPr>
          <w:p>
            <w:r>
              <w:t>What innovative post-harvest handling techniques were tested in 2025 to reduce spoilage or improve seed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1068-0237</w:t>
            </w:r>
          </w:p>
        </w:tc>
        <w:tc>
          <w:tcPr>
            <w:tcW w:type="dxa" w:w="2160"/>
          </w:tcPr>
          <w:p>
            <w:r>
              <w:t>Quality Control</w:t>
            </w:r>
          </w:p>
        </w:tc>
        <w:tc>
          <w:tcPr>
            <w:tcW w:type="dxa" w:w="2160"/>
          </w:tcPr>
          <w:p>
            <w:r>
              <w:t>How did you ensure quality control during the harvesting process in 2025? Please describe any experimental methods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1068-0238</w:t>
            </w:r>
          </w:p>
        </w:tc>
        <w:tc>
          <w:tcPr>
            <w:tcW w:type="dxa" w:w="2160"/>
          </w:tcPr>
          <w:p>
            <w:r>
              <w:t>Environmental Impact</w:t>
            </w:r>
          </w:p>
        </w:tc>
        <w:tc>
          <w:tcPr>
            <w:tcW w:type="dxa" w:w="2160"/>
          </w:tcPr>
          <w:p>
            <w:r>
              <w:t>What measures did you implement in 2025 to minimize the environmental impact of your harvesting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1068-0239</w:t>
            </w:r>
          </w:p>
        </w:tc>
        <w:tc>
          <w:tcPr>
            <w:tcW w:type="dxa" w:w="2160"/>
          </w:tcPr>
          <w:p>
            <w:r>
              <w:t>Harvesting Equipment</w:t>
            </w:r>
          </w:p>
        </w:tc>
        <w:tc>
          <w:tcPr>
            <w:tcW w:type="dxa" w:w="2160"/>
          </w:tcPr>
          <w:p>
            <w:r>
              <w:t>What modifications were made to existing harvesting equipment to enhance performance or reduce costs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1068-0240</w:t>
            </w:r>
          </w:p>
        </w:tc>
        <w:tc>
          <w:tcPr>
            <w:tcW w:type="dxa" w:w="2160"/>
          </w:tcPr>
          <w:p>
            <w:r>
              <w:t>Automation in Harvesting</w:t>
            </w:r>
          </w:p>
        </w:tc>
        <w:tc>
          <w:tcPr>
            <w:tcW w:type="dxa" w:w="2160"/>
          </w:tcPr>
          <w:p>
            <w:r>
              <w:t>What software or technology solutions were developed or customized for automating harvesting tasks in 2025?</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1068-0241</w:t>
            </w:r>
          </w:p>
        </w:tc>
        <w:tc>
          <w:tcPr>
            <w:tcW w:type="dxa" w:w="2160"/>
          </w:tcPr>
          <w:p>
            <w:r>
              <w:t>Efficiency Metrics</w:t>
            </w:r>
          </w:p>
        </w:tc>
        <w:tc>
          <w:tcPr>
            <w:tcW w:type="dxa" w:w="2160"/>
          </w:tcPr>
          <w:p>
            <w:r>
              <w:t>What was the percentage increase in harvesting efficiency as a result of new technologies or methods implemented in 2025?</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1068-0242</w:t>
            </w:r>
          </w:p>
        </w:tc>
        <w:tc>
          <w:tcPr>
            <w:tcW w:type="dxa" w:w="2160"/>
          </w:tcPr>
          <w:p>
            <w:r>
              <w:t>Safety Standards</w:t>
            </w:r>
          </w:p>
        </w:tc>
        <w:tc>
          <w:tcPr>
            <w:tcW w:type="dxa" w:w="2160"/>
          </w:tcPr>
          <w:p>
            <w:r>
              <w:t>What specific safety training was provided to staff regarding new harvesting technologies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1068-0243</w:t>
            </w:r>
          </w:p>
        </w:tc>
        <w:tc>
          <w:tcPr>
            <w:tcW w:type="dxa" w:w="2160"/>
          </w:tcPr>
          <w:p>
            <w:r>
              <w:t>Post-Harvest Handling</w:t>
            </w:r>
          </w:p>
        </w:tc>
        <w:tc>
          <w:tcPr>
            <w:tcW w:type="dxa" w:w="2160"/>
          </w:tcPr>
          <w:p>
            <w:r>
              <w:t>How did you evaluate the effectiveness of your post-harvest handling techniques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1068-0244</w:t>
            </w:r>
          </w:p>
        </w:tc>
        <w:tc>
          <w:tcPr>
            <w:tcW w:type="dxa" w:w="2160"/>
          </w:tcPr>
          <w:p>
            <w:r>
              <w:t>Quality Control</w:t>
            </w:r>
          </w:p>
        </w:tc>
        <w:tc>
          <w:tcPr>
            <w:tcW w:type="dxa" w:w="2160"/>
          </w:tcPr>
          <w:p>
            <w:r>
              <w:t>What quality control tests were conducted on harvested grains and seeds in 2025? Please provide details.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1068-0245</w:t>
            </w:r>
          </w:p>
        </w:tc>
        <w:tc>
          <w:tcPr>
            <w:tcW w:type="dxa" w:w="2160"/>
          </w:tcPr>
          <w:p>
            <w:r>
              <w:t>Environmental Impact</w:t>
            </w:r>
          </w:p>
        </w:tc>
        <w:tc>
          <w:tcPr>
            <w:tcW w:type="dxa" w:w="2160"/>
          </w:tcPr>
          <w:p>
            <w:r>
              <w:t>What specific environmental regulations did you comply with during your harvesting operations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1068-0246</w:t>
            </w:r>
          </w:p>
        </w:tc>
        <w:tc>
          <w:tcPr>
            <w:tcW w:type="dxa" w:w="2160"/>
          </w:tcPr>
          <w:p>
            <w:r>
              <w:t>Harvesting Equipment</w:t>
            </w:r>
          </w:p>
        </w:tc>
        <w:tc>
          <w:tcPr>
            <w:tcW w:type="dxa" w:w="2160"/>
          </w:tcPr>
          <w:p>
            <w:r>
              <w:t>What testing or trials were conducted on new harvesting equipment in 2025 to assess performance?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1068-0247</w:t>
            </w:r>
          </w:p>
        </w:tc>
        <w:tc>
          <w:tcPr>
            <w:tcW w:type="dxa" w:w="2160"/>
          </w:tcPr>
          <w:p>
            <w:r>
              <w:t>Automation in Harvesting</w:t>
            </w:r>
          </w:p>
        </w:tc>
        <w:tc>
          <w:tcPr>
            <w:tcW w:type="dxa" w:w="2160"/>
          </w:tcPr>
          <w:p>
            <w:r>
              <w:t>What challenges did you face in integrating automation into your harvesting processes in 2025?</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1068-0248</w:t>
            </w:r>
          </w:p>
        </w:tc>
        <w:tc>
          <w:tcPr>
            <w:tcW w:type="dxa" w:w="2160"/>
          </w:tcPr>
          <w:p>
            <w:r>
              <w:t>Efficiency Metrics</w:t>
            </w:r>
          </w:p>
        </w:tc>
        <w:tc>
          <w:tcPr>
            <w:tcW w:type="dxa" w:w="2160"/>
          </w:tcPr>
          <w:p>
            <w:r>
              <w:t>What was the cost savings achieved through improved harvesting methods in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1068-0249</w:t>
            </w:r>
          </w:p>
        </w:tc>
        <w:tc>
          <w:tcPr>
            <w:tcW w:type="dxa" w:w="2160"/>
          </w:tcPr>
          <w:p>
            <w:r>
              <w:t>Safety Standards</w:t>
            </w:r>
          </w:p>
        </w:tc>
        <w:tc>
          <w:tcPr>
            <w:tcW w:type="dxa" w:w="2160"/>
          </w:tcPr>
          <w:p>
            <w:r>
              <w:t>What safety incidents occurred during harvesting operations in 2025, and how were they addressed?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1068-0250</w:t>
            </w:r>
          </w:p>
        </w:tc>
        <w:tc>
          <w:tcPr>
            <w:tcW w:type="dxa" w:w="2160"/>
          </w:tcPr>
          <w:p>
            <w:r>
              <w:t>Post-Harvest Handling</w:t>
            </w:r>
          </w:p>
        </w:tc>
        <w:tc>
          <w:tcPr>
            <w:tcW w:type="dxa" w:w="2160"/>
          </w:tcPr>
          <w:p>
            <w:r>
              <w:t>What innovative technologies were evaluated for post-harvest handling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1068-0251</w:t>
            </w:r>
          </w:p>
        </w:tc>
        <w:tc>
          <w:tcPr>
            <w:tcW w:type="dxa" w:w="2160"/>
          </w:tcPr>
          <w:p>
            <w:r>
              <w:t>Quality Control</w:t>
            </w:r>
          </w:p>
        </w:tc>
        <w:tc>
          <w:tcPr>
            <w:tcW w:type="dxa" w:w="2160"/>
          </w:tcPr>
          <w:p>
            <w:r>
              <w:t>What new quality assurance protocols were established for harvested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1068-0252</w:t>
            </w:r>
          </w:p>
        </w:tc>
        <w:tc>
          <w:tcPr>
            <w:tcW w:type="dxa" w:w="2160"/>
          </w:tcPr>
          <w:p>
            <w:r>
              <w:t>Environmental Impact</w:t>
            </w:r>
          </w:p>
        </w:tc>
        <w:tc>
          <w:tcPr>
            <w:tcW w:type="dxa" w:w="2160"/>
          </w:tcPr>
          <w:p>
            <w:r>
              <w:t>What assessments were conducted to evaluate the environmental impact of harvesting practices in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1068-0253</w:t>
            </w:r>
          </w:p>
        </w:tc>
        <w:tc>
          <w:tcPr>
            <w:tcW w:type="dxa" w:w="2160"/>
          </w:tcPr>
          <w:p>
            <w:r>
              <w:t>Harvesting Equipment</w:t>
            </w:r>
          </w:p>
        </w:tc>
        <w:tc>
          <w:tcPr>
            <w:tcW w:type="dxa" w:w="2160"/>
          </w:tcPr>
          <w:p>
            <w:r>
              <w:t>How did you document the performance of new harvesting technologies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1068-0254</w:t>
            </w:r>
          </w:p>
        </w:tc>
        <w:tc>
          <w:tcPr>
            <w:tcW w:type="dxa" w:w="2160"/>
          </w:tcPr>
          <w:p>
            <w:r>
              <w:t>Automation in Harvesting</w:t>
            </w:r>
          </w:p>
        </w:tc>
        <w:tc>
          <w:tcPr>
            <w:tcW w:type="dxa" w:w="2160"/>
          </w:tcPr>
          <w:p>
            <w:r>
              <w:t>What feedback did you receive from staff regarding automated harvesting solutions implemented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1068-0255</w:t>
            </w:r>
          </w:p>
        </w:tc>
        <w:tc>
          <w:tcPr>
            <w:tcW w:type="dxa" w:w="2160"/>
          </w:tcPr>
          <w:p>
            <w:r>
              <w:t>Efficiency Metrics</w:t>
            </w:r>
          </w:p>
        </w:tc>
        <w:tc>
          <w:tcPr>
            <w:tcW w:type="dxa" w:w="2160"/>
          </w:tcPr>
          <w:p>
            <w:r>
              <w:t>What data collection methods were used to track harvesting efficiency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1068-0256</w:t>
            </w:r>
          </w:p>
        </w:tc>
        <w:tc>
          <w:tcPr>
            <w:tcW w:type="dxa" w:w="2160"/>
          </w:tcPr>
          <w:p>
            <w:r>
              <w:t>Safety Standards</w:t>
            </w:r>
          </w:p>
        </w:tc>
        <w:tc>
          <w:tcPr>
            <w:tcW w:type="dxa" w:w="2160"/>
          </w:tcPr>
          <w:p>
            <w:r>
              <w:t>How did you ensure compliance with safety regulations during the harvesting process in 2025?</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1068-0257</w:t>
            </w:r>
          </w:p>
        </w:tc>
        <w:tc>
          <w:tcPr>
            <w:tcW w:type="dxa" w:w="2160"/>
          </w:tcPr>
          <w:p>
            <w:r>
              <w:t>Post-Harvest Handling</w:t>
            </w:r>
          </w:p>
        </w:tc>
        <w:tc>
          <w:tcPr>
            <w:tcW w:type="dxa" w:w="2160"/>
          </w:tcPr>
          <w:p>
            <w:r>
              <w:t>What experimental approaches were taken to enhance seed quality during post-harvest handling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1068-0258</w:t>
            </w:r>
          </w:p>
        </w:tc>
        <w:tc>
          <w:tcPr>
            <w:tcW w:type="dxa" w:w="2160"/>
          </w:tcPr>
          <w:p>
            <w:r>
              <w:t>Quality Control</w:t>
            </w:r>
          </w:p>
        </w:tc>
        <w:tc>
          <w:tcPr>
            <w:tcW w:type="dxa" w:w="2160"/>
          </w:tcPr>
          <w:p>
            <w:r>
              <w:t>What corrective actions were taken in response to quality control failures during harvesting in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1068-0259</w:t>
            </w:r>
          </w:p>
        </w:tc>
        <w:tc>
          <w:tcPr>
            <w:tcW w:type="dxa" w:w="2160"/>
          </w:tcPr>
          <w:p>
            <w:r>
              <w:t>Environmental Impact</w:t>
            </w:r>
          </w:p>
        </w:tc>
        <w:tc>
          <w:tcPr>
            <w:tcW w:type="dxa" w:w="2160"/>
          </w:tcPr>
          <w:p>
            <w:r>
              <w:t>What specific environmental benefits were observed as a result of new harvesting practices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1068-0260</w:t>
            </w:r>
          </w:p>
        </w:tc>
        <w:tc>
          <w:tcPr>
            <w:tcW w:type="dxa" w:w="2160"/>
          </w:tcPr>
          <w:p>
            <w:r>
              <w:t>Technology Adoption</w:t>
            </w:r>
          </w:p>
        </w:tc>
        <w:tc>
          <w:tcPr>
            <w:tcW w:type="dxa" w:w="2160"/>
          </w:tcPr>
          <w:p>
            <w:r>
              <w:t>What new harvesting technologies are you currently exploring or implementing?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SEED-DRYING-AND-STORAGE (27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1068-0261</w:t>
            </w:r>
          </w:p>
        </w:tc>
        <w:tc>
          <w:tcPr>
            <w:tcW w:type="dxa" w:w="2160"/>
          </w:tcPr>
          <w:p>
            <w:r>
              <w:t>Drying Methods</w:t>
            </w:r>
          </w:p>
        </w:tc>
        <w:tc>
          <w:tcPr>
            <w:tcW w:type="dxa" w:w="2160"/>
          </w:tcPr>
          <w:p>
            <w:r>
              <w:t>What specific drying methods do you employ for your harvested seeds,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1068-0262</w:t>
            </w:r>
          </w:p>
        </w:tc>
        <w:tc>
          <w:tcPr>
            <w:tcW w:type="dxa" w:w="2160"/>
          </w:tcPr>
          <w:p>
            <w:r>
              <w:t>Storage Conditions</w:t>
            </w:r>
          </w:p>
        </w:tc>
        <w:tc>
          <w:tcPr>
            <w:tcW w:type="dxa" w:w="2160"/>
          </w:tcPr>
          <w:p>
            <w:r>
              <w:t>Describe the environmental conditions of your seed storage facilities, including temperature and humidity levels. How are these conditions monitored and controlled?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1068-0263</w:t>
            </w:r>
          </w:p>
        </w:tc>
        <w:tc>
          <w:tcPr>
            <w:tcW w:type="dxa" w:w="2160"/>
          </w:tcPr>
          <w:p>
            <w:r>
              <w:t>Moisture Control</w:t>
            </w:r>
          </w:p>
        </w:tc>
        <w:tc>
          <w:tcPr>
            <w:tcW w:type="dxa" w:w="2160"/>
          </w:tcPr>
          <w:p>
            <w:r>
              <w:t>What processes do you have in place to control moisture levels in stored seeds, and how do you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1068-0264</w:t>
            </w:r>
          </w:p>
        </w:tc>
        <w:tc>
          <w:tcPr>
            <w:tcW w:type="dxa" w:w="2160"/>
          </w:tcPr>
          <w:p>
            <w:r>
              <w:t>Pest Management</w:t>
            </w:r>
          </w:p>
        </w:tc>
        <w:tc>
          <w:tcPr>
            <w:tcW w:type="dxa" w:w="2160"/>
          </w:tcPr>
          <w:p>
            <w:r>
              <w:t>What pest management strategies do you implement during the drying and storage phases of seed production? Please provide specific examples.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1068-0265</w:t>
            </w:r>
          </w:p>
        </w:tc>
        <w:tc>
          <w:tcPr>
            <w:tcW w:type="dxa" w:w="2160"/>
          </w:tcPr>
          <w:p>
            <w:r>
              <w:t>Temperature Regulation</w:t>
            </w:r>
          </w:p>
        </w:tc>
        <w:tc>
          <w:tcPr>
            <w:tcW w:type="dxa" w:w="2160"/>
          </w:tcPr>
          <w:p>
            <w:r>
              <w:t>How do you regulate temperature in your seed storage facilities, and what technologies do you use to ensure consistent temperature control?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1068-0266</w:t>
            </w:r>
          </w:p>
        </w:tc>
        <w:tc>
          <w:tcPr>
            <w:tcW w:type="dxa" w:w="2160"/>
          </w:tcPr>
          <w:p>
            <w:r>
              <w:t>Quality Assurance</w:t>
            </w:r>
          </w:p>
        </w:tc>
        <w:tc>
          <w:tcPr>
            <w:tcW w:type="dxa" w:w="2160"/>
          </w:tcPr>
          <w:p>
            <w:r>
              <w:t>What quality assurance protocols do you have in place for the seeds after drying and before storage?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1068-0267</w:t>
            </w:r>
          </w:p>
        </w:tc>
        <w:tc>
          <w:tcPr>
            <w:tcW w:type="dxa" w:w="2160"/>
          </w:tcPr>
          <w:p>
            <w:r>
              <w:t>Energy Efficiency</w:t>
            </w:r>
          </w:p>
        </w:tc>
        <w:tc>
          <w:tcPr>
            <w:tcW w:type="dxa" w:w="2160"/>
          </w:tcPr>
          <w:p>
            <w:r>
              <w:t>What measures have you implemented to improve energy efficiency in your seed drying and storage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1068-0268</w:t>
            </w:r>
          </w:p>
        </w:tc>
        <w:tc>
          <w:tcPr>
            <w:tcW w:type="dxa" w:w="2160"/>
          </w:tcPr>
          <w:p>
            <w:r>
              <w:t>Drying Methods</w:t>
            </w:r>
          </w:p>
        </w:tc>
        <w:tc>
          <w:tcPr>
            <w:tcW w:type="dxa" w:w="2160"/>
          </w:tcPr>
          <w:p>
            <w:r>
              <w:t>Have you experimented with any new drying technologies or processes in the past year? If so, please describe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1068-0269</w:t>
            </w:r>
          </w:p>
        </w:tc>
        <w:tc>
          <w:tcPr>
            <w:tcW w:type="dxa" w:w="2160"/>
          </w:tcPr>
          <w:p>
            <w:r>
              <w:t>Moisture Control</w:t>
            </w:r>
          </w:p>
        </w:tc>
        <w:tc>
          <w:tcPr>
            <w:tcW w:type="dxa" w:w="2160"/>
          </w:tcPr>
          <w:p>
            <w:r>
              <w:t>What specific tools or instruments do you use to measure moisture levels in seeds during storage?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1068-0270</w:t>
            </w:r>
          </w:p>
        </w:tc>
        <w:tc>
          <w:tcPr>
            <w:tcW w:type="dxa" w:w="2160"/>
          </w:tcPr>
          <w:p>
            <w:r>
              <w:t>Pest Management</w:t>
            </w:r>
          </w:p>
        </w:tc>
        <w:tc>
          <w:tcPr>
            <w:tcW w:type="dxa" w:w="2160"/>
          </w:tcPr>
          <w:p>
            <w:r>
              <w:t>How do you document pest management activities, and what records do you maintain to support these practices?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1068-0271</w:t>
            </w:r>
          </w:p>
        </w:tc>
        <w:tc>
          <w:tcPr>
            <w:tcW w:type="dxa" w:w="2160"/>
          </w:tcPr>
          <w:p>
            <w:r>
              <w:t>Temperature Regulation</w:t>
            </w:r>
          </w:p>
        </w:tc>
        <w:tc>
          <w:tcPr>
            <w:tcW w:type="dxa" w:w="2160"/>
          </w:tcPr>
          <w:p>
            <w:r>
              <w:t>What is the acceptable temperature range for your stored seeds, and how do you ensure compliance with this range?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1068-0272</w:t>
            </w:r>
          </w:p>
        </w:tc>
        <w:tc>
          <w:tcPr>
            <w:tcW w:type="dxa" w:w="2160"/>
          </w:tcPr>
          <w:p>
            <w:r>
              <w:t>Quality Assurance</w:t>
            </w:r>
          </w:p>
        </w:tc>
        <w:tc>
          <w:tcPr>
            <w:tcW w:type="dxa" w:w="2160"/>
          </w:tcPr>
          <w:p>
            <w:r>
              <w:t>What testing methods do you use to assess seed quality after drying?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1068-0273</w:t>
            </w:r>
          </w:p>
        </w:tc>
        <w:tc>
          <w:tcPr>
            <w:tcW w:type="dxa" w:w="2160"/>
          </w:tcPr>
          <w:p>
            <w:r>
              <w:t>Energy Efficiency</w:t>
            </w:r>
          </w:p>
        </w:tc>
        <w:tc>
          <w:tcPr>
            <w:tcW w:type="dxa" w:w="2160"/>
          </w:tcPr>
          <w:p>
            <w:r>
              <w:t>Can you quantify the energy savings achieved through recent efficiency improvements in your drying and storage processes?</w:t>
              <w:br/>
              <w:t>Answer type: Percentage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1068-0274</w:t>
            </w:r>
          </w:p>
        </w:tc>
        <w:tc>
          <w:tcPr>
            <w:tcW w:type="dxa" w:w="2160"/>
          </w:tcPr>
          <w:p>
            <w:r>
              <w:t>Drying Methods</w:t>
            </w:r>
          </w:p>
        </w:tc>
        <w:tc>
          <w:tcPr>
            <w:tcW w:type="dxa" w:w="2160"/>
          </w:tcPr>
          <w:p>
            <w:r>
              <w:t>How do you evaluate the efficiency of different drying methods used in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1068-0275</w:t>
            </w:r>
          </w:p>
        </w:tc>
        <w:tc>
          <w:tcPr>
            <w:tcW w:type="dxa" w:w="2160"/>
          </w:tcPr>
          <w:p>
            <w:r>
              <w:t>Moisture Control</w:t>
            </w:r>
          </w:p>
        </w:tc>
        <w:tc>
          <w:tcPr>
            <w:tcW w:type="dxa" w:w="2160"/>
          </w:tcPr>
          <w:p>
            <w:r>
              <w:t>What are the maximum moisture levels you allow for stored seeds, and how do you determine these levels?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1068-0276</w:t>
            </w:r>
          </w:p>
        </w:tc>
        <w:tc>
          <w:tcPr>
            <w:tcW w:type="dxa" w:w="2160"/>
          </w:tcPr>
          <w:p>
            <w:r>
              <w:t>Pest Management</w:t>
            </w:r>
          </w:p>
        </w:tc>
        <w:tc>
          <w:tcPr>
            <w:tcW w:type="dxa" w:w="2160"/>
          </w:tcPr>
          <w:p>
            <w:r>
              <w:t>What specific pest control products do you use, and how do you ensure they are compliant with industry regulations?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1068-0277</w:t>
            </w:r>
          </w:p>
        </w:tc>
        <w:tc>
          <w:tcPr>
            <w:tcW w:type="dxa" w:w="2160"/>
          </w:tcPr>
          <w:p>
            <w:r>
              <w:t>Temperature Regulation</w:t>
            </w:r>
          </w:p>
        </w:tc>
        <w:tc>
          <w:tcPr>
            <w:tcW w:type="dxa" w:w="2160"/>
          </w:tcPr>
          <w:p>
            <w:r>
              <w:t>What are the consequences of failing to maintain proper temperature levels in stored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1068-0278</w:t>
            </w:r>
          </w:p>
        </w:tc>
        <w:tc>
          <w:tcPr>
            <w:tcW w:type="dxa" w:w="2160"/>
          </w:tcPr>
          <w:p>
            <w:r>
              <w:t>Quality Assurance</w:t>
            </w:r>
          </w:p>
        </w:tc>
        <w:tc>
          <w:tcPr>
            <w:tcW w:type="dxa" w:w="2160"/>
          </w:tcPr>
          <w:p>
            <w:r>
              <w:t>How do you track and document any quality issues that arise during drying and storage?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1068-0279</w:t>
            </w:r>
          </w:p>
        </w:tc>
        <w:tc>
          <w:tcPr>
            <w:tcW w:type="dxa" w:w="2160"/>
          </w:tcPr>
          <w:p>
            <w:r>
              <w:t>Energy Efficiency</w:t>
            </w:r>
          </w:p>
        </w:tc>
        <w:tc>
          <w:tcPr>
            <w:tcW w:type="dxa" w:w="2160"/>
          </w:tcPr>
          <w:p>
            <w:r>
              <w:t>Have you conducted any cost-benefit analyses on energy efficiency improvements in your seed drying and storage processes? If so, please summarize the findings.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1068-0280</w:t>
            </w:r>
          </w:p>
        </w:tc>
        <w:tc>
          <w:tcPr>
            <w:tcW w:type="dxa" w:w="2160"/>
          </w:tcPr>
          <w:p>
            <w:r>
              <w:t>Drying Methods</w:t>
            </w:r>
          </w:p>
        </w:tc>
        <w:tc>
          <w:tcPr>
            <w:tcW w:type="dxa" w:w="2160"/>
          </w:tcPr>
          <w:p>
            <w:r>
              <w:t>What challenges have you faced in implementing new drying methods,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1068-0281</w:t>
            </w:r>
          </w:p>
        </w:tc>
        <w:tc>
          <w:tcPr>
            <w:tcW w:type="dxa" w:w="2160"/>
          </w:tcPr>
          <w:p>
            <w:r>
              <w:t>Moisture Control</w:t>
            </w:r>
          </w:p>
        </w:tc>
        <w:tc>
          <w:tcPr>
            <w:tcW w:type="dxa" w:w="2160"/>
          </w:tcPr>
          <w:p>
            <w:r>
              <w:t>What innovative techniques have you explored to enhance moisture control in your storage facilities?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1068-0282</w:t>
            </w:r>
          </w:p>
        </w:tc>
        <w:tc>
          <w:tcPr>
            <w:tcW w:type="dxa" w:w="2160"/>
          </w:tcPr>
          <w:p>
            <w:r>
              <w:t>Pest Management</w:t>
            </w:r>
          </w:p>
        </w:tc>
        <w:tc>
          <w:tcPr>
            <w:tcW w:type="dxa" w:w="2160"/>
          </w:tcPr>
          <w:p>
            <w:r>
              <w:t>How do you assess the effectiveness of your pest management strategies in maintaining seed quality?</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1068-0283</w:t>
            </w:r>
          </w:p>
        </w:tc>
        <w:tc>
          <w:tcPr>
            <w:tcW w:type="dxa" w:w="2160"/>
          </w:tcPr>
          <w:p>
            <w:r>
              <w:t>Temperature Regulation</w:t>
            </w:r>
          </w:p>
        </w:tc>
        <w:tc>
          <w:tcPr>
            <w:tcW w:type="dxa" w:w="2160"/>
          </w:tcPr>
          <w:p>
            <w:r>
              <w:t>What technologies do you use for real-time monitoring of temperature and humidity in your storage facilities?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1068-0284</w:t>
            </w:r>
          </w:p>
        </w:tc>
        <w:tc>
          <w:tcPr>
            <w:tcW w:type="dxa" w:w="2160"/>
          </w:tcPr>
          <w:p>
            <w:r>
              <w:t>Quality Assurance</w:t>
            </w:r>
          </w:p>
        </w:tc>
        <w:tc>
          <w:tcPr>
            <w:tcW w:type="dxa" w:w="2160"/>
          </w:tcPr>
          <w:p>
            <w:r>
              <w:t>How often do you conduct quality audits on your drying and storage processes, and what do these audits entail?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1068-0285</w:t>
            </w:r>
          </w:p>
        </w:tc>
        <w:tc>
          <w:tcPr>
            <w:tcW w:type="dxa" w:w="2160"/>
          </w:tcPr>
          <w:p>
            <w:r>
              <w:t>Energy Efficiency</w:t>
            </w:r>
          </w:p>
        </w:tc>
        <w:tc>
          <w:tcPr>
            <w:tcW w:type="dxa" w:w="2160"/>
          </w:tcPr>
          <w:p>
            <w:r>
              <w:t>What specific energy-saving technologies have you adopted in your drying and storage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1068-0286</w:t>
            </w:r>
          </w:p>
        </w:tc>
        <w:tc>
          <w:tcPr>
            <w:tcW w:type="dxa" w:w="2160"/>
          </w:tcPr>
          <w:p>
            <w:r>
              <w:t>Process Innovation</w:t>
            </w:r>
          </w:p>
        </w:tc>
        <w:tc>
          <w:tcPr>
            <w:tcW w:type="dxa" w:w="2160"/>
          </w:tcPr>
          <w:p>
            <w:r>
              <w:t>What innovative processes are you developing for seed drying and storage?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1068-0287</w:t>
            </w:r>
          </w:p>
        </w:tc>
        <w:tc>
          <w:tcPr>
            <w:tcW w:type="dxa" w:w="2160"/>
          </w:tcPr>
          <w:p>
            <w:r>
              <w:t>Efficiency Metrics</w:t>
            </w:r>
          </w:p>
        </w:tc>
        <w:tc>
          <w:tcPr>
            <w:tcW w:type="dxa" w:w="2160"/>
          </w:tcPr>
          <w:p>
            <w:r>
              <w:t>What metrics do you use to measure the efficiency of your seed drying and storage R&amp;D efforts?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SEED-PACKAGING-AND-TRACEABILITY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1068-0288</w:t>
            </w:r>
          </w:p>
        </w:tc>
        <w:tc>
          <w:tcPr>
            <w:tcW w:type="dxa" w:w="2160"/>
          </w:tcPr>
          <w:p>
            <w:r>
              <w:t>Packaging Materials</w:t>
            </w:r>
          </w:p>
        </w:tc>
        <w:tc>
          <w:tcPr>
            <w:tcW w:type="dxa" w:w="2160"/>
          </w:tcPr>
          <w:p>
            <w:r>
              <w:t>What specific materials are used in your seed packaging, and how do they comply with current industry standards for safety and sustainability?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1068-0289</w:t>
            </w:r>
          </w:p>
        </w:tc>
        <w:tc>
          <w:tcPr>
            <w:tcW w:type="dxa" w:w="2160"/>
          </w:tcPr>
          <w:p>
            <w:r>
              <w:t>Labeling Regulations</w:t>
            </w:r>
          </w:p>
        </w:tc>
        <w:tc>
          <w:tcPr>
            <w:tcW w:type="dxa" w:w="2160"/>
          </w:tcPr>
          <w:p>
            <w:r>
              <w:t>Can you describe the process for ensuring that your seed packaging labels meet both federal and state labeling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1068-0290</w:t>
            </w:r>
          </w:p>
        </w:tc>
        <w:tc>
          <w:tcPr>
            <w:tcW w:type="dxa" w:w="2160"/>
          </w:tcPr>
          <w:p>
            <w:r>
              <w:t>Traceability Systems</w:t>
            </w:r>
          </w:p>
        </w:tc>
        <w:tc>
          <w:tcPr>
            <w:tcW w:type="dxa" w:w="2160"/>
          </w:tcPr>
          <w:p>
            <w:r>
              <w:t>What traceability systems do you have in place to track the origin and movement of your seeds from production to sale?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1068-0291</w:t>
            </w:r>
          </w:p>
        </w:tc>
        <w:tc>
          <w:tcPr>
            <w:tcW w:type="dxa" w:w="2160"/>
          </w:tcPr>
          <w:p>
            <w:r>
              <w:t>Supply Chain Management</w:t>
            </w:r>
          </w:p>
        </w:tc>
        <w:tc>
          <w:tcPr>
            <w:tcW w:type="dxa" w:w="2160"/>
          </w:tcPr>
          <w:p>
            <w:r>
              <w:t>How do you manage your supply chain to ensure the integrity of seed quality throughout the packaging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1068-0292</w:t>
            </w:r>
          </w:p>
        </w:tc>
        <w:tc>
          <w:tcPr>
            <w:tcW w:type="dxa" w:w="2160"/>
          </w:tcPr>
          <w:p>
            <w:r>
              <w:t>Sustainability Practices</w:t>
            </w:r>
          </w:p>
        </w:tc>
        <w:tc>
          <w:tcPr>
            <w:tcW w:type="dxa" w:w="2160"/>
          </w:tcPr>
          <w:p>
            <w:r>
              <w:t>What specific sustainability practices are implemented in your seed packaging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1068-0293</w:t>
            </w:r>
          </w:p>
        </w:tc>
        <w:tc>
          <w:tcPr>
            <w:tcW w:type="dxa" w:w="2160"/>
          </w:tcPr>
          <w:p>
            <w:r>
              <w:t>Consumer Safety</w:t>
            </w:r>
          </w:p>
        </w:tc>
        <w:tc>
          <w:tcPr>
            <w:tcW w:type="dxa" w:w="2160"/>
          </w:tcPr>
          <w:p>
            <w:r>
              <w:t>What measures do you take to ensure that your seed packaging does not pose any health risks to consumers?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1068-0294</w:t>
            </w:r>
          </w:p>
        </w:tc>
        <w:tc>
          <w:tcPr>
            <w:tcW w:type="dxa" w:w="2160"/>
          </w:tcPr>
          <w:p>
            <w:r>
              <w:t>Data Tracking</w:t>
            </w:r>
          </w:p>
        </w:tc>
        <w:tc>
          <w:tcPr>
            <w:tcW w:type="dxa" w:w="2160"/>
          </w:tcPr>
          <w:p>
            <w:r>
              <w:t>What data tracking technologies are utilized to monitor the packaging process of your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1068-0295</w:t>
            </w:r>
          </w:p>
        </w:tc>
        <w:tc>
          <w:tcPr>
            <w:tcW w:type="dxa" w:w="2160"/>
          </w:tcPr>
          <w:p>
            <w:r>
              <w:t>Packaging Materials</w:t>
            </w:r>
          </w:p>
        </w:tc>
        <w:tc>
          <w:tcPr>
            <w:tcW w:type="dxa" w:w="2160"/>
          </w:tcPr>
          <w:p>
            <w:r>
              <w:t>How do you evaluate the effectiveness of your packaging materials in protecting seed quality during transportation?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1068-0296</w:t>
            </w:r>
          </w:p>
        </w:tc>
        <w:tc>
          <w:tcPr>
            <w:tcW w:type="dxa" w:w="2160"/>
          </w:tcPr>
          <w:p>
            <w:r>
              <w:t>Labeling Regulations</w:t>
            </w:r>
          </w:p>
        </w:tc>
        <w:tc>
          <w:tcPr>
            <w:tcW w:type="dxa" w:w="2160"/>
          </w:tcPr>
          <w:p>
            <w:r>
              <w:t>What processes are in place to update your seed packaging labels in response to changes in regulatory requirements?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1068-0297</w:t>
            </w:r>
          </w:p>
        </w:tc>
        <w:tc>
          <w:tcPr>
            <w:tcW w:type="dxa" w:w="2160"/>
          </w:tcPr>
          <w:p>
            <w:r>
              <w:t>Traceability Systems</w:t>
            </w:r>
          </w:p>
        </w:tc>
        <w:tc>
          <w:tcPr>
            <w:tcW w:type="dxa" w:w="2160"/>
          </w:tcPr>
          <w:p>
            <w:r>
              <w:t>Can you provide details on how your traceability system integrates with your inventory management system?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1068-0298</w:t>
            </w:r>
          </w:p>
        </w:tc>
        <w:tc>
          <w:tcPr>
            <w:tcW w:type="dxa" w:w="2160"/>
          </w:tcPr>
          <w:p>
            <w:r>
              <w:t>Supply Chain Management</w:t>
            </w:r>
          </w:p>
        </w:tc>
        <w:tc>
          <w:tcPr>
            <w:tcW w:type="dxa" w:w="2160"/>
          </w:tcPr>
          <w:p>
            <w:r>
              <w:t>What criteria do you use to select suppliers for your seed packaging materials?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1068-0299</w:t>
            </w:r>
          </w:p>
        </w:tc>
        <w:tc>
          <w:tcPr>
            <w:tcW w:type="dxa" w:w="2160"/>
          </w:tcPr>
          <w:p>
            <w:r>
              <w:t>Sustainability Practices</w:t>
            </w:r>
          </w:p>
        </w:tc>
        <w:tc>
          <w:tcPr>
            <w:tcW w:type="dxa" w:w="2160"/>
          </w:tcPr>
          <w:p>
            <w:r>
              <w:t>How do you measure the impact of your sustainability practices on the environment?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1068-0300</w:t>
            </w:r>
          </w:p>
        </w:tc>
        <w:tc>
          <w:tcPr>
            <w:tcW w:type="dxa" w:w="2160"/>
          </w:tcPr>
          <w:p>
            <w:r>
              <w:t>Consumer Safety</w:t>
            </w:r>
          </w:p>
        </w:tc>
        <w:tc>
          <w:tcPr>
            <w:tcW w:type="dxa" w:w="2160"/>
          </w:tcPr>
          <w:p>
            <w:r>
              <w:t>What protocols do you follow for testing the safety of packaging materials used for seeds?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1068-0301</w:t>
            </w:r>
          </w:p>
        </w:tc>
        <w:tc>
          <w:tcPr>
            <w:tcW w:type="dxa" w:w="2160"/>
          </w:tcPr>
          <w:p>
            <w:r>
              <w:t>Data Tracking</w:t>
            </w:r>
          </w:p>
        </w:tc>
        <w:tc>
          <w:tcPr>
            <w:tcW w:type="dxa" w:w="2160"/>
          </w:tcPr>
          <w:p>
            <w:r>
              <w:t>How frequently is the data collected from your packaging processes reviewed for compliance and quality assurance?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1068-0302</w:t>
            </w:r>
          </w:p>
        </w:tc>
        <w:tc>
          <w:tcPr>
            <w:tcW w:type="dxa" w:w="2160"/>
          </w:tcPr>
          <w:p>
            <w:r>
              <w:t>Packaging Materials</w:t>
            </w:r>
          </w:p>
        </w:tc>
        <w:tc>
          <w:tcPr>
            <w:tcW w:type="dxa" w:w="2160"/>
          </w:tcPr>
          <w:p>
            <w:r>
              <w:t>What innovations in packaging materials have you implemented in the last year to enhance seed preservation?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1068-0303</w:t>
            </w:r>
          </w:p>
        </w:tc>
        <w:tc>
          <w:tcPr>
            <w:tcW w:type="dxa" w:w="2160"/>
          </w:tcPr>
          <w:p>
            <w:r>
              <w:t>Labeling Regulations</w:t>
            </w:r>
          </w:p>
        </w:tc>
        <w:tc>
          <w:tcPr>
            <w:tcW w:type="dxa" w:w="2160"/>
          </w:tcPr>
          <w:p>
            <w:r>
              <w:t>How do you ensure that your labeling includes all necessary information as required by law?</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1068-0304</w:t>
            </w:r>
          </w:p>
        </w:tc>
        <w:tc>
          <w:tcPr>
            <w:tcW w:type="dxa" w:w="2160"/>
          </w:tcPr>
          <w:p>
            <w:r>
              <w:t>Traceability Systems</w:t>
            </w:r>
          </w:p>
        </w:tc>
        <w:tc>
          <w:tcPr>
            <w:tcW w:type="dxa" w:w="2160"/>
          </w:tcPr>
          <w:p>
            <w:r>
              <w:t>What challenges have you faced in implementing your traceability systems, and how have you addressed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1068-0305</w:t>
            </w:r>
          </w:p>
        </w:tc>
        <w:tc>
          <w:tcPr>
            <w:tcW w:type="dxa" w:w="2160"/>
          </w:tcPr>
          <w:p>
            <w:r>
              <w:t>Supply Chain Management</w:t>
            </w:r>
          </w:p>
        </w:tc>
        <w:tc>
          <w:tcPr>
            <w:tcW w:type="dxa" w:w="2160"/>
          </w:tcPr>
          <w:p>
            <w:r>
              <w:t>How do you ensure that your supply chain is resilient to disruptions that could affect seed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1068-0306</w:t>
            </w:r>
          </w:p>
        </w:tc>
        <w:tc>
          <w:tcPr>
            <w:tcW w:type="dxa" w:w="2160"/>
          </w:tcPr>
          <w:p>
            <w:r>
              <w:t>Sustainability Practices</w:t>
            </w:r>
          </w:p>
        </w:tc>
        <w:tc>
          <w:tcPr>
            <w:tcW w:type="dxa" w:w="2160"/>
          </w:tcPr>
          <w:p>
            <w:r>
              <w:t>What certifications do you hold that demonstrate your commitment to sustainable packaging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1068-0307</w:t>
            </w:r>
          </w:p>
        </w:tc>
        <w:tc>
          <w:tcPr>
            <w:tcW w:type="dxa" w:w="2160"/>
          </w:tcPr>
          <w:p>
            <w:r>
              <w:t>Consumer Safety</w:t>
            </w:r>
          </w:p>
        </w:tc>
        <w:tc>
          <w:tcPr>
            <w:tcW w:type="dxa" w:w="2160"/>
          </w:tcPr>
          <w:p>
            <w:r>
              <w:t>What incident reporting procedures do you have in place for packaging-related consumer safety issues?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1068-0308</w:t>
            </w:r>
          </w:p>
        </w:tc>
        <w:tc>
          <w:tcPr>
            <w:tcW w:type="dxa" w:w="2160"/>
          </w:tcPr>
          <w:p>
            <w:r>
              <w:t>Data Tracking</w:t>
            </w:r>
          </w:p>
        </w:tc>
        <w:tc>
          <w:tcPr>
            <w:tcW w:type="dxa" w:w="2160"/>
          </w:tcPr>
          <w:p>
            <w:r>
              <w:t>What methods do you use to analyze data collected from your packaging processes, and how is this data used to inform decision-making?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1068-0309</w:t>
            </w:r>
          </w:p>
        </w:tc>
        <w:tc>
          <w:tcPr>
            <w:tcW w:type="dxa" w:w="2160"/>
          </w:tcPr>
          <w:p>
            <w:r>
              <w:t>Packaging Innovations</w:t>
            </w:r>
          </w:p>
        </w:tc>
        <w:tc>
          <w:tcPr>
            <w:tcW w:type="dxa" w:w="2160"/>
          </w:tcPr>
          <w:p>
            <w:r>
              <w:t>What innovations in seed packaging are you currently researching?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1068-0310</w:t>
            </w:r>
          </w:p>
        </w:tc>
        <w:tc>
          <w:tcPr>
            <w:tcW w:type="dxa" w:w="2160"/>
          </w:tcPr>
          <w:p>
            <w:r>
              <w:t>Traceability Systems</w:t>
            </w:r>
          </w:p>
        </w:tc>
        <w:tc>
          <w:tcPr>
            <w:tcW w:type="dxa" w:w="2160"/>
          </w:tcPr>
          <w:p>
            <w:r>
              <w:t>How do you ensure traceability in your seed packaging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1068-0311</w:t>
            </w:r>
          </w:p>
        </w:tc>
        <w:tc>
          <w:tcPr>
            <w:tcW w:type="dxa" w:w="2160"/>
          </w:tcPr>
          <w:p>
            <w:r>
              <w:t>Regulatory Compliance</w:t>
            </w:r>
          </w:p>
        </w:tc>
        <w:tc>
          <w:tcPr>
            <w:tcW w:type="dxa" w:w="2160"/>
          </w:tcPr>
          <w:p>
            <w:r>
              <w:t>What regulatory requirements do you consider in your seed packaging and traceability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1068-0312</w:t>
            </w:r>
          </w:p>
        </w:tc>
        <w:tc>
          <w:tcPr>
            <w:tcW w:type="dxa" w:w="2160"/>
          </w:tcPr>
          <w:p>
            <w:r>
              <w:t>Market Needs</w:t>
            </w:r>
          </w:p>
        </w:tc>
        <w:tc>
          <w:tcPr>
            <w:tcW w:type="dxa" w:w="2160"/>
          </w:tcPr>
          <w:p>
            <w:r>
              <w:t>How do market needs influence your R&amp;D in seed packaging and traceability?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QUALITY-CONTROL-AND-TESTING (33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1068-0313</w:t>
            </w:r>
          </w:p>
        </w:tc>
        <w:tc>
          <w:tcPr>
            <w:tcW w:type="dxa" w:w="2160"/>
          </w:tcPr>
          <w:p>
            <w:r>
              <w:t>Laboratory Testing</w:t>
            </w:r>
          </w:p>
        </w:tc>
        <w:tc>
          <w:tcPr>
            <w:tcW w:type="dxa" w:w="2160"/>
          </w:tcPr>
          <w:p>
            <w:r>
              <w:t>What specific laboratory tests are conducted on seed samples to assess germination rates, and how often are these tests performed?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1068-0314</w:t>
            </w:r>
          </w:p>
        </w:tc>
        <w:tc>
          <w:tcPr>
            <w:tcW w:type="dxa" w:w="2160"/>
          </w:tcPr>
          <w:p>
            <w:r>
              <w:t>Quality Assurance Processes</w:t>
            </w:r>
          </w:p>
        </w:tc>
        <w:tc>
          <w:tcPr>
            <w:tcW w:type="dxa" w:w="2160"/>
          </w:tcPr>
          <w:p>
            <w:r>
              <w:t>Describe the quality assurance processes implemented to ensure that seed and grain products meet industry standards. What metrics are used to evaluate these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1068-0315</w:t>
            </w:r>
          </w:p>
        </w:tc>
        <w:tc>
          <w:tcPr>
            <w:tcW w:type="dxa" w:w="2160"/>
          </w:tcPr>
          <w:p>
            <w:r>
              <w:t>Certification Standards</w:t>
            </w:r>
          </w:p>
        </w:tc>
        <w:tc>
          <w:tcPr>
            <w:tcW w:type="dxa" w:w="2160"/>
          </w:tcPr>
          <w:p>
            <w:r>
              <w:t>Which certification standards (e.g., ISO, AOSA) do your seed products comply with, and what steps are taken to maintain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1068-0316</w:t>
            </w:r>
          </w:p>
        </w:tc>
        <w:tc>
          <w:tcPr>
            <w:tcW w:type="dxa" w:w="2160"/>
          </w:tcPr>
          <w:p>
            <w:r>
              <w:t>Genetic Testing</w:t>
            </w:r>
          </w:p>
        </w:tc>
        <w:tc>
          <w:tcPr>
            <w:tcW w:type="dxa" w:w="2160"/>
          </w:tcPr>
          <w:p>
            <w:r>
              <w:t>What genetic testing methods are employed to verify the purity and identity of seed varieties, and how frequently are these tests conducted?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1068-0317</w:t>
            </w:r>
          </w:p>
        </w:tc>
        <w:tc>
          <w:tcPr>
            <w:tcW w:type="dxa" w:w="2160"/>
          </w:tcPr>
          <w:p>
            <w:r>
              <w:t>Contaminant Analysis</w:t>
            </w:r>
          </w:p>
        </w:tc>
        <w:tc>
          <w:tcPr>
            <w:tcW w:type="dxa" w:w="2160"/>
          </w:tcPr>
          <w:p>
            <w:r>
              <w:t>What procedures are in place for contaminant analysis in seed and grain products, and what types of contaminants are specifically tested for?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1068-0318</w:t>
            </w:r>
          </w:p>
        </w:tc>
        <w:tc>
          <w:tcPr>
            <w:tcW w:type="dxa" w:w="2160"/>
          </w:tcPr>
          <w:p>
            <w:r>
              <w:t>Data Management</w:t>
            </w:r>
          </w:p>
        </w:tc>
        <w:tc>
          <w:tcPr>
            <w:tcW w:type="dxa" w:w="2160"/>
          </w:tcPr>
          <w:p>
            <w:r>
              <w:t>How is data from quality control tests managed and stored? Please describe the systems used for data collection and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1068-0319</w:t>
            </w:r>
          </w:p>
        </w:tc>
        <w:tc>
          <w:tcPr>
            <w:tcW w:type="dxa" w:w="2160"/>
          </w:tcPr>
          <w:p>
            <w:r>
              <w:t>Regulatory Compliance</w:t>
            </w:r>
          </w:p>
        </w:tc>
        <w:tc>
          <w:tcPr>
            <w:tcW w:type="dxa" w:w="2160"/>
          </w:tcPr>
          <w:p>
            <w:r>
              <w:t>What regulatory requirements govern your quality control processes for seed production, and how do you ensure compliance with these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1068-0320</w:t>
            </w:r>
          </w:p>
        </w:tc>
        <w:tc>
          <w:tcPr>
            <w:tcW w:type="dxa" w:w="2160"/>
          </w:tcPr>
          <w:p>
            <w:r>
              <w:t>Laboratory Testing</w:t>
            </w:r>
          </w:p>
        </w:tc>
        <w:tc>
          <w:tcPr>
            <w:tcW w:type="dxa" w:w="2160"/>
          </w:tcPr>
          <w:p>
            <w:r>
              <w:t>How do you validate the accuracy and reliability of laboratory testing methods used for seed quality assessment?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1068-0321</w:t>
            </w:r>
          </w:p>
        </w:tc>
        <w:tc>
          <w:tcPr>
            <w:tcW w:type="dxa" w:w="2160"/>
          </w:tcPr>
          <w:p>
            <w:r>
              <w:t>Quality Assurance Processes</w:t>
            </w:r>
          </w:p>
        </w:tc>
        <w:tc>
          <w:tcPr>
            <w:tcW w:type="dxa" w:w="2160"/>
          </w:tcPr>
          <w:p>
            <w:r>
              <w:t>What training programs are implemented for staff involved in quality assurance processes, and how is their effectiveness measured?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1068-0322</w:t>
            </w:r>
          </w:p>
        </w:tc>
        <w:tc>
          <w:tcPr>
            <w:tcW w:type="dxa" w:w="2160"/>
          </w:tcPr>
          <w:p>
            <w:r>
              <w:t>Certification Standards</w:t>
            </w:r>
          </w:p>
        </w:tc>
        <w:tc>
          <w:tcPr>
            <w:tcW w:type="dxa" w:w="2160"/>
          </w:tcPr>
          <w:p>
            <w:r>
              <w:t>Can you provide documentation of any third-party audits or certifications received for your quality control processes?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1068-0323</w:t>
            </w:r>
          </w:p>
        </w:tc>
        <w:tc>
          <w:tcPr>
            <w:tcW w:type="dxa" w:w="2160"/>
          </w:tcPr>
          <w:p>
            <w:r>
              <w:t>Genetic Testing</w:t>
            </w:r>
          </w:p>
        </w:tc>
        <w:tc>
          <w:tcPr>
            <w:tcW w:type="dxa" w:w="2160"/>
          </w:tcPr>
          <w:p>
            <w:r>
              <w:t>What specific genetic markers are tested in your seed varieties to ensure compliance with breeding standards?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1068-0324</w:t>
            </w:r>
          </w:p>
        </w:tc>
        <w:tc>
          <w:tcPr>
            <w:tcW w:type="dxa" w:w="2160"/>
          </w:tcPr>
          <w:p>
            <w:r>
              <w:t>Contaminant Analysis</w:t>
            </w:r>
          </w:p>
        </w:tc>
        <w:tc>
          <w:tcPr>
            <w:tcW w:type="dxa" w:w="2160"/>
          </w:tcPr>
          <w:p>
            <w:r>
              <w:t>What is the threshold for acceptable levels of contaminants in your seed products, and how is this threshold determined?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1068-0325</w:t>
            </w:r>
          </w:p>
        </w:tc>
        <w:tc>
          <w:tcPr>
            <w:tcW w:type="dxa" w:w="2160"/>
          </w:tcPr>
          <w:p>
            <w:r>
              <w:t>Data Management</w:t>
            </w:r>
          </w:p>
        </w:tc>
        <w:tc>
          <w:tcPr>
            <w:tcW w:type="dxa" w:w="2160"/>
          </w:tcPr>
          <w:p>
            <w:r>
              <w:t>How do you ensure data integrity and security in your quality control data management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1068-0326</w:t>
            </w:r>
          </w:p>
        </w:tc>
        <w:tc>
          <w:tcPr>
            <w:tcW w:type="dxa" w:w="2160"/>
          </w:tcPr>
          <w:p>
            <w:r>
              <w:t>Regulatory Compliance</w:t>
            </w:r>
          </w:p>
        </w:tc>
        <w:tc>
          <w:tcPr>
            <w:tcW w:type="dxa" w:w="2160"/>
          </w:tcPr>
          <w:p>
            <w:r>
              <w:t>What specific state and federal regulations impact your quality control processes, and how do you stay informed about changes to these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1068-0327</w:t>
            </w:r>
          </w:p>
        </w:tc>
        <w:tc>
          <w:tcPr>
            <w:tcW w:type="dxa" w:w="2160"/>
          </w:tcPr>
          <w:p>
            <w:r>
              <w:t>Laboratory Testing</w:t>
            </w:r>
          </w:p>
        </w:tc>
        <w:tc>
          <w:tcPr>
            <w:tcW w:type="dxa" w:w="2160"/>
          </w:tcPr>
          <w:p>
            <w:r>
              <w:t>How do you document the results of laboratory tests, and what protocols are in place for reviewing and approving these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1068-0328</w:t>
            </w:r>
          </w:p>
        </w:tc>
        <w:tc>
          <w:tcPr>
            <w:tcW w:type="dxa" w:w="2160"/>
          </w:tcPr>
          <w:p>
            <w:r>
              <w:t>Quality Assurance Processes</w:t>
            </w:r>
          </w:p>
        </w:tc>
        <w:tc>
          <w:tcPr>
            <w:tcW w:type="dxa" w:w="2160"/>
          </w:tcPr>
          <w:p>
            <w:r>
              <w:t>What corrective actions are taken when quality assurance processes identify non-compliance issues, and how is their effectiveness evaluated?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1068-0329</w:t>
            </w:r>
          </w:p>
        </w:tc>
        <w:tc>
          <w:tcPr>
            <w:tcW w:type="dxa" w:w="2160"/>
          </w:tcPr>
          <w:p>
            <w:r>
              <w:t>Certification Standards</w:t>
            </w:r>
          </w:p>
        </w:tc>
        <w:tc>
          <w:tcPr>
            <w:tcW w:type="dxa" w:w="2160"/>
          </w:tcPr>
          <w:p>
            <w:r>
              <w:t>How often are your quality control processes reviewed for compliance with certification standards, and who is responsible for these reviews?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1068-0330</w:t>
            </w:r>
          </w:p>
        </w:tc>
        <w:tc>
          <w:tcPr>
            <w:tcW w:type="dxa" w:w="2160"/>
          </w:tcPr>
          <w:p>
            <w:r>
              <w:t>Genetic Testing</w:t>
            </w:r>
          </w:p>
        </w:tc>
        <w:tc>
          <w:tcPr>
            <w:tcW w:type="dxa" w:w="2160"/>
          </w:tcPr>
          <w:p>
            <w:r>
              <w:t>What role does genetic testing play in your product development cycle, and how do you integrate findings into your production processes?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1068-0331</w:t>
            </w:r>
          </w:p>
        </w:tc>
        <w:tc>
          <w:tcPr>
            <w:tcW w:type="dxa" w:w="2160"/>
          </w:tcPr>
          <w:p>
            <w:r>
              <w:t>Contaminant Analysis</w:t>
            </w:r>
          </w:p>
        </w:tc>
        <w:tc>
          <w:tcPr>
            <w:tcW w:type="dxa" w:w="2160"/>
          </w:tcPr>
          <w:p>
            <w:r>
              <w:t>What types of equipment are used for contaminant analysis, and how is this equipment maintained and calibrated?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1068-0332</w:t>
            </w:r>
          </w:p>
        </w:tc>
        <w:tc>
          <w:tcPr>
            <w:tcW w:type="dxa" w:w="2160"/>
          </w:tcPr>
          <w:p>
            <w:r>
              <w:t>Data Management</w:t>
            </w:r>
          </w:p>
        </w:tc>
        <w:tc>
          <w:tcPr>
            <w:tcW w:type="dxa" w:w="2160"/>
          </w:tcPr>
          <w:p>
            <w:r>
              <w:t>What software tools do you use for data analysis in quality control, and how do they contribute to decision-making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1068-0333</w:t>
            </w:r>
          </w:p>
        </w:tc>
        <w:tc>
          <w:tcPr>
            <w:tcW w:type="dxa" w:w="2160"/>
          </w:tcPr>
          <w:p>
            <w:r>
              <w:t>Regulatory Compliance</w:t>
            </w:r>
          </w:p>
        </w:tc>
        <w:tc>
          <w:tcPr>
            <w:tcW w:type="dxa" w:w="2160"/>
          </w:tcPr>
          <w:p>
            <w:r>
              <w:t>What challenges have you faced in maintaining compliance with quality control regulations, and how have you addressed these challenges?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1068-0334</w:t>
            </w:r>
          </w:p>
        </w:tc>
        <w:tc>
          <w:tcPr>
            <w:tcW w:type="dxa" w:w="2160"/>
          </w:tcPr>
          <w:p>
            <w:r>
              <w:t>Laboratory Testing</w:t>
            </w:r>
          </w:p>
        </w:tc>
        <w:tc>
          <w:tcPr>
            <w:tcW w:type="dxa" w:w="2160"/>
          </w:tcPr>
          <w:p>
            <w:r>
              <w:t>What is the process for selecting third-party laboratories for testing seed quality, and what criteria do you use to evaluate their performance?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1068-0335</w:t>
            </w:r>
          </w:p>
        </w:tc>
        <w:tc>
          <w:tcPr>
            <w:tcW w:type="dxa" w:w="2160"/>
          </w:tcPr>
          <w:p>
            <w:r>
              <w:t>Quality Assurance Processes</w:t>
            </w:r>
          </w:p>
        </w:tc>
        <w:tc>
          <w:tcPr>
            <w:tcW w:type="dxa" w:w="2160"/>
          </w:tcPr>
          <w:p>
            <w:r>
              <w:t>How do you communicate quality control findings to stakeholders, and what follow-up actions are taken based on these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1068-0336</w:t>
            </w:r>
          </w:p>
        </w:tc>
        <w:tc>
          <w:tcPr>
            <w:tcW w:type="dxa" w:w="2160"/>
          </w:tcPr>
          <w:p>
            <w:r>
              <w:t>Certification Standards</w:t>
            </w:r>
          </w:p>
        </w:tc>
        <w:tc>
          <w:tcPr>
            <w:tcW w:type="dxa" w:w="2160"/>
          </w:tcPr>
          <w:p>
            <w:r>
              <w:t>What documentation do you maintain to demonstrate compliance with certification standards, and how is this documentation organized?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1068-0337</w:t>
            </w:r>
          </w:p>
        </w:tc>
        <w:tc>
          <w:tcPr>
            <w:tcW w:type="dxa" w:w="2160"/>
          </w:tcPr>
          <w:p>
            <w:r>
              <w:t>Genetic Testing</w:t>
            </w:r>
          </w:p>
        </w:tc>
        <w:tc>
          <w:tcPr>
            <w:tcW w:type="dxa" w:w="2160"/>
          </w:tcPr>
          <w:p>
            <w:r>
              <w:t>How do you ensure that genetic testing processes are aligned with industry best practices and scientific advancements?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1068-0338</w:t>
            </w:r>
          </w:p>
        </w:tc>
        <w:tc>
          <w:tcPr>
            <w:tcW w:type="dxa" w:w="2160"/>
          </w:tcPr>
          <w:p>
            <w:r>
              <w:t>Contaminant Analysis</w:t>
            </w:r>
          </w:p>
        </w:tc>
        <w:tc>
          <w:tcPr>
            <w:tcW w:type="dxa" w:w="2160"/>
          </w:tcPr>
          <w:p>
            <w:r>
              <w:t>What frequency of testing for contaminants is established in your quality control plan, and how do you adapt this frequency based on risk assessments?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1068-0339</w:t>
            </w:r>
          </w:p>
        </w:tc>
        <w:tc>
          <w:tcPr>
            <w:tcW w:type="dxa" w:w="2160"/>
          </w:tcPr>
          <w:p>
            <w:r>
              <w:t>Testing Methods</w:t>
            </w:r>
          </w:p>
        </w:tc>
        <w:tc>
          <w:tcPr>
            <w:tcW w:type="dxa" w:w="2160"/>
          </w:tcPr>
          <w:p>
            <w:r>
              <w:t>What new testing methods are you developing for quality control in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1068-0340</w:t>
            </w:r>
          </w:p>
        </w:tc>
        <w:tc>
          <w:tcPr>
            <w:tcW w:type="dxa" w:w="2160"/>
          </w:tcPr>
          <w:p>
            <w:r>
              <w:t>Quality Metrics</w:t>
            </w:r>
          </w:p>
        </w:tc>
        <w:tc>
          <w:tcPr>
            <w:tcW w:type="dxa" w:w="2160"/>
          </w:tcPr>
          <w:p>
            <w:r>
              <w:t>What metrics do you use to evaluate the quality of your seed products?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1068-0341</w:t>
            </w:r>
          </w:p>
        </w:tc>
        <w:tc>
          <w:tcPr>
            <w:tcW w:type="dxa" w:w="2160"/>
          </w:tcPr>
          <w:p>
            <w:r>
              <w:t>Compliance Standards</w:t>
            </w:r>
          </w:p>
        </w:tc>
        <w:tc>
          <w:tcPr>
            <w:tcW w:type="dxa" w:w="2160"/>
          </w:tcPr>
          <w:p>
            <w:r>
              <w:t>How do you ensure compliance with industry standards in your quality control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1068-0342</w:t>
            </w:r>
          </w:p>
        </w:tc>
        <w:tc>
          <w:tcPr>
            <w:tcW w:type="dxa" w:w="2160"/>
          </w:tcPr>
          <w:p>
            <w:r>
              <w:t>Continuous Improvement</w:t>
            </w:r>
          </w:p>
        </w:tc>
        <w:tc>
          <w:tcPr>
            <w:tcW w:type="dxa" w:w="2160"/>
          </w:tcPr>
          <w:p>
            <w:r>
              <w:t>What continuous improvement practices do you have in place for quality control?</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1068-0343</w:t>
            </w:r>
          </w:p>
        </w:tc>
        <w:tc>
          <w:tcPr>
            <w:tcW w:type="dxa" w:w="2160"/>
          </w:tcPr>
          <w:p>
            <w:r>
              <w:t>Training Programs</w:t>
            </w:r>
          </w:p>
        </w:tc>
        <w:tc>
          <w:tcPr>
            <w:tcW w:type="dxa" w:w="2160"/>
          </w:tcPr>
          <w:p>
            <w:r>
              <w:t>What training programs do you have for staff involved in quality control and testing?</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1068-0344</w:t>
            </w:r>
          </w:p>
        </w:tc>
        <w:tc>
          <w:tcPr>
            <w:tcW w:type="dxa" w:w="2160"/>
          </w:tcPr>
          <w:p>
            <w:r>
              <w:t>Technology Integration</w:t>
            </w:r>
          </w:p>
        </w:tc>
        <w:tc>
          <w:tcPr>
            <w:tcW w:type="dxa" w:w="2160"/>
          </w:tcPr>
          <w:p>
            <w:r>
              <w:t>How are you integrating technology into your quality control and testing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1068-0345</w:t>
            </w:r>
          </w:p>
        </w:tc>
        <w:tc>
          <w:tcPr>
            <w:tcW w:type="dxa" w:w="2160"/>
          </w:tcPr>
          <w:p>
            <w:r>
              <w:t>Feedback Mechanisms</w:t>
            </w:r>
          </w:p>
        </w:tc>
        <w:tc>
          <w:tcPr>
            <w:tcW w:type="dxa" w:w="2160"/>
          </w:tcPr>
          <w:p>
            <w:r>
              <w:t>What mechanisms do you have in place for feedback on quality control issues?</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REGULATORY-COMPLIANCE-AND-LABELING (27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1068-0346</w:t>
            </w:r>
          </w:p>
        </w:tc>
        <w:tc>
          <w:tcPr>
            <w:tcW w:type="dxa" w:w="2160"/>
          </w:tcPr>
          <w:p>
            <w:r>
              <w:t>FDA Regulations</w:t>
            </w:r>
          </w:p>
        </w:tc>
        <w:tc>
          <w:tcPr>
            <w:tcW w:type="dxa" w:w="2160"/>
          </w:tcPr>
          <w:p>
            <w:r>
              <w:t>What specific FDA regulations apply to your seed-grain products, and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1068-0347</w:t>
            </w:r>
          </w:p>
        </w:tc>
        <w:tc>
          <w:tcPr>
            <w:tcW w:type="dxa" w:w="2160"/>
          </w:tcPr>
          <w:p>
            <w:r>
              <w:t>USDA Guidelines</w:t>
            </w:r>
          </w:p>
        </w:tc>
        <w:tc>
          <w:tcPr>
            <w:tcW w:type="dxa" w:w="2160"/>
          </w:tcPr>
          <w:p>
            <w:r>
              <w:t>Can you describe the USDA guidelines that govern the production and labeling of your seed-grain products?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1068-0348</w:t>
            </w:r>
          </w:p>
        </w:tc>
        <w:tc>
          <w:tcPr>
            <w:tcW w:type="dxa" w:w="2160"/>
          </w:tcPr>
          <w:p>
            <w:r>
              <w:t>Labeling Requirements</w:t>
            </w:r>
          </w:p>
        </w:tc>
        <w:tc>
          <w:tcPr>
            <w:tcW w:type="dxa" w:w="2160"/>
          </w:tcPr>
          <w:p>
            <w:r>
              <w:t>What labeling requirements do you follow for your seed-grain products, including any specific claims made on the labels?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1068-0349</w:t>
            </w:r>
          </w:p>
        </w:tc>
        <w:tc>
          <w:tcPr>
            <w:tcW w:type="dxa" w:w="2160"/>
          </w:tcPr>
          <w:p>
            <w:r>
              <w:t>Sustainability Claims</w:t>
            </w:r>
          </w:p>
        </w:tc>
        <w:tc>
          <w:tcPr>
            <w:tcW w:type="dxa" w:w="2160"/>
          </w:tcPr>
          <w:p>
            <w:r>
              <w:t>How do you substantiate any sustainability claims made on your seed-grain product labels?</w:t>
              <w:br/>
              <w:t>Answer type: Yes-No + details</w:t>
              <w:br/>
              <w:t>Trigger: Always</w:t>
              <w:br/>
              <w:t>Required: No</w:t>
              <w:br/>
              <w:t>Risk: High</w:t>
            </w:r>
          </w:p>
        </w:tc>
        <w:tc>
          <w:tcPr>
            <w:tcW w:type="dxa" w:w="2160"/>
          </w:tcPr>
          <w:p>
            <w:r>
              <w:t>Primary authority: FTC Green Guides</w:t>
              <w:br/>
              <w:t>Response: ___________________________</w:t>
              <w:br/>
              <w:t>Evidence: ___________________________</w:t>
              <w:br/>
              <w:t>Reviewer conclusion: ___________________________</w:t>
            </w:r>
          </w:p>
        </w:tc>
      </w:tr>
      <w:tr>
        <w:tc>
          <w:tcPr>
            <w:tcW w:type="dxa" w:w="2160"/>
          </w:tcPr>
          <w:p>
            <w:r>
              <w:t>1068-0350</w:t>
            </w:r>
          </w:p>
        </w:tc>
        <w:tc>
          <w:tcPr>
            <w:tcW w:type="dxa" w:w="2160"/>
          </w:tcPr>
          <w:p>
            <w:r>
              <w:t>Organic Certification</w:t>
            </w:r>
          </w:p>
        </w:tc>
        <w:tc>
          <w:tcPr>
            <w:tcW w:type="dxa" w:w="2160"/>
          </w:tcPr>
          <w:p>
            <w:r>
              <w:t>What processes do you have in place to maintain your organic certification for seed-grain products, and how often is this certification renewed?</w:t>
              <w:br/>
              <w:t>Answer type: Long text + evidence</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1068-0351</w:t>
            </w:r>
          </w:p>
        </w:tc>
        <w:tc>
          <w:tcPr>
            <w:tcW w:type="dxa" w:w="2160"/>
          </w:tcPr>
          <w:p>
            <w:r>
              <w:t>Traceability Laws</w:t>
            </w:r>
          </w:p>
        </w:tc>
        <w:tc>
          <w:tcPr>
            <w:tcW w:type="dxa" w:w="2160"/>
          </w:tcPr>
          <w:p>
            <w:r>
              <w:t>What traceability systems do you implement to comply with federal and state traceability laws for your seed-grain products?</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1068-0352</w:t>
            </w:r>
          </w:p>
        </w:tc>
        <w:tc>
          <w:tcPr>
            <w:tcW w:type="dxa" w:w="2160"/>
          </w:tcPr>
          <w:p>
            <w:r>
              <w:t>Compliance Audits</w:t>
            </w:r>
          </w:p>
        </w:tc>
        <w:tc>
          <w:tcPr>
            <w:tcW w:type="dxa" w:w="2160"/>
          </w:tcPr>
          <w:p>
            <w:r>
              <w:t>How frequently do you conduct compliance audits for your seed-grain operations, and what key areas do these audits focus on?</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1068-0353</w:t>
            </w:r>
          </w:p>
        </w:tc>
        <w:tc>
          <w:tcPr>
            <w:tcW w:type="dxa" w:w="2160"/>
          </w:tcPr>
          <w:p>
            <w:r>
              <w:t>FDA Regulations</w:t>
            </w:r>
          </w:p>
        </w:tc>
        <w:tc>
          <w:tcPr>
            <w:tcW w:type="dxa" w:w="2160"/>
          </w:tcPr>
          <w:p>
            <w:r>
              <w:t>Have you encountered any FDA compliance issues in the past year, and if so, how were they resolved?</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1068-0354</w:t>
            </w:r>
          </w:p>
        </w:tc>
        <w:tc>
          <w:tcPr>
            <w:tcW w:type="dxa" w:w="2160"/>
          </w:tcPr>
          <w:p>
            <w:r>
              <w:t>USDA Guidelines</w:t>
            </w:r>
          </w:p>
        </w:tc>
        <w:tc>
          <w:tcPr>
            <w:tcW w:type="dxa" w:w="2160"/>
          </w:tcPr>
          <w:p>
            <w:r>
              <w:t>What specific USDA certifications do you hold for your seed-grain products, and how do you ensure ongoing compliance?</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1068-0355</w:t>
            </w:r>
          </w:p>
        </w:tc>
        <w:tc>
          <w:tcPr>
            <w:tcW w:type="dxa" w:w="2160"/>
          </w:tcPr>
          <w:p>
            <w:r>
              <w:t>Labeling Requirements</w:t>
            </w:r>
          </w:p>
        </w:tc>
        <w:tc>
          <w:tcPr>
            <w:tcW w:type="dxa" w:w="2160"/>
          </w:tcPr>
          <w:p>
            <w:r>
              <w:t>What specific information is included on your seed-grain product labels to comply with state and federal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1068-0356</w:t>
            </w:r>
          </w:p>
        </w:tc>
        <w:tc>
          <w:tcPr>
            <w:tcW w:type="dxa" w:w="2160"/>
          </w:tcPr>
          <w:p>
            <w:r>
              <w:t>Sustainability Claims</w:t>
            </w:r>
          </w:p>
        </w:tc>
        <w:tc>
          <w:tcPr>
            <w:tcW w:type="dxa" w:w="2160"/>
          </w:tcPr>
          <w:p>
            <w:r>
              <w:t>What documentation do you maintain to support sustainability claims for your seed-grain products?</w:t>
              <w:br/>
              <w:t>Answer type: Long text + evidence</w:t>
              <w:br/>
              <w:t>Trigger: Always</w:t>
              <w:br/>
              <w:t>Required: No</w:t>
              <w:br/>
              <w:t>Risk: High</w:t>
            </w:r>
          </w:p>
        </w:tc>
        <w:tc>
          <w:tcPr>
            <w:tcW w:type="dxa" w:w="2160"/>
          </w:tcPr>
          <w:p>
            <w:r>
              <w:t>Primary authority: FTC Green Guides</w:t>
              <w:br/>
              <w:t>Response: ___________________________</w:t>
              <w:br/>
              <w:t>Evidence: ___________________________</w:t>
              <w:br/>
              <w:t>Reviewer conclusion: ___________________________</w:t>
            </w:r>
          </w:p>
        </w:tc>
      </w:tr>
      <w:tr>
        <w:tc>
          <w:tcPr>
            <w:tcW w:type="dxa" w:w="2160"/>
          </w:tcPr>
          <w:p>
            <w:r>
              <w:t>1068-0357</w:t>
            </w:r>
          </w:p>
        </w:tc>
        <w:tc>
          <w:tcPr>
            <w:tcW w:type="dxa" w:w="2160"/>
          </w:tcPr>
          <w:p>
            <w:r>
              <w:t>Organic Certification</w:t>
            </w:r>
          </w:p>
        </w:tc>
        <w:tc>
          <w:tcPr>
            <w:tcW w:type="dxa" w:w="2160"/>
          </w:tcPr>
          <w:p>
            <w:r>
              <w:t>What steps do you take to ensure that your seed-grain products meet the organic standards set by the USDA?</w:t>
              <w:br/>
              <w:t>Answer type: Long text</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1068-0358</w:t>
            </w:r>
          </w:p>
        </w:tc>
        <w:tc>
          <w:tcPr>
            <w:tcW w:type="dxa" w:w="2160"/>
          </w:tcPr>
          <w:p>
            <w:r>
              <w:t>Traceability Laws</w:t>
            </w:r>
          </w:p>
        </w:tc>
        <w:tc>
          <w:tcPr>
            <w:tcW w:type="dxa" w:w="2160"/>
          </w:tcPr>
          <w:p>
            <w:r>
              <w:t>How do you document the traceability of your seed-grain products from production to sale?</w:t>
              <w:br/>
              <w:t>Answer type: Long text + evidence</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1068-0359</w:t>
            </w:r>
          </w:p>
        </w:tc>
        <w:tc>
          <w:tcPr>
            <w:tcW w:type="dxa" w:w="2160"/>
          </w:tcPr>
          <w:p>
            <w:r>
              <w:t>Compliance Audits</w:t>
            </w:r>
          </w:p>
        </w:tc>
        <w:tc>
          <w:tcPr>
            <w:tcW w:type="dxa" w:w="2160"/>
          </w:tcPr>
          <w:p>
            <w:r>
              <w:t>What findings have you had in your most recent compliance audit, and what corrective actions were taken?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1068-0360</w:t>
            </w:r>
          </w:p>
        </w:tc>
        <w:tc>
          <w:tcPr>
            <w:tcW w:type="dxa" w:w="2160"/>
          </w:tcPr>
          <w:p>
            <w:r>
              <w:t>FDA Regulations</w:t>
            </w:r>
          </w:p>
        </w:tc>
        <w:tc>
          <w:tcPr>
            <w:tcW w:type="dxa" w:w="2160"/>
          </w:tcPr>
          <w:p>
            <w:r>
              <w:t>What processes do you have in place to monitor changes in FDA regulations affecting your seed-grain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1068-0361</w:t>
            </w:r>
          </w:p>
        </w:tc>
        <w:tc>
          <w:tcPr>
            <w:tcW w:type="dxa" w:w="2160"/>
          </w:tcPr>
          <w:p>
            <w:r>
              <w:t>USDA Guidelines</w:t>
            </w:r>
          </w:p>
        </w:tc>
        <w:tc>
          <w:tcPr>
            <w:tcW w:type="dxa" w:w="2160"/>
          </w:tcPr>
          <w:p>
            <w:r>
              <w:t>How do you train your staff on USDA guidelines relevant to seed-grain production and labeling?</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1068-0362</w:t>
            </w:r>
          </w:p>
        </w:tc>
        <w:tc>
          <w:tcPr>
            <w:tcW w:type="dxa" w:w="2160"/>
          </w:tcPr>
          <w:p>
            <w:r>
              <w:t>Labeling Requirements</w:t>
            </w:r>
          </w:p>
        </w:tc>
        <w:tc>
          <w:tcPr>
            <w:tcW w:type="dxa" w:w="2160"/>
          </w:tcPr>
          <w:p>
            <w:r>
              <w:t>What processes do you have in place to review and update your product labels for compliance with current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1068-0363</w:t>
            </w:r>
          </w:p>
        </w:tc>
        <w:tc>
          <w:tcPr>
            <w:tcW w:type="dxa" w:w="2160"/>
          </w:tcPr>
          <w:p>
            <w:r>
              <w:t>Sustainability Claims</w:t>
            </w:r>
          </w:p>
        </w:tc>
        <w:tc>
          <w:tcPr>
            <w:tcW w:type="dxa" w:w="2160"/>
          </w:tcPr>
          <w:p>
            <w:r>
              <w:t>What independent third-party certifications do you hold that support sustainability claims for your seed-grain products?</w:t>
              <w:br/>
              <w:t>Answer type: Yes-No + details</w:t>
              <w:br/>
              <w:t>Trigger: Always</w:t>
              <w:br/>
              <w:t>Required: No</w:t>
              <w:br/>
              <w:t>Risk: High</w:t>
            </w:r>
          </w:p>
        </w:tc>
        <w:tc>
          <w:tcPr>
            <w:tcW w:type="dxa" w:w="2160"/>
          </w:tcPr>
          <w:p>
            <w:r>
              <w:t>Primary authority: FTC Green Guides</w:t>
              <w:br/>
              <w:t>Response: ___________________________</w:t>
              <w:br/>
              <w:t>Evidence: ___________________________</w:t>
              <w:br/>
              <w:t>Reviewer conclusion: ___________________________</w:t>
            </w:r>
          </w:p>
        </w:tc>
      </w:tr>
      <w:tr>
        <w:tc>
          <w:tcPr>
            <w:tcW w:type="dxa" w:w="2160"/>
          </w:tcPr>
          <w:p>
            <w:r>
              <w:t>1068-0364</w:t>
            </w:r>
          </w:p>
        </w:tc>
        <w:tc>
          <w:tcPr>
            <w:tcW w:type="dxa" w:w="2160"/>
          </w:tcPr>
          <w:p>
            <w:r>
              <w:t>Organic Certification</w:t>
            </w:r>
          </w:p>
        </w:tc>
        <w:tc>
          <w:tcPr>
            <w:tcW w:type="dxa" w:w="2160"/>
          </w:tcPr>
          <w:p>
            <w:r>
              <w:t>What challenges have you faced in maintaining your organic certification for seed-grain products?</w:t>
              <w:br/>
              <w:t>Answer type: Long text</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1068-0365</w:t>
            </w:r>
          </w:p>
        </w:tc>
        <w:tc>
          <w:tcPr>
            <w:tcW w:type="dxa" w:w="2160"/>
          </w:tcPr>
          <w:p>
            <w:r>
              <w:t>Traceability Laws</w:t>
            </w:r>
          </w:p>
        </w:tc>
        <w:tc>
          <w:tcPr>
            <w:tcW w:type="dxa" w:w="2160"/>
          </w:tcPr>
          <w:p>
            <w:r>
              <w:t>What technology or systems do you use to enhance traceability of your seed-grain products?</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1068-0366</w:t>
            </w:r>
          </w:p>
        </w:tc>
        <w:tc>
          <w:tcPr>
            <w:tcW w:type="dxa" w:w="2160"/>
          </w:tcPr>
          <w:p>
            <w:r>
              <w:t>Compliance Audits</w:t>
            </w:r>
          </w:p>
        </w:tc>
        <w:tc>
          <w:tcPr>
            <w:tcW w:type="dxa" w:w="2160"/>
          </w:tcPr>
          <w:p>
            <w:r>
              <w:t>Who is responsible for overseeing compliance audits in your organization, and what qualifications do they have?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1068-0367</w:t>
            </w:r>
          </w:p>
        </w:tc>
        <w:tc>
          <w:tcPr>
            <w:tcW w:type="dxa" w:w="2160"/>
          </w:tcPr>
          <w:p>
            <w:r>
              <w:t>Regulatory Changes</w:t>
            </w:r>
          </w:p>
        </w:tc>
        <w:tc>
          <w:tcPr>
            <w:tcW w:type="dxa" w:w="2160"/>
          </w:tcPr>
          <w:p>
            <w:r>
              <w:t>How do you stay informed about changes in regulations that affect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1068-0368</w:t>
            </w:r>
          </w:p>
        </w:tc>
        <w:tc>
          <w:tcPr>
            <w:tcW w:type="dxa" w:w="2160"/>
          </w:tcPr>
          <w:p>
            <w:r>
              <w:t>Labeling Standards</w:t>
            </w:r>
          </w:p>
        </w:tc>
        <w:tc>
          <w:tcPr>
            <w:tcW w:type="dxa" w:w="2160"/>
          </w:tcPr>
          <w:p>
            <w:r>
              <w:t>What labeling standards do you adhere to in your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1068-0369</w:t>
            </w:r>
          </w:p>
        </w:tc>
        <w:tc>
          <w:tcPr>
            <w:tcW w:type="dxa" w:w="2160"/>
          </w:tcPr>
          <w:p>
            <w:r>
              <w:t>Compliance Audits</w:t>
            </w:r>
          </w:p>
        </w:tc>
        <w:tc>
          <w:tcPr>
            <w:tcW w:type="dxa" w:w="2160"/>
          </w:tcPr>
          <w:p>
            <w:r>
              <w:t>How often do you conduct compliance audits for your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1068-0370</w:t>
            </w:r>
          </w:p>
        </w:tc>
        <w:tc>
          <w:tcPr>
            <w:tcW w:type="dxa" w:w="2160"/>
          </w:tcPr>
          <w:p>
            <w:r>
              <w:t>Documentation Practices</w:t>
            </w:r>
          </w:p>
        </w:tc>
        <w:tc>
          <w:tcPr>
            <w:tcW w:type="dxa" w:w="2160"/>
          </w:tcPr>
          <w:p>
            <w:r>
              <w:t>What documentation practices do you have in place to ensure regulatory compliance?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1068-0371</w:t>
            </w:r>
          </w:p>
        </w:tc>
        <w:tc>
          <w:tcPr>
            <w:tcW w:type="dxa" w:w="2160"/>
          </w:tcPr>
          <w:p>
            <w:r>
              <w:t>Training on Regulations</w:t>
            </w:r>
          </w:p>
        </w:tc>
        <w:tc>
          <w:tcPr>
            <w:tcW w:type="dxa" w:w="2160"/>
          </w:tcPr>
          <w:p>
            <w:r>
              <w:t>What training do you provide to staff regarding regulatory compliance in seed production?</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1068-0372</w:t>
            </w:r>
          </w:p>
        </w:tc>
        <w:tc>
          <w:tcPr>
            <w:tcW w:type="dxa" w:w="2160"/>
          </w:tcPr>
          <w:p>
            <w:r>
              <w:t>Labeling Innovations</w:t>
            </w:r>
          </w:p>
        </w:tc>
        <w:tc>
          <w:tcPr>
            <w:tcW w:type="dxa" w:w="2160"/>
          </w:tcPr>
          <w:p>
            <w:r>
              <w:t>Are there any innovative labeling practices you are exploring for your seed products?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SUSTAINABILITY-PRACTICES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1068-0373</w:t>
            </w:r>
          </w:p>
        </w:tc>
        <w:tc>
          <w:tcPr>
            <w:tcW w:type="dxa" w:w="2160"/>
          </w:tcPr>
          <w:p>
            <w:r>
              <w:t>Soil Health</w:t>
            </w:r>
          </w:p>
        </w:tc>
        <w:tc>
          <w:tcPr>
            <w:tcW w:type="dxa" w:w="2160"/>
          </w:tcPr>
          <w:p>
            <w:r>
              <w:t>What specific methods do you implement to enhance soil health,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1068-0374</w:t>
            </w:r>
          </w:p>
        </w:tc>
        <w:tc>
          <w:tcPr>
            <w:tcW w:type="dxa" w:w="2160"/>
          </w:tcPr>
          <w:p>
            <w:r>
              <w:t>Water Conservation</w:t>
            </w:r>
          </w:p>
        </w:tc>
        <w:tc>
          <w:tcPr>
            <w:tcW w:type="dxa" w:w="2160"/>
          </w:tcPr>
          <w:p>
            <w:r>
              <w:t>Can you describe any innovative irrigation techniques you have adopted to reduce water usage in your seed and grain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1068-0375</w:t>
            </w:r>
          </w:p>
        </w:tc>
        <w:tc>
          <w:tcPr>
            <w:tcW w:type="dxa" w:w="2160"/>
          </w:tcPr>
          <w:p>
            <w:r>
              <w:t>Biodiversity</w:t>
            </w:r>
          </w:p>
        </w:tc>
        <w:tc>
          <w:tcPr>
            <w:tcW w:type="dxa" w:w="2160"/>
          </w:tcPr>
          <w:p>
            <w:r>
              <w:t>What practices do you employ to promote biodiversity on your farm, and how do you monitor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1068-0376</w:t>
            </w:r>
          </w:p>
        </w:tc>
        <w:tc>
          <w:tcPr>
            <w:tcW w:type="dxa" w:w="2160"/>
          </w:tcPr>
          <w:p>
            <w:r>
              <w:t>Carbon Footprint</w:t>
            </w:r>
          </w:p>
        </w:tc>
        <w:tc>
          <w:tcPr>
            <w:tcW w:type="dxa" w:w="2160"/>
          </w:tcPr>
          <w:p>
            <w:r>
              <w:t>How do you calculate your carbon footprint related to seed and grain production, and what measures have you taken to reduce it?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1068-0377</w:t>
            </w:r>
          </w:p>
        </w:tc>
        <w:tc>
          <w:tcPr>
            <w:tcW w:type="dxa" w:w="2160"/>
          </w:tcPr>
          <w:p>
            <w:r>
              <w:t>Waste Management</w:t>
            </w:r>
          </w:p>
        </w:tc>
        <w:tc>
          <w:tcPr>
            <w:tcW w:type="dxa" w:w="2160"/>
          </w:tcPr>
          <w:p>
            <w:r>
              <w:t>What strategies do you implement for waste management in your production process, and how do you track waste reduction?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1068-0378</w:t>
            </w:r>
          </w:p>
        </w:tc>
        <w:tc>
          <w:tcPr>
            <w:tcW w:type="dxa" w:w="2160"/>
          </w:tcPr>
          <w:p>
            <w:r>
              <w:t>Renewable Energy</w:t>
            </w:r>
          </w:p>
        </w:tc>
        <w:tc>
          <w:tcPr>
            <w:tcW w:type="dxa" w:w="2160"/>
          </w:tcPr>
          <w:p>
            <w:r>
              <w:t>What types of renewable energy sources do you utilize in your operations, and what percentage of your energy needs do they fulfill?</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1068-0379</w:t>
            </w:r>
          </w:p>
        </w:tc>
        <w:tc>
          <w:tcPr>
            <w:tcW w:type="dxa" w:w="2160"/>
          </w:tcPr>
          <w:p>
            <w:r>
              <w:t>Sustainable Sourcing</w:t>
            </w:r>
          </w:p>
        </w:tc>
        <w:tc>
          <w:tcPr>
            <w:tcW w:type="dxa" w:w="2160"/>
          </w:tcPr>
          <w:p>
            <w:r>
              <w:t>How do you ensure that your seed sourcing is sustainable, and what criteria do you use to evaluate suppliers?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1068-0380</w:t>
            </w:r>
          </w:p>
        </w:tc>
        <w:tc>
          <w:tcPr>
            <w:tcW w:type="dxa" w:w="2160"/>
          </w:tcPr>
          <w:p>
            <w:r>
              <w:t>Soil Health</w:t>
            </w:r>
          </w:p>
        </w:tc>
        <w:tc>
          <w:tcPr>
            <w:tcW w:type="dxa" w:w="2160"/>
          </w:tcPr>
          <w:p>
            <w:r>
              <w:t>Have you conducted any soil health assessments in the past year? If so, what were the findings?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1068-0381</w:t>
            </w:r>
          </w:p>
        </w:tc>
        <w:tc>
          <w:tcPr>
            <w:tcW w:type="dxa" w:w="2160"/>
          </w:tcPr>
          <w:p>
            <w:r>
              <w:t>Water Conservation</w:t>
            </w:r>
          </w:p>
        </w:tc>
        <w:tc>
          <w:tcPr>
            <w:tcW w:type="dxa" w:w="2160"/>
          </w:tcPr>
          <w:p>
            <w:r>
              <w:t>What percentage of your total water usage is sourced from rainwater harvesting or recycled water systems?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1068-0382</w:t>
            </w:r>
          </w:p>
        </w:tc>
        <w:tc>
          <w:tcPr>
            <w:tcW w:type="dxa" w:w="2160"/>
          </w:tcPr>
          <w:p>
            <w:r>
              <w:t>Biodiversity</w:t>
            </w:r>
          </w:p>
        </w:tc>
        <w:tc>
          <w:tcPr>
            <w:tcW w:type="dxa" w:w="2160"/>
          </w:tcPr>
          <w:p>
            <w:r>
              <w:t>Do you participate in any biodiversity conservation programs or certifications?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1068-0383</w:t>
            </w:r>
          </w:p>
        </w:tc>
        <w:tc>
          <w:tcPr>
            <w:tcW w:type="dxa" w:w="2160"/>
          </w:tcPr>
          <w:p>
            <w:r>
              <w:t>Carbon Footprint</w:t>
            </w:r>
          </w:p>
        </w:tc>
        <w:tc>
          <w:tcPr>
            <w:tcW w:type="dxa" w:w="2160"/>
          </w:tcPr>
          <w:p>
            <w:r>
              <w:t>What specific technologies or practices have you adopted to minimize greenhouse gas emissions in your operations?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1068-0384</w:t>
            </w:r>
          </w:p>
        </w:tc>
        <w:tc>
          <w:tcPr>
            <w:tcW w:type="dxa" w:w="2160"/>
          </w:tcPr>
          <w:p>
            <w:r>
              <w:t>Waste Management</w:t>
            </w:r>
          </w:p>
        </w:tc>
        <w:tc>
          <w:tcPr>
            <w:tcW w:type="dxa" w:w="2160"/>
          </w:tcPr>
          <w:p>
            <w:r>
              <w:t>What is the total volume of waste generated in your production process last year, and how much of it was recycled?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1068-0385</w:t>
            </w:r>
          </w:p>
        </w:tc>
        <w:tc>
          <w:tcPr>
            <w:tcW w:type="dxa" w:w="2160"/>
          </w:tcPr>
          <w:p>
            <w:r>
              <w:t>Renewable Energy</w:t>
            </w:r>
          </w:p>
        </w:tc>
        <w:tc>
          <w:tcPr>
            <w:tcW w:type="dxa" w:w="2160"/>
          </w:tcPr>
          <w:p>
            <w:r>
              <w:t>Have you implemented any energy efficiency measures alongside renewable energy usage? If so,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1068-0386</w:t>
            </w:r>
          </w:p>
        </w:tc>
        <w:tc>
          <w:tcPr>
            <w:tcW w:type="dxa" w:w="2160"/>
          </w:tcPr>
          <w:p>
            <w:r>
              <w:t>Sustainable Sourcing</w:t>
            </w:r>
          </w:p>
        </w:tc>
        <w:tc>
          <w:tcPr>
            <w:tcW w:type="dxa" w:w="2160"/>
          </w:tcPr>
          <w:p>
            <w:r>
              <w:t>How frequently do you review and update your sustainable sourcing policies?</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1068-0387</w:t>
            </w:r>
          </w:p>
        </w:tc>
        <w:tc>
          <w:tcPr>
            <w:tcW w:type="dxa" w:w="2160"/>
          </w:tcPr>
          <w:p>
            <w:r>
              <w:t>Soil Health</w:t>
            </w:r>
          </w:p>
        </w:tc>
        <w:tc>
          <w:tcPr>
            <w:tcW w:type="dxa" w:w="2160"/>
          </w:tcPr>
          <w:p>
            <w:r>
              <w:t>What crop rotation practices do you use to maintain soil fertility?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1068-0388</w:t>
            </w:r>
          </w:p>
        </w:tc>
        <w:tc>
          <w:tcPr>
            <w:tcW w:type="dxa" w:w="2160"/>
          </w:tcPr>
          <w:p>
            <w:r>
              <w:t>Water Conservation</w:t>
            </w:r>
          </w:p>
        </w:tc>
        <w:tc>
          <w:tcPr>
            <w:tcW w:type="dxa" w:w="2160"/>
          </w:tcPr>
          <w:p>
            <w:r>
              <w:t>What technologies have you adopted to monitor and manage water usage in real-time?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1068-0389</w:t>
            </w:r>
          </w:p>
        </w:tc>
        <w:tc>
          <w:tcPr>
            <w:tcW w:type="dxa" w:w="2160"/>
          </w:tcPr>
          <w:p>
            <w:r>
              <w:t>Biodiversity</w:t>
            </w:r>
          </w:p>
        </w:tc>
        <w:tc>
          <w:tcPr>
            <w:tcW w:type="dxa" w:w="2160"/>
          </w:tcPr>
          <w:p>
            <w:r>
              <w:t>What specific measures do you take to protect native species and habitats on your farm?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1068-0390</w:t>
            </w:r>
          </w:p>
        </w:tc>
        <w:tc>
          <w:tcPr>
            <w:tcW w:type="dxa" w:w="2160"/>
          </w:tcPr>
          <w:p>
            <w:r>
              <w:t>Carbon Footprint</w:t>
            </w:r>
          </w:p>
        </w:tc>
        <w:tc>
          <w:tcPr>
            <w:tcW w:type="dxa" w:w="2160"/>
          </w:tcPr>
          <w:p>
            <w:r>
              <w:t>How do you evaluate the effectiveness of your carbon reduction strategies?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1068-0391</w:t>
            </w:r>
          </w:p>
        </w:tc>
        <w:tc>
          <w:tcPr>
            <w:tcW w:type="dxa" w:w="2160"/>
          </w:tcPr>
          <w:p>
            <w:r>
              <w:t>Waste Management</w:t>
            </w:r>
          </w:p>
        </w:tc>
        <w:tc>
          <w:tcPr>
            <w:tcW w:type="dxa" w:w="2160"/>
          </w:tcPr>
          <w:p>
            <w:r>
              <w:t>What is your target for waste reduction over the next year, and how do you plan to achieve it?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1068-0392</w:t>
            </w:r>
          </w:p>
        </w:tc>
        <w:tc>
          <w:tcPr>
            <w:tcW w:type="dxa" w:w="2160"/>
          </w:tcPr>
          <w:p>
            <w:r>
              <w:t>Renewable Energy</w:t>
            </w:r>
          </w:p>
        </w:tc>
        <w:tc>
          <w:tcPr>
            <w:tcW w:type="dxa" w:w="2160"/>
          </w:tcPr>
          <w:p>
            <w:r>
              <w:t>What is the total investment made in renewable energy solutions over the past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1068-0393</w:t>
            </w:r>
          </w:p>
        </w:tc>
        <w:tc>
          <w:tcPr>
            <w:tcW w:type="dxa" w:w="2160"/>
          </w:tcPr>
          <w:p>
            <w:r>
              <w:t>Sustainable Sourcing</w:t>
            </w:r>
          </w:p>
        </w:tc>
        <w:tc>
          <w:tcPr>
            <w:tcW w:type="dxa" w:w="2160"/>
          </w:tcPr>
          <w:p>
            <w:r>
              <w:t>What percentage of your seeds are sourced from certified organic or sustainable suppliers?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1068-0394</w:t>
            </w:r>
          </w:p>
        </w:tc>
        <w:tc>
          <w:tcPr>
            <w:tcW w:type="dxa" w:w="2160"/>
          </w:tcPr>
          <w:p>
            <w:r>
              <w:t>Sustainable Practices</w:t>
            </w:r>
          </w:p>
        </w:tc>
        <w:tc>
          <w:tcPr>
            <w:tcW w:type="dxa" w:w="2160"/>
          </w:tcPr>
          <w:p>
            <w:r>
              <w:t>What sustainable practices are you implementing in your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1068-0395</w:t>
            </w:r>
          </w:p>
        </w:tc>
        <w:tc>
          <w:tcPr>
            <w:tcW w:type="dxa" w:w="2160"/>
          </w:tcPr>
          <w:p>
            <w:r>
              <w:t>Impact Assessment</w:t>
            </w:r>
          </w:p>
        </w:tc>
        <w:tc>
          <w:tcPr>
            <w:tcW w:type="dxa" w:w="2160"/>
          </w:tcPr>
          <w:p>
            <w:r>
              <w:t>How do you assess the environmental impact of your seed production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DATA-ANALYTICS-AND-MANAGEMENT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1068-0396</w:t>
            </w:r>
          </w:p>
        </w:tc>
        <w:tc>
          <w:tcPr>
            <w:tcW w:type="dxa" w:w="2160"/>
          </w:tcPr>
          <w:p>
            <w:r>
              <w:t>Data Collection Methods</w:t>
            </w:r>
          </w:p>
        </w:tc>
        <w:tc>
          <w:tcPr>
            <w:tcW w:type="dxa" w:w="2160"/>
          </w:tcPr>
          <w:p>
            <w:r>
              <w:t>What specific methods do you use to collect data on seed growth and yield, and how do these methods differ from traditional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1068-0397</w:t>
            </w:r>
          </w:p>
        </w:tc>
        <w:tc>
          <w:tcPr>
            <w:tcW w:type="dxa" w:w="2160"/>
          </w:tcPr>
          <w:p>
            <w:r>
              <w:t>Software Tools</w:t>
            </w:r>
          </w:p>
        </w:tc>
        <w:tc>
          <w:tcPr>
            <w:tcW w:type="dxa" w:w="2160"/>
          </w:tcPr>
          <w:p>
            <w:r>
              <w:t>What software tools do you utilize for data management in seed production, and what features do they provide that support R&amp;D activities?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1068-0398</w:t>
            </w:r>
          </w:p>
        </w:tc>
        <w:tc>
          <w:tcPr>
            <w:tcW w:type="dxa" w:w="2160"/>
          </w:tcPr>
          <w:p>
            <w:r>
              <w:t>Data Analysis Techniques</w:t>
            </w:r>
          </w:p>
        </w:tc>
        <w:tc>
          <w:tcPr>
            <w:tcW w:type="dxa" w:w="2160"/>
          </w:tcPr>
          <w:p>
            <w:r>
              <w:t>Describe the data analysis techniques employed to interpret seed performance data and how they contribute to experimental outcomes. Are there any specific statistical methods used?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1068-0399</w:t>
            </w:r>
          </w:p>
        </w:tc>
        <w:tc>
          <w:tcPr>
            <w:tcW w:type="dxa" w:w="2160"/>
          </w:tcPr>
          <w:p>
            <w:r>
              <w:t>Decision Support Systems</w:t>
            </w:r>
          </w:p>
        </w:tc>
        <w:tc>
          <w:tcPr>
            <w:tcW w:type="dxa" w:w="2160"/>
          </w:tcPr>
          <w:p>
            <w:r>
              <w:t>What decision support systems are in place for guiding seed production strategies, and how do they incorporate data analytics?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1068-0400</w:t>
            </w:r>
          </w:p>
        </w:tc>
        <w:tc>
          <w:tcPr>
            <w:tcW w:type="dxa" w:w="2160"/>
          </w:tcPr>
          <w:p>
            <w:r>
              <w:t>Real-Time Monitoring</w:t>
            </w:r>
          </w:p>
        </w:tc>
        <w:tc>
          <w:tcPr>
            <w:tcW w:type="dxa" w:w="2160"/>
          </w:tcPr>
          <w:p>
            <w:r>
              <w:t>How do you implement real-time monitoring of seed growth conditions, and what technologies are involved in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1068-0401</w:t>
            </w:r>
          </w:p>
        </w:tc>
        <w:tc>
          <w:tcPr>
            <w:tcW w:type="dxa" w:w="2160"/>
          </w:tcPr>
          <w:p>
            <w:r>
              <w:t>Predictive Analytics</w:t>
            </w:r>
          </w:p>
        </w:tc>
        <w:tc>
          <w:tcPr>
            <w:tcW w:type="dxa" w:w="2160"/>
          </w:tcPr>
          <w:p>
            <w:r>
              <w:t>What predictive analytics techniques do you apply to forecast seed yield, and what data inputs are critical to these models?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1068-0402</w:t>
            </w:r>
          </w:p>
        </w:tc>
        <w:tc>
          <w:tcPr>
            <w:tcW w:type="dxa" w:w="2160"/>
          </w:tcPr>
          <w:p>
            <w:r>
              <w:t>Cloud Computing</w:t>
            </w:r>
          </w:p>
        </w:tc>
        <w:tc>
          <w:tcPr>
            <w:tcW w:type="dxa" w:w="2160"/>
          </w:tcPr>
          <w:p>
            <w:r>
              <w:t>What role does cloud computing play in your data management for seed production, particularly in terms of scalability and data accessibility?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1068-0403</w:t>
            </w:r>
          </w:p>
        </w:tc>
        <w:tc>
          <w:tcPr>
            <w:tcW w:type="dxa" w:w="2160"/>
          </w:tcPr>
          <w:p>
            <w:r>
              <w:t>Data Collection Methods</w:t>
            </w:r>
          </w:p>
        </w:tc>
        <w:tc>
          <w:tcPr>
            <w:tcW w:type="dxa" w:w="2160"/>
          </w:tcPr>
          <w:p>
            <w:r>
              <w:t>Can you detail any challenges faced in the data collection process for seed production and how you overcame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1068-0404</w:t>
            </w:r>
          </w:p>
        </w:tc>
        <w:tc>
          <w:tcPr>
            <w:tcW w:type="dxa" w:w="2160"/>
          </w:tcPr>
          <w:p>
            <w:r>
              <w:t>Software Tools</w:t>
            </w:r>
          </w:p>
        </w:tc>
        <w:tc>
          <w:tcPr>
            <w:tcW w:type="dxa" w:w="2160"/>
          </w:tcPr>
          <w:p>
            <w:r>
              <w:t>Have you developed any custom software tools for data analytics in seed production? If so, please describe their functionality and purpose.</w:t>
              <w:br/>
              <w:t>Answer type: Long text</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1068-0405</w:t>
            </w:r>
          </w:p>
        </w:tc>
        <w:tc>
          <w:tcPr>
            <w:tcW w:type="dxa" w:w="2160"/>
          </w:tcPr>
          <w:p>
            <w:r>
              <w:t>Data Analysis Techniques</w:t>
            </w:r>
          </w:p>
        </w:tc>
        <w:tc>
          <w:tcPr>
            <w:tcW w:type="dxa" w:w="2160"/>
          </w:tcPr>
          <w:p>
            <w:r>
              <w:t>What specific data visualization techniques do you use to present seed performance data, and how do they aid in decision-making?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1068-0406</w:t>
            </w:r>
          </w:p>
        </w:tc>
        <w:tc>
          <w:tcPr>
            <w:tcW w:type="dxa" w:w="2160"/>
          </w:tcPr>
          <w:p>
            <w:r>
              <w:t>Decision Support Systems</w:t>
            </w:r>
          </w:p>
        </w:tc>
        <w:tc>
          <w:tcPr>
            <w:tcW w:type="dxa" w:w="2160"/>
          </w:tcPr>
          <w:p>
            <w:r>
              <w:t>How often do you update your decision support systems based on new data, and what triggers these updates?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1068-0407</w:t>
            </w:r>
          </w:p>
        </w:tc>
        <w:tc>
          <w:tcPr>
            <w:tcW w:type="dxa" w:w="2160"/>
          </w:tcPr>
          <w:p>
            <w:r>
              <w:t>Real-Time Monitoring</w:t>
            </w:r>
          </w:p>
        </w:tc>
        <w:tc>
          <w:tcPr>
            <w:tcW w:type="dxa" w:w="2160"/>
          </w:tcPr>
          <w:p>
            <w:r>
              <w:t>What types of sensors or IoT devices do you use for real-time monitoring of seed production, and how do they integrate with your data management systems?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1068-0408</w:t>
            </w:r>
          </w:p>
        </w:tc>
        <w:tc>
          <w:tcPr>
            <w:tcW w:type="dxa" w:w="2160"/>
          </w:tcPr>
          <w:p>
            <w:r>
              <w:t>Predictive Analytics</w:t>
            </w:r>
          </w:p>
        </w:tc>
        <w:tc>
          <w:tcPr>
            <w:tcW w:type="dxa" w:w="2160"/>
          </w:tcPr>
          <w:p>
            <w:r>
              <w:t>Can you provide examples of how predictive analytics has changed your approach to seed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1068-0409</w:t>
            </w:r>
          </w:p>
        </w:tc>
        <w:tc>
          <w:tcPr>
            <w:tcW w:type="dxa" w:w="2160"/>
          </w:tcPr>
          <w:p>
            <w:r>
              <w:t>Cloud Computing</w:t>
            </w:r>
          </w:p>
        </w:tc>
        <w:tc>
          <w:tcPr>
            <w:tcW w:type="dxa" w:w="2160"/>
          </w:tcPr>
          <w:p>
            <w:r>
              <w:t>What cloud-based platforms do you utilize for data storage and processing, and what advantages do they provide over traditional systems?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1068-0410</w:t>
            </w:r>
          </w:p>
        </w:tc>
        <w:tc>
          <w:tcPr>
            <w:tcW w:type="dxa" w:w="2160"/>
          </w:tcPr>
          <w:p>
            <w:r>
              <w:t>Data Collection Methods</w:t>
            </w:r>
          </w:p>
        </w:tc>
        <w:tc>
          <w:tcPr>
            <w:tcW w:type="dxa" w:w="2160"/>
          </w:tcPr>
          <w:p>
            <w:r>
              <w:t>How do you ensure the accuracy and reliability of the data collected during seed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1068-0411</w:t>
            </w:r>
          </w:p>
        </w:tc>
        <w:tc>
          <w:tcPr>
            <w:tcW w:type="dxa" w:w="2160"/>
          </w:tcPr>
          <w:p>
            <w:r>
              <w:t>Software Tools</w:t>
            </w:r>
          </w:p>
        </w:tc>
        <w:tc>
          <w:tcPr>
            <w:tcW w:type="dxa" w:w="2160"/>
          </w:tcPr>
          <w:p>
            <w:r>
              <w:t>What external data sources do you integrate with your software tools for enhanced analytics, and how do they impact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1068-0412</w:t>
            </w:r>
          </w:p>
        </w:tc>
        <w:tc>
          <w:tcPr>
            <w:tcW w:type="dxa" w:w="2160"/>
          </w:tcPr>
          <w:p>
            <w:r>
              <w:t>Data Analysis Techniques</w:t>
            </w:r>
          </w:p>
        </w:tc>
        <w:tc>
          <w:tcPr>
            <w:tcW w:type="dxa" w:w="2160"/>
          </w:tcPr>
          <w:p>
            <w:r>
              <w:t>How do you validate the results obtained from your data analysis techniques in seed production?</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1068-0413</w:t>
            </w:r>
          </w:p>
        </w:tc>
        <w:tc>
          <w:tcPr>
            <w:tcW w:type="dxa" w:w="2160"/>
          </w:tcPr>
          <w:p>
            <w:r>
              <w:t>Decision Support Systems</w:t>
            </w:r>
          </w:p>
        </w:tc>
        <w:tc>
          <w:tcPr>
            <w:tcW w:type="dxa" w:w="2160"/>
          </w:tcPr>
          <w:p>
            <w:r>
              <w:t>What metrics do you track within your decision support systems to assess the effectiveness of seed production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1068-0414</w:t>
            </w:r>
          </w:p>
        </w:tc>
        <w:tc>
          <w:tcPr>
            <w:tcW w:type="dxa" w:w="2160"/>
          </w:tcPr>
          <w:p>
            <w:r>
              <w:t>Real-Time Monitoring</w:t>
            </w:r>
          </w:p>
        </w:tc>
        <w:tc>
          <w:tcPr>
            <w:tcW w:type="dxa" w:w="2160"/>
          </w:tcPr>
          <w:p>
            <w:r>
              <w:t>How does real-time monitoring influence your operational decisions during the seed production cycle?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1068-0415</w:t>
            </w:r>
          </w:p>
        </w:tc>
        <w:tc>
          <w:tcPr>
            <w:tcW w:type="dxa" w:w="2160"/>
          </w:tcPr>
          <w:p>
            <w:r>
              <w:t>Predictive Analytics</w:t>
            </w:r>
          </w:p>
        </w:tc>
        <w:tc>
          <w:tcPr>
            <w:tcW w:type="dxa" w:w="2160"/>
          </w:tcPr>
          <w:p>
            <w:r>
              <w:t>What challenges have you encountered when implementing predictive analytics in seed production,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1068-0416</w:t>
            </w:r>
          </w:p>
        </w:tc>
        <w:tc>
          <w:tcPr>
            <w:tcW w:type="dxa" w:w="2160"/>
          </w:tcPr>
          <w:p>
            <w:r>
              <w:t>Cloud Computing</w:t>
            </w:r>
          </w:p>
        </w:tc>
        <w:tc>
          <w:tcPr>
            <w:tcW w:type="dxa" w:w="2160"/>
          </w:tcPr>
          <w:p>
            <w:r>
              <w:t>What security measures do you have in place for your cloud computing solutions, particularly concerning sensitive seed production data?</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1068-0417</w:t>
            </w:r>
          </w:p>
        </w:tc>
        <w:tc>
          <w:tcPr>
            <w:tcW w:type="dxa" w:w="2160"/>
          </w:tcPr>
          <w:p>
            <w:r>
              <w:t>Data Utilization</w:t>
            </w:r>
          </w:p>
        </w:tc>
        <w:tc>
          <w:tcPr>
            <w:tcW w:type="dxa" w:w="2160"/>
          </w:tcPr>
          <w:p>
            <w:r>
              <w:t>How are you utilizing data analytics to improve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1068-0418</w:t>
            </w:r>
          </w:p>
        </w:tc>
        <w:tc>
          <w:tcPr>
            <w:tcW w:type="dxa" w:w="2160"/>
          </w:tcPr>
          <w:p>
            <w:r>
              <w:t>Data Management Systems</w:t>
            </w:r>
          </w:p>
        </w:tc>
        <w:tc>
          <w:tcPr>
            <w:tcW w:type="dxa" w:w="2160"/>
          </w:tcPr>
          <w:p>
            <w:r>
              <w:t>What data management systems do you have in place for tracking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1068-0419</w:t>
            </w:r>
          </w:p>
        </w:tc>
        <w:tc>
          <w:tcPr>
            <w:tcW w:type="dxa" w:w="2160"/>
          </w:tcPr>
          <w:p>
            <w:r>
              <w:t>Reporting Practices</w:t>
            </w:r>
          </w:p>
        </w:tc>
        <w:tc>
          <w:tcPr>
            <w:tcW w:type="dxa" w:w="2160"/>
          </w:tcPr>
          <w:p>
            <w:r>
              <w:t>What reporting practices do you follow for data related to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1068-0420</w:t>
            </w:r>
          </w:p>
        </w:tc>
        <w:tc>
          <w:tcPr>
            <w:tcW w:type="dxa" w:w="2160"/>
          </w:tcPr>
          <w:p>
            <w:r>
              <w:t>Data Security</w:t>
            </w:r>
          </w:p>
        </w:tc>
        <w:tc>
          <w:tcPr>
            <w:tcW w:type="dxa" w:w="2160"/>
          </w:tcPr>
          <w:p>
            <w:r>
              <w:t>How do you ensure the security of data collected during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AUTOMATION-AND-INDUSTRY-4-0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1068-0421</w:t>
            </w:r>
          </w:p>
        </w:tc>
        <w:tc>
          <w:tcPr>
            <w:tcW w:type="dxa" w:w="2160"/>
          </w:tcPr>
          <w:p>
            <w:r>
              <w:t>Robotics</w:t>
            </w:r>
          </w:p>
        </w:tc>
        <w:tc>
          <w:tcPr>
            <w:tcW w:type="dxa" w:w="2160"/>
          </w:tcPr>
          <w:p>
            <w:r>
              <w:t>What specific robotic systems have you implemented in your seed production process, and what challenges did you encounter during their integration?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1068-0422</w:t>
            </w:r>
          </w:p>
        </w:tc>
        <w:tc>
          <w:tcPr>
            <w:tcW w:type="dxa" w:w="2160"/>
          </w:tcPr>
          <w:p>
            <w:r>
              <w:t>IoT Applications</w:t>
            </w:r>
          </w:p>
        </w:tc>
        <w:tc>
          <w:tcPr>
            <w:tcW w:type="dxa" w:w="2160"/>
          </w:tcPr>
          <w:p>
            <w:r>
              <w:t>Can you describe the IoT devices used in your seed production and how they contribute to data collection and process optimization?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1068-0423</w:t>
            </w:r>
          </w:p>
        </w:tc>
        <w:tc>
          <w:tcPr>
            <w:tcW w:type="dxa" w:w="2160"/>
          </w:tcPr>
          <w:p>
            <w:r>
              <w:t>Smart Farming</w:t>
            </w:r>
          </w:p>
        </w:tc>
        <w:tc>
          <w:tcPr>
            <w:tcW w:type="dxa" w:w="2160"/>
          </w:tcPr>
          <w:p>
            <w:r>
              <w:t>What smart farming technologies have you adopted, and how did you test their effectiveness in improving yield or reducing costs?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1068-0424</w:t>
            </w:r>
          </w:p>
        </w:tc>
        <w:tc>
          <w:tcPr>
            <w:tcW w:type="dxa" w:w="2160"/>
          </w:tcPr>
          <w:p>
            <w:r>
              <w:t>Automated Systems</w:t>
            </w:r>
          </w:p>
        </w:tc>
        <w:tc>
          <w:tcPr>
            <w:tcW w:type="dxa" w:w="2160"/>
          </w:tcPr>
          <w:p>
            <w:r>
              <w:t>Describe the automated systems you have developed or modified for seed planting or harvesting. What experimental processes did you undertake to refine these systems?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1068-0425</w:t>
            </w:r>
          </w:p>
        </w:tc>
        <w:tc>
          <w:tcPr>
            <w:tcW w:type="dxa" w:w="2160"/>
          </w:tcPr>
          <w:p>
            <w:r>
              <w:t>Data Integration</w:t>
            </w:r>
          </w:p>
        </w:tc>
        <w:tc>
          <w:tcPr>
            <w:tcW w:type="dxa" w:w="2160"/>
          </w:tcPr>
          <w:p>
            <w:r>
              <w:t>What methods do you use to integrate data from various sources in your seed production operations, and what challenges did you face in this integration?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1068-0426</w:t>
            </w:r>
          </w:p>
        </w:tc>
        <w:tc>
          <w:tcPr>
            <w:tcW w:type="dxa" w:w="2160"/>
          </w:tcPr>
          <w:p>
            <w:r>
              <w:t>Efficiency Improvements</w:t>
            </w:r>
          </w:p>
        </w:tc>
        <w:tc>
          <w:tcPr>
            <w:tcW w:type="dxa" w:w="2160"/>
          </w:tcPr>
          <w:p>
            <w:r>
              <w:t>What specific efficiency improvements have you achieved through automation, and how did you measure their impact on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1068-0427</w:t>
            </w:r>
          </w:p>
        </w:tc>
        <w:tc>
          <w:tcPr>
            <w:tcW w:type="dxa" w:w="2160"/>
          </w:tcPr>
          <w:p>
            <w:r>
              <w:t>Safety Innovations</w:t>
            </w:r>
          </w:p>
        </w:tc>
        <w:tc>
          <w:tcPr>
            <w:tcW w:type="dxa" w:w="2160"/>
          </w:tcPr>
          <w:p>
            <w:r>
              <w:t>What safety innovations have you implemented in your automated seed production processes, and how did you assess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1068-0428</w:t>
            </w:r>
          </w:p>
        </w:tc>
        <w:tc>
          <w:tcPr>
            <w:tcW w:type="dxa" w:w="2160"/>
          </w:tcPr>
          <w:p>
            <w:r>
              <w:t>Robotics</w:t>
            </w:r>
          </w:p>
        </w:tc>
        <w:tc>
          <w:tcPr>
            <w:tcW w:type="dxa" w:w="2160"/>
          </w:tcPr>
          <w:p>
            <w:r>
              <w:t>How have you customized robotic applications to address specific challenges in seed production, and what results did you observe?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1068-0429</w:t>
            </w:r>
          </w:p>
        </w:tc>
        <w:tc>
          <w:tcPr>
            <w:tcW w:type="dxa" w:w="2160"/>
          </w:tcPr>
          <w:p>
            <w:r>
              <w:t>IoT Applications</w:t>
            </w:r>
          </w:p>
        </w:tc>
        <w:tc>
          <w:tcPr>
            <w:tcW w:type="dxa" w:w="2160"/>
          </w:tcPr>
          <w:p>
            <w:r>
              <w:t>What specific IoT applications have you developed for monitoring environmental conditions in seed production, and how did you validate their accuracy?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1068-0430</w:t>
            </w:r>
          </w:p>
        </w:tc>
        <w:tc>
          <w:tcPr>
            <w:tcW w:type="dxa" w:w="2160"/>
          </w:tcPr>
          <w:p>
            <w:r>
              <w:t>Smart Farming</w:t>
            </w:r>
          </w:p>
        </w:tc>
        <w:tc>
          <w:tcPr>
            <w:tcW w:type="dxa" w:w="2160"/>
          </w:tcPr>
          <w:p>
            <w:r>
              <w:t>What experimental approaches did you use to evaluate the effectiveness of smart farming technologies in your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1068-0431</w:t>
            </w:r>
          </w:p>
        </w:tc>
        <w:tc>
          <w:tcPr>
            <w:tcW w:type="dxa" w:w="2160"/>
          </w:tcPr>
          <w:p>
            <w:r>
              <w:t>Automated Systems</w:t>
            </w:r>
          </w:p>
        </w:tc>
        <w:tc>
          <w:tcPr>
            <w:tcW w:type="dxa" w:w="2160"/>
          </w:tcPr>
          <w:p>
            <w:r>
              <w:t>Can you provide examples of automated systems that required significant R&amp;D to develop or enhance, and what were the key challenges faced?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1068-0432</w:t>
            </w:r>
          </w:p>
        </w:tc>
        <w:tc>
          <w:tcPr>
            <w:tcW w:type="dxa" w:w="2160"/>
          </w:tcPr>
          <w:p>
            <w:r>
              <w:t>Data Integration</w:t>
            </w:r>
          </w:p>
        </w:tc>
        <w:tc>
          <w:tcPr>
            <w:tcW w:type="dxa" w:w="2160"/>
          </w:tcPr>
          <w:p>
            <w:r>
              <w:t>What types of data do you collect from your automated systems, and how do you use this data to inform decision-making in seed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1068-0433</w:t>
            </w:r>
          </w:p>
        </w:tc>
        <w:tc>
          <w:tcPr>
            <w:tcW w:type="dxa" w:w="2160"/>
          </w:tcPr>
          <w:p>
            <w:r>
              <w:t>Efficiency Improvements</w:t>
            </w:r>
          </w:p>
        </w:tc>
        <w:tc>
          <w:tcPr>
            <w:tcW w:type="dxa" w:w="2160"/>
          </w:tcPr>
          <w:p>
            <w:r>
              <w:t>What metrics do you use to evaluate the efficiency of automated processes, and what improvements have you documented as a result?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1068-0434</w:t>
            </w:r>
          </w:p>
        </w:tc>
        <w:tc>
          <w:tcPr>
            <w:tcW w:type="dxa" w:w="2160"/>
          </w:tcPr>
          <w:p>
            <w:r>
              <w:t>Safety Innovations</w:t>
            </w:r>
          </w:p>
        </w:tc>
        <w:tc>
          <w:tcPr>
            <w:tcW w:type="dxa" w:w="2160"/>
          </w:tcPr>
          <w:p>
            <w:r>
              <w:t>What specific safety protocols have you developed in relation to automation, and how do you ensure compliance with these protocols?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1068-0435</w:t>
            </w:r>
          </w:p>
        </w:tc>
        <w:tc>
          <w:tcPr>
            <w:tcW w:type="dxa" w:w="2160"/>
          </w:tcPr>
          <w:p>
            <w:r>
              <w:t>Robotics</w:t>
            </w:r>
          </w:p>
        </w:tc>
        <w:tc>
          <w:tcPr>
            <w:tcW w:type="dxa" w:w="2160"/>
          </w:tcPr>
          <w:p>
            <w:r>
              <w:t>How do you evaluate the performance of robotic systems in your production line, and what criteria do you use to determine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1068-0436</w:t>
            </w:r>
          </w:p>
        </w:tc>
        <w:tc>
          <w:tcPr>
            <w:tcW w:type="dxa" w:w="2160"/>
          </w:tcPr>
          <w:p>
            <w:r>
              <w:t>IoT Applications</w:t>
            </w:r>
          </w:p>
        </w:tc>
        <w:tc>
          <w:tcPr>
            <w:tcW w:type="dxa" w:w="2160"/>
          </w:tcPr>
          <w:p>
            <w:r>
              <w:t>What challenges have you faced in deploying IoT technology in seed production,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1068-0437</w:t>
            </w:r>
          </w:p>
        </w:tc>
        <w:tc>
          <w:tcPr>
            <w:tcW w:type="dxa" w:w="2160"/>
          </w:tcPr>
          <w:p>
            <w:r>
              <w:t>Smart Farming</w:t>
            </w:r>
          </w:p>
        </w:tc>
        <w:tc>
          <w:tcPr>
            <w:tcW w:type="dxa" w:w="2160"/>
          </w:tcPr>
          <w:p>
            <w:r>
              <w:t>Can you describe a specific project where smart farming technology was tested, including the objectives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1068-0438</w:t>
            </w:r>
          </w:p>
        </w:tc>
        <w:tc>
          <w:tcPr>
            <w:tcW w:type="dxa" w:w="2160"/>
          </w:tcPr>
          <w:p>
            <w:r>
              <w:t>Automated Systems</w:t>
            </w:r>
          </w:p>
        </w:tc>
        <w:tc>
          <w:tcPr>
            <w:tcW w:type="dxa" w:w="2160"/>
          </w:tcPr>
          <w:p>
            <w:r>
              <w:t>What iterative processes did you use to refine your automated systems, and what were the key findings from these iterations?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1068-0439</w:t>
            </w:r>
          </w:p>
        </w:tc>
        <w:tc>
          <w:tcPr>
            <w:tcW w:type="dxa" w:w="2160"/>
          </w:tcPr>
          <w:p>
            <w:r>
              <w:t>Data Integration</w:t>
            </w:r>
          </w:p>
        </w:tc>
        <w:tc>
          <w:tcPr>
            <w:tcW w:type="dxa" w:w="2160"/>
          </w:tcPr>
          <w:p>
            <w:r>
              <w:t>How do you ensure data integrity and accuracy when integrating multiple data sources in your seed production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1068-0440</w:t>
            </w:r>
          </w:p>
        </w:tc>
        <w:tc>
          <w:tcPr>
            <w:tcW w:type="dxa" w:w="2160"/>
          </w:tcPr>
          <w:p>
            <w:r>
              <w:t>Efficiency Improvements</w:t>
            </w:r>
          </w:p>
        </w:tc>
        <w:tc>
          <w:tcPr>
            <w:tcW w:type="dxa" w:w="2160"/>
          </w:tcPr>
          <w:p>
            <w:r>
              <w:t>What specific automation technologies have led to measurable improvements in your production cycle times?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1068-0441</w:t>
            </w:r>
          </w:p>
        </w:tc>
        <w:tc>
          <w:tcPr>
            <w:tcW w:type="dxa" w:w="2160"/>
          </w:tcPr>
          <w:p>
            <w:r>
              <w:t>Safety Innovations</w:t>
            </w:r>
          </w:p>
        </w:tc>
        <w:tc>
          <w:tcPr>
            <w:tcW w:type="dxa" w:w="2160"/>
          </w:tcPr>
          <w:p>
            <w:r>
              <w:t>What role does employee training play in the implementation of safety innovations in your automated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1068-0442</w:t>
            </w:r>
          </w:p>
        </w:tc>
        <w:tc>
          <w:tcPr>
            <w:tcW w:type="dxa" w:w="2160"/>
          </w:tcPr>
          <w:p>
            <w:r>
              <w:t>Robotics</w:t>
            </w:r>
          </w:p>
        </w:tc>
        <w:tc>
          <w:tcPr>
            <w:tcW w:type="dxa" w:w="2160"/>
          </w:tcPr>
          <w:p>
            <w:r>
              <w:t>What future robotic technologies are you considering for your seed production, and what research supports your decision?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1068-0443</w:t>
            </w:r>
          </w:p>
        </w:tc>
        <w:tc>
          <w:tcPr>
            <w:tcW w:type="dxa" w:w="2160"/>
          </w:tcPr>
          <w:p>
            <w:r>
              <w:t>Automation Technologies</w:t>
            </w:r>
          </w:p>
        </w:tc>
        <w:tc>
          <w:tcPr>
            <w:tcW w:type="dxa" w:w="2160"/>
          </w:tcPr>
          <w:p>
            <w:r>
              <w:t>What automation technologies are you currently implementing in your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1068-0444</w:t>
            </w:r>
          </w:p>
        </w:tc>
        <w:tc>
          <w:tcPr>
            <w:tcW w:type="dxa" w:w="2160"/>
          </w:tcPr>
          <w:p>
            <w:r>
              <w:t>Industry 4.0 Practices</w:t>
            </w:r>
          </w:p>
        </w:tc>
        <w:tc>
          <w:tcPr>
            <w:tcW w:type="dxa" w:w="2160"/>
          </w:tcPr>
          <w:p>
            <w:r>
              <w:t>How are you incorporating Industry 4.0 practices into your seed production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1068-0445</w:t>
            </w:r>
          </w:p>
        </w:tc>
        <w:tc>
          <w:tcPr>
            <w:tcW w:type="dxa" w:w="2160"/>
          </w:tcPr>
          <w:p>
            <w:r>
              <w:t>Training on Automation</w:t>
            </w:r>
          </w:p>
        </w:tc>
        <w:tc>
          <w:tcPr>
            <w:tcW w:type="dxa" w:w="2160"/>
          </w:tcPr>
          <w:p>
            <w:r>
              <w:t>What training do you provide to staff on new automation technologies?</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1068-0446</w:t>
            </w:r>
          </w:p>
        </w:tc>
        <w:tc>
          <w:tcPr>
            <w:tcW w:type="dxa" w:w="2160"/>
          </w:tcPr>
          <w:p>
            <w:r>
              <w:t>Efficiency Improvements</w:t>
            </w:r>
          </w:p>
        </w:tc>
        <w:tc>
          <w:tcPr>
            <w:tcW w:type="dxa" w:w="2160"/>
          </w:tcPr>
          <w:p>
            <w:r>
              <w:t>What efficiency improvements have you achieved through automation in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1068-0447</w:t>
            </w:r>
          </w:p>
        </w:tc>
        <w:tc>
          <w:tcPr>
            <w:tcW w:type="dxa" w:w="2160"/>
          </w:tcPr>
          <w:p>
            <w:r>
              <w:t>Integration Challenges</w:t>
            </w:r>
          </w:p>
        </w:tc>
        <w:tc>
          <w:tcPr>
            <w:tcW w:type="dxa" w:w="2160"/>
          </w:tcPr>
          <w:p>
            <w:r>
              <w:t>What challenges have you faced in integrating automation technologies into your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1068-0448</w:t>
            </w:r>
          </w:p>
        </w:tc>
        <w:tc>
          <w:tcPr>
            <w:tcW w:type="dxa" w:w="2160"/>
          </w:tcPr>
          <w:p>
            <w:r>
              <w:t>Future Automation Plans</w:t>
            </w:r>
          </w:p>
        </w:tc>
        <w:tc>
          <w:tcPr>
            <w:tcW w:type="dxa" w:w="2160"/>
          </w:tcPr>
          <w:p>
            <w:r>
              <w:t>What future automation plans do you have for your seed production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BYPRODUCTS-AND-CIRCULAR-ECONOMY (27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1068-0449</w:t>
            </w:r>
          </w:p>
        </w:tc>
        <w:tc>
          <w:tcPr>
            <w:tcW w:type="dxa" w:w="2160"/>
          </w:tcPr>
          <w:p>
            <w:r>
              <w:t>Byproduct Utilization</w:t>
            </w:r>
          </w:p>
        </w:tc>
        <w:tc>
          <w:tcPr>
            <w:tcW w:type="dxa" w:w="2160"/>
          </w:tcPr>
          <w:p>
            <w:r>
              <w:t>What specific byproducts do you generate during your seed and grain production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1068-0450</w:t>
            </w:r>
          </w:p>
        </w:tc>
        <w:tc>
          <w:tcPr>
            <w:tcW w:type="dxa" w:w="2160"/>
          </w:tcPr>
          <w:p>
            <w:r>
              <w:t>Waste Reduction</w:t>
            </w:r>
          </w:p>
        </w:tc>
        <w:tc>
          <w:tcPr>
            <w:tcW w:type="dxa" w:w="2160"/>
          </w:tcPr>
          <w:p>
            <w:r>
              <w:t>Can you detail the methods employed to reduce waste in your production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1068-0451</w:t>
            </w:r>
          </w:p>
        </w:tc>
        <w:tc>
          <w:tcPr>
            <w:tcW w:type="dxa" w:w="2160"/>
          </w:tcPr>
          <w:p>
            <w:r>
              <w:t>Recycling Practices</w:t>
            </w:r>
          </w:p>
        </w:tc>
        <w:tc>
          <w:tcPr>
            <w:tcW w:type="dxa" w:w="2160"/>
          </w:tcPr>
          <w:p>
            <w:r>
              <w:t>What recycling practices do you have in place for byproducts generated during seed and grain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1068-0452</w:t>
            </w:r>
          </w:p>
        </w:tc>
        <w:tc>
          <w:tcPr>
            <w:tcW w:type="dxa" w:w="2160"/>
          </w:tcPr>
          <w:p>
            <w:r>
              <w:t>Value-Added Products</w:t>
            </w:r>
          </w:p>
        </w:tc>
        <w:tc>
          <w:tcPr>
            <w:tcW w:type="dxa" w:w="2160"/>
          </w:tcPr>
          <w:p>
            <w:r>
              <w:t>Have you developed any value-added products from your byproducts? If so, please describe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1068-0453</w:t>
            </w:r>
          </w:p>
        </w:tc>
        <w:tc>
          <w:tcPr>
            <w:tcW w:type="dxa" w:w="2160"/>
          </w:tcPr>
          <w:p>
            <w:r>
              <w:t>Sustainability Initiatives</w:t>
            </w:r>
          </w:p>
        </w:tc>
        <w:tc>
          <w:tcPr>
            <w:tcW w:type="dxa" w:w="2160"/>
          </w:tcPr>
          <w:p>
            <w:r>
              <w:t>What sustainability initiatives are you currently implementing related to byproduct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1068-0454</w:t>
            </w:r>
          </w:p>
        </w:tc>
        <w:tc>
          <w:tcPr>
            <w:tcW w:type="dxa" w:w="2160"/>
          </w:tcPr>
          <w:p>
            <w:r>
              <w:t>Economic Impact</w:t>
            </w:r>
          </w:p>
        </w:tc>
        <w:tc>
          <w:tcPr>
            <w:tcW w:type="dxa" w:w="2160"/>
          </w:tcPr>
          <w:p>
            <w:r>
              <w:t>How do your byproduct management practices impact your overall production costs?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1068-0455</w:t>
            </w:r>
          </w:p>
        </w:tc>
        <w:tc>
          <w:tcPr>
            <w:tcW w:type="dxa" w:w="2160"/>
          </w:tcPr>
          <w:p>
            <w:r>
              <w:t>Regulatory Considerations</w:t>
            </w:r>
          </w:p>
        </w:tc>
        <w:tc>
          <w:tcPr>
            <w:tcW w:type="dxa" w:w="2160"/>
          </w:tcPr>
          <w:p>
            <w:r>
              <w:t>Are there any regulatory requirements you must comply with regarding byproduct disposal or recycling? Please specify.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1068-0456</w:t>
            </w:r>
          </w:p>
        </w:tc>
        <w:tc>
          <w:tcPr>
            <w:tcW w:type="dxa" w:w="2160"/>
          </w:tcPr>
          <w:p>
            <w:r>
              <w:t>Byproduct Utilization</w:t>
            </w:r>
          </w:p>
        </w:tc>
        <w:tc>
          <w:tcPr>
            <w:tcW w:type="dxa" w:w="2160"/>
          </w:tcPr>
          <w:p>
            <w:r>
              <w:t>What percentage of your total byproducts are currently being utilized in other processes?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1068-0457</w:t>
            </w:r>
          </w:p>
        </w:tc>
        <w:tc>
          <w:tcPr>
            <w:tcW w:type="dxa" w:w="2160"/>
          </w:tcPr>
          <w:p>
            <w:r>
              <w:t>Waste Reduction</w:t>
            </w:r>
          </w:p>
        </w:tc>
        <w:tc>
          <w:tcPr>
            <w:tcW w:type="dxa" w:w="2160"/>
          </w:tcPr>
          <w:p>
            <w:r>
              <w:t>How many tons of byproducts did you manage to recycle or repurpose in the last fiscal year?</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1068-0458</w:t>
            </w:r>
          </w:p>
        </w:tc>
        <w:tc>
          <w:tcPr>
            <w:tcW w:type="dxa" w:w="2160"/>
          </w:tcPr>
          <w:p>
            <w:r>
              <w:t>Value-Added Products</w:t>
            </w:r>
          </w:p>
        </w:tc>
        <w:tc>
          <w:tcPr>
            <w:tcW w:type="dxa" w:w="2160"/>
          </w:tcPr>
          <w:p>
            <w:r>
              <w:t>What is the estimated revenue generated from value-added products derived from byproducts in the last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1068-0459</w:t>
            </w:r>
          </w:p>
        </w:tc>
        <w:tc>
          <w:tcPr>
            <w:tcW w:type="dxa" w:w="2160"/>
          </w:tcPr>
          <w:p>
            <w:r>
              <w:t>Sustainability Initiatives</w:t>
            </w:r>
          </w:p>
        </w:tc>
        <w:tc>
          <w:tcPr>
            <w:tcW w:type="dxa" w:w="2160"/>
          </w:tcPr>
          <w:p>
            <w:r>
              <w:t>What specific metrics do you use to measure the success of your sustainability initiatives related to byproduct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1068-0460</w:t>
            </w:r>
          </w:p>
        </w:tc>
        <w:tc>
          <w:tcPr>
            <w:tcW w:type="dxa" w:w="2160"/>
          </w:tcPr>
          <w:p>
            <w:r>
              <w:t>Economic Impact</w:t>
            </w:r>
          </w:p>
        </w:tc>
        <w:tc>
          <w:tcPr>
            <w:tcW w:type="dxa" w:w="2160"/>
          </w:tcPr>
          <w:p>
            <w:r>
              <w:t>What is the estimated cost savings associated with your byproduct recycling efforts?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1068-0461</w:t>
            </w:r>
          </w:p>
        </w:tc>
        <w:tc>
          <w:tcPr>
            <w:tcW w:type="dxa" w:w="2160"/>
          </w:tcPr>
          <w:p>
            <w:r>
              <w:t>Regulatory Considerations</w:t>
            </w:r>
          </w:p>
        </w:tc>
        <w:tc>
          <w:tcPr>
            <w:tcW w:type="dxa" w:w="2160"/>
          </w:tcPr>
          <w:p>
            <w:r>
              <w:t>Have you faced any penalties or fines related to byproduct management in the past three years?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1068-0462</w:t>
            </w:r>
          </w:p>
        </w:tc>
        <w:tc>
          <w:tcPr>
            <w:tcW w:type="dxa" w:w="2160"/>
          </w:tcPr>
          <w:p>
            <w:r>
              <w:t>Byproduct Utilization</w:t>
            </w:r>
          </w:p>
        </w:tc>
        <w:tc>
          <w:tcPr>
            <w:tcW w:type="dxa" w:w="2160"/>
          </w:tcPr>
          <w:p>
            <w:r>
              <w:t>What types of industries or sectors do you supply your byproducts to?</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1068-0463</w:t>
            </w:r>
          </w:p>
        </w:tc>
        <w:tc>
          <w:tcPr>
            <w:tcW w:type="dxa" w:w="2160"/>
          </w:tcPr>
          <w:p>
            <w:r>
              <w:t>Waste Reduction</w:t>
            </w:r>
          </w:p>
        </w:tc>
        <w:tc>
          <w:tcPr>
            <w:tcW w:type="dxa" w:w="2160"/>
          </w:tcPr>
          <w:p>
            <w:r>
              <w:t>What are the main challenges you face in reducing waste during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1068-0464</w:t>
            </w:r>
          </w:p>
        </w:tc>
        <w:tc>
          <w:tcPr>
            <w:tcW w:type="dxa" w:w="2160"/>
          </w:tcPr>
          <w:p>
            <w:r>
              <w:t>Recycling Practices</w:t>
            </w:r>
          </w:p>
        </w:tc>
        <w:tc>
          <w:tcPr>
            <w:tcW w:type="dxa" w:w="2160"/>
          </w:tcPr>
          <w:p>
            <w:r>
              <w:t>How often do you review and update your recycling practices?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1068-0465</w:t>
            </w:r>
          </w:p>
        </w:tc>
        <w:tc>
          <w:tcPr>
            <w:tcW w:type="dxa" w:w="2160"/>
          </w:tcPr>
          <w:p>
            <w:r>
              <w:t>Value-Added Products</w:t>
            </w:r>
          </w:p>
        </w:tc>
        <w:tc>
          <w:tcPr>
            <w:tcW w:type="dxa" w:w="2160"/>
          </w:tcPr>
          <w:p>
            <w:r>
              <w:t>What percentage of your total production is currently converted into value-added 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1068-0466</w:t>
            </w:r>
          </w:p>
        </w:tc>
        <w:tc>
          <w:tcPr>
            <w:tcW w:type="dxa" w:w="2160"/>
          </w:tcPr>
          <w:p>
            <w:r>
              <w:t>Sustainability Initiatives</w:t>
            </w:r>
          </w:p>
        </w:tc>
        <w:tc>
          <w:tcPr>
            <w:tcW w:type="dxa" w:w="2160"/>
          </w:tcPr>
          <w:p>
            <w:r>
              <w:t>What specific sustainability certifications have you achieved related to byproduct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1068-0467</w:t>
            </w:r>
          </w:p>
        </w:tc>
        <w:tc>
          <w:tcPr>
            <w:tcW w:type="dxa" w:w="2160"/>
          </w:tcPr>
          <w:p>
            <w:r>
              <w:t>Economic Impact</w:t>
            </w:r>
          </w:p>
        </w:tc>
        <w:tc>
          <w:tcPr>
            <w:tcW w:type="dxa" w:w="2160"/>
          </w:tcPr>
          <w:p>
            <w:r>
              <w:t>How do you quantify the economic impact of your byproduct utilization on your overall business performance?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1068-0468</w:t>
            </w:r>
          </w:p>
        </w:tc>
        <w:tc>
          <w:tcPr>
            <w:tcW w:type="dxa" w:w="2160"/>
          </w:tcPr>
          <w:p>
            <w:r>
              <w:t>Regulatory Considerations</w:t>
            </w:r>
          </w:p>
        </w:tc>
        <w:tc>
          <w:tcPr>
            <w:tcW w:type="dxa" w:w="2160"/>
          </w:tcPr>
          <w:p>
            <w:r>
              <w:t>What documentation do you maintain to demonstrate compliance with byproduct management regulations?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1068-0469</w:t>
            </w:r>
          </w:p>
        </w:tc>
        <w:tc>
          <w:tcPr>
            <w:tcW w:type="dxa" w:w="2160"/>
          </w:tcPr>
          <w:p>
            <w:r>
              <w:t>Byproduct Utilization</w:t>
            </w:r>
          </w:p>
        </w:tc>
        <w:tc>
          <w:tcPr>
            <w:tcW w:type="dxa" w:w="2160"/>
          </w:tcPr>
          <w:p>
            <w:r>
              <w:t>What innovative techniques have you implemented to enhance byproduct utilization?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1068-0470</w:t>
            </w:r>
          </w:p>
        </w:tc>
        <w:tc>
          <w:tcPr>
            <w:tcW w:type="dxa" w:w="2160"/>
          </w:tcPr>
          <w:p>
            <w:r>
              <w:t>Waste Reduction</w:t>
            </w:r>
          </w:p>
        </w:tc>
        <w:tc>
          <w:tcPr>
            <w:tcW w:type="dxa" w:w="2160"/>
          </w:tcPr>
          <w:p>
            <w:r>
              <w:t>What is the total volume of waste produced per unit of product in your operations?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1068-0471</w:t>
            </w:r>
          </w:p>
        </w:tc>
        <w:tc>
          <w:tcPr>
            <w:tcW w:type="dxa" w:w="2160"/>
          </w:tcPr>
          <w:p>
            <w:r>
              <w:t>Recycling Practices</w:t>
            </w:r>
          </w:p>
        </w:tc>
        <w:tc>
          <w:tcPr>
            <w:tcW w:type="dxa" w:w="2160"/>
          </w:tcPr>
          <w:p>
            <w:r>
              <w:t>What partnerships do you have in place to facilitate byproduct recycling?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1068-0472</w:t>
            </w:r>
          </w:p>
        </w:tc>
        <w:tc>
          <w:tcPr>
            <w:tcW w:type="dxa" w:w="2160"/>
          </w:tcPr>
          <w:p>
            <w:r>
              <w:t>Byproduct Utilization</w:t>
            </w:r>
          </w:p>
        </w:tc>
        <w:tc>
          <w:tcPr>
            <w:tcW w:type="dxa" w:w="2160"/>
          </w:tcPr>
          <w:p>
            <w:r>
              <w:t>How do you utilize byproducts generated from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1068-0473</w:t>
            </w:r>
          </w:p>
        </w:tc>
        <w:tc>
          <w:tcPr>
            <w:tcW w:type="dxa" w:w="2160"/>
          </w:tcPr>
          <w:p>
            <w:r>
              <w:t>Circular Economy Practices</w:t>
            </w:r>
          </w:p>
        </w:tc>
        <w:tc>
          <w:tcPr>
            <w:tcW w:type="dxa" w:w="2160"/>
          </w:tcPr>
          <w:p>
            <w:r>
              <w:t>What practices do you have in place to support a circular economy in seed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1068-0474</w:t>
            </w:r>
          </w:p>
        </w:tc>
        <w:tc>
          <w:tcPr>
            <w:tcW w:type="dxa" w:w="2160"/>
          </w:tcPr>
          <w:p>
            <w:r>
              <w:t>Waste Reduction Strategies</w:t>
            </w:r>
          </w:p>
        </w:tc>
        <w:tc>
          <w:tcPr>
            <w:tcW w:type="dxa" w:w="2160"/>
          </w:tcPr>
          <w:p>
            <w:r>
              <w:t>What waste reduction strategies have you implemented in your seed production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1068-0475</w:t>
            </w:r>
          </w:p>
        </w:tc>
        <w:tc>
          <w:tcPr>
            <w:tcW w:type="dxa" w:w="2160"/>
          </w:tcPr>
          <w:p>
            <w:r>
              <w:t>Partnerships for Sustainability</w:t>
            </w:r>
          </w:p>
        </w:tc>
        <w:tc>
          <w:tcPr>
            <w:tcW w:type="dxa" w:w="2160"/>
          </w:tcPr>
          <w:p>
            <w:r>
              <w:t>Are you partnering with any organizations to enhance sustainability through byproduct utilization?</w:t>
              <w:br/>
              <w:t>Answer type: text</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1068 (Seed-grain producers).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