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1069 -- Specialty and identity-preserved grain producers</w:t>
      </w:r>
    </w:p>
    <w:p>
      <w:pPr>
        <w:jc w:val="center"/>
      </w:pPr>
      <w:r>
        <w:t>Business ID: 1069</w:t>
        <w:br/>
        <w:t>Business Type: Specialty and identity-preserved grain producers</w:t>
        <w:br/>
        <w:t>Tax Year Design Basis: 2025</w:t>
        <w:br/>
        <w:t>Federal + California</w:t>
        <w:br/>
        <w:t>Question Range: 1069-0001 through 1069-0478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RECEIVING-INPUTS-GRAIN-QUALITY</w:t>
            </w:r>
          </w:p>
        </w:tc>
        <w:tc>
          <w:tcPr>
            <w:tcW w:type="dxa" w:w="2880"/>
          </w:tcPr>
          <w:p>
            <w:r>
              <w:t>17</w:t>
            </w:r>
          </w:p>
        </w:tc>
        <w:tc>
          <w:tcPr>
            <w:tcW w:type="dxa" w:w="2880"/>
          </w:tcPr>
          <w:p>
            <w:r>
              <w:t>Assessment of incoming grain quality and handling processes.</w:t>
            </w:r>
          </w:p>
        </w:tc>
      </w:tr>
      <w:tr>
        <w:tc>
          <w:tcPr>
            <w:tcW w:type="dxa" w:w="2880"/>
          </w:tcPr>
          <w:p>
            <w:r>
              <w:t>PROCESSING-CLEANING-DRYING</w:t>
            </w:r>
          </w:p>
        </w:tc>
        <w:tc>
          <w:tcPr>
            <w:tcW w:type="dxa" w:w="2880"/>
          </w:tcPr>
          <w:p>
            <w:r>
              <w:t>23</w:t>
            </w:r>
          </w:p>
        </w:tc>
        <w:tc>
          <w:tcPr>
            <w:tcW w:type="dxa" w:w="2880"/>
          </w:tcPr>
          <w:p>
            <w:r>
              <w:t>Techniques and technologies used in grain cleaning and drying operations.</w:t>
            </w:r>
          </w:p>
        </w:tc>
      </w:tr>
      <w:tr>
        <w:tc>
          <w:tcPr>
            <w:tcW w:type="dxa" w:w="2880"/>
          </w:tcPr>
          <w:p>
            <w:r>
              <w:t>MILLING-FLOUR-PRODUCTION</w:t>
            </w:r>
          </w:p>
        </w:tc>
        <w:tc>
          <w:tcPr>
            <w:tcW w:type="dxa" w:w="2880"/>
          </w:tcPr>
          <w:p>
            <w:r>
              <w:t>21</w:t>
            </w:r>
          </w:p>
        </w:tc>
        <w:tc>
          <w:tcPr>
            <w:tcW w:type="dxa" w:w="2880"/>
          </w:tcPr>
          <w:p>
            <w:r>
              <w:t>Methods and innovations in milling specialty grains into flour.</w:t>
            </w:r>
          </w:p>
        </w:tc>
      </w:tr>
      <w:tr>
        <w:tc>
          <w:tcPr>
            <w:tcW w:type="dxa" w:w="2880"/>
          </w:tcPr>
          <w:p>
            <w:r>
              <w:t>EXTRACTION-OLIVE-OIL-PROCESSING</w:t>
            </w:r>
          </w:p>
        </w:tc>
        <w:tc>
          <w:tcPr>
            <w:tcW w:type="dxa" w:w="2880"/>
          </w:tcPr>
          <w:p>
            <w:r>
              <w:t>14</w:t>
            </w:r>
          </w:p>
        </w:tc>
        <w:tc>
          <w:tcPr>
            <w:tcW w:type="dxa" w:w="2880"/>
          </w:tcPr>
          <w:p>
            <w:r>
              <w:t>Techniques for extracting oil from specialty grains and seeds.</w:t>
            </w:r>
          </w:p>
        </w:tc>
      </w:tr>
      <w:tr>
        <w:tc>
          <w:tcPr>
            <w:tcW w:type="dxa" w:w="2880"/>
          </w:tcPr>
          <w:p>
            <w:r>
              <w:t>QUALITY-CONTROL-LAB-TESTING</w:t>
            </w:r>
          </w:p>
        </w:tc>
        <w:tc>
          <w:tcPr>
            <w:tcW w:type="dxa" w:w="2880"/>
          </w:tcPr>
          <w:p>
            <w:r>
              <w:t>19</w:t>
            </w:r>
          </w:p>
        </w:tc>
        <w:tc>
          <w:tcPr>
            <w:tcW w:type="dxa" w:w="2880"/>
          </w:tcPr>
          <w:p>
            <w:r>
              <w:t>Laboratory testing and quality control measures for grain products.</w:t>
            </w:r>
          </w:p>
        </w:tc>
      </w:tr>
      <w:tr>
        <w:tc>
          <w:tcPr>
            <w:tcW w:type="dxa" w:w="2880"/>
          </w:tcPr>
          <w:p>
            <w:r>
              <w:t>PACKAGING-TRACEABILITY-SYSTEMS</w:t>
            </w:r>
          </w:p>
        </w:tc>
        <w:tc>
          <w:tcPr>
            <w:tcW w:type="dxa" w:w="2880"/>
          </w:tcPr>
          <w:p>
            <w:r>
              <w:t>16</w:t>
            </w:r>
          </w:p>
        </w:tc>
        <w:tc>
          <w:tcPr>
            <w:tcW w:type="dxa" w:w="2880"/>
          </w:tcPr>
          <w:p>
            <w:r>
              <w:t>Packaging methods and traceability systems for specialty grain products.</w:t>
            </w:r>
          </w:p>
        </w:tc>
      </w:tr>
      <w:tr>
        <w:tc>
          <w:tcPr>
            <w:tcW w:type="dxa" w:w="2880"/>
          </w:tcPr>
          <w:p>
            <w:r>
              <w:t>REGULATORY-COMPLIANCE-FOOD-SAFETY</w:t>
            </w:r>
          </w:p>
        </w:tc>
        <w:tc>
          <w:tcPr>
            <w:tcW w:type="dxa" w:w="2880"/>
          </w:tcPr>
          <w:p>
            <w:r>
              <w:t>18</w:t>
            </w:r>
          </w:p>
        </w:tc>
        <w:tc>
          <w:tcPr>
            <w:tcW w:type="dxa" w:w="2880"/>
          </w:tcPr>
          <w:p>
            <w:r>
              <w:t>Understanding regulatory requirements and food safety standards in grain production.</w:t>
            </w:r>
          </w:p>
        </w:tc>
      </w:tr>
      <w:tr>
        <w:tc>
          <w:tcPr>
            <w:tcW w:type="dxa" w:w="2880"/>
          </w:tcPr>
          <w:p>
            <w:r>
              <w:t>UTILITIES-ENERGY-MANAGEMENT</w:t>
            </w:r>
          </w:p>
        </w:tc>
        <w:tc>
          <w:tcPr>
            <w:tcW w:type="dxa" w:w="2880"/>
          </w:tcPr>
          <w:p>
            <w:r>
              <w:t>12</w:t>
            </w:r>
          </w:p>
        </w:tc>
        <w:tc>
          <w:tcPr>
            <w:tcW w:type="dxa" w:w="2880"/>
          </w:tcPr>
          <w:p>
            <w:r>
              <w:t>Management of utilities and energy consumption in grain processing operations.</w:t>
            </w:r>
          </w:p>
        </w:tc>
      </w:tr>
      <w:tr>
        <w:tc>
          <w:tcPr>
            <w:tcW w:type="dxa" w:w="2880"/>
          </w:tcPr>
          <w:p>
            <w:r>
              <w:t>SUSTAINABILITY-BYPRODUCT-MANAGEMENT</w:t>
            </w:r>
          </w:p>
        </w:tc>
        <w:tc>
          <w:tcPr>
            <w:tcW w:type="dxa" w:w="2880"/>
          </w:tcPr>
          <w:p>
            <w:r>
              <w:t>14</w:t>
            </w:r>
          </w:p>
        </w:tc>
        <w:tc>
          <w:tcPr>
            <w:tcW w:type="dxa" w:w="2880"/>
          </w:tcPr>
          <w:p>
            <w:r>
              <w:t>Practices for managing byproducts and promoting sustainability in grain production.</w:t>
            </w:r>
          </w:p>
        </w:tc>
      </w:tr>
      <w:tr>
        <w:tc>
          <w:tcPr>
            <w:tcW w:type="dxa" w:w="2880"/>
          </w:tcPr>
          <w:p>
            <w:r>
              <w:t>AUTOMATION-INDUSTRY-4.0</w:t>
            </w:r>
          </w:p>
        </w:tc>
        <w:tc>
          <w:tcPr>
            <w:tcW w:type="dxa" w:w="2880"/>
          </w:tcPr>
          <w:p>
            <w:r>
              <w:t>18</w:t>
            </w:r>
          </w:p>
        </w:tc>
        <w:tc>
          <w:tcPr>
            <w:tcW w:type="dxa" w:w="2880"/>
          </w:tcPr>
          <w:p>
            <w:r>
              <w:t>Integration of automation and Industry 4.0 technologies in grain processing.</w:t>
            </w:r>
          </w:p>
        </w:tc>
      </w:tr>
      <w:tr>
        <w:tc>
          <w:tcPr>
            <w:tcW w:type="dxa" w:w="2880"/>
          </w:tcPr>
          <w:p>
            <w:r>
              <w:t>DATA-SOFTWARE-ANALYTICS</w:t>
            </w:r>
          </w:p>
        </w:tc>
        <w:tc>
          <w:tcPr>
            <w:tcW w:type="dxa" w:w="2880"/>
          </w:tcPr>
          <w:p>
            <w:r>
              <w:t>21</w:t>
            </w:r>
          </w:p>
        </w:tc>
        <w:tc>
          <w:tcPr>
            <w:tcW w:type="dxa" w:w="2880"/>
          </w:tcPr>
          <w:p>
            <w:r>
              <w:t>Utilization of data and software for improving grain production efficiency.</w:t>
            </w:r>
          </w:p>
        </w:tc>
      </w:tr>
      <w:tr>
        <w:tc>
          <w:tcPr>
            <w:tcW w:type="dxa" w:w="2880"/>
          </w:tcPr>
          <w:p>
            <w:r>
              <w:t>GENETIC-MODIFICATION-BREEDING-TECHNIQUES</w:t>
            </w:r>
          </w:p>
        </w:tc>
        <w:tc>
          <w:tcPr>
            <w:tcW w:type="dxa" w:w="2880"/>
          </w:tcPr>
          <w:p>
            <w:r>
              <w:t>18</w:t>
            </w:r>
          </w:p>
        </w:tc>
        <w:tc>
          <w:tcPr>
            <w:tcW w:type="dxa" w:w="2880"/>
          </w:tcPr>
          <w:p>
            <w:r>
              <w:t>Innovations in genetic modification and breeding for specialty grains.</w:t>
            </w:r>
          </w:p>
        </w:tc>
      </w:tr>
      <w:tr>
        <w:tc>
          <w:tcPr>
            <w:tcW w:type="dxa" w:w="2880"/>
          </w:tcPr>
          <w:p>
            <w:r>
              <w:t>CROP-ROTATION-AND-SOIL-HEALTH</w:t>
            </w:r>
          </w:p>
        </w:tc>
        <w:tc>
          <w:tcPr>
            <w:tcW w:type="dxa" w:w="2880"/>
          </w:tcPr>
          <w:p>
            <w:r>
              <w:t>12</w:t>
            </w:r>
          </w:p>
        </w:tc>
        <w:tc>
          <w:tcPr>
            <w:tcW w:type="dxa" w:w="2880"/>
          </w:tcPr>
          <w:p>
            <w:r>
              <w:t>Practices for maintaining soil health and optimizing crop rotation for grain production.</w:t>
            </w:r>
          </w:p>
        </w:tc>
      </w:tr>
      <w:tr>
        <w:tc>
          <w:tcPr>
            <w:tcW w:type="dxa" w:w="2880"/>
          </w:tcPr>
          <w:p>
            <w:r>
              <w:t>MARKETING-AND-CONSUMER-EDUCATION</w:t>
            </w:r>
          </w:p>
        </w:tc>
        <w:tc>
          <w:tcPr>
            <w:tcW w:type="dxa" w:w="2880"/>
          </w:tcPr>
          <w:p>
            <w:r>
              <w:t>14</w:t>
            </w:r>
          </w:p>
        </w:tc>
        <w:tc>
          <w:tcPr>
            <w:tcW w:type="dxa" w:w="2880"/>
          </w:tcPr>
          <w:p>
            <w:r>
              <w:t>Strategies for marketing specialty grains and educating consumers about their benefits.</w:t>
            </w:r>
          </w:p>
        </w:tc>
      </w:tr>
      <w:tr>
        <w:tc>
          <w:tcPr>
            <w:tcW w:type="dxa" w:w="2880"/>
          </w:tcPr>
          <w:p>
            <w:r>
              <w:t>R&amp;D-NEW-PRODUCT-DEVELOPMENT</w:t>
            </w:r>
          </w:p>
        </w:tc>
        <w:tc>
          <w:tcPr>
            <w:tcW w:type="dxa" w:w="2880"/>
          </w:tcPr>
          <w:p>
            <w:r>
              <w:t>23</w:t>
            </w:r>
          </w:p>
        </w:tc>
        <w:tc>
          <w:tcPr>
            <w:tcW w:type="dxa" w:w="2880"/>
          </w:tcPr>
          <w:p>
            <w:r>
              <w:t>Research and development processes for creating new grain-based products.</w:t>
            </w:r>
          </w:p>
        </w:tc>
      </w:tr>
      <w:tr>
        <w:tc>
          <w:tcPr>
            <w:tcW w:type="dxa" w:w="2880"/>
          </w:tcPr>
          <w:p>
            <w:r>
              <w:t>SUPPLY-CHAIN-LOGISTICS-OPTIMIZATION</w:t>
            </w:r>
          </w:p>
        </w:tc>
        <w:tc>
          <w:tcPr>
            <w:tcW w:type="dxa" w:w="2880"/>
          </w:tcPr>
          <w:p>
            <w:r>
              <w:t>14</w:t>
            </w:r>
          </w:p>
        </w:tc>
        <w:tc>
          <w:tcPr>
            <w:tcW w:type="dxa" w:w="2880"/>
          </w:tcPr>
          <w:p>
            <w:r>
              <w:t>Strategies for optimizing supply chain logistics in grain production.</w:t>
            </w:r>
          </w:p>
        </w:tc>
      </w:tr>
      <w:tr>
        <w:tc>
          <w:tcPr>
            <w:tcW w:type="dxa" w:w="2880"/>
          </w:tcPr>
          <w:p>
            <w:r>
              <w:t>CROP-HEALTH-MONITORING-TECHNOLOGIES</w:t>
            </w:r>
          </w:p>
        </w:tc>
        <w:tc>
          <w:tcPr>
            <w:tcW w:type="dxa" w:w="2880"/>
          </w:tcPr>
          <w:p>
            <w:r>
              <w:t>12</w:t>
            </w:r>
          </w:p>
        </w:tc>
        <w:tc>
          <w:tcPr>
            <w:tcW w:type="dxa" w:w="2880"/>
          </w:tcPr>
          <w:p>
            <w:r>
              <w:t>Technologies used for monitoring crop health and optimizing yield.</w:t>
            </w:r>
          </w:p>
        </w:tc>
      </w:tr>
      <w:tr>
        <w:tc>
          <w:tcPr>
            <w:tcW w:type="dxa" w:w="2880"/>
          </w:tcPr>
          <w:p>
            <w:r>
              <w:t>CONSUMER-FOOD-TRACABILITY-TECHNOLOGIES</w:t>
            </w:r>
          </w:p>
        </w:tc>
        <w:tc>
          <w:tcPr>
            <w:tcW w:type="dxa" w:w="2880"/>
          </w:tcPr>
          <w:p>
            <w:r>
              <w:t>14</w:t>
            </w:r>
          </w:p>
        </w:tc>
        <w:tc>
          <w:tcPr>
            <w:tcW w:type="dxa" w:w="2880"/>
          </w:tcPr>
          <w:p>
            <w:r>
              <w:t>Technologies for ensuring traceability from farm to consumer.</w:t>
            </w:r>
          </w:p>
        </w:tc>
      </w:tr>
      <w:tr>
        <w:tc>
          <w:tcPr>
            <w:tcW w:type="dxa" w:w="2880"/>
          </w:tcPr>
          <w:p>
            <w:r>
              <w:t>AGRICULTURAL-BIOLOGY-SUSTAINABILITY</w:t>
            </w:r>
          </w:p>
        </w:tc>
        <w:tc>
          <w:tcPr>
            <w:tcW w:type="dxa" w:w="2880"/>
          </w:tcPr>
          <w:p>
            <w:r>
              <w:t>14</w:t>
            </w:r>
          </w:p>
        </w:tc>
        <w:tc>
          <w:tcPr>
            <w:tcW w:type="dxa" w:w="2880"/>
          </w:tcPr>
          <w:p>
            <w:r>
              <w:t>Biological practices that enhance sustainability in grain production.</w:t>
            </w:r>
          </w:p>
        </w:tc>
      </w:tr>
      <w:tr>
        <w:tc>
          <w:tcPr>
            <w:tcW w:type="dxa" w:w="2880"/>
          </w:tcPr>
          <w:p>
            <w:r>
              <w:t>CIRCULAR-ECONOMY-INITIATIVES</w:t>
            </w:r>
          </w:p>
        </w:tc>
        <w:tc>
          <w:tcPr>
            <w:tcW w:type="dxa" w:w="2880"/>
          </w:tcPr>
          <w:p>
            <w:r>
              <w:t>14</w:t>
            </w:r>
          </w:p>
        </w:tc>
        <w:tc>
          <w:tcPr>
            <w:tcW w:type="dxa" w:w="2880"/>
          </w:tcPr>
          <w:p>
            <w:r>
              <w:t>Initiatives aimed at promoting a circular economy within grain production.</w:t>
            </w:r>
          </w:p>
        </w:tc>
      </w:tr>
      <w:tr>
        <w:tc>
          <w:tcPr>
            <w:tcW w:type="dxa" w:w="2880"/>
          </w:tcPr>
          <w:p>
            <w:r>
              <w:t>FOOD-TECH-AND-INNOVATION</w:t>
            </w:r>
          </w:p>
        </w:tc>
        <w:tc>
          <w:tcPr>
            <w:tcW w:type="dxa" w:w="2880"/>
          </w:tcPr>
          <w:p>
            <w:r>
              <w:t>14</w:t>
            </w:r>
          </w:p>
        </w:tc>
        <w:tc>
          <w:tcPr>
            <w:tcW w:type="dxa" w:w="2880"/>
          </w:tcPr>
          <w:p>
            <w:r>
              <w:t>Emerging technologies and innovations in the food industry related to specialty grains.</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1069-0001</w:t>
            </w:r>
          </w:p>
        </w:tc>
        <w:tc>
          <w:tcPr>
            <w:tcW w:type="dxa" w:w="2160"/>
          </w:tcPr>
          <w:p>
            <w:r>
              <w:t>Entity Structure</w:t>
            </w:r>
          </w:p>
        </w:tc>
        <w:tc>
          <w:tcPr>
            <w:tcW w:type="dxa" w:w="2160"/>
          </w:tcPr>
          <w:p>
            <w:r>
              <w:t>What is the legal structure of your business (e.g., LLC, Corporation, Partnership)?</w:t>
              <w:br/>
              <w:t>Answer type: Single select</w:t>
              <w:br/>
              <w:t>Trigger: Always</w:t>
              <w:br/>
              <w:t>Required: Yes</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1069-0002</w:t>
            </w:r>
          </w:p>
        </w:tc>
        <w:tc>
          <w:tcPr>
            <w:tcW w:type="dxa" w:w="2160"/>
          </w:tcPr>
          <w:p>
            <w:r>
              <w:t>Ownership</w:t>
            </w:r>
          </w:p>
        </w:tc>
        <w:tc>
          <w:tcPr>
            <w:tcW w:type="dxa" w:w="2160"/>
          </w:tcPr>
          <w:p>
            <w:r>
              <w:t>Who are the current owners of the business, and what percentage of ownership does each hold?</w:t>
              <w:br/>
              <w:t>Answer type: Repeating table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1069-0003</w:t>
            </w:r>
          </w:p>
        </w:tc>
        <w:tc>
          <w:tcPr>
            <w:tcW w:type="dxa" w:w="2160"/>
          </w:tcPr>
          <w:p>
            <w:r>
              <w:t>Locations</w:t>
            </w:r>
          </w:p>
        </w:tc>
        <w:tc>
          <w:tcPr>
            <w:tcW w:type="dxa" w:w="2160"/>
          </w:tcPr>
          <w:p>
            <w:r>
              <w:t>List all locations where production and research activities occur, including addresses and types of operations at each site.</w:t>
              <w:br/>
              <w:t>Answer type: Repeating table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1069-0004</w:t>
            </w:r>
          </w:p>
        </w:tc>
        <w:tc>
          <w:tcPr>
            <w:tcW w:type="dxa" w:w="2160"/>
          </w:tcPr>
          <w:p>
            <w:r>
              <w:t>Products</w:t>
            </w:r>
          </w:p>
        </w:tc>
        <w:tc>
          <w:tcPr>
            <w:tcW w:type="dxa" w:w="2160"/>
          </w:tcPr>
          <w:p>
            <w:r>
              <w:t>What specific specialty and identity-preserved grain products do you produce? Please include product descriptions.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1069-0005</w:t>
            </w:r>
          </w:p>
        </w:tc>
        <w:tc>
          <w:tcPr>
            <w:tcW w:type="dxa" w:w="2160"/>
          </w:tcPr>
          <w:p>
            <w:r>
              <w:t>Revenue</w:t>
            </w:r>
          </w:p>
        </w:tc>
        <w:tc>
          <w:tcPr>
            <w:tcW w:type="dxa" w:w="2160"/>
          </w:tcPr>
          <w:p>
            <w:r>
              <w:t>What was the total revenue generated from the sale of specialty and identity-preserved grain products in the tax year 2025?</w:t>
              <w:br/>
              <w:t>Answer type: Currency</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1069-0006</w:t>
            </w:r>
          </w:p>
        </w:tc>
        <w:tc>
          <w:tcPr>
            <w:tcW w:type="dxa" w:w="2160"/>
          </w:tcPr>
          <w:p>
            <w:r>
              <w:t>Personnel</w:t>
            </w:r>
          </w:p>
        </w:tc>
        <w:tc>
          <w:tcPr>
            <w:tcW w:type="dxa" w:w="2160"/>
          </w:tcPr>
          <w:p>
            <w:r>
              <w:t>How many employees are directly involved in R&amp;D activities related to specialty and identity-preserved grains? Please specify roles.</w:t>
              <w:br/>
              <w:t>Answer type: Integer + details</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1069-0007</w:t>
            </w:r>
          </w:p>
        </w:tc>
        <w:tc>
          <w:tcPr>
            <w:tcW w:type="dxa" w:w="2160"/>
          </w:tcPr>
          <w:p>
            <w:r>
              <w:t>Records</w:t>
            </w:r>
          </w:p>
        </w:tc>
        <w:tc>
          <w:tcPr>
            <w:tcW w:type="dxa" w:w="2160"/>
          </w:tcPr>
          <w:p>
            <w:r>
              <w:t>What types of records do you maintain to document R&amp;D activities (e.g., lab notebooks, project plans, experimental results)?</w:t>
              <w:br/>
              <w:t>Answer type: Long text + evidence</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1069-0008</w:t>
            </w:r>
          </w:p>
        </w:tc>
        <w:tc>
          <w:tcPr>
            <w:tcW w:type="dxa" w:w="2160"/>
          </w:tcPr>
          <w:p>
            <w:r>
              <w:t>Lead Facts</w:t>
            </w:r>
          </w:p>
        </w:tc>
        <w:tc>
          <w:tcPr>
            <w:tcW w:type="dxa" w:w="2160"/>
          </w:tcPr>
          <w:p>
            <w:r>
              <w:t>Who is the primary contact person for R&amp;D activities, and what is their role within the organization?</w:t>
              <w:br/>
              <w:t>Answer type: Short text</w:t>
              <w:br/>
              <w:t>Trigger: Always</w:t>
              <w:br/>
              <w:t>Required: Yes</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1069-0009</w:t>
            </w:r>
          </w:p>
        </w:tc>
        <w:tc>
          <w:tcPr>
            <w:tcW w:type="dxa" w:w="2160"/>
          </w:tcPr>
          <w:p>
            <w:r>
              <w:t>Entity Structure</w:t>
            </w:r>
          </w:p>
        </w:tc>
        <w:tc>
          <w:tcPr>
            <w:tcW w:type="dxa" w:w="2160"/>
          </w:tcPr>
          <w:p>
            <w:r>
              <w:t>Is your business part of a larger corporate group or holding company? If yes, please provide details.</w:t>
              <w:br/>
              <w:t>Answer type: Yes-No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1069-0010</w:t>
            </w:r>
          </w:p>
        </w:tc>
        <w:tc>
          <w:tcPr>
            <w:tcW w:type="dxa" w:w="2160"/>
          </w:tcPr>
          <w:p>
            <w:r>
              <w:t>Products</w:t>
            </w:r>
          </w:p>
        </w:tc>
        <w:tc>
          <w:tcPr>
            <w:tcW w:type="dxa" w:w="2160"/>
          </w:tcPr>
          <w:p>
            <w:r>
              <w:t>What innovative processes or technologies are being used in the production of your specialty grains?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1069-0011</w:t>
            </w:r>
          </w:p>
        </w:tc>
        <w:tc>
          <w:tcPr>
            <w:tcW w:type="dxa" w:w="2160"/>
          </w:tcPr>
          <w:p>
            <w:r>
              <w:t>Locations</w:t>
            </w:r>
          </w:p>
        </w:tc>
        <w:tc>
          <w:tcPr>
            <w:tcW w:type="dxa" w:w="2160"/>
          </w:tcPr>
          <w:p>
            <w:r>
              <w:t>Do you have any research facilities specifically dedicated to R&amp;D for specialty grains? If so, please provide details.</w:t>
              <w:br/>
              <w:t>Answer type: Yes-No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1069-0012</w:t>
            </w:r>
          </w:p>
        </w:tc>
        <w:tc>
          <w:tcPr>
            <w:tcW w:type="dxa" w:w="2160"/>
          </w:tcPr>
          <w:p>
            <w:r>
              <w:t>Personnel</w:t>
            </w:r>
          </w:p>
        </w:tc>
        <w:tc>
          <w:tcPr>
            <w:tcW w:type="dxa" w:w="2160"/>
          </w:tcPr>
          <w:p>
            <w:r>
              <w:t>What qualifications or expertise do your R&amp;D personnel possess relevant to specialty grain production?</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1069-0013</w:t>
            </w:r>
          </w:p>
        </w:tc>
        <w:tc>
          <w:tcPr>
            <w:tcW w:type="dxa" w:w="2160"/>
          </w:tcPr>
          <w:p>
            <w:r>
              <w:t>Records</w:t>
            </w:r>
          </w:p>
        </w:tc>
        <w:tc>
          <w:tcPr>
            <w:tcW w:type="dxa" w:w="2160"/>
          </w:tcPr>
          <w:p>
            <w:r>
              <w:t>How do you ensure that R&amp;D activities are compliant with industry standards and regulations?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1069-0014</w:t>
            </w:r>
          </w:p>
        </w:tc>
        <w:tc>
          <w:tcPr>
            <w:tcW w:type="dxa" w:w="2160"/>
          </w:tcPr>
          <w:p>
            <w:r>
              <w:t>Revenue</w:t>
            </w:r>
          </w:p>
        </w:tc>
        <w:tc>
          <w:tcPr>
            <w:tcW w:type="dxa" w:w="2160"/>
          </w:tcPr>
          <w:p>
            <w:r>
              <w:t>What percentage of your total revenue is derived from R&amp;D-driven products or innovations?</w:t>
              <w:br/>
              <w:t>Answer type: Percentage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1069-0015</w:t>
            </w:r>
          </w:p>
        </w:tc>
        <w:tc>
          <w:tcPr>
            <w:tcW w:type="dxa" w:w="2160"/>
          </w:tcPr>
          <w:p>
            <w:r>
              <w:t>Lead Facts</w:t>
            </w:r>
          </w:p>
        </w:tc>
        <w:tc>
          <w:tcPr>
            <w:tcW w:type="dxa" w:w="2160"/>
          </w:tcPr>
          <w:p>
            <w:r>
              <w:t>What are the key objectives of your R&amp;D initiatives for the tax year 2025?</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1069-0016</w:t>
            </w:r>
          </w:p>
        </w:tc>
        <w:tc>
          <w:tcPr>
            <w:tcW w:type="dxa" w:w="2160"/>
          </w:tcPr>
          <w:p>
            <w:r>
              <w:t>Ownership</w:t>
            </w:r>
          </w:p>
        </w:tc>
        <w:tc>
          <w:tcPr>
            <w:tcW w:type="dxa" w:w="2160"/>
          </w:tcPr>
          <w:p>
            <w:r>
              <w:t>Have there been any changes in ownership or management during the tax year 2025? If yes, please provide details.</w:t>
              <w:br/>
              <w:t>Answer type: Yes-No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1069-0017</w:t>
            </w:r>
          </w:p>
        </w:tc>
        <w:tc>
          <w:tcPr>
            <w:tcW w:type="dxa" w:w="2160"/>
          </w:tcPr>
          <w:p>
            <w:r>
              <w:t>Entity Structure</w:t>
            </w:r>
          </w:p>
        </w:tc>
        <w:tc>
          <w:tcPr>
            <w:tcW w:type="dxa" w:w="2160"/>
          </w:tcPr>
          <w:p>
            <w:r>
              <w:t>Is your business registered in multiple states or countries? If so, please list them.</w:t>
              <w:br/>
              <w:t>Answer type: Yes-No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1069-0018</w:t>
            </w:r>
          </w:p>
        </w:tc>
        <w:tc>
          <w:tcPr>
            <w:tcW w:type="dxa" w:w="2160"/>
          </w:tcPr>
          <w:p>
            <w:r>
              <w:t>Personnel</w:t>
            </w:r>
          </w:p>
        </w:tc>
        <w:tc>
          <w:tcPr>
            <w:tcW w:type="dxa" w:w="2160"/>
          </w:tcPr>
          <w:p>
            <w:r>
              <w:t>What training or development programs do you have in place for R&amp;D staff in relation to specialty grains?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1069-0019</w:t>
            </w:r>
          </w:p>
        </w:tc>
        <w:tc>
          <w:tcPr>
            <w:tcW w:type="dxa" w:w="2160"/>
          </w:tcPr>
          <w:p>
            <w:r>
              <w:t>Records</w:t>
            </w:r>
          </w:p>
        </w:tc>
        <w:tc>
          <w:tcPr>
            <w:tcW w:type="dxa" w:w="2160"/>
          </w:tcPr>
          <w:p>
            <w:r>
              <w:t>How frequently do you review and update your R&amp;D documentation and records?</w:t>
              <w:br/>
              <w:t>Answer type: Short text</w:t>
              <w:br/>
              <w:t>Trigger: Always</w:t>
              <w:br/>
              <w:t>Required: Yes</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1069-0020</w:t>
            </w:r>
          </w:p>
        </w:tc>
        <w:tc>
          <w:tcPr>
            <w:tcW w:type="dxa" w:w="2160"/>
          </w:tcPr>
          <w:p>
            <w:r>
              <w:t>Lead Facts</w:t>
            </w:r>
          </w:p>
        </w:tc>
        <w:tc>
          <w:tcPr>
            <w:tcW w:type="dxa" w:w="2160"/>
          </w:tcPr>
          <w:p>
            <w:r>
              <w:t>What external partnerships or collaborations do you engage in for R&amp;D purposes?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1069-0021</w:t>
            </w:r>
          </w:p>
        </w:tc>
        <w:tc>
          <w:tcPr>
            <w:tcW w:type="dxa" w:w="2160"/>
          </w:tcPr>
          <w:p>
            <w:r>
              <w:t>Products</w:t>
            </w:r>
          </w:p>
        </w:tc>
        <w:tc>
          <w:tcPr>
            <w:tcW w:type="dxa" w:w="2160"/>
          </w:tcPr>
          <w:p>
            <w:r>
              <w:t>What challenges have you faced in developing new specialty grain products, and how have you addressed them?</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1069-0022</w:t>
            </w:r>
          </w:p>
        </w:tc>
        <w:tc>
          <w:tcPr>
            <w:tcW w:type="dxa" w:w="2160"/>
          </w:tcPr>
          <w:p>
            <w:r>
              <w:t>Operational</w:t>
            </w:r>
          </w:p>
        </w:tc>
        <w:tc>
          <w:tcPr>
            <w:tcW w:type="dxa" w:w="2160"/>
          </w:tcPr>
          <w:p>
            <w:r>
              <w:t>What specific criteria do you use to evaluate the quality of grain during intake?</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1069-0023</w:t>
            </w:r>
          </w:p>
        </w:tc>
        <w:tc>
          <w:tcPr>
            <w:tcW w:type="dxa" w:w="2160"/>
          </w:tcPr>
          <w:p>
            <w:r>
              <w:t>Return Status</w:t>
            </w:r>
          </w:p>
        </w:tc>
        <w:tc>
          <w:tcPr>
            <w:tcW w:type="dxa" w:w="2160"/>
          </w:tcPr>
          <w:p>
            <w:r>
              <w:t>What is the current status of your R&amp;D tax credit claim for the tax year 2025?</w:t>
              <w:br/>
              <w:t>Answer type: Single select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1069-0024</w:t>
            </w:r>
          </w:p>
        </w:tc>
        <w:tc>
          <w:tcPr>
            <w:tcW w:type="dxa" w:w="2160"/>
          </w:tcPr>
          <w:p>
            <w:r>
              <w:t>Prior Credits</w:t>
            </w:r>
          </w:p>
        </w:tc>
        <w:tc>
          <w:tcPr>
            <w:tcW w:type="dxa" w:w="2160"/>
          </w:tcPr>
          <w:p>
            <w:r>
              <w:t>Have you previously claimed R&amp;D tax credits in any of the last three tax years? If yes, please specify the years and amounts claimed.</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1069-0025</w:t>
            </w:r>
          </w:p>
        </w:tc>
        <w:tc>
          <w:tcPr>
            <w:tcW w:type="dxa" w:w="2160"/>
          </w:tcPr>
          <w:p>
            <w:r>
              <w:t>Aggregation</w:t>
            </w:r>
          </w:p>
        </w:tc>
        <w:tc>
          <w:tcPr>
            <w:tcW w:type="dxa" w:w="2160"/>
          </w:tcPr>
          <w:p>
            <w:r>
              <w:t>Can you identify any related entities or subsidiaries that also engaged in R&amp;D activities during 2025? Please provide their names and the nature of their R&amp;D.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1069-0026</w:t>
            </w:r>
          </w:p>
        </w:tc>
        <w:tc>
          <w:tcPr>
            <w:tcW w:type="dxa" w:w="2160"/>
          </w:tcPr>
          <w:p>
            <w:r>
              <w:t>Elections</w:t>
            </w:r>
          </w:p>
        </w:tc>
        <w:tc>
          <w:tcPr>
            <w:tcW w:type="dxa" w:w="2160"/>
          </w:tcPr>
          <w:p>
            <w:r>
              <w:t>Did you make any elections under Section 41 or related provisions that affect your R&amp;D credit calculation for 2025? If yes, please describe.</w:t>
              <w:br/>
              <w:t>Answer type: Yes-No + details</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1069-0027</w:t>
            </w:r>
          </w:p>
        </w:tc>
        <w:tc>
          <w:tcPr>
            <w:tcW w:type="dxa" w:w="2160"/>
          </w:tcPr>
          <w:p>
            <w:r>
              <w:t>Amended Returns</w:t>
            </w:r>
          </w:p>
        </w:tc>
        <w:tc>
          <w:tcPr>
            <w:tcW w:type="dxa" w:w="2160"/>
          </w:tcPr>
          <w:p>
            <w:r>
              <w:t>Have you filed any amended returns in the last three years that included changes to your R&amp;D credit claims? If so, please provide details.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1069-0028</w:t>
            </w:r>
          </w:p>
        </w:tc>
        <w:tc>
          <w:tcPr>
            <w:tcW w:type="dxa" w:w="2160"/>
          </w:tcPr>
          <w:p>
            <w:r>
              <w:t>Section 174</w:t>
            </w:r>
          </w:p>
        </w:tc>
        <w:tc>
          <w:tcPr>
            <w:tcW w:type="dxa" w:w="2160"/>
          </w:tcPr>
          <w:p>
            <w:r>
              <w:t>Are you aware of any changes to Section 174 that may impact your R&amp;D credit calculations for 2025? Please specify the changes and your understanding of their implications.</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1069-0029</w:t>
            </w:r>
          </w:p>
        </w:tc>
        <w:tc>
          <w:tcPr>
            <w:tcW w:type="dxa" w:w="2160"/>
          </w:tcPr>
          <w:p>
            <w:r>
              <w:t>Return Status</w:t>
            </w:r>
          </w:p>
        </w:tc>
        <w:tc>
          <w:tcPr>
            <w:tcW w:type="dxa" w:w="2160"/>
          </w:tcPr>
          <w:p>
            <w:r>
              <w:t>What is the expected timeline for the finalization of your R&amp;D tax credit claim for 2025?</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1069-0030</w:t>
            </w:r>
          </w:p>
        </w:tc>
        <w:tc>
          <w:tcPr>
            <w:tcW w:type="dxa" w:w="2160"/>
          </w:tcPr>
          <w:p>
            <w:r>
              <w:t>Prior Credits</w:t>
            </w:r>
          </w:p>
        </w:tc>
        <w:tc>
          <w:tcPr>
            <w:tcW w:type="dxa" w:w="2160"/>
          </w:tcPr>
          <w:p>
            <w:r>
              <w:t>What methodologies did you use in prior years to calculate your R&amp;D tax credits, and do you plan to use the same methodologies for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1069-0031</w:t>
            </w:r>
          </w:p>
        </w:tc>
        <w:tc>
          <w:tcPr>
            <w:tcW w:type="dxa" w:w="2160"/>
          </w:tcPr>
          <w:p>
            <w:r>
              <w:t>Aggregation</w:t>
            </w:r>
          </w:p>
        </w:tc>
        <w:tc>
          <w:tcPr>
            <w:tcW w:type="dxa" w:w="2160"/>
          </w:tcPr>
          <w:p>
            <w:r>
              <w:t>How do you plan to aggregate R&amp;D expenses across different projects or divisions for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1069-0032</w:t>
            </w:r>
          </w:p>
        </w:tc>
        <w:tc>
          <w:tcPr>
            <w:tcW w:type="dxa" w:w="2160"/>
          </w:tcPr>
          <w:p>
            <w:r>
              <w:t>Elections</w:t>
            </w:r>
          </w:p>
        </w:tc>
        <w:tc>
          <w:tcPr>
            <w:tcW w:type="dxa" w:w="2160"/>
          </w:tcPr>
          <w:p>
            <w:r>
              <w:t>Have you considered the impact of any state-specific elections on your federal R&amp;D credit claims? Please provide details.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1069-0033</w:t>
            </w:r>
          </w:p>
        </w:tc>
        <w:tc>
          <w:tcPr>
            <w:tcW w:type="dxa" w:w="2160"/>
          </w:tcPr>
          <w:p>
            <w:r>
              <w:t>Amended Returns</w:t>
            </w:r>
          </w:p>
        </w:tc>
        <w:tc>
          <w:tcPr>
            <w:tcW w:type="dxa" w:w="2160"/>
          </w:tcPr>
          <w:p>
            <w:r>
              <w:t>If you identified errors in your previous R&amp;D claims, what steps have you taken to correct them in your amended returns?</w:t>
              <w:br/>
              <w:t>Answer type: Long text</w:t>
              <w:br/>
              <w:t>Trigger: Yes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1069-0034</w:t>
            </w:r>
          </w:p>
        </w:tc>
        <w:tc>
          <w:tcPr>
            <w:tcW w:type="dxa" w:w="2160"/>
          </w:tcPr>
          <w:p>
            <w:r>
              <w:t>Section 174</w:t>
            </w:r>
          </w:p>
        </w:tc>
        <w:tc>
          <w:tcPr>
            <w:tcW w:type="dxa" w:w="2160"/>
          </w:tcPr>
          <w:p>
            <w:r>
              <w:t>What documentation do you have to support your R&amp;D activities under the new Section 174 requirements for 2025?</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1069-0035</w:t>
            </w:r>
          </w:p>
        </w:tc>
        <w:tc>
          <w:tcPr>
            <w:tcW w:type="dxa" w:w="2160"/>
          </w:tcPr>
          <w:p>
            <w:r>
              <w:t>Return Status</w:t>
            </w:r>
          </w:p>
        </w:tc>
        <w:tc>
          <w:tcPr>
            <w:tcW w:type="dxa" w:w="2160"/>
          </w:tcPr>
          <w:p>
            <w:r>
              <w:t>What challenges have you faced in the preparation of your R&amp;D tax credit claim for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1069-0036</w:t>
            </w:r>
          </w:p>
        </w:tc>
        <w:tc>
          <w:tcPr>
            <w:tcW w:type="dxa" w:w="2160"/>
          </w:tcPr>
          <w:p>
            <w:r>
              <w:t>Prior Credits</w:t>
            </w:r>
          </w:p>
        </w:tc>
        <w:tc>
          <w:tcPr>
            <w:tcW w:type="dxa" w:w="2160"/>
          </w:tcPr>
          <w:p>
            <w:r>
              <w:t>How do you plan to address any discrepancies between your reported R&amp;D expenses and those claimed in prior years?</w:t>
              <w:br/>
              <w:t>Answer type: Long text</w:t>
              <w:br/>
              <w:t>Trigger: Yes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1069-0037</w:t>
            </w:r>
          </w:p>
        </w:tc>
        <w:tc>
          <w:tcPr>
            <w:tcW w:type="dxa" w:w="2160"/>
          </w:tcPr>
          <w:p>
            <w:r>
              <w:t>Project Inventory</w:t>
            </w:r>
          </w:p>
        </w:tc>
        <w:tc>
          <w:tcPr>
            <w:tcW w:type="dxa" w:w="2160"/>
          </w:tcPr>
          <w:p>
            <w:r>
              <w:t>What specific grain varieties are being developed or tested for identity preservation, and what are their intended characteristics or uses?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1069-0038</w:t>
            </w:r>
          </w:p>
        </w:tc>
        <w:tc>
          <w:tcPr>
            <w:tcW w:type="dxa" w:w="2160"/>
          </w:tcPr>
          <w:p>
            <w:r>
              <w:t>Uncertainty</w:t>
            </w:r>
          </w:p>
        </w:tc>
        <w:tc>
          <w:tcPr>
            <w:tcW w:type="dxa" w:w="2160"/>
          </w:tcPr>
          <w:p>
            <w:r>
              <w:t>Can you describe any technical uncertainties encountered during the development of new grain varieties, including any specific challenges related to growth conditions or pest resistance?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1069-0039</w:t>
            </w:r>
          </w:p>
        </w:tc>
        <w:tc>
          <w:tcPr>
            <w:tcW w:type="dxa" w:w="2160"/>
          </w:tcPr>
          <w:p>
            <w:r>
              <w:t>Alternatives</w:t>
            </w:r>
          </w:p>
        </w:tc>
        <w:tc>
          <w:tcPr>
            <w:tcW w:type="dxa" w:w="2160"/>
          </w:tcPr>
          <w:p>
            <w:r>
              <w:t>What alternative methods or techniques were considered for developing your specialty grains, and why were they ultimately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1069-0040</w:t>
            </w:r>
          </w:p>
        </w:tc>
        <w:tc>
          <w:tcPr>
            <w:tcW w:type="dxa" w:w="2160"/>
          </w:tcPr>
          <w:p>
            <w:r>
              <w:t>Experiments</w:t>
            </w:r>
          </w:p>
        </w:tc>
        <w:tc>
          <w:tcPr>
            <w:tcW w:type="dxa" w:w="2160"/>
          </w:tcPr>
          <w:p>
            <w:r>
              <w:t>Please outline any experiments conducted to test the viability of new grain varieties, including the design and methodology used.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1069-0041</w:t>
            </w:r>
          </w:p>
        </w:tc>
        <w:tc>
          <w:tcPr>
            <w:tcW w:type="dxa" w:w="2160"/>
          </w:tcPr>
          <w:p>
            <w:r>
              <w:t>Measurements</w:t>
            </w:r>
          </w:p>
        </w:tc>
        <w:tc>
          <w:tcPr>
            <w:tcW w:type="dxa" w:w="2160"/>
          </w:tcPr>
          <w:p>
            <w:r>
              <w:t>What specific metrics or KPIs do you use to measure the success of your grain development projects, and how are these metrics collected?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1069-0042</w:t>
            </w:r>
          </w:p>
        </w:tc>
        <w:tc>
          <w:tcPr>
            <w:tcW w:type="dxa" w:w="2160"/>
          </w:tcPr>
          <w:p>
            <w:r>
              <w:t>Costs</w:t>
            </w:r>
          </w:p>
        </w:tc>
        <w:tc>
          <w:tcPr>
            <w:tcW w:type="dxa" w:w="2160"/>
          </w:tcPr>
          <w:p>
            <w:r>
              <w:t>Can you provide a breakdown of the direct costs associated with the research and development of new grain varieties, including labor, materials, and overhead?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1069-0043</w:t>
            </w:r>
          </w:p>
        </w:tc>
        <w:tc>
          <w:tcPr>
            <w:tcW w:type="dxa" w:w="2160"/>
          </w:tcPr>
          <w:p>
            <w:r>
              <w:t>Evidence</w:t>
            </w:r>
          </w:p>
        </w:tc>
        <w:tc>
          <w:tcPr>
            <w:tcW w:type="dxa" w:w="2160"/>
          </w:tcPr>
          <w:p>
            <w:r>
              <w:t>What documentation do you maintain to support the R&amp;D activities related to grain development, such as lab notes, experimental data, or project reports?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1069-0044</w:t>
            </w:r>
          </w:p>
        </w:tc>
        <w:tc>
          <w:tcPr>
            <w:tcW w:type="dxa" w:w="2160"/>
          </w:tcPr>
          <w:p>
            <w:r>
              <w:t>Project Inventory</w:t>
            </w:r>
          </w:p>
        </w:tc>
        <w:tc>
          <w:tcPr>
            <w:tcW w:type="dxa" w:w="2160"/>
          </w:tcPr>
          <w:p>
            <w:r>
              <w:t>How do you track the progress of each grain development project, and what tools or systems are used for project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1069-0045</w:t>
            </w:r>
          </w:p>
        </w:tc>
        <w:tc>
          <w:tcPr>
            <w:tcW w:type="dxa" w:w="2160"/>
          </w:tcPr>
          <w:p>
            <w:r>
              <w:t>Uncertainty</w:t>
            </w:r>
          </w:p>
        </w:tc>
        <w:tc>
          <w:tcPr>
            <w:tcW w:type="dxa" w:w="2160"/>
          </w:tcPr>
          <w:p>
            <w:r>
              <w:t>What specific hypotheses were tested during the R&amp;D of your specialty grains, and what were the results of these tests?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1069-0046</w:t>
            </w:r>
          </w:p>
        </w:tc>
        <w:tc>
          <w:tcPr>
            <w:tcW w:type="dxa" w:w="2160"/>
          </w:tcPr>
          <w:p>
            <w:r>
              <w:t>Alternatives</w:t>
            </w:r>
          </w:p>
        </w:tc>
        <w:tc>
          <w:tcPr>
            <w:tcW w:type="dxa" w:w="2160"/>
          </w:tcPr>
          <w:p>
            <w:r>
              <w:t>Can you describe any alternative grain varieties that were considered during the R&amp;D process and the rationale for not selecting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1069-0047</w:t>
            </w:r>
          </w:p>
        </w:tc>
        <w:tc>
          <w:tcPr>
            <w:tcW w:type="dxa" w:w="2160"/>
          </w:tcPr>
          <w:p>
            <w:r>
              <w:t>Experiments</w:t>
            </w:r>
          </w:p>
        </w:tc>
        <w:tc>
          <w:tcPr>
            <w:tcW w:type="dxa" w:w="2160"/>
          </w:tcPr>
          <w:p>
            <w:r>
              <w:t>What experimental protocols were followed to ensure the reliability of the results in your grain research, and how were these protocols validated?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1069-0048</w:t>
            </w:r>
          </w:p>
        </w:tc>
        <w:tc>
          <w:tcPr>
            <w:tcW w:type="dxa" w:w="2160"/>
          </w:tcPr>
          <w:p>
            <w:r>
              <w:t>Measurements</w:t>
            </w:r>
          </w:p>
        </w:tc>
        <w:tc>
          <w:tcPr>
            <w:tcW w:type="dxa" w:w="2160"/>
          </w:tcPr>
          <w:p>
            <w:r>
              <w:t>What specific testing methods are employed to evaluate the performance of your specialty grains, and how do these methods contribute to your R&amp;D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1069-0049</w:t>
            </w:r>
          </w:p>
        </w:tc>
        <w:tc>
          <w:tcPr>
            <w:tcW w:type="dxa" w:w="2160"/>
          </w:tcPr>
          <w:p>
            <w:r>
              <w:t>Costs</w:t>
            </w:r>
          </w:p>
        </w:tc>
        <w:tc>
          <w:tcPr>
            <w:tcW w:type="dxa" w:w="2160"/>
          </w:tcPr>
          <w:p>
            <w:r>
              <w:t>What indirect costs are associated with your R&amp;D projects, and how do you allocate these costs to specific grain development activities?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1069-0050</w:t>
            </w:r>
          </w:p>
        </w:tc>
        <w:tc>
          <w:tcPr>
            <w:tcW w:type="dxa" w:w="2160"/>
          </w:tcPr>
          <w:p>
            <w:r>
              <w:t>Evidence</w:t>
            </w:r>
          </w:p>
        </w:tc>
        <w:tc>
          <w:tcPr>
            <w:tcW w:type="dxa" w:w="2160"/>
          </w:tcPr>
          <w:p>
            <w:r>
              <w:t>What internal reviews or audits are conducted to ensure compliance with R&amp;D tax credit requirements, and what findings have resulted from these reviews?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1069-0051</w:t>
            </w:r>
          </w:p>
        </w:tc>
        <w:tc>
          <w:tcPr>
            <w:tcW w:type="dxa" w:w="2160"/>
          </w:tcPr>
          <w:p>
            <w:r>
              <w:t>Project Inventory</w:t>
            </w:r>
          </w:p>
        </w:tc>
        <w:tc>
          <w:tcPr>
            <w:tcW w:type="dxa" w:w="2160"/>
          </w:tcPr>
          <w:p>
            <w:r>
              <w:t>How do you prioritize which grain development projects to pursue, and what criteria are used in this decision-making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1069-0052</w:t>
            </w:r>
          </w:p>
        </w:tc>
        <w:tc>
          <w:tcPr>
            <w:tcW w:type="dxa" w:w="2160"/>
          </w:tcPr>
          <w:p>
            <w:r>
              <w:t>Uncertainty</w:t>
            </w:r>
          </w:p>
        </w:tc>
        <w:tc>
          <w:tcPr>
            <w:tcW w:type="dxa" w:w="2160"/>
          </w:tcPr>
          <w:p>
            <w:r>
              <w:t>What unforeseen challenges have arisen during the R&amp;D process, and how have these impacted project timelines or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1069-0053</w:t>
            </w:r>
          </w:p>
        </w:tc>
        <w:tc>
          <w:tcPr>
            <w:tcW w:type="dxa" w:w="2160"/>
          </w:tcPr>
          <w:p>
            <w:r>
              <w:t>Alternatives</w:t>
            </w:r>
          </w:p>
        </w:tc>
        <w:tc>
          <w:tcPr>
            <w:tcW w:type="dxa" w:w="2160"/>
          </w:tcPr>
          <w:p>
            <w:r>
              <w:t>What potential improvements or modifications to your current grain varieties have been explored, and what research supports these alternatives?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1069-0054</w:t>
            </w:r>
          </w:p>
        </w:tc>
        <w:tc>
          <w:tcPr>
            <w:tcW w:type="dxa" w:w="2160"/>
          </w:tcPr>
          <w:p>
            <w:r>
              <w:t>Experiments</w:t>
            </w:r>
          </w:p>
        </w:tc>
        <w:tc>
          <w:tcPr>
            <w:tcW w:type="dxa" w:w="2160"/>
          </w:tcPr>
          <w:p>
            <w:r>
              <w:t>Describe any collaborative research efforts with universities or research institutions related to your grain development projects. What were the goals and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1069-0055</w:t>
            </w:r>
          </w:p>
        </w:tc>
        <w:tc>
          <w:tcPr>
            <w:tcW w:type="dxa" w:w="2160"/>
          </w:tcPr>
          <w:p>
            <w:r>
              <w:t>Measurements</w:t>
            </w:r>
          </w:p>
        </w:tc>
        <w:tc>
          <w:tcPr>
            <w:tcW w:type="dxa" w:w="2160"/>
          </w:tcPr>
          <w:p>
            <w:r>
              <w:t>How do you ensure the accuracy and reliability of the data collected during your R&amp;D activities for grain development?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1069-0056</w:t>
            </w:r>
          </w:p>
        </w:tc>
        <w:tc>
          <w:tcPr>
            <w:tcW w:type="dxa" w:w="2160"/>
          </w:tcPr>
          <w:p>
            <w:r>
              <w:t>Project Management</w:t>
            </w:r>
          </w:p>
        </w:tc>
        <w:tc>
          <w:tcPr>
            <w:tcW w:type="dxa" w:w="2160"/>
          </w:tcPr>
          <w:p>
            <w:r>
              <w:t>Can you describe the process for documenting the objectives and outcomes of each R&amp;D project?</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1069-0057</w:t>
            </w:r>
          </w:p>
        </w:tc>
        <w:tc>
          <w:tcPr>
            <w:tcW w:type="dxa" w:w="2160"/>
          </w:tcPr>
          <w:p>
            <w:r>
              <w:t>Technological Nature</w:t>
            </w:r>
          </w:p>
        </w:tc>
        <w:tc>
          <w:tcPr>
            <w:tcW w:type="dxa" w:w="2160"/>
          </w:tcPr>
          <w:p>
            <w:r>
              <w:t>Can you describe a specific project in the past year where you developed new grain varieties or improved existing ones through experimental methods? Please detail the technological challenges faced during this process.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1069-0058</w:t>
            </w:r>
          </w:p>
        </w:tc>
        <w:tc>
          <w:tcPr>
            <w:tcW w:type="dxa" w:w="2160"/>
          </w:tcPr>
          <w:p>
            <w:r>
              <w:t>Permitted Purpose</w:t>
            </w:r>
          </w:p>
        </w:tc>
        <w:tc>
          <w:tcPr>
            <w:tcW w:type="dxa" w:w="2160"/>
          </w:tcPr>
          <w:p>
            <w:r>
              <w:t>For the grain production projects undertaken in 2025, how did each project aim to improve product performance or quality? Please provide examples of the intended outcomes and how they align with business objectives.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1069-0059</w:t>
            </w:r>
          </w:p>
        </w:tc>
        <w:tc>
          <w:tcPr>
            <w:tcW w:type="dxa" w:w="2160"/>
          </w:tcPr>
          <w:p>
            <w:r>
              <w:t>Experimentation</w:t>
            </w:r>
          </w:p>
        </w:tc>
        <w:tc>
          <w:tcPr>
            <w:tcW w:type="dxa" w:w="2160"/>
          </w:tcPr>
          <w:p>
            <w:r>
              <w:t>What systematic processes did you implement to test the hypotheses related to grain production? Please outline the steps taken to document these experiments and their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1069-0060</w:t>
            </w:r>
          </w:p>
        </w:tc>
        <w:tc>
          <w:tcPr>
            <w:tcW w:type="dxa" w:w="2160"/>
          </w:tcPr>
          <w:p>
            <w:r>
              <w:t>Business Component</w:t>
            </w:r>
          </w:p>
        </w:tc>
        <w:tc>
          <w:tcPr>
            <w:tcW w:type="dxa" w:w="2160"/>
          </w:tcPr>
          <w:p>
            <w:r>
              <w:t>Identify the specific business components (e.g., grain varieties, production methods) that were involved in your R&amp;D activities. How do these components contribute to the overall innovation strategy of your business?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1069-0061</w:t>
            </w:r>
          </w:p>
        </w:tc>
        <w:tc>
          <w:tcPr>
            <w:tcW w:type="dxa" w:w="2160"/>
          </w:tcPr>
          <w:p>
            <w:r>
              <w:t>Section 174 Uncertainty</w:t>
            </w:r>
          </w:p>
        </w:tc>
        <w:tc>
          <w:tcPr>
            <w:tcW w:type="dxa" w:w="2160"/>
          </w:tcPr>
          <w:p>
            <w:r>
              <w:t>Can you detail any uncertainties encountered during the R&amp;D process for grain production in 2025? How did these uncertainties impact your approach to experimentation and final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1069-0062</w:t>
            </w:r>
          </w:p>
        </w:tc>
        <w:tc>
          <w:tcPr>
            <w:tcW w:type="dxa" w:w="2160"/>
          </w:tcPr>
          <w:p>
            <w:r>
              <w:t>Commercial Production</w:t>
            </w:r>
          </w:p>
        </w:tc>
        <w:tc>
          <w:tcPr>
            <w:tcW w:type="dxa" w:w="2160"/>
          </w:tcPr>
          <w:p>
            <w:r>
              <w:t>During the tax year, did your company engage in activities that were primarily aimed at producing grain for commercial sale rather than for experimentation or development?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1069-0063</w:t>
            </w:r>
          </w:p>
        </w:tc>
        <w:tc>
          <w:tcPr>
            <w:tcW w:type="dxa" w:w="2160"/>
          </w:tcPr>
          <w:p>
            <w:r>
              <w:t>Adaptation</w:t>
            </w:r>
          </w:p>
        </w:tc>
        <w:tc>
          <w:tcPr>
            <w:tcW w:type="dxa" w:w="2160"/>
          </w:tcPr>
          <w:p>
            <w:r>
              <w:t>Did you adapt existing grain production methods or processes to fit new market demands or customer specifications without significant experimentation? If so, describe these adaptations.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1069-0064</w:t>
            </w:r>
          </w:p>
        </w:tc>
        <w:tc>
          <w:tcPr>
            <w:tcW w:type="dxa" w:w="2160"/>
          </w:tcPr>
          <w:p>
            <w:r>
              <w:t>Duplication</w:t>
            </w:r>
          </w:p>
        </w:tc>
        <w:tc>
          <w:tcPr>
            <w:tcW w:type="dxa" w:w="2160"/>
          </w:tcPr>
          <w:p>
            <w:r>
              <w:t>Were any of your production processes or techniques duplicated from existing methods without modification or experimentation? Please provide details on these processes.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1069-0065</w:t>
            </w:r>
          </w:p>
        </w:tc>
        <w:tc>
          <w:tcPr>
            <w:tcW w:type="dxa" w:w="2160"/>
          </w:tcPr>
          <w:p>
            <w:r>
              <w:t>Routine Testing</w:t>
            </w:r>
          </w:p>
        </w:tc>
        <w:tc>
          <w:tcPr>
            <w:tcW w:type="dxa" w:w="2160"/>
          </w:tcPr>
          <w:p>
            <w:r>
              <w:t>Did your company conduct routine quality control testing of grain products that did not involve experimentation or the development of new processes? Describe the nature of these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1069-0066</w:t>
            </w:r>
          </w:p>
        </w:tc>
        <w:tc>
          <w:tcPr>
            <w:tcW w:type="dxa" w:w="2160"/>
          </w:tcPr>
          <w:p>
            <w:r>
              <w:t>Foreign/Funded Research</w:t>
            </w:r>
          </w:p>
        </w:tc>
        <w:tc>
          <w:tcPr>
            <w:tcW w:type="dxa" w:w="2160"/>
          </w:tcPr>
          <w:p>
            <w:r>
              <w:t>Did your company receive any funding from foreign entities for research activities? If so, please detail the nature of the funding and the activities it supported.</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1069-0067</w:t>
            </w:r>
          </w:p>
        </w:tc>
        <w:tc>
          <w:tcPr>
            <w:tcW w:type="dxa" w:w="2160"/>
          </w:tcPr>
          <w:p>
            <w:r>
              <w:t>Unsupported Estimates</w:t>
            </w:r>
          </w:p>
        </w:tc>
        <w:tc>
          <w:tcPr>
            <w:tcW w:type="dxa" w:w="2160"/>
          </w:tcPr>
          <w:p>
            <w:r>
              <w:t>Did you rely on unsupported estimates for any aspect of your research or development activities? If yes, please elaborate on the estimates and the basis for them.</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1069-0068</w:t>
            </w:r>
          </w:p>
        </w:tc>
        <w:tc>
          <w:tcPr>
            <w:tcW w:type="dxa" w:w="2160"/>
          </w:tcPr>
          <w:p>
            <w:r>
              <w:t>Commercial Production</w:t>
            </w:r>
          </w:p>
        </w:tc>
        <w:tc>
          <w:tcPr>
            <w:tcW w:type="dxa" w:w="2160"/>
          </w:tcPr>
          <w:p>
            <w:r>
              <w:t>In California, did your operations include any activities classified as commercial production that do not qualify for R&amp;D tax credits? Please specify the activities.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1069-0069</w:t>
            </w:r>
          </w:p>
        </w:tc>
        <w:tc>
          <w:tcPr>
            <w:tcW w:type="dxa" w:w="2160"/>
          </w:tcPr>
          <w:p>
            <w:r>
              <w:t>Routine Testing</w:t>
            </w:r>
          </w:p>
        </w:tc>
        <w:tc>
          <w:tcPr>
            <w:tcW w:type="dxa" w:w="2160"/>
          </w:tcPr>
          <w:p>
            <w:r>
              <w:t>Did you perform any testing that was purely for compliance purposes rather than for R&amp;D? Please describe these compliance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1069-0070</w:t>
            </w:r>
          </w:p>
        </w:tc>
        <w:tc>
          <w:tcPr>
            <w:tcW w:type="dxa" w:w="2160"/>
          </w:tcPr>
          <w:p>
            <w:r>
              <w:t>Adaptation</w:t>
            </w:r>
          </w:p>
        </w:tc>
        <w:tc>
          <w:tcPr>
            <w:tcW w:type="dxa" w:w="2160"/>
          </w:tcPr>
          <w:p>
            <w:r>
              <w:t>Were any of your adaptations to grain production processes based solely on existing industry standards without the need for experimentation? If so, please describe these adaptations.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1069-0071</w:t>
            </w:r>
          </w:p>
        </w:tc>
        <w:tc>
          <w:tcPr>
            <w:tcW w:type="dxa" w:w="2160"/>
          </w:tcPr>
          <w:p>
            <w:r>
              <w:t>Employee Roles</w:t>
            </w:r>
          </w:p>
        </w:tc>
        <w:tc>
          <w:tcPr>
            <w:tcW w:type="dxa" w:w="2160"/>
          </w:tcPr>
          <w:p>
            <w:r>
              <w:t>List the employees involved in qualified research activities related to specialty grain production, including their roles and responsibilities in the R&amp;D process.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1069-0072</w:t>
            </w:r>
          </w:p>
        </w:tc>
        <w:tc>
          <w:tcPr>
            <w:tcW w:type="dxa" w:w="2160"/>
          </w:tcPr>
          <w:p>
            <w:r>
              <w:t>Wage Allocation</w:t>
            </w:r>
          </w:p>
        </w:tc>
        <w:tc>
          <w:tcPr>
            <w:tcW w:type="dxa" w:w="2160"/>
          </w:tcPr>
          <w:p>
            <w:r>
              <w:t>What percentage of each employee's time was allocated to qualified research activities during the tax year 2025? Please provide a breakdown by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1069-0073</w:t>
            </w:r>
          </w:p>
        </w:tc>
        <w:tc>
          <w:tcPr>
            <w:tcW w:type="dxa" w:w="2160"/>
          </w:tcPr>
          <w:p>
            <w:r>
              <w:t>Compensation Structure</w:t>
            </w:r>
          </w:p>
        </w:tc>
        <w:tc>
          <w:tcPr>
            <w:tcW w:type="dxa" w:w="2160"/>
          </w:tcPr>
          <w:p>
            <w:r>
              <w:t>Describe the compensation structure for employees engaged in R&amp;D activities, including any bonuses or incentives tied to research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1069-0074</w:t>
            </w:r>
          </w:p>
        </w:tc>
        <w:tc>
          <w:tcPr>
            <w:tcW w:type="dxa" w:w="2160"/>
          </w:tcPr>
          <w:p>
            <w:r>
              <w:t>Time Tracking</w:t>
            </w:r>
          </w:p>
        </w:tc>
        <w:tc>
          <w:tcPr>
            <w:tcW w:type="dxa" w:w="2160"/>
          </w:tcPr>
          <w:p>
            <w:r>
              <w:t>How do you track the time spent by employees on qualified research activities versus non-research activities? Please provide details on the methodology used.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1069-0075</w:t>
            </w:r>
          </w:p>
        </w:tc>
        <w:tc>
          <w:tcPr>
            <w:tcW w:type="dxa" w:w="2160"/>
          </w:tcPr>
          <w:p>
            <w:r>
              <w:t>Employee Training</w:t>
            </w:r>
          </w:p>
        </w:tc>
        <w:tc>
          <w:tcPr>
            <w:tcW w:type="dxa" w:w="2160"/>
          </w:tcPr>
          <w:p>
            <w:r>
              <w:t>What specific training or skill development programs have employees undergone to enhance their capabilities in conducting R&amp;D for specialty grains?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1069-0076</w:t>
            </w:r>
          </w:p>
        </w:tc>
        <w:tc>
          <w:tcPr>
            <w:tcW w:type="dxa" w:w="2160"/>
          </w:tcPr>
          <w:p>
            <w:r>
              <w:t>Project Documentation</w:t>
            </w:r>
          </w:p>
        </w:tc>
        <w:tc>
          <w:tcPr>
            <w:tcW w:type="dxa" w:w="2160"/>
          </w:tcPr>
          <w:p>
            <w:r>
              <w:t>For each R&amp;D project conducted in 2025, identify the employees involved and the specific tasks they performed. Include any documentation that supports their involvement.</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1069-0077</w:t>
            </w:r>
          </w:p>
        </w:tc>
        <w:tc>
          <w:tcPr>
            <w:tcW w:type="dxa" w:w="2160"/>
          </w:tcPr>
          <w:p>
            <w:r>
              <w:t>Employee Classification</w:t>
            </w:r>
          </w:p>
        </w:tc>
        <w:tc>
          <w:tcPr>
            <w:tcW w:type="dxa" w:w="2160"/>
          </w:tcPr>
          <w:p>
            <w:r>
              <w:t>Are any employees classified as contractors or part-time staff engaged in R&amp;D activities? If so, please specify their roles and how their wages are allocated.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1069-0078</w:t>
            </w:r>
          </w:p>
        </w:tc>
        <w:tc>
          <w:tcPr>
            <w:tcW w:type="dxa" w:w="2160"/>
          </w:tcPr>
          <w:p>
            <w:r>
              <w:t>Collaboration</w:t>
            </w:r>
          </w:p>
        </w:tc>
        <w:tc>
          <w:tcPr>
            <w:tcW w:type="dxa" w:w="2160"/>
          </w:tcPr>
          <w:p>
            <w:r>
              <w:t>Have any employees collaborated with external entities (e.g., universities, research institutions) on R&amp;D projects? If yes, detail their roles and the nature of the collaboration.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1069-0079</w:t>
            </w:r>
          </w:p>
        </w:tc>
        <w:tc>
          <w:tcPr>
            <w:tcW w:type="dxa" w:w="2160"/>
          </w:tcPr>
          <w:p>
            <w:r>
              <w:t>Documentation Review</w:t>
            </w:r>
          </w:p>
        </w:tc>
        <w:tc>
          <w:tcPr>
            <w:tcW w:type="dxa" w:w="2160"/>
          </w:tcPr>
          <w:p>
            <w:r>
              <w:t>What documentation do you maintain to support the wages allocated to qualified research activities? Please list types of documents, such as time sheets, project reports, or payroll records.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1069-0080</w:t>
            </w:r>
          </w:p>
        </w:tc>
        <w:tc>
          <w:tcPr>
            <w:tcW w:type="dxa" w:w="2160"/>
          </w:tcPr>
          <w:p>
            <w:r>
              <w:t>Employee Involvement</w:t>
            </w:r>
          </w:p>
        </w:tc>
        <w:tc>
          <w:tcPr>
            <w:tcW w:type="dxa" w:w="2160"/>
          </w:tcPr>
          <w:p>
            <w:r>
              <w:t>How do you ensure that all employees involved in R&amp;D activities are aware of the criteria for qualifying research under IRC Section 41?</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1069-0081</w:t>
            </w:r>
          </w:p>
        </w:tc>
        <w:tc>
          <w:tcPr>
            <w:tcW w:type="dxa" w:w="2160"/>
          </w:tcPr>
          <w:p>
            <w:r>
              <w:t>Experimental Supplies Identification</w:t>
            </w:r>
          </w:p>
        </w:tc>
        <w:tc>
          <w:tcPr>
            <w:tcW w:type="dxa" w:w="2160"/>
          </w:tcPr>
          <w:p>
            <w:r>
              <w:t>Can you describe the specific types of materials or supplies you used in your experimental processes for developing new grain varieties in 2025? Please include details on how these materials differ from standard production supplies.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1069-0082</w:t>
            </w:r>
          </w:p>
        </w:tc>
        <w:tc>
          <w:tcPr>
            <w:tcW w:type="dxa" w:w="2160"/>
          </w:tcPr>
          <w:p>
            <w:r>
              <w:t>Exclusions for Routine Production</w:t>
            </w:r>
          </w:p>
        </w:tc>
        <w:tc>
          <w:tcPr>
            <w:tcW w:type="dxa" w:w="2160"/>
          </w:tcPr>
          <w:p>
            <w:r>
              <w:t>Did any of the supplies used in your R&amp;D activities for grain production also serve a dual purpose for routine production? If so, please specify which supplies and the extent of their use in both contexts.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1069-0083</w:t>
            </w:r>
          </w:p>
        </w:tc>
        <w:tc>
          <w:tcPr>
            <w:tcW w:type="dxa" w:w="2160"/>
          </w:tcPr>
          <w:p>
            <w:r>
              <w:t>Supply Cost Allocation</w:t>
            </w:r>
          </w:p>
        </w:tc>
        <w:tc>
          <w:tcPr>
            <w:tcW w:type="dxa" w:w="2160"/>
          </w:tcPr>
          <w:p>
            <w:r>
              <w:t>What percentage of the total cost of supplies used in your R&amp;D activities can be attributed to experimental efforts versus routine production? Please provide a breakdown of costs if available.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1069-0084</w:t>
            </w:r>
          </w:p>
        </w:tc>
        <w:tc>
          <w:tcPr>
            <w:tcW w:type="dxa" w:w="2160"/>
          </w:tcPr>
          <w:p>
            <w:r>
              <w:t>Documentation of Experimental Use</w:t>
            </w:r>
          </w:p>
        </w:tc>
        <w:tc>
          <w:tcPr>
            <w:tcW w:type="dxa" w:w="2160"/>
          </w:tcPr>
          <w:p>
            <w:r>
              <w:t>What documentation do you maintain to support the experimental use of supplies in your R&amp;D efforts? Please describe the types of records you keep and how they demonstrate the supplies' role in experimentation.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1069-0085</w:t>
            </w:r>
          </w:p>
        </w:tc>
        <w:tc>
          <w:tcPr>
            <w:tcW w:type="dxa" w:w="2160"/>
          </w:tcPr>
          <w:p>
            <w:r>
              <w:t>Supplier Verification</w:t>
            </w:r>
          </w:p>
        </w:tc>
        <w:tc>
          <w:tcPr>
            <w:tcW w:type="dxa" w:w="2160"/>
          </w:tcPr>
          <w:p>
            <w:r>
              <w:t>Can you provide details on how you verify that the supplies used for R&amp;D are specifically designed for experimental purposes? Include any certifications or supplier documentation that support their use in R&amp;D.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1069-0086</w:t>
            </w:r>
          </w:p>
        </w:tc>
        <w:tc>
          <w:tcPr>
            <w:tcW w:type="dxa" w:w="2160"/>
          </w:tcPr>
          <w:p>
            <w:r>
              <w:t>Contractor Services</w:t>
            </w:r>
          </w:p>
        </w:tc>
        <w:tc>
          <w:tcPr>
            <w:tcW w:type="dxa" w:w="2160"/>
          </w:tcPr>
          <w:p>
            <w:r>
              <w:t>What specific contractor services were engaged in the development or improvement of specialty or identity-preserved grain products during the tax year 2025? Please list the services and the contractors involved.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1069-0087</w:t>
            </w:r>
          </w:p>
        </w:tc>
        <w:tc>
          <w:tcPr>
            <w:tcW w:type="dxa" w:w="2160"/>
          </w:tcPr>
          <w:p>
            <w:r>
              <w:t>U.S. Location</w:t>
            </w:r>
          </w:p>
        </w:tc>
        <w:tc>
          <w:tcPr>
            <w:tcW w:type="dxa" w:w="2160"/>
          </w:tcPr>
          <w:p>
            <w:r>
              <w:t>Were all contractors providing services for R&amp;D activities located within the United States? If not, please specify the locations and the nature of the work performed.</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1069-0088</w:t>
            </w:r>
          </w:p>
        </w:tc>
        <w:tc>
          <w:tcPr>
            <w:tcW w:type="dxa" w:w="2160"/>
          </w:tcPr>
          <w:p>
            <w:r>
              <w:t>Rights</w:t>
            </w:r>
          </w:p>
        </w:tc>
        <w:tc>
          <w:tcPr>
            <w:tcW w:type="dxa" w:w="2160"/>
          </w:tcPr>
          <w:p>
            <w:r>
              <w:t>What rights did your company retain over the results of the contractor services related to R&amp;D activities? Please describe any agreements or contracts that specify these rights.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1069-0089</w:t>
            </w:r>
          </w:p>
        </w:tc>
        <w:tc>
          <w:tcPr>
            <w:tcW w:type="dxa" w:w="2160"/>
          </w:tcPr>
          <w:p>
            <w:r>
              <w:t>Economic Risk</w:t>
            </w:r>
          </w:p>
        </w:tc>
        <w:tc>
          <w:tcPr>
            <w:tcW w:type="dxa" w:w="2160"/>
          </w:tcPr>
          <w:p>
            <w:r>
              <w:t>What economic risks did your company assume when contracting for R&amp;D services? Please provide examples of financial commitments or potential losses associated with these projects.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1069-0090</w:t>
            </w:r>
          </w:p>
        </w:tc>
        <w:tc>
          <w:tcPr>
            <w:tcW w:type="dxa" w:w="2160"/>
          </w:tcPr>
          <w:p>
            <w:r>
              <w:t>Eligible Amount</w:t>
            </w:r>
          </w:p>
        </w:tc>
        <w:tc>
          <w:tcPr>
            <w:tcW w:type="dxa" w:w="2160"/>
          </w:tcPr>
          <w:p>
            <w:r>
              <w:t>What was the total amount paid to contractors for R&amp;D services in 2025? Please provide a breakdown of these costs by contractor and service type.</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1069-0091</w:t>
            </w:r>
          </w:p>
        </w:tc>
        <w:tc>
          <w:tcPr>
            <w:tcW w:type="dxa" w:w="2160"/>
          </w:tcPr>
          <w:p>
            <w:r>
              <w:t>Contractor Services</w:t>
            </w:r>
          </w:p>
        </w:tc>
        <w:tc>
          <w:tcPr>
            <w:tcW w:type="dxa" w:w="2160"/>
          </w:tcPr>
          <w:p>
            <w:r>
              <w:t>Did any contractors provide services that were primarily routine or compliance-related rather than experimental? If so, please specify which services and the rationale for their classification.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1069-0092</w:t>
            </w:r>
          </w:p>
        </w:tc>
        <w:tc>
          <w:tcPr>
            <w:tcW w:type="dxa" w:w="2160"/>
          </w:tcPr>
          <w:p>
            <w:r>
              <w:t>Rights</w:t>
            </w:r>
          </w:p>
        </w:tc>
        <w:tc>
          <w:tcPr>
            <w:tcW w:type="dxa" w:w="2160"/>
          </w:tcPr>
          <w:p>
            <w:r>
              <w:t>Were there any instances where the results of contractor services were shared with third parties? If yes, please describe the nature of these arrangements and any impact on your rights to the R&amp;D results.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1069-0093</w:t>
            </w:r>
          </w:p>
        </w:tc>
        <w:tc>
          <w:tcPr>
            <w:tcW w:type="dxa" w:w="2160"/>
          </w:tcPr>
          <w:p>
            <w:r>
              <w:t>Cloud Services Utilization</w:t>
            </w:r>
          </w:p>
        </w:tc>
        <w:tc>
          <w:tcPr>
            <w:tcW w:type="dxa" w:w="2160"/>
          </w:tcPr>
          <w:p>
            <w:r>
              <w:t>During the tax year 2025, did your company engage third-party cloud services to develop or enhance software specifically for tracking the genetic identity and preservation of your grain products? If yes, please provide details about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1069-0094</w:t>
            </w:r>
          </w:p>
        </w:tc>
        <w:tc>
          <w:tcPr>
            <w:tcW w:type="dxa" w:w="2160"/>
          </w:tcPr>
          <w:p>
            <w:r>
              <w:t>Data Processing and Analysis</w:t>
            </w:r>
          </w:p>
        </w:tc>
        <w:tc>
          <w:tcPr>
            <w:tcW w:type="dxa" w:w="2160"/>
          </w:tcPr>
          <w:p>
            <w:r>
              <w:t>What percentage of your total cloud computing expenses in 2025 was allocated to software development activities related to the analysis of grain yield data and genetic traits? Please include any relevant details about the software or tools used.</w:t>
              <w:br/>
              <w:t>Answer type: Percentage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1069-0095</w:t>
            </w:r>
          </w:p>
        </w:tc>
        <w:tc>
          <w:tcPr>
            <w:tcW w:type="dxa" w:w="2160"/>
          </w:tcPr>
          <w:p>
            <w:r>
              <w:t>Project Documentation</w:t>
            </w:r>
          </w:p>
        </w:tc>
        <w:tc>
          <w:tcPr>
            <w:tcW w:type="dxa" w:w="2160"/>
          </w:tcPr>
          <w:p>
            <w:r>
              <w:t>Can you provide detailed documentation of any experimental processes used in developing new grain varieties, including objectives, methodologies,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1069-0096</w:t>
            </w:r>
          </w:p>
        </w:tc>
        <w:tc>
          <w:tcPr>
            <w:tcW w:type="dxa" w:w="2160"/>
          </w:tcPr>
          <w:p>
            <w:r>
              <w:t>Cost Allocation</w:t>
            </w:r>
          </w:p>
        </w:tc>
        <w:tc>
          <w:tcPr>
            <w:tcW w:type="dxa" w:w="2160"/>
          </w:tcPr>
          <w:p>
            <w:r>
              <w:t>What specific costs have you allocated to R&amp;D activities related to specialty grain production, including labor, materials, and overhead?</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1069-0097</w:t>
            </w:r>
          </w:p>
        </w:tc>
        <w:tc>
          <w:tcPr>
            <w:tcW w:type="dxa" w:w="2160"/>
          </w:tcPr>
          <w:p>
            <w:r>
              <w:t>Project Timeline</w:t>
            </w:r>
          </w:p>
        </w:tc>
        <w:tc>
          <w:tcPr>
            <w:tcW w:type="dxa" w:w="2160"/>
          </w:tcPr>
          <w:p>
            <w:r>
              <w:t>What is the timeline for each R&amp;D project undertaken in 2025, including start and end dates, and key milestones?</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1069-0098</w:t>
            </w:r>
          </w:p>
        </w:tc>
        <w:tc>
          <w:tcPr>
            <w:tcW w:type="dxa" w:w="2160"/>
          </w:tcPr>
          <w:p>
            <w:r>
              <w:t>Technical Uncertainty</w:t>
            </w:r>
          </w:p>
        </w:tc>
        <w:tc>
          <w:tcPr>
            <w:tcW w:type="dxa" w:w="2160"/>
          </w:tcPr>
          <w:p>
            <w:r>
              <w:t>Can you describe the technical uncertainties faced during the R&amp;D of new grain varieties and how they were addressed?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1069-0099</w:t>
            </w:r>
          </w:p>
        </w:tc>
        <w:tc>
          <w:tcPr>
            <w:tcW w:type="dxa" w:w="2160"/>
          </w:tcPr>
          <w:p>
            <w:r>
              <w:t>Regulatory Compliance</w:t>
            </w:r>
          </w:p>
        </w:tc>
        <w:tc>
          <w:tcPr>
            <w:tcW w:type="dxa" w:w="2160"/>
          </w:tcPr>
          <w:p>
            <w:r>
              <w:t>What regulatory approvals or certifications have you sought for new grain varieties developed through R&amp;D efforts?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1069-0100</w:t>
            </w:r>
          </w:p>
        </w:tc>
        <w:tc>
          <w:tcPr>
            <w:tcW w:type="dxa" w:w="2160"/>
          </w:tcPr>
          <w:p>
            <w:r>
              <w:t>Collaboration Records</w:t>
            </w:r>
          </w:p>
        </w:tc>
        <w:tc>
          <w:tcPr>
            <w:tcW w:type="dxa" w:w="2160"/>
          </w:tcPr>
          <w:p>
            <w:r>
              <w:t>Have you collaborated with any third parties (universities, research institutions) on R&amp;D projects, and can you provide documentation of these collaborations?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1069-0101</w:t>
            </w:r>
          </w:p>
        </w:tc>
        <w:tc>
          <w:tcPr>
            <w:tcW w:type="dxa" w:w="2160"/>
          </w:tcPr>
          <w:p>
            <w:r>
              <w:t>Employee Involvement</w:t>
            </w:r>
          </w:p>
        </w:tc>
        <w:tc>
          <w:tcPr>
            <w:tcW w:type="dxa" w:w="2160"/>
          </w:tcPr>
          <w:p>
            <w:r>
              <w:t>Which employees were directly involved in R&amp;D activities, and what were their specific roles and contributions?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1069-0102</w:t>
            </w:r>
          </w:p>
        </w:tc>
        <w:tc>
          <w:tcPr>
            <w:tcW w:type="dxa" w:w="2160"/>
          </w:tcPr>
          <w:p>
            <w:r>
              <w:t>Experimental Outcomes</w:t>
            </w:r>
          </w:p>
        </w:tc>
        <w:tc>
          <w:tcPr>
            <w:tcW w:type="dxa" w:w="2160"/>
          </w:tcPr>
          <w:p>
            <w:r>
              <w:t>What were the outcomes of your R&amp;D projects in 2025, including any successful new grain varieties developed?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1069-0103</w:t>
            </w:r>
          </w:p>
        </w:tc>
        <w:tc>
          <w:tcPr>
            <w:tcW w:type="dxa" w:w="2160"/>
          </w:tcPr>
          <w:p>
            <w:r>
              <w:t>Cost Tracking</w:t>
            </w:r>
          </w:p>
        </w:tc>
        <w:tc>
          <w:tcPr>
            <w:tcW w:type="dxa" w:w="2160"/>
          </w:tcPr>
          <w:p>
            <w:r>
              <w:t>How do you track and document costs associated with R&amp;D activities to ensure they are accurately reported?</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1069-0104</w:t>
            </w:r>
          </w:p>
        </w:tc>
        <w:tc>
          <w:tcPr>
            <w:tcW w:type="dxa" w:w="2160"/>
          </w:tcPr>
          <w:p>
            <w:r>
              <w:t>Documentation Retention</w:t>
            </w:r>
          </w:p>
        </w:tc>
        <w:tc>
          <w:tcPr>
            <w:tcW w:type="dxa" w:w="2160"/>
          </w:tcPr>
          <w:p>
            <w:r>
              <w:t>What systems do you have in place for retaining documentation related to R&amp;D projects, including project records and cost data?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1069-0105</w:t>
            </w:r>
          </w:p>
        </w:tc>
        <w:tc>
          <w:tcPr>
            <w:tcW w:type="dxa" w:w="2160"/>
          </w:tcPr>
          <w:p>
            <w:r>
              <w:t>Qualified Research Activities</w:t>
            </w:r>
          </w:p>
        </w:tc>
        <w:tc>
          <w:tcPr>
            <w:tcW w:type="dxa" w:w="2160"/>
          </w:tcPr>
          <w:p>
            <w:r>
              <w:t>Describe the specific projects undertaken in 2025 that involved developing new grain varieties or improving existing ones. What experimental processes were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1069-0106</w:t>
            </w:r>
          </w:p>
        </w:tc>
        <w:tc>
          <w:tcPr>
            <w:tcW w:type="dxa" w:w="2160"/>
          </w:tcPr>
          <w:p>
            <w:r>
              <w:t>Qualified Research Activities</w:t>
            </w:r>
          </w:p>
        </w:tc>
        <w:tc>
          <w:tcPr>
            <w:tcW w:type="dxa" w:w="2160"/>
          </w:tcPr>
          <w:p>
            <w:r>
              <w:t>What percentage of your total production activities in 2025 was dedicated to research and development of specialty grains?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1069-0107</w:t>
            </w:r>
          </w:p>
        </w:tc>
        <w:tc>
          <w:tcPr>
            <w:tcW w:type="dxa" w:w="2160"/>
          </w:tcPr>
          <w:p>
            <w:r>
              <w:t>Qualified Research Expenses</w:t>
            </w:r>
          </w:p>
        </w:tc>
        <w:tc>
          <w:tcPr>
            <w:tcW w:type="dxa" w:w="2160"/>
          </w:tcPr>
          <w:p>
            <w:r>
              <w:t>List all direct labor costs associated with R&amp;D activities for 2025. Include employee roles and hours worked on R&amp;D projects.</w:t>
              <w:br/>
              <w:t>Answer type: Repeating table</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1069-0108</w:t>
            </w:r>
          </w:p>
        </w:tc>
        <w:tc>
          <w:tcPr>
            <w:tcW w:type="dxa" w:w="2160"/>
          </w:tcPr>
          <w:p>
            <w:r>
              <w:t>Qualified Research Expenses</w:t>
            </w:r>
          </w:p>
        </w:tc>
        <w:tc>
          <w:tcPr>
            <w:tcW w:type="dxa" w:w="2160"/>
          </w:tcPr>
          <w:p>
            <w:r>
              <w:t>Identify any contract research expenses incurred in 2025. What was the nature of the research performed by these contractors?</w:t>
              <w:br/>
              <w:t>Answer type: Long text + evidence</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1069-0109</w:t>
            </w:r>
          </w:p>
        </w:tc>
        <w:tc>
          <w:tcPr>
            <w:tcW w:type="dxa" w:w="2160"/>
          </w:tcPr>
          <w:p>
            <w:r>
              <w:t>Qualified Research Expenses</w:t>
            </w:r>
          </w:p>
        </w:tc>
        <w:tc>
          <w:tcPr>
            <w:tcW w:type="dxa" w:w="2160"/>
          </w:tcPr>
          <w:p>
            <w:r>
              <w:t>What materials and supplies were consumed in R&amp;D activities in 2025? Provide a detailed breakdown of costs for each item.</w:t>
              <w:br/>
              <w:t>Answer type: Repeating table</w:t>
              <w:br/>
              <w:t>Trigger: Always</w:t>
              <w:br/>
              <w:t>Required: No</w:t>
              <w:br/>
              <w:t>Risk: Medium</w:t>
            </w:r>
          </w:p>
        </w:tc>
        <w:tc>
          <w:tcPr>
            <w:tcW w:type="dxa" w:w="2160"/>
          </w:tcPr>
          <w:p>
            <w:r>
              <w:t>Primary authority: IRC Section 41(b)(1)</w:t>
              <w:br/>
              <w:t>Response: ___________________________</w:t>
              <w:br/>
              <w:t>Evidence: ___________________________</w:t>
              <w:br/>
              <w:t>Reviewer conclusion: ___________________________</w:t>
            </w:r>
          </w:p>
        </w:tc>
      </w:tr>
      <w:tr>
        <w:tc>
          <w:tcPr>
            <w:tcW w:type="dxa" w:w="2160"/>
          </w:tcPr>
          <w:p>
            <w:r>
              <w:t>1069-0110</w:t>
            </w:r>
          </w:p>
        </w:tc>
        <w:tc>
          <w:tcPr>
            <w:tcW w:type="dxa" w:w="2160"/>
          </w:tcPr>
          <w:p>
            <w:r>
              <w:t>Credit Calculation</w:t>
            </w:r>
          </w:p>
        </w:tc>
        <w:tc>
          <w:tcPr>
            <w:tcW w:type="dxa" w:w="2160"/>
          </w:tcPr>
          <w:p>
            <w:r>
              <w:t>What is the total amount of federal R&amp;D tax credits claimed for the year 2025? Provide calculations and supporting documentation.</w:t>
              <w:br/>
              <w:t>Answer type: Currency</w:t>
              <w:br/>
              <w:t>Trigger: Always</w:t>
              <w:br/>
              <w:t>Required: No</w:t>
              <w:br/>
              <w:t>Risk: High</w:t>
            </w:r>
          </w:p>
        </w:tc>
        <w:tc>
          <w:tcPr>
            <w:tcW w:type="dxa" w:w="2160"/>
          </w:tcPr>
          <w:p>
            <w:r>
              <w:t>Primary authority: Form 6765 Part III</w:t>
              <w:br/>
              <w:t>Response: ___________________________</w:t>
              <w:br/>
              <w:t>Evidence: ___________________________</w:t>
              <w:br/>
              <w:t>Reviewer conclusion: ___________________________</w:t>
            </w:r>
          </w:p>
        </w:tc>
      </w:tr>
      <w:tr>
        <w:tc>
          <w:tcPr>
            <w:tcW w:type="dxa" w:w="2160"/>
          </w:tcPr>
          <w:p>
            <w:r>
              <w:t>1069-0111</w:t>
            </w:r>
          </w:p>
        </w:tc>
        <w:tc>
          <w:tcPr>
            <w:tcW w:type="dxa" w:w="2160"/>
          </w:tcPr>
          <w:p>
            <w:r>
              <w:t>Credit Calculation</w:t>
            </w:r>
          </w:p>
        </w:tc>
        <w:tc>
          <w:tcPr>
            <w:tcW w:type="dxa" w:w="2160"/>
          </w:tcPr>
          <w:p>
            <w:r>
              <w:t>How did you calculate the base amount for the R&amp;D tax credit in 2025? What methodology was used?</w:t>
              <w:br/>
              <w:t>Answer type: Long text + evidence</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1069-0112</w:t>
            </w:r>
          </w:p>
        </w:tc>
        <w:tc>
          <w:tcPr>
            <w:tcW w:type="dxa" w:w="2160"/>
          </w:tcPr>
          <w:p>
            <w:r>
              <w:t>Documentation and Evidence</w:t>
            </w:r>
          </w:p>
        </w:tc>
        <w:tc>
          <w:tcPr>
            <w:tcW w:type="dxa" w:w="2160"/>
          </w:tcPr>
          <w:p>
            <w:r>
              <w:t>What documentation do you maintain to support your R&amp;D claims for 2025? Include types of records and their relevance.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1069-0113</w:t>
            </w:r>
          </w:p>
        </w:tc>
        <w:tc>
          <w:tcPr>
            <w:tcW w:type="dxa" w:w="2160"/>
          </w:tcPr>
          <w:p>
            <w:r>
              <w:t>Documentation and Evidence</w:t>
            </w:r>
          </w:p>
        </w:tc>
        <w:tc>
          <w:tcPr>
            <w:tcW w:type="dxa" w:w="2160"/>
          </w:tcPr>
          <w:p>
            <w:r>
              <w:t>Have you conducted any internal audits or reviews of your R&amp;D activities in 2025? If so, summarize the findings and any adjustments made.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1069-0114</w:t>
            </w:r>
          </w:p>
        </w:tc>
        <w:tc>
          <w:tcPr>
            <w:tcW w:type="dxa" w:w="2160"/>
          </w:tcPr>
          <w:p>
            <w:r>
              <w:t>Qualified Research Activities</w:t>
            </w:r>
          </w:p>
        </w:tc>
        <w:tc>
          <w:tcPr>
            <w:tcW w:type="dxa" w:w="2160"/>
          </w:tcPr>
          <w:p>
            <w:r>
              <w:t>Describe any challenges or uncertainties faced during the R&amp;D projects in 2025. How did these impact your research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1069-0115</w:t>
            </w:r>
          </w:p>
        </w:tc>
        <w:tc>
          <w:tcPr>
            <w:tcW w:type="dxa" w:w="2160"/>
          </w:tcPr>
          <w:p>
            <w:r>
              <w:t>Qualified Research Activities</w:t>
            </w:r>
          </w:p>
        </w:tc>
        <w:tc>
          <w:tcPr>
            <w:tcW w:type="dxa" w:w="2160"/>
          </w:tcPr>
          <w:p>
            <w:r>
              <w:t>What innovations or advancements in grain production were achieved as a result of your R&amp;D efforts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1069-0116</w:t>
            </w:r>
          </w:p>
        </w:tc>
        <w:tc>
          <w:tcPr>
            <w:tcW w:type="dxa" w:w="2160"/>
          </w:tcPr>
          <w:p>
            <w:r>
              <w:t>Qualified Research Activities</w:t>
            </w:r>
          </w:p>
        </w:tc>
        <w:tc>
          <w:tcPr>
            <w:tcW w:type="dxa" w:w="2160"/>
          </w:tcPr>
          <w:p>
            <w:r>
              <w:t>Can you describe any experimental processes you implemented in 2025 to develop new grain varieties or improve existing ones? Please include details about the objectives and methodologies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1069-0117</w:t>
            </w:r>
          </w:p>
        </w:tc>
        <w:tc>
          <w:tcPr>
            <w:tcW w:type="dxa" w:w="2160"/>
          </w:tcPr>
          <w:p>
            <w:r>
              <w:t>Qualified Research Expenses</w:t>
            </w:r>
          </w:p>
        </w:tc>
        <w:tc>
          <w:tcPr>
            <w:tcW w:type="dxa" w:w="2160"/>
          </w:tcPr>
          <w:p>
            <w:r>
              <w:t>What specific costs did you incur in 2025 related to the development of new grain varieties, including labor, materials, and contract research? Please provide itemized amounts.</w:t>
              <w:br/>
              <w:t>Answer type: Calculation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1069-0118</w:t>
            </w:r>
          </w:p>
        </w:tc>
        <w:tc>
          <w:tcPr>
            <w:tcW w:type="dxa" w:w="2160"/>
          </w:tcPr>
          <w:p>
            <w:r>
              <w:t>California-specific QRE</w:t>
            </w:r>
          </w:p>
        </w:tc>
        <w:tc>
          <w:tcPr>
            <w:tcW w:type="dxa" w:w="2160"/>
          </w:tcPr>
          <w:p>
            <w:r>
              <w:t>Did you incur any expenses for California-based facilities or equipment specifically used for research activities in 2025? If yes, please specify the type of expenses and amounts.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1069-0119</w:t>
            </w:r>
          </w:p>
        </w:tc>
        <w:tc>
          <w:tcPr>
            <w:tcW w:type="dxa" w:w="2160"/>
          </w:tcPr>
          <w:p>
            <w:r>
              <w:t>Documentation</w:t>
            </w:r>
          </w:p>
        </w:tc>
        <w:tc>
          <w:tcPr>
            <w:tcW w:type="dxa" w:w="2160"/>
          </w:tcPr>
          <w:p>
            <w:r>
              <w:t>What documentation do you have to support your claims for research activities in 2025? Please list the types of documents maintained (e.g., lab notebooks, project reports).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1069-0120</w:t>
            </w:r>
          </w:p>
        </w:tc>
        <w:tc>
          <w:tcPr>
            <w:tcW w:type="dxa" w:w="2160"/>
          </w:tcPr>
          <w:p>
            <w:r>
              <w:t>Technical Uncertainty</w:t>
            </w:r>
          </w:p>
        </w:tc>
        <w:tc>
          <w:tcPr>
            <w:tcW w:type="dxa" w:w="2160"/>
          </w:tcPr>
          <w:p>
            <w:r>
              <w:t>Can you provide examples of specific technical challenges you faced in your research activities in 2025 and how you addressed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1069-0121</w:t>
            </w:r>
          </w:p>
        </w:tc>
        <w:tc>
          <w:tcPr>
            <w:tcW w:type="dxa" w:w="2160"/>
          </w:tcPr>
          <w:p>
            <w:r>
              <w:t>Employee Involvement</w:t>
            </w:r>
          </w:p>
        </w:tc>
        <w:tc>
          <w:tcPr>
            <w:tcW w:type="dxa" w:w="2160"/>
          </w:tcPr>
          <w:p>
            <w:r>
              <w:t>Which employees were directly involved in the research activities for grain development in 2025? Please specify their roles and time spent on these activities.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1069-0122</w:t>
            </w:r>
          </w:p>
        </w:tc>
        <w:tc>
          <w:tcPr>
            <w:tcW w:type="dxa" w:w="2160"/>
          </w:tcPr>
          <w:p>
            <w:r>
              <w:t>Contract Research</w:t>
            </w:r>
          </w:p>
        </w:tc>
        <w:tc>
          <w:tcPr>
            <w:tcW w:type="dxa" w:w="2160"/>
          </w:tcPr>
          <w:p>
            <w:r>
              <w:t>Did you engage any third-party contractors for research activities in 2025? If so, please provide the names and nature of the research conducted.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1069-0123</w:t>
            </w:r>
          </w:p>
        </w:tc>
        <w:tc>
          <w:tcPr>
            <w:tcW w:type="dxa" w:w="2160"/>
          </w:tcPr>
          <w:p>
            <w:r>
              <w:t>Prototype Testing</w:t>
            </w:r>
          </w:p>
        </w:tc>
        <w:tc>
          <w:tcPr>
            <w:tcW w:type="dxa" w:w="2160"/>
          </w:tcPr>
          <w:p>
            <w:r>
              <w:t>What prototypes or experimental grain products did you test in 2025, and what were the results of those tests?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1069-0124</w:t>
            </w:r>
          </w:p>
        </w:tc>
        <w:tc>
          <w:tcPr>
            <w:tcW w:type="dxa" w:w="2160"/>
          </w:tcPr>
          <w:p>
            <w:r>
              <w:t>Regulatory Compliance</w:t>
            </w:r>
          </w:p>
        </w:tc>
        <w:tc>
          <w:tcPr>
            <w:tcW w:type="dxa" w:w="2160"/>
          </w:tcPr>
          <w:p>
            <w:r>
              <w:t>Were any of your research activities in 2025 aimed at meeting California state agricultural regulations? If yes, please describe these activities.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1069-0125</w:t>
            </w:r>
          </w:p>
        </w:tc>
        <w:tc>
          <w:tcPr>
            <w:tcW w:type="dxa" w:w="2160"/>
          </w:tcPr>
          <w:p>
            <w:r>
              <w:t>Tax Credit Calculation</w:t>
            </w:r>
          </w:p>
        </w:tc>
        <w:tc>
          <w:tcPr>
            <w:tcW w:type="dxa" w:w="2160"/>
          </w:tcPr>
          <w:p>
            <w:r>
              <w:t>How do you calculate the amount of your R&amp;D tax credit for 2025? Please provide the formula and any relevant figures used in the calculation.</w:t>
              <w:br/>
              <w:t>Answer type: Calculation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1069-0126</w:t>
            </w:r>
          </w:p>
        </w:tc>
        <w:tc>
          <w:tcPr>
            <w:tcW w:type="dxa" w:w="2160"/>
          </w:tcPr>
          <w:p>
            <w:r>
              <w:t>Future Research Plans</w:t>
            </w:r>
          </w:p>
        </w:tc>
        <w:tc>
          <w:tcPr>
            <w:tcW w:type="dxa" w:w="2160"/>
          </w:tcPr>
          <w:p>
            <w:r>
              <w:t>What future research projects do you plan to undertake beyond 2025 that relate to the development of specialty grains? Please outline any preliminary objectives.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1069-0127</w:t>
            </w:r>
          </w:p>
        </w:tc>
        <w:tc>
          <w:tcPr>
            <w:tcW w:type="dxa" w:w="2160"/>
          </w:tcPr>
          <w:p>
            <w:r>
              <w:t>Final Conclusions</w:t>
            </w:r>
          </w:p>
        </w:tc>
        <w:tc>
          <w:tcPr>
            <w:tcW w:type="dxa" w:w="2160"/>
          </w:tcPr>
          <w:p>
            <w:r>
              <w:t>What specific advancements or innovations in grain production did your company achieve during the tax year 2025 that qualify as R&amp;D under IRC Section 41?</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1069-0128</w:t>
            </w:r>
          </w:p>
        </w:tc>
        <w:tc>
          <w:tcPr>
            <w:tcW w:type="dxa" w:w="2160"/>
          </w:tcPr>
          <w:p>
            <w:r>
              <w:t>Open Issues</w:t>
            </w:r>
          </w:p>
        </w:tc>
        <w:tc>
          <w:tcPr>
            <w:tcW w:type="dxa" w:w="2160"/>
          </w:tcPr>
          <w:p>
            <w:r>
              <w:t>Were there any projects initiated in 2025 that were not completed by year-end? If so, please describe these projects and their current status.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1069-0129</w:t>
            </w:r>
          </w:p>
        </w:tc>
        <w:tc>
          <w:tcPr>
            <w:tcW w:type="dxa" w:w="2160"/>
          </w:tcPr>
          <w:p>
            <w:r>
              <w:t>Certification</w:t>
            </w:r>
          </w:p>
        </w:tc>
        <w:tc>
          <w:tcPr>
            <w:tcW w:type="dxa" w:w="2160"/>
          </w:tcPr>
          <w:p>
            <w:r>
              <w:t>Can you confirm that all claimed R&amp;D expenses for 2025 are supported by adequate documentation, including labor, materials, and overhead?</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1069-0130</w:t>
            </w:r>
          </w:p>
        </w:tc>
        <w:tc>
          <w:tcPr>
            <w:tcW w:type="dxa" w:w="2160"/>
          </w:tcPr>
          <w:p>
            <w:r>
              <w:t>Review</w:t>
            </w:r>
          </w:p>
        </w:tc>
        <w:tc>
          <w:tcPr>
            <w:tcW w:type="dxa" w:w="2160"/>
          </w:tcPr>
          <w:p>
            <w:r>
              <w:t>What internal controls do you have in place to ensure that only qualified R&amp;D activities are captured for future tax years?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1069-0131</w:t>
            </w:r>
          </w:p>
        </w:tc>
        <w:tc>
          <w:tcPr>
            <w:tcW w:type="dxa" w:w="2160"/>
          </w:tcPr>
          <w:p>
            <w:r>
              <w:t>Next-Year Controls</w:t>
            </w:r>
          </w:p>
        </w:tc>
        <w:tc>
          <w:tcPr>
            <w:tcW w:type="dxa" w:w="2160"/>
          </w:tcPr>
          <w:p>
            <w:r>
              <w:t>What changes, if any, do you plan to implement in 2026 to improve the identification and documentation of R&amp;D activities?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1069-0132</w:t>
            </w:r>
          </w:p>
        </w:tc>
        <w:tc>
          <w:tcPr>
            <w:tcW w:type="dxa" w:w="2160"/>
          </w:tcPr>
          <w:p>
            <w:r>
              <w:t>Final Conclusions</w:t>
            </w:r>
          </w:p>
        </w:tc>
        <w:tc>
          <w:tcPr>
            <w:tcW w:type="dxa" w:w="2160"/>
          </w:tcPr>
          <w:p>
            <w:r>
              <w:t>How did the outcomes of your R&amp;D projects in 2025 impact your grain production processes or product offerings?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1069-0133</w:t>
            </w:r>
          </w:p>
        </w:tc>
        <w:tc>
          <w:tcPr>
            <w:tcW w:type="dxa" w:w="2160"/>
          </w:tcPr>
          <w:p>
            <w:r>
              <w:t>Open Issues</w:t>
            </w:r>
          </w:p>
        </w:tc>
        <w:tc>
          <w:tcPr>
            <w:tcW w:type="dxa" w:w="2160"/>
          </w:tcPr>
          <w:p>
            <w:r>
              <w:t>Were there any disputes or uncertainties regarding the classification of expenses as R&amp;D for the tax year 2025? Please provide details.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1069-0134</w:t>
            </w:r>
          </w:p>
        </w:tc>
        <w:tc>
          <w:tcPr>
            <w:tcW w:type="dxa" w:w="2160"/>
          </w:tcPr>
          <w:p>
            <w:r>
              <w:t>Certification</w:t>
            </w:r>
          </w:p>
        </w:tc>
        <w:tc>
          <w:tcPr>
            <w:tcW w:type="dxa" w:w="2160"/>
          </w:tcPr>
          <w:p>
            <w:r>
              <w:t>Have you consulted with a tax advisor or legal expert regarding your R&amp;D claims for 2025, and what was their feedback?</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1069-0135</w:t>
            </w:r>
          </w:p>
        </w:tc>
        <w:tc>
          <w:tcPr>
            <w:tcW w:type="dxa" w:w="2160"/>
          </w:tcPr>
          <w:p>
            <w:r>
              <w:t>Review</w:t>
            </w:r>
          </w:p>
        </w:tc>
        <w:tc>
          <w:tcPr>
            <w:tcW w:type="dxa" w:w="2160"/>
          </w:tcPr>
          <w:p>
            <w:r>
              <w:t>What metrics or KPIs do you use to evaluate the success of your R&amp;D initiatives in the grain production sector?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1069-0136</w:t>
            </w:r>
          </w:p>
        </w:tc>
        <w:tc>
          <w:tcPr>
            <w:tcW w:type="dxa" w:w="2160"/>
          </w:tcPr>
          <w:p>
            <w:r>
              <w:t>Next-Year Controls</w:t>
            </w:r>
          </w:p>
        </w:tc>
        <w:tc>
          <w:tcPr>
            <w:tcW w:type="dxa" w:w="2160"/>
          </w:tcPr>
          <w:p>
            <w:r>
              <w:t>What training or resources are being planned for 2026 to enhance staff understanding of R&amp;D tax credit eligibility and documentation requirements?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RECEIVING-INPUTS-GRAIN-QUALITY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1069-0137</w:t>
            </w:r>
          </w:p>
        </w:tc>
        <w:tc>
          <w:tcPr>
            <w:tcW w:type="dxa" w:w="2160"/>
          </w:tcPr>
          <w:p>
            <w:r>
              <w:t>Grain Grading</w:t>
            </w:r>
          </w:p>
        </w:tc>
        <w:tc>
          <w:tcPr>
            <w:tcW w:type="dxa" w:w="2160"/>
          </w:tcPr>
          <w:p>
            <w:r>
              <w:t>What specific grading standards do you apply to incoming grain, and how do these standards align with industry benchmarks?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1069-0138</w:t>
            </w:r>
          </w:p>
        </w:tc>
        <w:tc>
          <w:tcPr>
            <w:tcW w:type="dxa" w:w="2160"/>
          </w:tcPr>
          <w:p>
            <w:r>
              <w:t>Moisture Content</w:t>
            </w:r>
          </w:p>
        </w:tc>
        <w:tc>
          <w:tcPr>
            <w:tcW w:type="dxa" w:w="2160"/>
          </w:tcPr>
          <w:p>
            <w:r>
              <w:t>What methods do you use to measure the moisture content of incoming grain, and how frequently are these measurements taken?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1069-0139</w:t>
            </w:r>
          </w:p>
        </w:tc>
        <w:tc>
          <w:tcPr>
            <w:tcW w:type="dxa" w:w="2160"/>
          </w:tcPr>
          <w:p>
            <w:r>
              <w:t>Foreign Material</w:t>
            </w:r>
          </w:p>
        </w:tc>
        <w:tc>
          <w:tcPr>
            <w:tcW w:type="dxa" w:w="2160"/>
          </w:tcPr>
          <w:p>
            <w:r>
              <w:t>How do you assess and quantify foreign material present in incoming grain batches? Please describe the procedures and any equipment used.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1069-0140</w:t>
            </w:r>
          </w:p>
        </w:tc>
        <w:tc>
          <w:tcPr>
            <w:tcW w:type="dxa" w:w="2160"/>
          </w:tcPr>
          <w:p>
            <w:r>
              <w:t>Identity Preservation</w:t>
            </w:r>
          </w:p>
        </w:tc>
        <w:tc>
          <w:tcPr>
            <w:tcW w:type="dxa" w:w="2160"/>
          </w:tcPr>
          <w:p>
            <w:r>
              <w:t>What processes are in place to ensure identity preservation of specialty grains during receiving and handling?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1069-0141</w:t>
            </w:r>
          </w:p>
        </w:tc>
        <w:tc>
          <w:tcPr>
            <w:tcW w:type="dxa" w:w="2160"/>
          </w:tcPr>
          <w:p>
            <w:r>
              <w:t>Supplier Verification</w:t>
            </w:r>
          </w:p>
        </w:tc>
        <w:tc>
          <w:tcPr>
            <w:tcW w:type="dxa" w:w="2160"/>
          </w:tcPr>
          <w:p>
            <w:r>
              <w:t>What criteria do you use to verify the quality and reliability of your grain suppliers? Please provide details on your verification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1069-0142</w:t>
            </w:r>
          </w:p>
        </w:tc>
        <w:tc>
          <w:tcPr>
            <w:tcW w:type="dxa" w:w="2160"/>
          </w:tcPr>
          <w:p>
            <w:r>
              <w:t>Storage Conditions</w:t>
            </w:r>
          </w:p>
        </w:tc>
        <w:tc>
          <w:tcPr>
            <w:tcW w:type="dxa" w:w="2160"/>
          </w:tcPr>
          <w:p>
            <w:r>
              <w:t>How do you monitor and control the storage conditions (temperature, humidity) for incoming grain? What records do you maintain?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1069-0143</w:t>
            </w:r>
          </w:p>
        </w:tc>
        <w:tc>
          <w:tcPr>
            <w:tcW w:type="dxa" w:w="2160"/>
          </w:tcPr>
          <w:p>
            <w:r>
              <w:t>Sampling Procedures</w:t>
            </w:r>
          </w:p>
        </w:tc>
        <w:tc>
          <w:tcPr>
            <w:tcW w:type="dxa" w:w="2160"/>
          </w:tcPr>
          <w:p>
            <w:r>
              <w:t>Describe your sampling procedures for incoming grain. How do you ensure that samples are representative of the entire batch?</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1069-0144</w:t>
            </w:r>
          </w:p>
        </w:tc>
        <w:tc>
          <w:tcPr>
            <w:tcW w:type="dxa" w:w="2160"/>
          </w:tcPr>
          <w:p>
            <w:r>
              <w:t>Moisture Content</w:t>
            </w:r>
          </w:p>
        </w:tc>
        <w:tc>
          <w:tcPr>
            <w:tcW w:type="dxa" w:w="2160"/>
          </w:tcPr>
          <w:p>
            <w:r>
              <w:t>What acceptable moisture content levels do you establish for different types of grains, and how do you handle non-compliance?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1069-0145</w:t>
            </w:r>
          </w:p>
        </w:tc>
        <w:tc>
          <w:tcPr>
            <w:tcW w:type="dxa" w:w="2160"/>
          </w:tcPr>
          <w:p>
            <w:r>
              <w:t>Grain Grading</w:t>
            </w:r>
          </w:p>
        </w:tc>
        <w:tc>
          <w:tcPr>
            <w:tcW w:type="dxa" w:w="2160"/>
          </w:tcPr>
          <w:p>
            <w:r>
              <w:t>How do you train your staff on grain grading procedures and standards? Please provide details on the training program.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1069-0146</w:t>
            </w:r>
          </w:p>
        </w:tc>
        <w:tc>
          <w:tcPr>
            <w:tcW w:type="dxa" w:w="2160"/>
          </w:tcPr>
          <w:p>
            <w:r>
              <w:t>Foreign Material</w:t>
            </w:r>
          </w:p>
        </w:tc>
        <w:tc>
          <w:tcPr>
            <w:tcW w:type="dxa" w:w="2160"/>
          </w:tcPr>
          <w:p>
            <w:r>
              <w:t>What actions do you take if foreign material exceeds acceptable levels in a grain shipment?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1069-0147</w:t>
            </w:r>
          </w:p>
        </w:tc>
        <w:tc>
          <w:tcPr>
            <w:tcW w:type="dxa" w:w="2160"/>
          </w:tcPr>
          <w:p>
            <w:r>
              <w:t>Supplier Verification</w:t>
            </w:r>
          </w:p>
        </w:tc>
        <w:tc>
          <w:tcPr>
            <w:tcW w:type="dxa" w:w="2160"/>
          </w:tcPr>
          <w:p>
            <w:r>
              <w:t>How often do you reassess your suppliers to ensure ongoing compliance with your quality standards?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1069-0148</w:t>
            </w:r>
          </w:p>
        </w:tc>
        <w:tc>
          <w:tcPr>
            <w:tcW w:type="dxa" w:w="2160"/>
          </w:tcPr>
          <w:p>
            <w:r>
              <w:t>Identity Preservation</w:t>
            </w:r>
          </w:p>
        </w:tc>
        <w:tc>
          <w:tcPr>
            <w:tcW w:type="dxa" w:w="2160"/>
          </w:tcPr>
          <w:p>
            <w:r>
              <w:t>What documentation do you maintain to support identity preservation claims for specialty grains?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1069-0149</w:t>
            </w:r>
          </w:p>
        </w:tc>
        <w:tc>
          <w:tcPr>
            <w:tcW w:type="dxa" w:w="2160"/>
          </w:tcPr>
          <w:p>
            <w:r>
              <w:t>Storage Conditions</w:t>
            </w:r>
          </w:p>
        </w:tc>
        <w:tc>
          <w:tcPr>
            <w:tcW w:type="dxa" w:w="2160"/>
          </w:tcPr>
          <w:p>
            <w:r>
              <w:t>What specific storage conditions do you require for different grain types to maintain quality?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1069-0150</w:t>
            </w:r>
          </w:p>
        </w:tc>
        <w:tc>
          <w:tcPr>
            <w:tcW w:type="dxa" w:w="2160"/>
          </w:tcPr>
          <w:p>
            <w:r>
              <w:t>Sampling Procedures</w:t>
            </w:r>
          </w:p>
        </w:tc>
        <w:tc>
          <w:tcPr>
            <w:tcW w:type="dxa" w:w="2160"/>
          </w:tcPr>
          <w:p>
            <w:r>
              <w:t>How do you document the results of your grain sampling procedures, and how are these records used in quality assessments?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1069-0151</w:t>
            </w:r>
          </w:p>
        </w:tc>
        <w:tc>
          <w:tcPr>
            <w:tcW w:type="dxa" w:w="2160"/>
          </w:tcPr>
          <w:p>
            <w:r>
              <w:t>Grain Grading</w:t>
            </w:r>
          </w:p>
        </w:tc>
        <w:tc>
          <w:tcPr>
            <w:tcW w:type="dxa" w:w="2160"/>
          </w:tcPr>
          <w:p>
            <w:r>
              <w:t>What tools or technology do you utilize for grain grading, and how do you ensure their accuracy?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1069-0152</w:t>
            </w:r>
          </w:p>
        </w:tc>
        <w:tc>
          <w:tcPr>
            <w:tcW w:type="dxa" w:w="2160"/>
          </w:tcPr>
          <w:p>
            <w:r>
              <w:t>Moisture Content</w:t>
            </w:r>
          </w:p>
        </w:tc>
        <w:tc>
          <w:tcPr>
            <w:tcW w:type="dxa" w:w="2160"/>
          </w:tcPr>
          <w:p>
            <w:r>
              <w:t>In the event of a moisture content issue, what corrective actions do you implement to address the problem?</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1069-0153</w:t>
            </w:r>
          </w:p>
        </w:tc>
        <w:tc>
          <w:tcPr>
            <w:tcW w:type="dxa" w:w="2160"/>
          </w:tcPr>
          <w:p>
            <w:r>
              <w:t>Quality Control</w:t>
            </w:r>
          </w:p>
        </w:tc>
        <w:tc>
          <w:tcPr>
            <w:tcW w:type="dxa" w:w="2160"/>
          </w:tcPr>
          <w:p>
            <w:r>
              <w:t>What testing methods do you employ to ensure that incoming grain meets your quality standards?</w:t>
              <w:br/>
              <w:t>Answer type: Open-ended</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PROCESSING-CLEANING-DRYING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1069-0154</w:t>
            </w:r>
          </w:p>
        </w:tc>
        <w:tc>
          <w:tcPr>
            <w:tcW w:type="dxa" w:w="2160"/>
          </w:tcPr>
          <w:p>
            <w:r>
              <w:t>Mechanical Cleaning Techniques</w:t>
            </w:r>
          </w:p>
        </w:tc>
        <w:tc>
          <w:tcPr>
            <w:tcW w:type="dxa" w:w="2160"/>
          </w:tcPr>
          <w:p>
            <w:r>
              <w:t>What specific mechanical cleaning methods do you employ to remove impurities from your grains, and how do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1069-0155</w:t>
            </w:r>
          </w:p>
        </w:tc>
        <w:tc>
          <w:tcPr>
            <w:tcW w:type="dxa" w:w="2160"/>
          </w:tcPr>
          <w:p>
            <w:r>
              <w:t>Air Drying Systems</w:t>
            </w:r>
          </w:p>
        </w:tc>
        <w:tc>
          <w:tcPr>
            <w:tcW w:type="dxa" w:w="2160"/>
          </w:tcPr>
          <w:p>
            <w:r>
              <w:t>Describe the air drying systems you utilize, including any innovative technologies that enhance moisture removal efficiency. How do you measure their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1069-0156</w:t>
            </w:r>
          </w:p>
        </w:tc>
        <w:tc>
          <w:tcPr>
            <w:tcW w:type="dxa" w:w="2160"/>
          </w:tcPr>
          <w:p>
            <w:r>
              <w:t>Heat Treatment</w:t>
            </w:r>
          </w:p>
        </w:tc>
        <w:tc>
          <w:tcPr>
            <w:tcW w:type="dxa" w:w="2160"/>
          </w:tcPr>
          <w:p>
            <w:r>
              <w:t>What heat treatment processes do you apply to your grains, and what experimental adjustments have you made to optimize these processes?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1069-0157</w:t>
            </w:r>
          </w:p>
        </w:tc>
        <w:tc>
          <w:tcPr>
            <w:tcW w:type="dxa" w:w="2160"/>
          </w:tcPr>
          <w:p>
            <w:r>
              <w:t>Moisture Control</w:t>
            </w:r>
          </w:p>
        </w:tc>
        <w:tc>
          <w:tcPr>
            <w:tcW w:type="dxa" w:w="2160"/>
          </w:tcPr>
          <w:p>
            <w:r>
              <w:t>How do you monitor and control moisture levels during the grain drying process, and what challenges have you faced in achieving optimal moisture content?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1069-0158</w:t>
            </w:r>
          </w:p>
        </w:tc>
        <w:tc>
          <w:tcPr>
            <w:tcW w:type="dxa" w:w="2160"/>
          </w:tcPr>
          <w:p>
            <w:r>
              <w:t>Energy Efficiency</w:t>
            </w:r>
          </w:p>
        </w:tc>
        <w:tc>
          <w:tcPr>
            <w:tcW w:type="dxa" w:w="2160"/>
          </w:tcPr>
          <w:p>
            <w:r>
              <w:t>What energy-efficient technologies have you implemented in your grain drying operations, and how do you assess their impact on overall energy consumption?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1069-0159</w:t>
            </w:r>
          </w:p>
        </w:tc>
        <w:tc>
          <w:tcPr>
            <w:tcW w:type="dxa" w:w="2160"/>
          </w:tcPr>
          <w:p>
            <w:r>
              <w:t>Equipment Calibration</w:t>
            </w:r>
          </w:p>
        </w:tc>
        <w:tc>
          <w:tcPr>
            <w:tcW w:type="dxa" w:w="2160"/>
          </w:tcPr>
          <w:p>
            <w:r>
              <w:t>How frequently do you calibrate your cleaning and drying equipment, and what procedures do you follow to ensure accuracy?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1069-0160</w:t>
            </w:r>
          </w:p>
        </w:tc>
        <w:tc>
          <w:tcPr>
            <w:tcW w:type="dxa" w:w="2160"/>
          </w:tcPr>
          <w:p>
            <w:r>
              <w:t>Process Optimization</w:t>
            </w:r>
          </w:p>
        </w:tc>
        <w:tc>
          <w:tcPr>
            <w:tcW w:type="dxa" w:w="2160"/>
          </w:tcPr>
          <w:p>
            <w:r>
              <w:t>What specific experiments have you conducted to optimize your grain cleaning and drying processes,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1069-0161</w:t>
            </w:r>
          </w:p>
        </w:tc>
        <w:tc>
          <w:tcPr>
            <w:tcW w:type="dxa" w:w="2160"/>
          </w:tcPr>
          <w:p>
            <w:r>
              <w:t>Mechanical Cleaning Equipment</w:t>
            </w:r>
          </w:p>
        </w:tc>
        <w:tc>
          <w:tcPr>
            <w:tcW w:type="dxa" w:w="2160"/>
          </w:tcPr>
          <w:p>
            <w:r>
              <w:t>List the types of mechanical cleaning equipment used in your operations and describe any modifications made to improve their efficiency. How do you document these changes?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1069-0162</w:t>
            </w:r>
          </w:p>
        </w:tc>
        <w:tc>
          <w:tcPr>
            <w:tcW w:type="dxa" w:w="2160"/>
          </w:tcPr>
          <w:p>
            <w:r>
              <w:t>Airflow Management</w:t>
            </w:r>
          </w:p>
        </w:tc>
        <w:tc>
          <w:tcPr>
            <w:tcW w:type="dxa" w:w="2160"/>
          </w:tcPr>
          <w:p>
            <w:r>
              <w:t>What techniques do you use to manage airflow in your drying systems, and how have you tested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1069-0163</w:t>
            </w:r>
          </w:p>
        </w:tc>
        <w:tc>
          <w:tcPr>
            <w:tcW w:type="dxa" w:w="2160"/>
          </w:tcPr>
          <w:p>
            <w:r>
              <w:t>Heat Treatment Parameters</w:t>
            </w:r>
          </w:p>
        </w:tc>
        <w:tc>
          <w:tcPr>
            <w:tcW w:type="dxa" w:w="2160"/>
          </w:tcPr>
          <w:p>
            <w:r>
              <w:t>What parameters do you adjust during heat treatment, and how do you evaluate the impact of these adjustments on grain quality?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1069-0164</w:t>
            </w:r>
          </w:p>
        </w:tc>
        <w:tc>
          <w:tcPr>
            <w:tcW w:type="dxa" w:w="2160"/>
          </w:tcPr>
          <w:p>
            <w:r>
              <w:t>Moisture Measurement</w:t>
            </w:r>
          </w:p>
        </w:tc>
        <w:tc>
          <w:tcPr>
            <w:tcW w:type="dxa" w:w="2160"/>
          </w:tcPr>
          <w:p>
            <w:r>
              <w:t>What methods do you use to measure moisture content in grains, and how do you ensure the accuracy of these measurements?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1069-0165</w:t>
            </w:r>
          </w:p>
        </w:tc>
        <w:tc>
          <w:tcPr>
            <w:tcW w:type="dxa" w:w="2160"/>
          </w:tcPr>
          <w:p>
            <w:r>
              <w:t>Energy Consumption Tracking</w:t>
            </w:r>
          </w:p>
        </w:tc>
        <w:tc>
          <w:tcPr>
            <w:tcW w:type="dxa" w:w="2160"/>
          </w:tcPr>
          <w:p>
            <w:r>
              <w:t>How do you track energy consumption in your drying processes, and what changes have you made based on this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1069-0166</w:t>
            </w:r>
          </w:p>
        </w:tc>
        <w:tc>
          <w:tcPr>
            <w:tcW w:type="dxa" w:w="2160"/>
          </w:tcPr>
          <w:p>
            <w:r>
              <w:t>Calibration Frequency</w:t>
            </w:r>
          </w:p>
        </w:tc>
        <w:tc>
          <w:tcPr>
            <w:tcW w:type="dxa" w:w="2160"/>
          </w:tcPr>
          <w:p>
            <w:r>
              <w:t>What is the frequency of calibration for your drying and cleaning equipment, and what criteria do you use to determine if recalibration is necessary?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1069-0167</w:t>
            </w:r>
          </w:p>
        </w:tc>
        <w:tc>
          <w:tcPr>
            <w:tcW w:type="dxa" w:w="2160"/>
          </w:tcPr>
          <w:p>
            <w:r>
              <w:t>Process Variability</w:t>
            </w:r>
          </w:p>
        </w:tc>
        <w:tc>
          <w:tcPr>
            <w:tcW w:type="dxa" w:w="2160"/>
          </w:tcPr>
          <w:p>
            <w:r>
              <w:t>How do you address variability in your grain cleaning and drying processes, and what experiments have you conducted to reduce this variability?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1069-0168</w:t>
            </w:r>
          </w:p>
        </w:tc>
        <w:tc>
          <w:tcPr>
            <w:tcW w:type="dxa" w:w="2160"/>
          </w:tcPr>
          <w:p>
            <w:r>
              <w:t>Innovative Techniques</w:t>
            </w:r>
          </w:p>
        </w:tc>
        <w:tc>
          <w:tcPr>
            <w:tcW w:type="dxa" w:w="2160"/>
          </w:tcPr>
          <w:p>
            <w:r>
              <w:t>What innovative techniques have you experimented with in your grain processing operations, and what results have you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1069-0169</w:t>
            </w:r>
          </w:p>
        </w:tc>
        <w:tc>
          <w:tcPr>
            <w:tcW w:type="dxa" w:w="2160"/>
          </w:tcPr>
          <w:p>
            <w:r>
              <w:t>Quality Control Measures</w:t>
            </w:r>
          </w:p>
        </w:tc>
        <w:tc>
          <w:tcPr>
            <w:tcW w:type="dxa" w:w="2160"/>
          </w:tcPr>
          <w:p>
            <w:r>
              <w:t>What quality control measures do you implement during the grain cleaning and drying processes, and how do you evaluate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1069-0170</w:t>
            </w:r>
          </w:p>
        </w:tc>
        <w:tc>
          <w:tcPr>
            <w:tcW w:type="dxa" w:w="2160"/>
          </w:tcPr>
          <w:p>
            <w:r>
              <w:t>Equipment Efficiency</w:t>
            </w:r>
          </w:p>
        </w:tc>
        <w:tc>
          <w:tcPr>
            <w:tcW w:type="dxa" w:w="2160"/>
          </w:tcPr>
          <w:p>
            <w:r>
              <w:t>How do you assess the efficiency of your cleaning and drying equipment, and what metrics do you track to evaluate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1069-0171</w:t>
            </w:r>
          </w:p>
        </w:tc>
        <w:tc>
          <w:tcPr>
            <w:tcW w:type="dxa" w:w="2160"/>
          </w:tcPr>
          <w:p>
            <w:r>
              <w:t>Experimental Adjustments</w:t>
            </w:r>
          </w:p>
        </w:tc>
        <w:tc>
          <w:tcPr>
            <w:tcW w:type="dxa" w:w="2160"/>
          </w:tcPr>
          <w:p>
            <w:r>
              <w:t>What experimental adjustments have you made to your cleaning and drying processes based on previous outcomes, and how do you document these changes?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1069-0172</w:t>
            </w:r>
          </w:p>
        </w:tc>
        <w:tc>
          <w:tcPr>
            <w:tcW w:type="dxa" w:w="2160"/>
          </w:tcPr>
          <w:p>
            <w:r>
              <w:t>Data Collection Methods</w:t>
            </w:r>
          </w:p>
        </w:tc>
        <w:tc>
          <w:tcPr>
            <w:tcW w:type="dxa" w:w="2160"/>
          </w:tcPr>
          <w:p>
            <w:r>
              <w:t>What data collection methods do you use to monitor the effectiveness of your cleaning and drying processes, and how is this data analyzed?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1069-0173</w:t>
            </w:r>
          </w:p>
        </w:tc>
        <w:tc>
          <w:tcPr>
            <w:tcW w:type="dxa" w:w="2160"/>
          </w:tcPr>
          <w:p>
            <w:r>
              <w:t>Continuous Improvement</w:t>
            </w:r>
          </w:p>
        </w:tc>
        <w:tc>
          <w:tcPr>
            <w:tcW w:type="dxa" w:w="2160"/>
          </w:tcPr>
          <w:p>
            <w:r>
              <w:t>How do you implement continuous improvement practices in your grain processing operations, particularly in cleaning and drying?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1069-0174</w:t>
            </w:r>
          </w:p>
        </w:tc>
        <w:tc>
          <w:tcPr>
            <w:tcW w:type="dxa" w:w="2160"/>
          </w:tcPr>
          <w:p>
            <w:r>
              <w:t>Process Improvement</w:t>
            </w:r>
          </w:p>
        </w:tc>
        <w:tc>
          <w:tcPr>
            <w:tcW w:type="dxa" w:w="2160"/>
          </w:tcPr>
          <w:p>
            <w:r>
              <w:t>How do you assess the efficiency of your cleaning and drying processes for grain?</w:t>
              <w:br/>
              <w:t>Answer type: Open-ended</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1069-0175</w:t>
            </w:r>
          </w:p>
        </w:tc>
        <w:tc>
          <w:tcPr>
            <w:tcW w:type="dxa" w:w="2160"/>
          </w:tcPr>
          <w:p>
            <w:r>
              <w:t>Technology Implementation</w:t>
            </w:r>
          </w:p>
        </w:tc>
        <w:tc>
          <w:tcPr>
            <w:tcW w:type="dxa" w:w="2160"/>
          </w:tcPr>
          <w:p>
            <w:r>
              <w:t>What technologies have you integrated into your cleaning and drying processes to enhance productivity?</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1069-0176</w:t>
            </w:r>
          </w:p>
        </w:tc>
        <w:tc>
          <w:tcPr>
            <w:tcW w:type="dxa" w:w="2160"/>
          </w:tcPr>
          <w:p>
            <w:r>
              <w:t>Operational</w:t>
            </w:r>
          </w:p>
        </w:tc>
        <w:tc>
          <w:tcPr>
            <w:tcW w:type="dxa" w:w="2160"/>
          </w:tcPr>
          <w:p>
            <w:r>
              <w:t>Can you describe any recent changes made to your cleaning and drying processes that were driven by R&amp;D efforts?</w:t>
              <w:br/>
              <w:t>Answer type: Open-ended</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MILLING-FLOUR-PRODUCTION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1069-0177</w:t>
            </w:r>
          </w:p>
        </w:tc>
        <w:tc>
          <w:tcPr>
            <w:tcW w:type="dxa" w:w="2160"/>
          </w:tcPr>
          <w:p>
            <w:r>
              <w:t>Milling Equipment</w:t>
            </w:r>
          </w:p>
        </w:tc>
        <w:tc>
          <w:tcPr>
            <w:tcW w:type="dxa" w:w="2160"/>
          </w:tcPr>
          <w:p>
            <w:r>
              <w:t>What specific innovations or modifications have you implemented in your roller mills to improve efficiency or flour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1069-0178</w:t>
            </w:r>
          </w:p>
        </w:tc>
        <w:tc>
          <w:tcPr>
            <w:tcW w:type="dxa" w:w="2160"/>
          </w:tcPr>
          <w:p>
            <w:r>
              <w:t>Milling Techniques</w:t>
            </w:r>
          </w:p>
        </w:tc>
        <w:tc>
          <w:tcPr>
            <w:tcW w:type="dxa" w:w="2160"/>
          </w:tcPr>
          <w:p>
            <w:r>
              <w:t>Can you describe any experimental techniques used in stone milling that differ from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1069-0179</w:t>
            </w:r>
          </w:p>
        </w:tc>
        <w:tc>
          <w:tcPr>
            <w:tcW w:type="dxa" w:w="2160"/>
          </w:tcPr>
          <w:p>
            <w:r>
              <w:t>Particle Size Distribution</w:t>
            </w:r>
          </w:p>
        </w:tc>
        <w:tc>
          <w:tcPr>
            <w:tcW w:type="dxa" w:w="2160"/>
          </w:tcPr>
          <w:p>
            <w:r>
              <w:t>What methods do you use to measure and analyze particle size distribution in your milled flour, and how have these methods evolved?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1069-0180</w:t>
            </w:r>
          </w:p>
        </w:tc>
        <w:tc>
          <w:tcPr>
            <w:tcW w:type="dxa" w:w="2160"/>
          </w:tcPr>
          <w:p>
            <w:r>
              <w:t>Flour Quality Testing</w:t>
            </w:r>
          </w:p>
        </w:tc>
        <w:tc>
          <w:tcPr>
            <w:tcW w:type="dxa" w:w="2160"/>
          </w:tcPr>
          <w:p>
            <w:r>
              <w:t>What specific quality tests do you conduct on your flour, and what innovations have you introduced to improve these testing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1069-0181</w:t>
            </w:r>
          </w:p>
        </w:tc>
        <w:tc>
          <w:tcPr>
            <w:tcW w:type="dxa" w:w="2160"/>
          </w:tcPr>
          <w:p>
            <w:r>
              <w:t>Energy Consumption</w:t>
            </w:r>
          </w:p>
        </w:tc>
        <w:tc>
          <w:tcPr>
            <w:tcW w:type="dxa" w:w="2160"/>
          </w:tcPr>
          <w:p>
            <w:r>
              <w:t>How have you modified your milling processes to reduce energy consumption, and what metrics do you track to evaluate these changes?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1069-0182</w:t>
            </w:r>
          </w:p>
        </w:tc>
        <w:tc>
          <w:tcPr>
            <w:tcW w:type="dxa" w:w="2160"/>
          </w:tcPr>
          <w:p>
            <w:r>
              <w:t>Process Automation</w:t>
            </w:r>
          </w:p>
        </w:tc>
        <w:tc>
          <w:tcPr>
            <w:tcW w:type="dxa" w:w="2160"/>
          </w:tcPr>
          <w:p>
            <w:r>
              <w:t>What automation technologies have you integrated into your milling operations, and how have they impacted production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1069-0183</w:t>
            </w:r>
          </w:p>
        </w:tc>
        <w:tc>
          <w:tcPr>
            <w:tcW w:type="dxa" w:w="2160"/>
          </w:tcPr>
          <w:p>
            <w:r>
              <w:t>Byproduct Management</w:t>
            </w:r>
          </w:p>
        </w:tc>
        <w:tc>
          <w:tcPr>
            <w:tcW w:type="dxa" w:w="2160"/>
          </w:tcPr>
          <w:p>
            <w:r>
              <w:t>What innovative methods have you developed for managing byproducts from your milling process, and how do these methods contribute to sustainability?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1069-0184</w:t>
            </w:r>
          </w:p>
        </w:tc>
        <w:tc>
          <w:tcPr>
            <w:tcW w:type="dxa" w:w="2160"/>
          </w:tcPr>
          <w:p>
            <w:r>
              <w:t>Research and Development</w:t>
            </w:r>
          </w:p>
        </w:tc>
        <w:tc>
          <w:tcPr>
            <w:tcW w:type="dxa" w:w="2160"/>
          </w:tcPr>
          <w:p>
            <w:r>
              <w:t>Can you detail any R&amp;D projects focused on developing new flour products from specialty grains?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1069-0185</w:t>
            </w:r>
          </w:p>
        </w:tc>
        <w:tc>
          <w:tcPr>
            <w:tcW w:type="dxa" w:w="2160"/>
          </w:tcPr>
          <w:p>
            <w:r>
              <w:t>Quality Assurance</w:t>
            </w:r>
          </w:p>
        </w:tc>
        <w:tc>
          <w:tcPr>
            <w:tcW w:type="dxa" w:w="2160"/>
          </w:tcPr>
          <w:p>
            <w:r>
              <w:t>What processes do you have in place for quality assurance in your milling operations, and how have these processes changed over time?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1069-0186</w:t>
            </w:r>
          </w:p>
        </w:tc>
        <w:tc>
          <w:tcPr>
            <w:tcW w:type="dxa" w:w="2160"/>
          </w:tcPr>
          <w:p>
            <w:r>
              <w:t>Milling Process Variability</w:t>
            </w:r>
          </w:p>
        </w:tc>
        <w:tc>
          <w:tcPr>
            <w:tcW w:type="dxa" w:w="2160"/>
          </w:tcPr>
          <w:p>
            <w:r>
              <w:t>How do you handle variability in grain quality during the milling process, and what experimental approaches have you taken to mitigate these effects?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1069-0187</w:t>
            </w:r>
          </w:p>
        </w:tc>
        <w:tc>
          <w:tcPr>
            <w:tcW w:type="dxa" w:w="2160"/>
          </w:tcPr>
          <w:p>
            <w:r>
              <w:t>Regulatory Compliance</w:t>
            </w:r>
          </w:p>
        </w:tc>
        <w:tc>
          <w:tcPr>
            <w:tcW w:type="dxa" w:w="2160"/>
          </w:tcPr>
          <w:p>
            <w:r>
              <w:t>What regulatory standards do you follow in your milling operations, and how do you ensure compliance with these standards?</w:t>
              <w:br/>
              <w:t>Answer type: Long text</w:t>
              <w:br/>
              <w:t>Trigger: Always</w:t>
              <w:br/>
              <w:t>Required: No</w:t>
              <w:br/>
              <w:t>Risk: Low</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1069-0188</w:t>
            </w:r>
          </w:p>
        </w:tc>
        <w:tc>
          <w:tcPr>
            <w:tcW w:type="dxa" w:w="2160"/>
          </w:tcPr>
          <w:p>
            <w:r>
              <w:t>Experimental Trials</w:t>
            </w:r>
          </w:p>
        </w:tc>
        <w:tc>
          <w:tcPr>
            <w:tcW w:type="dxa" w:w="2160"/>
          </w:tcPr>
          <w:p>
            <w:r>
              <w:t>Can you describe any trials conducted to test new milling techniques or equipment, including the objectives and outcomes of these trials?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1069-0189</w:t>
            </w:r>
          </w:p>
        </w:tc>
        <w:tc>
          <w:tcPr>
            <w:tcW w:type="dxa" w:w="2160"/>
          </w:tcPr>
          <w:p>
            <w:r>
              <w:t>Cost Analysis</w:t>
            </w:r>
          </w:p>
        </w:tc>
        <w:tc>
          <w:tcPr>
            <w:tcW w:type="dxa" w:w="2160"/>
          </w:tcPr>
          <w:p>
            <w:r>
              <w:t>What cost analysis methods do you use to evaluate the financial impact of new milling technologies or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1069-0190</w:t>
            </w:r>
          </w:p>
        </w:tc>
        <w:tc>
          <w:tcPr>
            <w:tcW w:type="dxa" w:w="2160"/>
          </w:tcPr>
          <w:p>
            <w:r>
              <w:t>Market Research</w:t>
            </w:r>
          </w:p>
        </w:tc>
        <w:tc>
          <w:tcPr>
            <w:tcW w:type="dxa" w:w="2160"/>
          </w:tcPr>
          <w:p>
            <w:r>
              <w:t>How do you conduct market research for new flour products, and what role does R&amp;D play in this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1069-0191</w:t>
            </w:r>
          </w:p>
        </w:tc>
        <w:tc>
          <w:tcPr>
            <w:tcW w:type="dxa" w:w="2160"/>
          </w:tcPr>
          <w:p>
            <w:r>
              <w:t>Innovation Metrics</w:t>
            </w:r>
          </w:p>
        </w:tc>
        <w:tc>
          <w:tcPr>
            <w:tcW w:type="dxa" w:w="2160"/>
          </w:tcPr>
          <w:p>
            <w:r>
              <w:t>What metrics do you use to assess the success of innovations implemented in your milling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1069-0192</w:t>
            </w:r>
          </w:p>
        </w:tc>
        <w:tc>
          <w:tcPr>
            <w:tcW w:type="dxa" w:w="2160"/>
          </w:tcPr>
          <w:p>
            <w:r>
              <w:t>Supplier Collaboration</w:t>
            </w:r>
          </w:p>
        </w:tc>
        <w:tc>
          <w:tcPr>
            <w:tcW w:type="dxa" w:w="2160"/>
          </w:tcPr>
          <w:p>
            <w:r>
              <w:t>How do you collaborate with suppliers to improve the quality of specialty grains used in your milling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1069-0193</w:t>
            </w:r>
          </w:p>
        </w:tc>
        <w:tc>
          <w:tcPr>
            <w:tcW w:type="dxa" w:w="2160"/>
          </w:tcPr>
          <w:p>
            <w:r>
              <w:t>Training and Development</w:t>
            </w:r>
          </w:p>
        </w:tc>
        <w:tc>
          <w:tcPr>
            <w:tcW w:type="dxa" w:w="2160"/>
          </w:tcPr>
          <w:p>
            <w:r>
              <w:t>What training programs do you have in place for staff regarding new milling technologies or methods?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1069-0194</w:t>
            </w:r>
          </w:p>
        </w:tc>
        <w:tc>
          <w:tcPr>
            <w:tcW w:type="dxa" w:w="2160"/>
          </w:tcPr>
          <w:p>
            <w:r>
              <w:t>Customer Feedback</w:t>
            </w:r>
          </w:p>
        </w:tc>
        <w:tc>
          <w:tcPr>
            <w:tcW w:type="dxa" w:w="2160"/>
          </w:tcPr>
          <w:p>
            <w:r>
              <w:t>How do you incorporate customer feedback into your milling processes and product development?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1069-0195</w:t>
            </w:r>
          </w:p>
        </w:tc>
        <w:tc>
          <w:tcPr>
            <w:tcW w:type="dxa" w:w="2160"/>
          </w:tcPr>
          <w:p>
            <w:r>
              <w:t>Sustainability Initiatives</w:t>
            </w:r>
          </w:p>
        </w:tc>
        <w:tc>
          <w:tcPr>
            <w:tcW w:type="dxa" w:w="2160"/>
          </w:tcPr>
          <w:p>
            <w:r>
              <w:t>What specific sustainability initiatives have you implemented in your milling operations, and what has been their impact?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1069-0196</w:t>
            </w:r>
          </w:p>
        </w:tc>
        <w:tc>
          <w:tcPr>
            <w:tcW w:type="dxa" w:w="2160"/>
          </w:tcPr>
          <w:p>
            <w:r>
              <w:t>Process Development</w:t>
            </w:r>
          </w:p>
        </w:tc>
        <w:tc>
          <w:tcPr>
            <w:tcW w:type="dxa" w:w="2160"/>
          </w:tcPr>
          <w:p>
            <w:r>
              <w:t>What innovative techniques have you implemented in your milling process to improve flour quality?</w:t>
              <w:br/>
              <w:t>Answer type: Open-ended</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1069-0197</w:t>
            </w:r>
          </w:p>
        </w:tc>
        <w:tc>
          <w:tcPr>
            <w:tcW w:type="dxa" w:w="2160"/>
          </w:tcPr>
          <w:p>
            <w:r>
              <w:t>Quality Assurance</w:t>
            </w:r>
          </w:p>
        </w:tc>
        <w:tc>
          <w:tcPr>
            <w:tcW w:type="dxa" w:w="2160"/>
          </w:tcPr>
          <w:p>
            <w:r>
              <w:t>How do you monitor and control the particle size distribution of the flour produced?</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EXTRACTION-OLIVE-OIL-PROCESSING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1069-0198</w:t>
            </w:r>
          </w:p>
        </w:tc>
        <w:tc>
          <w:tcPr>
            <w:tcW w:type="dxa" w:w="2160"/>
          </w:tcPr>
          <w:p>
            <w:r>
              <w:t>Cold Pressing Techniques</w:t>
            </w:r>
          </w:p>
        </w:tc>
        <w:tc>
          <w:tcPr>
            <w:tcW w:type="dxa" w:w="2160"/>
          </w:tcPr>
          <w:p>
            <w:r>
              <w:t>What specific cold pressing techniques have you developed or modified for extracting oil from specialty grains and seeds in the past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1069-0199</w:t>
            </w:r>
          </w:p>
        </w:tc>
        <w:tc>
          <w:tcPr>
            <w:tcW w:type="dxa" w:w="2160"/>
          </w:tcPr>
          <w:p>
            <w:r>
              <w:t>Solvent Extraction Methods</w:t>
            </w:r>
          </w:p>
        </w:tc>
        <w:tc>
          <w:tcPr>
            <w:tcW w:type="dxa" w:w="2160"/>
          </w:tcPr>
          <w:p>
            <w:r>
              <w:t>Describe any new solvent extraction methods you have experimented with that differ from your standard practices. What were the objectives and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1069-0200</w:t>
            </w:r>
          </w:p>
        </w:tc>
        <w:tc>
          <w:tcPr>
            <w:tcW w:type="dxa" w:w="2160"/>
          </w:tcPr>
          <w:p>
            <w:r>
              <w:t>Oil Quality Analysis</w:t>
            </w:r>
          </w:p>
        </w:tc>
        <w:tc>
          <w:tcPr>
            <w:tcW w:type="dxa" w:w="2160"/>
          </w:tcPr>
          <w:p>
            <w:r>
              <w:t>What specific tests do you conduct to analyze the quality of oil extracted from specialty grains, and how have these tests evolved?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1069-0201</w:t>
            </w:r>
          </w:p>
        </w:tc>
        <w:tc>
          <w:tcPr>
            <w:tcW w:type="dxa" w:w="2160"/>
          </w:tcPr>
          <w:p>
            <w:r>
              <w:t>Waste Minimization</w:t>
            </w:r>
          </w:p>
        </w:tc>
        <w:tc>
          <w:tcPr>
            <w:tcW w:type="dxa" w:w="2160"/>
          </w:tcPr>
          <w:p>
            <w:r>
              <w:t>Can you detail any innovative waste minimization strategies you have implemented during the oil extraction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1069-0202</w:t>
            </w:r>
          </w:p>
        </w:tc>
        <w:tc>
          <w:tcPr>
            <w:tcW w:type="dxa" w:w="2160"/>
          </w:tcPr>
          <w:p>
            <w:r>
              <w:t>Equipment Maintenance</w:t>
            </w:r>
          </w:p>
        </w:tc>
        <w:tc>
          <w:tcPr>
            <w:tcW w:type="dxa" w:w="2160"/>
          </w:tcPr>
          <w:p>
            <w:r>
              <w:t>What maintenance protocols do you follow for your extraction equipment, and have there been any significant changes or improvements in the last year?</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1069-0203</w:t>
            </w:r>
          </w:p>
        </w:tc>
        <w:tc>
          <w:tcPr>
            <w:tcW w:type="dxa" w:w="2160"/>
          </w:tcPr>
          <w:p>
            <w:r>
              <w:t>Sustainability Practices</w:t>
            </w:r>
          </w:p>
        </w:tc>
        <w:tc>
          <w:tcPr>
            <w:tcW w:type="dxa" w:w="2160"/>
          </w:tcPr>
          <w:p>
            <w:r>
              <w:t>What sustainable practices have you integrated into your oil extraction processes,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1069-0204</w:t>
            </w:r>
          </w:p>
        </w:tc>
        <w:tc>
          <w:tcPr>
            <w:tcW w:type="dxa" w:w="2160"/>
          </w:tcPr>
          <w:p>
            <w:r>
              <w:t>Cold Pressing Equipment</w:t>
            </w:r>
          </w:p>
        </w:tc>
        <w:tc>
          <w:tcPr>
            <w:tcW w:type="dxa" w:w="2160"/>
          </w:tcPr>
          <w:p>
            <w:r>
              <w:t>What specific modifications have you made to your cold pressing equipment to improve efficiency or yield?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1069-0205</w:t>
            </w:r>
          </w:p>
        </w:tc>
        <w:tc>
          <w:tcPr>
            <w:tcW w:type="dxa" w:w="2160"/>
          </w:tcPr>
          <w:p>
            <w:r>
              <w:t>Solvent Extraction Efficiency</w:t>
            </w:r>
          </w:p>
        </w:tc>
        <w:tc>
          <w:tcPr>
            <w:tcW w:type="dxa" w:w="2160"/>
          </w:tcPr>
          <w:p>
            <w:r>
              <w:t>What metrics do you use to evaluate the efficiency of your solvent extraction process, and have you made any recent adjustments based on these metrics?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1069-0206</w:t>
            </w:r>
          </w:p>
        </w:tc>
        <w:tc>
          <w:tcPr>
            <w:tcW w:type="dxa" w:w="2160"/>
          </w:tcPr>
          <w:p>
            <w:r>
              <w:t>Quality Control</w:t>
            </w:r>
          </w:p>
        </w:tc>
        <w:tc>
          <w:tcPr>
            <w:tcW w:type="dxa" w:w="2160"/>
          </w:tcPr>
          <w:p>
            <w:r>
              <w:t>How do you ensure that the oil extracted meets your quality standards, and what challenges have you faced in maintaining these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1069-0207</w:t>
            </w:r>
          </w:p>
        </w:tc>
        <w:tc>
          <w:tcPr>
            <w:tcW w:type="dxa" w:w="2160"/>
          </w:tcPr>
          <w:p>
            <w:r>
              <w:t>Process Innovations</w:t>
            </w:r>
          </w:p>
        </w:tc>
        <w:tc>
          <w:tcPr>
            <w:tcW w:type="dxa" w:w="2160"/>
          </w:tcPr>
          <w:p>
            <w:r>
              <w:t>Have you introduced any process innovations in your oil extraction methods this year? If so, please describe them and their impact.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1069-0208</w:t>
            </w:r>
          </w:p>
        </w:tc>
        <w:tc>
          <w:tcPr>
            <w:tcW w:type="dxa" w:w="2160"/>
          </w:tcPr>
          <w:p>
            <w:r>
              <w:t>Cost Analysis</w:t>
            </w:r>
          </w:p>
        </w:tc>
        <w:tc>
          <w:tcPr>
            <w:tcW w:type="dxa" w:w="2160"/>
          </w:tcPr>
          <w:p>
            <w:r>
              <w:t>What are the estimated costs associated with your new extraction techniques compared to traditional methods?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1069-0209</w:t>
            </w:r>
          </w:p>
        </w:tc>
        <w:tc>
          <w:tcPr>
            <w:tcW w:type="dxa" w:w="2160"/>
          </w:tcPr>
          <w:p>
            <w:r>
              <w:t>Regulatory Compliance</w:t>
            </w:r>
          </w:p>
        </w:tc>
        <w:tc>
          <w:tcPr>
            <w:tcW w:type="dxa" w:w="2160"/>
          </w:tcPr>
          <w:p>
            <w:r>
              <w:t>What regulatory compliance measures have you implemented regarding the extraction processes, and how do they affect your operations?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1069-0210</w:t>
            </w:r>
          </w:p>
        </w:tc>
        <w:tc>
          <w:tcPr>
            <w:tcW w:type="dxa" w:w="2160"/>
          </w:tcPr>
          <w:p>
            <w:r>
              <w:t>Research and Development</w:t>
            </w:r>
          </w:p>
        </w:tc>
        <w:tc>
          <w:tcPr>
            <w:tcW w:type="dxa" w:w="2160"/>
          </w:tcPr>
          <w:p>
            <w:r>
              <w:t>What ongoing research and development efforts are you pursuing to enhance oil extraction from specialty grains?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1069-0211</w:t>
            </w:r>
          </w:p>
        </w:tc>
        <w:tc>
          <w:tcPr>
            <w:tcW w:type="dxa" w:w="2160"/>
          </w:tcPr>
          <w:p>
            <w:r>
              <w:t>Training and Development</w:t>
            </w:r>
          </w:p>
        </w:tc>
        <w:tc>
          <w:tcPr>
            <w:tcW w:type="dxa" w:w="2160"/>
          </w:tcPr>
          <w:p>
            <w:r>
              <w:t>What training programs do you have in place for staff involved in oil extraction, and how do these programs support innovation?</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QUALITY-CONTROL-LAB-TESTING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1069-0212</w:t>
            </w:r>
          </w:p>
        </w:tc>
        <w:tc>
          <w:tcPr>
            <w:tcW w:type="dxa" w:w="2160"/>
          </w:tcPr>
          <w:p>
            <w:r>
              <w:t>Chemical Analysis</w:t>
            </w:r>
          </w:p>
        </w:tc>
        <w:tc>
          <w:tcPr>
            <w:tcW w:type="dxa" w:w="2160"/>
          </w:tcPr>
          <w:p>
            <w:r>
              <w:t>What specific chemical tests are conducted on your grain products to determine their composition and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1069-0213</w:t>
            </w:r>
          </w:p>
        </w:tc>
        <w:tc>
          <w:tcPr>
            <w:tcW w:type="dxa" w:w="2160"/>
          </w:tcPr>
          <w:p>
            <w:r>
              <w:t>Microbial Testing</w:t>
            </w:r>
          </w:p>
        </w:tc>
        <w:tc>
          <w:tcPr>
            <w:tcW w:type="dxa" w:w="2160"/>
          </w:tcPr>
          <w:p>
            <w:r>
              <w:t>How do you assess the microbial safety of your grain products? Please describe the testing methods used.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1069-0214</w:t>
            </w:r>
          </w:p>
        </w:tc>
        <w:tc>
          <w:tcPr>
            <w:tcW w:type="dxa" w:w="2160"/>
          </w:tcPr>
          <w:p>
            <w:r>
              <w:t>Sensory Evaluation</w:t>
            </w:r>
          </w:p>
        </w:tc>
        <w:tc>
          <w:tcPr>
            <w:tcW w:type="dxa" w:w="2160"/>
          </w:tcPr>
          <w:p>
            <w:r>
              <w:t>What sensory evaluation methods do you employ to assess the quality of your grain products, and what criteria do you use for evaluation?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1069-0215</w:t>
            </w:r>
          </w:p>
        </w:tc>
        <w:tc>
          <w:tcPr>
            <w:tcW w:type="dxa" w:w="2160"/>
          </w:tcPr>
          <w:p>
            <w:r>
              <w:t>Quality Assurance</w:t>
            </w:r>
          </w:p>
        </w:tc>
        <w:tc>
          <w:tcPr>
            <w:tcW w:type="dxa" w:w="2160"/>
          </w:tcPr>
          <w:p>
            <w:r>
              <w:t>Can you outline your quality assurance processes for grain production and how these processes are documented?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1069-0216</w:t>
            </w:r>
          </w:p>
        </w:tc>
        <w:tc>
          <w:tcPr>
            <w:tcW w:type="dxa" w:w="2160"/>
          </w:tcPr>
          <w:p>
            <w:r>
              <w:t>Regulatory Compliance</w:t>
            </w:r>
          </w:p>
        </w:tc>
        <w:tc>
          <w:tcPr>
            <w:tcW w:type="dxa" w:w="2160"/>
          </w:tcPr>
          <w:p>
            <w:r>
              <w:t>What regulatory standards do your grain products need to comply with, and how do you ensure compliance?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1069-0217</w:t>
            </w:r>
          </w:p>
        </w:tc>
        <w:tc>
          <w:tcPr>
            <w:tcW w:type="dxa" w:w="2160"/>
          </w:tcPr>
          <w:p>
            <w:r>
              <w:t>Traceability</w:t>
            </w:r>
          </w:p>
        </w:tc>
        <w:tc>
          <w:tcPr>
            <w:tcW w:type="dxa" w:w="2160"/>
          </w:tcPr>
          <w:p>
            <w:r>
              <w:t>Describe your traceability system for grain products from production to sale. How is this information recorded?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1069-0218</w:t>
            </w:r>
          </w:p>
        </w:tc>
        <w:tc>
          <w:tcPr>
            <w:tcW w:type="dxa" w:w="2160"/>
          </w:tcPr>
          <w:p>
            <w:r>
              <w:t>Certification Standards</w:t>
            </w:r>
          </w:p>
        </w:tc>
        <w:tc>
          <w:tcPr>
            <w:tcW w:type="dxa" w:w="2160"/>
          </w:tcPr>
          <w:p>
            <w:r>
              <w:t>What certification standards do your grain products meet, and what processes do you follow to obtain and maintain these certifications?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1069-0219</w:t>
            </w:r>
          </w:p>
        </w:tc>
        <w:tc>
          <w:tcPr>
            <w:tcW w:type="dxa" w:w="2160"/>
          </w:tcPr>
          <w:p>
            <w:r>
              <w:t>Chemical Analysis</w:t>
            </w:r>
          </w:p>
        </w:tc>
        <w:tc>
          <w:tcPr>
            <w:tcW w:type="dxa" w:w="2160"/>
          </w:tcPr>
          <w:p>
            <w:r>
              <w:t>How frequently do you conduct chemical analysis on your grain products, and what triggers additional testing?</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1069-0220</w:t>
            </w:r>
          </w:p>
        </w:tc>
        <w:tc>
          <w:tcPr>
            <w:tcW w:type="dxa" w:w="2160"/>
          </w:tcPr>
          <w:p>
            <w:r>
              <w:t>Microbial Testing</w:t>
            </w:r>
          </w:p>
        </w:tc>
        <w:tc>
          <w:tcPr>
            <w:tcW w:type="dxa" w:w="2160"/>
          </w:tcPr>
          <w:p>
            <w:r>
              <w:t>What is the maximum allowable limit for microbial contamination in your grain products, and how do you determine this limit?</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1069-0221</w:t>
            </w:r>
          </w:p>
        </w:tc>
        <w:tc>
          <w:tcPr>
            <w:tcW w:type="dxa" w:w="2160"/>
          </w:tcPr>
          <w:p>
            <w:r>
              <w:t>Sensory Evaluation</w:t>
            </w:r>
          </w:p>
        </w:tc>
        <w:tc>
          <w:tcPr>
            <w:tcW w:type="dxa" w:w="2160"/>
          </w:tcPr>
          <w:p>
            <w:r>
              <w:t>How do you train personnel involved in sensory evaluation to ensure consistency and reliability in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1069-0222</w:t>
            </w:r>
          </w:p>
        </w:tc>
        <w:tc>
          <w:tcPr>
            <w:tcW w:type="dxa" w:w="2160"/>
          </w:tcPr>
          <w:p>
            <w:r>
              <w:t>Quality Assurance</w:t>
            </w:r>
          </w:p>
        </w:tc>
        <w:tc>
          <w:tcPr>
            <w:tcW w:type="dxa" w:w="2160"/>
          </w:tcPr>
          <w:p>
            <w:r>
              <w:t>What documentation do you maintain to demonstrate adherence to your quality assurance protocols?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1069-0223</w:t>
            </w:r>
          </w:p>
        </w:tc>
        <w:tc>
          <w:tcPr>
            <w:tcW w:type="dxa" w:w="2160"/>
          </w:tcPr>
          <w:p>
            <w:r>
              <w:t>Regulatory Compliance</w:t>
            </w:r>
          </w:p>
        </w:tc>
        <w:tc>
          <w:tcPr>
            <w:tcW w:type="dxa" w:w="2160"/>
          </w:tcPr>
          <w:p>
            <w:r>
              <w:t>What specific regulatory bodies oversee the quality control of your grain products, and how do you stay updated on their requirements?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1069-0224</w:t>
            </w:r>
          </w:p>
        </w:tc>
        <w:tc>
          <w:tcPr>
            <w:tcW w:type="dxa" w:w="2160"/>
          </w:tcPr>
          <w:p>
            <w:r>
              <w:t>Traceability</w:t>
            </w:r>
          </w:p>
        </w:tc>
        <w:tc>
          <w:tcPr>
            <w:tcW w:type="dxa" w:w="2160"/>
          </w:tcPr>
          <w:p>
            <w:r>
              <w:t>What technologies or systems do you use to maintain traceability of grain products throughout the supply chain?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1069-0225</w:t>
            </w:r>
          </w:p>
        </w:tc>
        <w:tc>
          <w:tcPr>
            <w:tcW w:type="dxa" w:w="2160"/>
          </w:tcPr>
          <w:p>
            <w:r>
              <w:t>Certification Standards</w:t>
            </w:r>
          </w:p>
        </w:tc>
        <w:tc>
          <w:tcPr>
            <w:tcW w:type="dxa" w:w="2160"/>
          </w:tcPr>
          <w:p>
            <w:r>
              <w:t>How often do you undergo third-party audits for certification compliance, and what is the process for addressing any findings?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1069-0226</w:t>
            </w:r>
          </w:p>
        </w:tc>
        <w:tc>
          <w:tcPr>
            <w:tcW w:type="dxa" w:w="2160"/>
          </w:tcPr>
          <w:p>
            <w:r>
              <w:t>Chemical Analysis</w:t>
            </w:r>
          </w:p>
        </w:tc>
        <w:tc>
          <w:tcPr>
            <w:tcW w:type="dxa" w:w="2160"/>
          </w:tcPr>
          <w:p>
            <w:r>
              <w:t>What specific chemical properties do you analyze to ensure the quality of your grain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1069-0227</w:t>
            </w:r>
          </w:p>
        </w:tc>
        <w:tc>
          <w:tcPr>
            <w:tcW w:type="dxa" w:w="2160"/>
          </w:tcPr>
          <w:p>
            <w:r>
              <w:t>Microbial Testing</w:t>
            </w:r>
          </w:p>
        </w:tc>
        <w:tc>
          <w:tcPr>
            <w:tcW w:type="dxa" w:w="2160"/>
          </w:tcPr>
          <w:p>
            <w:r>
              <w:t>What procedures do you have in place for handling and reporting microbial test results?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1069-0228</w:t>
            </w:r>
          </w:p>
        </w:tc>
        <w:tc>
          <w:tcPr>
            <w:tcW w:type="dxa" w:w="2160"/>
          </w:tcPr>
          <w:p>
            <w:r>
              <w:t>Sensory Evaluation</w:t>
            </w:r>
          </w:p>
        </w:tc>
        <w:tc>
          <w:tcPr>
            <w:tcW w:type="dxa" w:w="2160"/>
          </w:tcPr>
          <w:p>
            <w:r>
              <w:t>What metrics do you use to quantify the results of sensory evaluations, and how are these metrics reported?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1069-0229</w:t>
            </w:r>
          </w:p>
        </w:tc>
        <w:tc>
          <w:tcPr>
            <w:tcW w:type="dxa" w:w="2160"/>
          </w:tcPr>
          <w:p>
            <w:r>
              <w:t>Quality Assurance</w:t>
            </w:r>
          </w:p>
        </w:tc>
        <w:tc>
          <w:tcPr>
            <w:tcW w:type="dxa" w:w="2160"/>
          </w:tcPr>
          <w:p>
            <w:r>
              <w:t>How do you integrate feedback from quality control tests into your production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1069-0230</w:t>
            </w:r>
          </w:p>
        </w:tc>
        <w:tc>
          <w:tcPr>
            <w:tcW w:type="dxa" w:w="2160"/>
          </w:tcPr>
          <w:p>
            <w:r>
              <w:t>Testing Procedures</w:t>
            </w:r>
          </w:p>
        </w:tc>
        <w:tc>
          <w:tcPr>
            <w:tcW w:type="dxa" w:w="2160"/>
          </w:tcPr>
          <w:p>
            <w:r>
              <w:t>What specific lab tests do you conduct to verify the quality of your flour products?</w:t>
              <w:br/>
              <w:t>Answer type: Open-ended</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PACKAGING-TRACEABILITY-SYSTEMS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1069-0231</w:t>
            </w:r>
          </w:p>
        </w:tc>
        <w:tc>
          <w:tcPr>
            <w:tcW w:type="dxa" w:w="2160"/>
          </w:tcPr>
          <w:p>
            <w:r>
              <w:t>Packaging Materials</w:t>
            </w:r>
          </w:p>
        </w:tc>
        <w:tc>
          <w:tcPr>
            <w:tcW w:type="dxa" w:w="2160"/>
          </w:tcPr>
          <w:p>
            <w:r>
              <w:t>What specific types of packaging materials are used for your specialty grains, and how do these materials meet both product preservation and sustainability standards?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1069-0232</w:t>
            </w:r>
          </w:p>
        </w:tc>
        <w:tc>
          <w:tcPr>
            <w:tcW w:type="dxa" w:w="2160"/>
          </w:tcPr>
          <w:p>
            <w:r>
              <w:t>Labeling Requirements</w:t>
            </w:r>
          </w:p>
        </w:tc>
        <w:tc>
          <w:tcPr>
            <w:tcW w:type="dxa" w:w="2160"/>
          </w:tcPr>
          <w:p>
            <w:r>
              <w:t>Can you detail the specific labeling requirements you adhere to for your specialty grain products, including any regulatory compliance measures taken?</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1069-0233</w:t>
            </w:r>
          </w:p>
        </w:tc>
        <w:tc>
          <w:tcPr>
            <w:tcW w:type="dxa" w:w="2160"/>
          </w:tcPr>
          <w:p>
            <w:r>
              <w:t>Barcoding Systems</w:t>
            </w:r>
          </w:p>
        </w:tc>
        <w:tc>
          <w:tcPr>
            <w:tcW w:type="dxa" w:w="2160"/>
          </w:tcPr>
          <w:p>
            <w:r>
              <w:t>What barcoding systems do you implement for tracking your specialty grain products, and how do these systems enhance traceability throughout the supply chain?</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1069-0234</w:t>
            </w:r>
          </w:p>
        </w:tc>
        <w:tc>
          <w:tcPr>
            <w:tcW w:type="dxa" w:w="2160"/>
          </w:tcPr>
          <w:p>
            <w:r>
              <w:t>Supply Chain Tracking</w:t>
            </w:r>
          </w:p>
        </w:tc>
        <w:tc>
          <w:tcPr>
            <w:tcW w:type="dxa" w:w="2160"/>
          </w:tcPr>
          <w:p>
            <w:r>
              <w:t>Describe the methodologies you use for supply chain tracking of your specialty grains, including any software or technology utilized. How do these methods contribute to product traceability?</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1069-0235</w:t>
            </w:r>
          </w:p>
        </w:tc>
        <w:tc>
          <w:tcPr>
            <w:tcW w:type="dxa" w:w="2160"/>
          </w:tcPr>
          <w:p>
            <w:r>
              <w:t>Consumer Transparency</w:t>
            </w:r>
          </w:p>
        </w:tc>
        <w:tc>
          <w:tcPr>
            <w:tcW w:type="dxa" w:w="2160"/>
          </w:tcPr>
          <w:p>
            <w:r>
              <w:t>What measures do you take to ensure consumer transparency regarding the origin and handling of your specialty grains?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1069-0236</w:t>
            </w:r>
          </w:p>
        </w:tc>
        <w:tc>
          <w:tcPr>
            <w:tcW w:type="dxa" w:w="2160"/>
          </w:tcPr>
          <w:p>
            <w:r>
              <w:t>Sustainability in Packaging</w:t>
            </w:r>
          </w:p>
        </w:tc>
        <w:tc>
          <w:tcPr>
            <w:tcW w:type="dxa" w:w="2160"/>
          </w:tcPr>
          <w:p>
            <w:r>
              <w:t>How do you evaluate the sustainability of your packaging solutions for specialty grains, and what criteria do you use to select sustainable materials?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1069-0237</w:t>
            </w:r>
          </w:p>
        </w:tc>
        <w:tc>
          <w:tcPr>
            <w:tcW w:type="dxa" w:w="2160"/>
          </w:tcPr>
          <w:p>
            <w:r>
              <w:t>Packaging Innovations</w:t>
            </w:r>
          </w:p>
        </w:tc>
        <w:tc>
          <w:tcPr>
            <w:tcW w:type="dxa" w:w="2160"/>
          </w:tcPr>
          <w:p>
            <w:r>
              <w:t>What innovative packaging methods have you developed or implemented for your specialty grains, and what experimental processes did you undertake to test their effectiveness?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1069-0238</w:t>
            </w:r>
          </w:p>
        </w:tc>
        <w:tc>
          <w:tcPr>
            <w:tcW w:type="dxa" w:w="2160"/>
          </w:tcPr>
          <w:p>
            <w:r>
              <w:t>Regulatory Compliance</w:t>
            </w:r>
          </w:p>
        </w:tc>
        <w:tc>
          <w:tcPr>
            <w:tcW w:type="dxa" w:w="2160"/>
          </w:tcPr>
          <w:p>
            <w:r>
              <w:t>What specific regulations impact your packaging and traceability systems for specialty grains, and how do you ensure compliance with these regulations?</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1069-0239</w:t>
            </w:r>
          </w:p>
        </w:tc>
        <w:tc>
          <w:tcPr>
            <w:tcW w:type="dxa" w:w="2160"/>
          </w:tcPr>
          <w:p>
            <w:r>
              <w:t>Quality Control</w:t>
            </w:r>
          </w:p>
        </w:tc>
        <w:tc>
          <w:tcPr>
            <w:tcW w:type="dxa" w:w="2160"/>
          </w:tcPr>
          <w:p>
            <w:r>
              <w:t>What quality control measures do you implement to ensure the integrity of your packaging and traceability systems for specialty grains?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1069-0240</w:t>
            </w:r>
          </w:p>
        </w:tc>
        <w:tc>
          <w:tcPr>
            <w:tcW w:type="dxa" w:w="2160"/>
          </w:tcPr>
          <w:p>
            <w:r>
              <w:t>Consumer Feedback</w:t>
            </w:r>
          </w:p>
        </w:tc>
        <w:tc>
          <w:tcPr>
            <w:tcW w:type="dxa" w:w="2160"/>
          </w:tcPr>
          <w:p>
            <w:r>
              <w:t>How do you gather and analyze consumer feedback regarding your packaging and traceability systems, and how does this feedback influence your operational decisions?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1069-0241</w:t>
            </w:r>
          </w:p>
        </w:tc>
        <w:tc>
          <w:tcPr>
            <w:tcW w:type="dxa" w:w="2160"/>
          </w:tcPr>
          <w:p>
            <w:r>
              <w:t>Cost Analysis</w:t>
            </w:r>
          </w:p>
        </w:tc>
        <w:tc>
          <w:tcPr>
            <w:tcW w:type="dxa" w:w="2160"/>
          </w:tcPr>
          <w:p>
            <w:r>
              <w:t>What is the estimated percentage increase in costs associated with implementing advanced packaging and traceability systems for your specialty grains compared to traditional methods?</w:t>
              <w:br/>
              <w:t>Answer type: Percentage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1069-0242</w:t>
            </w:r>
          </w:p>
        </w:tc>
        <w:tc>
          <w:tcPr>
            <w:tcW w:type="dxa" w:w="2160"/>
          </w:tcPr>
          <w:p>
            <w:r>
              <w:t>Training Programs</w:t>
            </w:r>
          </w:p>
        </w:tc>
        <w:tc>
          <w:tcPr>
            <w:tcW w:type="dxa" w:w="2160"/>
          </w:tcPr>
          <w:p>
            <w:r>
              <w:t>What training programs do you have in place for employees regarding the use of packaging and traceability systems, and how do you measure their effectiveness?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1069-0243</w:t>
            </w:r>
          </w:p>
        </w:tc>
        <w:tc>
          <w:tcPr>
            <w:tcW w:type="dxa" w:w="2160"/>
          </w:tcPr>
          <w:p>
            <w:r>
              <w:t>Technology Integration</w:t>
            </w:r>
          </w:p>
        </w:tc>
        <w:tc>
          <w:tcPr>
            <w:tcW w:type="dxa" w:w="2160"/>
          </w:tcPr>
          <w:p>
            <w:r>
              <w:t>What technologies have you integrated into your packaging and traceability systems, and what experimental challenges have you faced during this integration?</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1069-0244</w:t>
            </w:r>
          </w:p>
        </w:tc>
        <w:tc>
          <w:tcPr>
            <w:tcW w:type="dxa" w:w="2160"/>
          </w:tcPr>
          <w:p>
            <w:r>
              <w:t>Partnerships</w:t>
            </w:r>
          </w:p>
        </w:tc>
        <w:tc>
          <w:tcPr>
            <w:tcW w:type="dxa" w:w="2160"/>
          </w:tcPr>
          <w:p>
            <w:r>
              <w:t>What partnerships do you have with suppliers or technology providers to enhance your packaging and traceability systems, and how do these partnerships contribute to innovation?</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1069-0245</w:t>
            </w:r>
          </w:p>
        </w:tc>
        <w:tc>
          <w:tcPr>
            <w:tcW w:type="dxa" w:w="2160"/>
          </w:tcPr>
          <w:p>
            <w:r>
              <w:t>Future Developments</w:t>
            </w:r>
          </w:p>
        </w:tc>
        <w:tc>
          <w:tcPr>
            <w:tcW w:type="dxa" w:w="2160"/>
          </w:tcPr>
          <w:p>
            <w:r>
              <w:t>What future developments or improvements are you planning for your packaging and traceability systems for specialty grains, and what experimental approaches do you intend to employ?</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1069-0246</w:t>
            </w:r>
          </w:p>
        </w:tc>
        <w:tc>
          <w:tcPr>
            <w:tcW w:type="dxa" w:w="2160"/>
          </w:tcPr>
          <w:p>
            <w:r>
              <w:t>Traceability</w:t>
            </w:r>
          </w:p>
        </w:tc>
        <w:tc>
          <w:tcPr>
            <w:tcW w:type="dxa" w:w="2160"/>
          </w:tcPr>
          <w:p>
            <w:r>
              <w:t>How do you ensure traceability of your products from production to packaging?</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REGULATORY-COMPLIANCE-FOOD-SAFETY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1069-0247</w:t>
            </w:r>
          </w:p>
        </w:tc>
        <w:tc>
          <w:tcPr>
            <w:tcW w:type="dxa" w:w="2160"/>
          </w:tcPr>
          <w:p>
            <w:r>
              <w:t>FDA Regulations</w:t>
            </w:r>
          </w:p>
        </w:tc>
        <w:tc>
          <w:tcPr>
            <w:tcW w:type="dxa" w:w="2160"/>
          </w:tcPr>
          <w:p>
            <w:r>
              <w:t>What specific FDA regulations do you follow for the production of specialty and identity-preserved grains?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1069-0248</w:t>
            </w:r>
          </w:p>
        </w:tc>
        <w:tc>
          <w:tcPr>
            <w:tcW w:type="dxa" w:w="2160"/>
          </w:tcPr>
          <w:p>
            <w:r>
              <w:t>USDA Guidelines</w:t>
            </w:r>
          </w:p>
        </w:tc>
        <w:tc>
          <w:tcPr>
            <w:tcW w:type="dxa" w:w="2160"/>
          </w:tcPr>
          <w:p>
            <w:r>
              <w:t>How do you ensure compliance with USDA guidelines for the certification of organic grains?</w:t>
              <w:br/>
              <w:t>Answer type: Yes-No + details</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1069-0249</w:t>
            </w:r>
          </w:p>
        </w:tc>
        <w:tc>
          <w:tcPr>
            <w:tcW w:type="dxa" w:w="2160"/>
          </w:tcPr>
          <w:p>
            <w:r>
              <w:t>HACCP Principles</w:t>
            </w:r>
          </w:p>
        </w:tc>
        <w:tc>
          <w:tcPr>
            <w:tcW w:type="dxa" w:w="2160"/>
          </w:tcPr>
          <w:p>
            <w:r>
              <w:t>Can you describe your Hazard Analysis and Critical Control Points (HACCP) plan specifically for grain processing?</w:t>
              <w:br/>
              <w:t>Answer type: Long text</w:t>
              <w:br/>
              <w:t>Trigger: Always</w:t>
              <w:br/>
              <w:t>Required: No</w:t>
              <w:br/>
              <w:t>Risk: High</w:t>
            </w:r>
          </w:p>
        </w:tc>
        <w:tc>
          <w:tcPr>
            <w:tcW w:type="dxa" w:w="2160"/>
          </w:tcPr>
          <w:p>
            <w:r>
              <w:t>Primary authority: HACCP Guidelines</w:t>
              <w:br/>
              <w:t>Response: ___________________________</w:t>
              <w:br/>
              <w:t>Evidence: ___________________________</w:t>
              <w:br/>
              <w:t>Reviewer conclusion: ___________________________</w:t>
            </w:r>
          </w:p>
        </w:tc>
      </w:tr>
      <w:tr>
        <w:tc>
          <w:tcPr>
            <w:tcW w:type="dxa" w:w="2160"/>
          </w:tcPr>
          <w:p>
            <w:r>
              <w:t>1069-0250</w:t>
            </w:r>
          </w:p>
        </w:tc>
        <w:tc>
          <w:tcPr>
            <w:tcW w:type="dxa" w:w="2160"/>
          </w:tcPr>
          <w:p>
            <w:r>
              <w:t>GMP Compliance</w:t>
            </w:r>
          </w:p>
        </w:tc>
        <w:tc>
          <w:tcPr>
            <w:tcW w:type="dxa" w:w="2160"/>
          </w:tcPr>
          <w:p>
            <w:r>
              <w:t>What Good Manufacturing Practices (GMP) do you implement in your grain production process?</w:t>
              <w:br/>
              <w:t>Answer type: Multi-select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1069-0251</w:t>
            </w:r>
          </w:p>
        </w:tc>
        <w:tc>
          <w:tcPr>
            <w:tcW w:type="dxa" w:w="2160"/>
          </w:tcPr>
          <w:p>
            <w:r>
              <w:t>Labeling Laws</w:t>
            </w:r>
          </w:p>
        </w:tc>
        <w:tc>
          <w:tcPr>
            <w:tcW w:type="dxa" w:w="2160"/>
          </w:tcPr>
          <w:p>
            <w:r>
              <w:t>How do you ensure that your product labeling complies with both federal and state regulations?</w:t>
              <w:br/>
              <w:t>Answer type: Long text + evidence</w:t>
              <w:br/>
              <w:t>Trigger: Always</w:t>
              <w:br/>
              <w:t>Required: No</w:t>
              <w:br/>
              <w:t>Risk: Medium</w:t>
            </w:r>
          </w:p>
        </w:tc>
        <w:tc>
          <w:tcPr>
            <w:tcW w:type="dxa" w:w="2160"/>
          </w:tcPr>
          <w:p>
            <w:r>
              <w:t>Primary authority: FDA Labeling Requirements</w:t>
              <w:br/>
              <w:t>Response: ___________________________</w:t>
              <w:br/>
              <w:t>Evidence: ___________________________</w:t>
              <w:br/>
              <w:t>Reviewer conclusion: ___________________________</w:t>
            </w:r>
          </w:p>
        </w:tc>
      </w:tr>
      <w:tr>
        <w:tc>
          <w:tcPr>
            <w:tcW w:type="dxa" w:w="2160"/>
          </w:tcPr>
          <w:p>
            <w:r>
              <w:t>1069-0252</w:t>
            </w:r>
          </w:p>
        </w:tc>
        <w:tc>
          <w:tcPr>
            <w:tcW w:type="dxa" w:w="2160"/>
          </w:tcPr>
          <w:p>
            <w:r>
              <w:t>Traceability Requirements</w:t>
            </w:r>
          </w:p>
        </w:tc>
        <w:tc>
          <w:tcPr>
            <w:tcW w:type="dxa" w:w="2160"/>
          </w:tcPr>
          <w:p>
            <w:r>
              <w:t>What traceability systems do you have in place to track your grains from production to distribution?</w:t>
              <w:br/>
              <w:t>Answer type: Long text</w:t>
              <w:br/>
              <w:t>Trigger: Always</w:t>
              <w:br/>
              <w:t>Required: No</w:t>
              <w:br/>
              <w:t>Risk: High</w:t>
            </w:r>
          </w:p>
        </w:tc>
        <w:tc>
          <w:tcPr>
            <w:tcW w:type="dxa" w:w="2160"/>
          </w:tcPr>
          <w:p>
            <w:r>
              <w:t>Primary authority: FDA Traceability Requirements</w:t>
              <w:br/>
              <w:t>Response: ___________________________</w:t>
              <w:br/>
              <w:t>Evidence: ___________________________</w:t>
              <w:br/>
              <w:t>Reviewer conclusion: ___________________________</w:t>
            </w:r>
          </w:p>
        </w:tc>
      </w:tr>
      <w:tr>
        <w:tc>
          <w:tcPr>
            <w:tcW w:type="dxa" w:w="2160"/>
          </w:tcPr>
          <w:p>
            <w:r>
              <w:t>1069-0253</w:t>
            </w:r>
          </w:p>
        </w:tc>
        <w:tc>
          <w:tcPr>
            <w:tcW w:type="dxa" w:w="2160"/>
          </w:tcPr>
          <w:p>
            <w:r>
              <w:t>FDA Regulations</w:t>
            </w:r>
          </w:p>
        </w:tc>
        <w:tc>
          <w:tcPr>
            <w:tcW w:type="dxa" w:w="2160"/>
          </w:tcPr>
          <w:p>
            <w:r>
              <w:t>Have you conducted any FDA-required safety assessments for your specialty grains? If so, please detail the process.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1069-0254</w:t>
            </w:r>
          </w:p>
        </w:tc>
        <w:tc>
          <w:tcPr>
            <w:tcW w:type="dxa" w:w="2160"/>
          </w:tcPr>
          <w:p>
            <w:r>
              <w:t>USDA Guidelines</w:t>
            </w:r>
          </w:p>
        </w:tc>
        <w:tc>
          <w:tcPr>
            <w:tcW w:type="dxa" w:w="2160"/>
          </w:tcPr>
          <w:p>
            <w:r>
              <w:t>What specific USDA inspections or certifications have you undergone for your grain products?</w:t>
              <w:br/>
              <w:t>Answer type: Long text</w:t>
              <w:br/>
              <w:t>Trigger: Always</w:t>
              <w:br/>
              <w:t>Required: No</w:t>
              <w:br/>
              <w:t>Risk: Medium</w:t>
            </w:r>
          </w:p>
        </w:tc>
        <w:tc>
          <w:tcPr>
            <w:tcW w:type="dxa" w:w="2160"/>
          </w:tcPr>
          <w:p>
            <w:r>
              <w:t>Primary authority: USDA Inspection Regulations</w:t>
              <w:br/>
              <w:t>Response: ___________________________</w:t>
              <w:br/>
              <w:t>Evidence: ___________________________</w:t>
              <w:br/>
              <w:t>Reviewer conclusion: ___________________________</w:t>
            </w:r>
          </w:p>
        </w:tc>
      </w:tr>
      <w:tr>
        <w:tc>
          <w:tcPr>
            <w:tcW w:type="dxa" w:w="2160"/>
          </w:tcPr>
          <w:p>
            <w:r>
              <w:t>1069-0255</w:t>
            </w:r>
          </w:p>
        </w:tc>
        <w:tc>
          <w:tcPr>
            <w:tcW w:type="dxa" w:w="2160"/>
          </w:tcPr>
          <w:p>
            <w:r>
              <w:t>HACCP Principles</w:t>
            </w:r>
          </w:p>
        </w:tc>
        <w:tc>
          <w:tcPr>
            <w:tcW w:type="dxa" w:w="2160"/>
          </w:tcPr>
          <w:p>
            <w:r>
              <w:t>How often do you review and update your HACCP plan for grain production?</w:t>
              <w:br/>
              <w:t>Answer type: Integer + details</w:t>
              <w:br/>
              <w:t>Trigger: Always</w:t>
              <w:br/>
              <w:t>Required: No</w:t>
              <w:br/>
              <w:t>Risk: Medium</w:t>
            </w:r>
          </w:p>
        </w:tc>
        <w:tc>
          <w:tcPr>
            <w:tcW w:type="dxa" w:w="2160"/>
          </w:tcPr>
          <w:p>
            <w:r>
              <w:t>Primary authority: HACCP Guidelines</w:t>
              <w:br/>
              <w:t>Response: ___________________________</w:t>
              <w:br/>
              <w:t>Evidence: ___________________________</w:t>
              <w:br/>
              <w:t>Reviewer conclusion: ___________________________</w:t>
            </w:r>
          </w:p>
        </w:tc>
      </w:tr>
      <w:tr>
        <w:tc>
          <w:tcPr>
            <w:tcW w:type="dxa" w:w="2160"/>
          </w:tcPr>
          <w:p>
            <w:r>
              <w:t>1069-0256</w:t>
            </w:r>
          </w:p>
        </w:tc>
        <w:tc>
          <w:tcPr>
            <w:tcW w:type="dxa" w:w="2160"/>
          </w:tcPr>
          <w:p>
            <w:r>
              <w:t>GMP Compliance</w:t>
            </w:r>
          </w:p>
        </w:tc>
        <w:tc>
          <w:tcPr>
            <w:tcW w:type="dxa" w:w="2160"/>
          </w:tcPr>
          <w:p>
            <w:r>
              <w:t>What training do your employees receive regarding GMP compliance in grain handling?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1069-0257</w:t>
            </w:r>
          </w:p>
        </w:tc>
        <w:tc>
          <w:tcPr>
            <w:tcW w:type="dxa" w:w="2160"/>
          </w:tcPr>
          <w:p>
            <w:r>
              <w:t>Labeling Laws</w:t>
            </w:r>
          </w:p>
        </w:tc>
        <w:tc>
          <w:tcPr>
            <w:tcW w:type="dxa" w:w="2160"/>
          </w:tcPr>
          <w:p>
            <w:r>
              <w:t>What procedures do you have in place to ensure the accuracy of nutritional information on your grain product labels?</w:t>
              <w:br/>
              <w:t>Answer type: Long text + evidence</w:t>
              <w:br/>
              <w:t>Trigger: Always</w:t>
              <w:br/>
              <w:t>Required: No</w:t>
              <w:br/>
              <w:t>Risk: Medium</w:t>
            </w:r>
          </w:p>
        </w:tc>
        <w:tc>
          <w:tcPr>
            <w:tcW w:type="dxa" w:w="2160"/>
          </w:tcPr>
          <w:p>
            <w:r>
              <w:t>Primary authority: FDA Labeling Requirements</w:t>
              <w:br/>
              <w:t>Response: ___________________________</w:t>
              <w:br/>
              <w:t>Evidence: ___________________________</w:t>
              <w:br/>
              <w:t>Reviewer conclusion: ___________________________</w:t>
            </w:r>
          </w:p>
        </w:tc>
      </w:tr>
      <w:tr>
        <w:tc>
          <w:tcPr>
            <w:tcW w:type="dxa" w:w="2160"/>
          </w:tcPr>
          <w:p>
            <w:r>
              <w:t>1069-0258</w:t>
            </w:r>
          </w:p>
        </w:tc>
        <w:tc>
          <w:tcPr>
            <w:tcW w:type="dxa" w:w="2160"/>
          </w:tcPr>
          <w:p>
            <w:r>
              <w:t>Traceability Requirements</w:t>
            </w:r>
          </w:p>
        </w:tc>
        <w:tc>
          <w:tcPr>
            <w:tcW w:type="dxa" w:w="2160"/>
          </w:tcPr>
          <w:p>
            <w:r>
              <w:t>How do you document the traceability of your grains in case of a food safety issue?</w:t>
              <w:br/>
              <w:t>Answer type: Long text</w:t>
              <w:br/>
              <w:t>Trigger: Always</w:t>
              <w:br/>
              <w:t>Required: No</w:t>
              <w:br/>
              <w:t>Risk: High</w:t>
            </w:r>
          </w:p>
        </w:tc>
        <w:tc>
          <w:tcPr>
            <w:tcW w:type="dxa" w:w="2160"/>
          </w:tcPr>
          <w:p>
            <w:r>
              <w:t>Primary authority: FDA Traceability Requirements</w:t>
              <w:br/>
              <w:t>Response: ___________________________</w:t>
              <w:br/>
              <w:t>Evidence: ___________________________</w:t>
              <w:br/>
              <w:t>Reviewer conclusion: ___________________________</w:t>
            </w:r>
          </w:p>
        </w:tc>
      </w:tr>
      <w:tr>
        <w:tc>
          <w:tcPr>
            <w:tcW w:type="dxa" w:w="2160"/>
          </w:tcPr>
          <w:p>
            <w:r>
              <w:t>1069-0259</w:t>
            </w:r>
          </w:p>
        </w:tc>
        <w:tc>
          <w:tcPr>
            <w:tcW w:type="dxa" w:w="2160"/>
          </w:tcPr>
          <w:p>
            <w:r>
              <w:t>FDA Regulations</w:t>
            </w:r>
          </w:p>
        </w:tc>
        <w:tc>
          <w:tcPr>
            <w:tcW w:type="dxa" w:w="2160"/>
          </w:tcPr>
          <w:p>
            <w:r>
              <w:t>What methods do you use to monitor compliance with FDA regulations during grain production?</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1069-0260</w:t>
            </w:r>
          </w:p>
        </w:tc>
        <w:tc>
          <w:tcPr>
            <w:tcW w:type="dxa" w:w="2160"/>
          </w:tcPr>
          <w:p>
            <w:r>
              <w:t>USDA Guidelines</w:t>
            </w:r>
          </w:p>
        </w:tc>
        <w:tc>
          <w:tcPr>
            <w:tcW w:type="dxa" w:w="2160"/>
          </w:tcPr>
          <w:p>
            <w:r>
              <w:t>How do you verify that your grain products meet USDA quality standards?</w:t>
              <w:br/>
              <w:t>Answer type: Long text + evidence</w:t>
              <w:br/>
              <w:t>Trigger: Always</w:t>
              <w:br/>
              <w:t>Required: No</w:t>
              <w:br/>
              <w:t>Risk: Medium</w:t>
            </w:r>
          </w:p>
        </w:tc>
        <w:tc>
          <w:tcPr>
            <w:tcW w:type="dxa" w:w="2160"/>
          </w:tcPr>
          <w:p>
            <w:r>
              <w:t>Primary authority: USDA Quality Standards</w:t>
              <w:br/>
              <w:t>Response: ___________________________</w:t>
              <w:br/>
              <w:t>Evidence: ___________________________</w:t>
              <w:br/>
              <w:t>Reviewer conclusion: ___________________________</w:t>
            </w:r>
          </w:p>
        </w:tc>
      </w:tr>
      <w:tr>
        <w:tc>
          <w:tcPr>
            <w:tcW w:type="dxa" w:w="2160"/>
          </w:tcPr>
          <w:p>
            <w:r>
              <w:t>1069-0261</w:t>
            </w:r>
          </w:p>
        </w:tc>
        <w:tc>
          <w:tcPr>
            <w:tcW w:type="dxa" w:w="2160"/>
          </w:tcPr>
          <w:p>
            <w:r>
              <w:t>HACCP Principles</w:t>
            </w:r>
          </w:p>
        </w:tc>
        <w:tc>
          <w:tcPr>
            <w:tcW w:type="dxa" w:w="2160"/>
          </w:tcPr>
          <w:p>
            <w:r>
              <w:t>What critical control points have you identified in your grain production process, and how do you monitor them?</w:t>
              <w:br/>
              <w:t>Answer type: Long text</w:t>
              <w:br/>
              <w:t>Trigger: Always</w:t>
              <w:br/>
              <w:t>Required: No</w:t>
              <w:br/>
              <w:t>Risk: High</w:t>
            </w:r>
          </w:p>
        </w:tc>
        <w:tc>
          <w:tcPr>
            <w:tcW w:type="dxa" w:w="2160"/>
          </w:tcPr>
          <w:p>
            <w:r>
              <w:t>Primary authority: HACCP Guidelines</w:t>
              <w:br/>
              <w:t>Response: ___________________________</w:t>
              <w:br/>
              <w:t>Evidence: ___________________________</w:t>
              <w:br/>
              <w:t>Reviewer conclusion: ___________________________</w:t>
            </w:r>
          </w:p>
        </w:tc>
      </w:tr>
      <w:tr>
        <w:tc>
          <w:tcPr>
            <w:tcW w:type="dxa" w:w="2160"/>
          </w:tcPr>
          <w:p>
            <w:r>
              <w:t>1069-0262</w:t>
            </w:r>
          </w:p>
        </w:tc>
        <w:tc>
          <w:tcPr>
            <w:tcW w:type="dxa" w:w="2160"/>
          </w:tcPr>
          <w:p>
            <w:r>
              <w:t>GMP Compliance</w:t>
            </w:r>
          </w:p>
        </w:tc>
        <w:tc>
          <w:tcPr>
            <w:tcW w:type="dxa" w:w="2160"/>
          </w:tcPr>
          <w:p>
            <w:r>
              <w:t>What records do you maintain to demonstrate compliance with GMP in your grain production?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1069-0263</w:t>
            </w:r>
          </w:p>
        </w:tc>
        <w:tc>
          <w:tcPr>
            <w:tcW w:type="dxa" w:w="2160"/>
          </w:tcPr>
          <w:p>
            <w:r>
              <w:t>Labeling Laws</w:t>
            </w:r>
          </w:p>
        </w:tc>
        <w:tc>
          <w:tcPr>
            <w:tcW w:type="dxa" w:w="2160"/>
          </w:tcPr>
          <w:p>
            <w:r>
              <w:t>What steps do you take to ensure that your labeling claims (e.g., organic, non-GMO) are substantiated?</w:t>
              <w:br/>
              <w:t>Answer type: Long text + evidence</w:t>
              <w:br/>
              <w:t>Trigger: Always</w:t>
              <w:br/>
              <w:t>Required: No</w:t>
              <w:br/>
              <w:t>Risk: Medium</w:t>
            </w:r>
          </w:p>
        </w:tc>
        <w:tc>
          <w:tcPr>
            <w:tcW w:type="dxa" w:w="2160"/>
          </w:tcPr>
          <w:p>
            <w:r>
              <w:t>Primary authority: FDA Labeling Requirements</w:t>
              <w:br/>
              <w:t>Response: ___________________________</w:t>
              <w:br/>
              <w:t>Evidence: ___________________________</w:t>
              <w:br/>
              <w:t>Reviewer conclusion: ___________________________</w:t>
            </w:r>
          </w:p>
        </w:tc>
      </w:tr>
      <w:tr>
        <w:tc>
          <w:tcPr>
            <w:tcW w:type="dxa" w:w="2160"/>
          </w:tcPr>
          <w:p>
            <w:r>
              <w:t>1069-0264</w:t>
            </w:r>
          </w:p>
        </w:tc>
        <w:tc>
          <w:tcPr>
            <w:tcW w:type="dxa" w:w="2160"/>
          </w:tcPr>
          <w:p>
            <w:r>
              <w:t>Compliance</w:t>
            </w:r>
          </w:p>
        </w:tc>
        <w:tc>
          <w:tcPr>
            <w:tcW w:type="dxa" w:w="2160"/>
          </w:tcPr>
          <w:p>
            <w:r>
              <w:t>What steps do you take to ensure compliance with food safety regulations during production?</w:t>
              <w:br/>
              <w:t>Answer type: Open-ended</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UTILITIES-ENERGY-MANAGEMENT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1069-0265</w:t>
            </w:r>
          </w:p>
        </w:tc>
        <w:tc>
          <w:tcPr>
            <w:tcW w:type="dxa" w:w="2160"/>
          </w:tcPr>
          <w:p>
            <w:r>
              <w:t>Energy Audits</w:t>
            </w:r>
          </w:p>
        </w:tc>
        <w:tc>
          <w:tcPr>
            <w:tcW w:type="dxa" w:w="2160"/>
          </w:tcPr>
          <w:p>
            <w:r>
              <w:t>What specific energy audits have you conducted in your grain processing operations during the tax year 2025, and what were the key findings regarding energy consumption?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1069-0266</w:t>
            </w:r>
          </w:p>
        </w:tc>
        <w:tc>
          <w:tcPr>
            <w:tcW w:type="dxa" w:w="2160"/>
          </w:tcPr>
          <w:p>
            <w:r>
              <w:t>Renewable Energy Sources</w:t>
            </w:r>
          </w:p>
        </w:tc>
        <w:tc>
          <w:tcPr>
            <w:tcW w:type="dxa" w:w="2160"/>
          </w:tcPr>
          <w:p>
            <w:r>
              <w:t>Have you implemented any renewable energy sources (e.g., solar, wind) in your grain processing operations during 2025? If yes, please specify the type of renewable energy and the percentage of total energy consumption it represents.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1069-0267</w:t>
            </w:r>
          </w:p>
        </w:tc>
        <w:tc>
          <w:tcPr>
            <w:tcW w:type="dxa" w:w="2160"/>
          </w:tcPr>
          <w:p>
            <w:r>
              <w:t>Water Usage</w:t>
            </w:r>
          </w:p>
        </w:tc>
        <w:tc>
          <w:tcPr>
            <w:tcW w:type="dxa" w:w="2160"/>
          </w:tcPr>
          <w:p>
            <w:r>
              <w:t>What measures have you taken to monitor and reduce water usage in your grain processing operations in 2025? Please provide specific examples and any quantitative results achieved.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1069-0268</w:t>
            </w:r>
          </w:p>
        </w:tc>
        <w:tc>
          <w:tcPr>
            <w:tcW w:type="dxa" w:w="2160"/>
          </w:tcPr>
          <w:p>
            <w:r>
              <w:t>Efficiency Improvements</w:t>
            </w:r>
          </w:p>
        </w:tc>
        <w:tc>
          <w:tcPr>
            <w:tcW w:type="dxa" w:w="2160"/>
          </w:tcPr>
          <w:p>
            <w:r>
              <w:t>Can you describe any new technologies or processes you have adopted in 2025 that have improved energy efficiency in your grain processing operations? Please quantify the efficiency gains where possible.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1069-0269</w:t>
            </w:r>
          </w:p>
        </w:tc>
        <w:tc>
          <w:tcPr>
            <w:tcW w:type="dxa" w:w="2160"/>
          </w:tcPr>
          <w:p>
            <w:r>
              <w:t>Cost Reduction Strategies</w:t>
            </w:r>
          </w:p>
        </w:tc>
        <w:tc>
          <w:tcPr>
            <w:tcW w:type="dxa" w:w="2160"/>
          </w:tcPr>
          <w:p>
            <w:r>
              <w:t>What specific cost reduction strategies have you implemented in relation to energy consumption in your grain processing operations during 2025? Please provide any evidence of cost savings achieved.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1069-0270</w:t>
            </w:r>
          </w:p>
        </w:tc>
        <w:tc>
          <w:tcPr>
            <w:tcW w:type="dxa" w:w="2160"/>
          </w:tcPr>
          <w:p>
            <w:r>
              <w:t>Emission Controls</w:t>
            </w:r>
          </w:p>
        </w:tc>
        <w:tc>
          <w:tcPr>
            <w:tcW w:type="dxa" w:w="2160"/>
          </w:tcPr>
          <w:p>
            <w:r>
              <w:t>What emission control technologies or practices have you integrated into your grain processing operations in 2025, and how do they align with regulatory requirements?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1069-0271</w:t>
            </w:r>
          </w:p>
        </w:tc>
        <w:tc>
          <w:tcPr>
            <w:tcW w:type="dxa" w:w="2160"/>
          </w:tcPr>
          <w:p>
            <w:r>
              <w:t>Energy Consumption Tracking</w:t>
            </w:r>
          </w:p>
        </w:tc>
        <w:tc>
          <w:tcPr>
            <w:tcW w:type="dxa" w:w="2160"/>
          </w:tcPr>
          <w:p>
            <w:r>
              <w:t>How do you track and report energy consumption across different stages of your grain processing operations? Please provide details on the systems or methodologies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1069-0272</w:t>
            </w:r>
          </w:p>
        </w:tc>
        <w:tc>
          <w:tcPr>
            <w:tcW w:type="dxa" w:w="2160"/>
          </w:tcPr>
          <w:p>
            <w:r>
              <w:t>Benchmarking</w:t>
            </w:r>
          </w:p>
        </w:tc>
        <w:tc>
          <w:tcPr>
            <w:tcW w:type="dxa" w:w="2160"/>
          </w:tcPr>
          <w:p>
            <w:r>
              <w:t>Have you benchmarked your energy consumption against industry standards or competitors in 2025? If so, what were the results and insights gained from this benchmarking?</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1069-0273</w:t>
            </w:r>
          </w:p>
        </w:tc>
        <w:tc>
          <w:tcPr>
            <w:tcW w:type="dxa" w:w="2160"/>
          </w:tcPr>
          <w:p>
            <w:r>
              <w:t>Employee Training</w:t>
            </w:r>
          </w:p>
        </w:tc>
        <w:tc>
          <w:tcPr>
            <w:tcW w:type="dxa" w:w="2160"/>
          </w:tcPr>
          <w:p>
            <w:r>
              <w:t>What training programs have you implemented for employees regarding energy management and efficiency in grain processing operations during 2025? Please provide examples of training topics covered.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1069-0274</w:t>
            </w:r>
          </w:p>
        </w:tc>
        <w:tc>
          <w:tcPr>
            <w:tcW w:type="dxa" w:w="2160"/>
          </w:tcPr>
          <w:p>
            <w:r>
              <w:t>Sustainability Initiatives</w:t>
            </w:r>
          </w:p>
        </w:tc>
        <w:tc>
          <w:tcPr>
            <w:tcW w:type="dxa" w:w="2160"/>
          </w:tcPr>
          <w:p>
            <w:r>
              <w:t>What sustainability initiatives related to energy and resource management have you launched in 2025, and how do they impact your overall operational efficiency?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1069-0275</w:t>
            </w:r>
          </w:p>
        </w:tc>
        <w:tc>
          <w:tcPr>
            <w:tcW w:type="dxa" w:w="2160"/>
          </w:tcPr>
          <w:p>
            <w:r>
              <w:t>Regulatory Compliance</w:t>
            </w:r>
          </w:p>
        </w:tc>
        <w:tc>
          <w:tcPr>
            <w:tcW w:type="dxa" w:w="2160"/>
          </w:tcPr>
          <w:p>
            <w:r>
              <w:t>How do you ensure compliance with local and federal regulations regarding energy usage and emissions in your grain processing operations? Please provide specific examples of compliance measures taken in 2025.</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1069-0276</w:t>
            </w:r>
          </w:p>
        </w:tc>
        <w:tc>
          <w:tcPr>
            <w:tcW w:type="dxa" w:w="2160"/>
          </w:tcPr>
          <w:p>
            <w:r>
              <w:t>Future Plans</w:t>
            </w:r>
          </w:p>
        </w:tc>
        <w:tc>
          <w:tcPr>
            <w:tcW w:type="dxa" w:w="2160"/>
          </w:tcPr>
          <w:p>
            <w:r>
              <w:t>What plans do you have for future improvements in energy management and efficiency in your grain processing operations beyond 2025?</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SUSTAINABILITY-BYPRODUCT-MANAGEMENT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1069-0277</w:t>
            </w:r>
          </w:p>
        </w:tc>
        <w:tc>
          <w:tcPr>
            <w:tcW w:type="dxa" w:w="2160"/>
          </w:tcPr>
          <w:p>
            <w:r>
              <w:t>Waste Recycling Practices</w:t>
            </w:r>
          </w:p>
        </w:tc>
        <w:tc>
          <w:tcPr>
            <w:tcW w:type="dxa" w:w="2160"/>
          </w:tcPr>
          <w:p>
            <w:r>
              <w:t>What specific methods do you employ to recycle waste generated during grain production,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1069-0278</w:t>
            </w:r>
          </w:p>
        </w:tc>
        <w:tc>
          <w:tcPr>
            <w:tcW w:type="dxa" w:w="2160"/>
          </w:tcPr>
          <w:p>
            <w:r>
              <w:t>Composting Techniques</w:t>
            </w:r>
          </w:p>
        </w:tc>
        <w:tc>
          <w:tcPr>
            <w:tcW w:type="dxa" w:w="2160"/>
          </w:tcPr>
          <w:p>
            <w:r>
              <w:t>Describe your composting process for byproducts. What materials are composted, and what is the average duration for composting?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1069-0279</w:t>
            </w:r>
          </w:p>
        </w:tc>
        <w:tc>
          <w:tcPr>
            <w:tcW w:type="dxa" w:w="2160"/>
          </w:tcPr>
          <w:p>
            <w:r>
              <w:t>Animal Feed Production</w:t>
            </w:r>
          </w:p>
        </w:tc>
        <w:tc>
          <w:tcPr>
            <w:tcW w:type="dxa" w:w="2160"/>
          </w:tcPr>
          <w:p>
            <w:r>
              <w:t>What percentage of your byproducts is repurposed as animal feed, and what specific types of byproducts are used?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1069-0280</w:t>
            </w:r>
          </w:p>
        </w:tc>
        <w:tc>
          <w:tcPr>
            <w:tcW w:type="dxa" w:w="2160"/>
          </w:tcPr>
          <w:p>
            <w:r>
              <w:t>Carbon Footprint Reduction</w:t>
            </w:r>
          </w:p>
        </w:tc>
        <w:tc>
          <w:tcPr>
            <w:tcW w:type="dxa" w:w="2160"/>
          </w:tcPr>
          <w:p>
            <w:r>
              <w:t>What strategies have you implemented to reduce the carbon footprint of your grain production process, and how do you quantify these reductions?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1069-0281</w:t>
            </w:r>
          </w:p>
        </w:tc>
        <w:tc>
          <w:tcPr>
            <w:tcW w:type="dxa" w:w="2160"/>
          </w:tcPr>
          <w:p>
            <w:r>
              <w:t>Sustainable Sourcing</w:t>
            </w:r>
          </w:p>
        </w:tc>
        <w:tc>
          <w:tcPr>
            <w:tcW w:type="dxa" w:w="2160"/>
          </w:tcPr>
          <w:p>
            <w:r>
              <w:t>How do you ensure that the grains you source are sustainably produced, and what criteria do you use for supplier selection?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1069-0282</w:t>
            </w:r>
          </w:p>
        </w:tc>
        <w:tc>
          <w:tcPr>
            <w:tcW w:type="dxa" w:w="2160"/>
          </w:tcPr>
          <w:p>
            <w:r>
              <w:t>Life Cycle Assessment</w:t>
            </w:r>
          </w:p>
        </w:tc>
        <w:tc>
          <w:tcPr>
            <w:tcW w:type="dxa" w:w="2160"/>
          </w:tcPr>
          <w:p>
            <w:r>
              <w:t>Have you conducted a life cycle assessment (LCA) for your grain production? If so, what were the key findings regarding sustainability?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1069-0283</w:t>
            </w:r>
          </w:p>
        </w:tc>
        <w:tc>
          <w:tcPr>
            <w:tcW w:type="dxa" w:w="2160"/>
          </w:tcPr>
          <w:p>
            <w:r>
              <w:t>Waste Recycling Practices</w:t>
            </w:r>
          </w:p>
        </w:tc>
        <w:tc>
          <w:tcPr>
            <w:tcW w:type="dxa" w:w="2160"/>
          </w:tcPr>
          <w:p>
            <w:r>
              <w:t>What challenges have you faced in implementing waste recycling practices, and how have you addressed them?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1069-0284</w:t>
            </w:r>
          </w:p>
        </w:tc>
        <w:tc>
          <w:tcPr>
            <w:tcW w:type="dxa" w:w="2160"/>
          </w:tcPr>
          <w:p>
            <w:r>
              <w:t>Composting Techniques</w:t>
            </w:r>
          </w:p>
        </w:tc>
        <w:tc>
          <w:tcPr>
            <w:tcW w:type="dxa" w:w="2160"/>
          </w:tcPr>
          <w:p>
            <w:r>
              <w:t>How do you monitor the quality of compost produced from your byproducts, and what testing methods do you employ?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1069-0285</w:t>
            </w:r>
          </w:p>
        </w:tc>
        <w:tc>
          <w:tcPr>
            <w:tcW w:type="dxa" w:w="2160"/>
          </w:tcPr>
          <w:p>
            <w:r>
              <w:t>Animal Feed Production</w:t>
            </w:r>
          </w:p>
        </w:tc>
        <w:tc>
          <w:tcPr>
            <w:tcW w:type="dxa" w:w="2160"/>
          </w:tcPr>
          <w:p>
            <w:r>
              <w:t>What regulatory standards do you comply with when producing animal feed from byproducts, and how do you ensure compliance?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1069-0286</w:t>
            </w:r>
          </w:p>
        </w:tc>
        <w:tc>
          <w:tcPr>
            <w:tcW w:type="dxa" w:w="2160"/>
          </w:tcPr>
          <w:p>
            <w:r>
              <w:t>Carbon Footprint Reduction</w:t>
            </w:r>
          </w:p>
        </w:tc>
        <w:tc>
          <w:tcPr>
            <w:tcW w:type="dxa" w:w="2160"/>
          </w:tcPr>
          <w:p>
            <w:r>
              <w:t>Can you provide data on the reduction of greenhouse gas emissions achieved through your sustainability initiatives?</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1069-0287</w:t>
            </w:r>
          </w:p>
        </w:tc>
        <w:tc>
          <w:tcPr>
            <w:tcW w:type="dxa" w:w="2160"/>
          </w:tcPr>
          <w:p>
            <w:r>
              <w:t>Sustainable Sourcing</w:t>
            </w:r>
          </w:p>
        </w:tc>
        <w:tc>
          <w:tcPr>
            <w:tcW w:type="dxa" w:w="2160"/>
          </w:tcPr>
          <w:p>
            <w:r>
              <w:t>What certifications or standards do your suppliers hold that demonstrate their commitment to sustainable practices?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1069-0288</w:t>
            </w:r>
          </w:p>
        </w:tc>
        <w:tc>
          <w:tcPr>
            <w:tcW w:type="dxa" w:w="2160"/>
          </w:tcPr>
          <w:p>
            <w:r>
              <w:t>Life Cycle Assessment</w:t>
            </w:r>
          </w:p>
        </w:tc>
        <w:tc>
          <w:tcPr>
            <w:tcW w:type="dxa" w:w="2160"/>
          </w:tcPr>
          <w:p>
            <w:r>
              <w:t>What tools or methodologies do you utilize for conducting life cycle assessments in your grain production?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1069-0289</w:t>
            </w:r>
          </w:p>
        </w:tc>
        <w:tc>
          <w:tcPr>
            <w:tcW w:type="dxa" w:w="2160"/>
          </w:tcPr>
          <w:p>
            <w:r>
              <w:t>Waste Recycling Practices</w:t>
            </w:r>
          </w:p>
        </w:tc>
        <w:tc>
          <w:tcPr>
            <w:tcW w:type="dxa" w:w="2160"/>
          </w:tcPr>
          <w:p>
            <w:r>
              <w:t>What percentage of total waste generated is currently being recycled, and what are your targets for improvement?</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1069-0290</w:t>
            </w:r>
          </w:p>
        </w:tc>
        <w:tc>
          <w:tcPr>
            <w:tcW w:type="dxa" w:w="2160"/>
          </w:tcPr>
          <w:p>
            <w:r>
              <w:t>Sustainability Practices</w:t>
            </w:r>
          </w:p>
        </w:tc>
        <w:tc>
          <w:tcPr>
            <w:tcW w:type="dxa" w:w="2160"/>
          </w:tcPr>
          <w:p>
            <w:r>
              <w:t>What strategies do you employ to manage byproducts generated during grain processing?</w:t>
              <w:br/>
              <w:t>Answer type: Open-ended</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AUTOMATION-INDUSTRY-4.0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1069-0291</w:t>
            </w:r>
          </w:p>
        </w:tc>
        <w:tc>
          <w:tcPr>
            <w:tcW w:type="dxa" w:w="2160"/>
          </w:tcPr>
          <w:p>
            <w:r>
              <w:t>IoT Applications</w:t>
            </w:r>
          </w:p>
        </w:tc>
        <w:tc>
          <w:tcPr>
            <w:tcW w:type="dxa" w:w="2160"/>
          </w:tcPr>
          <w:p>
            <w:r>
              <w:t>What specific IoT applications have you implemented in your grain processing operations to monitor crop conditions or equipment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1069-0292</w:t>
            </w:r>
          </w:p>
        </w:tc>
        <w:tc>
          <w:tcPr>
            <w:tcW w:type="dxa" w:w="2160"/>
          </w:tcPr>
          <w:p>
            <w:r>
              <w:t>Data Analytics</w:t>
            </w:r>
          </w:p>
        </w:tc>
        <w:tc>
          <w:tcPr>
            <w:tcW w:type="dxa" w:w="2160"/>
          </w:tcPr>
          <w:p>
            <w:r>
              <w:t>Can you describe a specific instance where data analytics was used to optimize grain yield or processing efficiency? Please include the methods and outcomes.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1069-0293</w:t>
            </w:r>
          </w:p>
        </w:tc>
        <w:tc>
          <w:tcPr>
            <w:tcW w:type="dxa" w:w="2160"/>
          </w:tcPr>
          <w:p>
            <w:r>
              <w:t>Robotics</w:t>
            </w:r>
          </w:p>
        </w:tc>
        <w:tc>
          <w:tcPr>
            <w:tcW w:type="dxa" w:w="2160"/>
          </w:tcPr>
          <w:p>
            <w:r>
              <w:t>What robotic technologies have you integrated into your grain handling or processing systems, and what specific challenges were addressed through their implementation?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1069-0294</w:t>
            </w:r>
          </w:p>
        </w:tc>
        <w:tc>
          <w:tcPr>
            <w:tcW w:type="dxa" w:w="2160"/>
          </w:tcPr>
          <w:p>
            <w:r>
              <w:t>Process Control</w:t>
            </w:r>
          </w:p>
        </w:tc>
        <w:tc>
          <w:tcPr>
            <w:tcW w:type="dxa" w:w="2160"/>
          </w:tcPr>
          <w:p>
            <w:r>
              <w:t>Describe any novel process control systems you have developed or implemented that differ from standard practices in grain processing. What was the experimental approach?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1069-0295</w:t>
            </w:r>
          </w:p>
        </w:tc>
        <w:tc>
          <w:tcPr>
            <w:tcW w:type="dxa" w:w="2160"/>
          </w:tcPr>
          <w:p>
            <w:r>
              <w:t>Real-Time Monitoring</w:t>
            </w:r>
          </w:p>
        </w:tc>
        <w:tc>
          <w:tcPr>
            <w:tcW w:type="dxa" w:w="2160"/>
          </w:tcPr>
          <w:p>
            <w:r>
              <w:t>What real-time monitoring systems have you implemented to track grain quality or processing parameters, and how do they differ from previous methods?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1069-0296</w:t>
            </w:r>
          </w:p>
        </w:tc>
        <w:tc>
          <w:tcPr>
            <w:tcW w:type="dxa" w:w="2160"/>
          </w:tcPr>
          <w:p>
            <w:r>
              <w:t>System Integration</w:t>
            </w:r>
          </w:p>
        </w:tc>
        <w:tc>
          <w:tcPr>
            <w:tcW w:type="dxa" w:w="2160"/>
          </w:tcPr>
          <w:p>
            <w:r>
              <w:t>Can you provide examples of how you have integrated multiple automation systems in your grain processing operations? What challenges did you face during integration?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1069-0297</w:t>
            </w:r>
          </w:p>
        </w:tc>
        <w:tc>
          <w:tcPr>
            <w:tcW w:type="dxa" w:w="2160"/>
          </w:tcPr>
          <w:p>
            <w:r>
              <w:t>IoT Applications</w:t>
            </w:r>
          </w:p>
        </w:tc>
        <w:tc>
          <w:tcPr>
            <w:tcW w:type="dxa" w:w="2160"/>
          </w:tcPr>
          <w:p>
            <w:r>
              <w:t>How do you ensure the security and reliability of IoT devices used in your grain processing operations?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1069-0298</w:t>
            </w:r>
          </w:p>
        </w:tc>
        <w:tc>
          <w:tcPr>
            <w:tcW w:type="dxa" w:w="2160"/>
          </w:tcPr>
          <w:p>
            <w:r>
              <w:t>Data Analytics</w:t>
            </w:r>
          </w:p>
        </w:tc>
        <w:tc>
          <w:tcPr>
            <w:tcW w:type="dxa" w:w="2160"/>
          </w:tcPr>
          <w:p>
            <w:r>
              <w:t>What types of data analytics tools or software have you developed or customized specifically for grain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1069-0299</w:t>
            </w:r>
          </w:p>
        </w:tc>
        <w:tc>
          <w:tcPr>
            <w:tcW w:type="dxa" w:w="2160"/>
          </w:tcPr>
          <w:p>
            <w:r>
              <w:t>Robotics</w:t>
            </w:r>
          </w:p>
        </w:tc>
        <w:tc>
          <w:tcPr>
            <w:tcW w:type="dxa" w:w="2160"/>
          </w:tcPr>
          <w:p>
            <w:r>
              <w:t>Have you conducted any R&amp;D to improve the efficiency of robotic systems in grain handling? If so, please describe the experiments and results.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1069-0300</w:t>
            </w:r>
          </w:p>
        </w:tc>
        <w:tc>
          <w:tcPr>
            <w:tcW w:type="dxa" w:w="2160"/>
          </w:tcPr>
          <w:p>
            <w:r>
              <w:t>Process Control</w:t>
            </w:r>
          </w:p>
        </w:tc>
        <w:tc>
          <w:tcPr>
            <w:tcW w:type="dxa" w:w="2160"/>
          </w:tcPr>
          <w:p>
            <w:r>
              <w:t>What experimental methods have you used to validate the effectiveness of new process control techniques in your grain processing?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1069-0301</w:t>
            </w:r>
          </w:p>
        </w:tc>
        <w:tc>
          <w:tcPr>
            <w:tcW w:type="dxa" w:w="2160"/>
          </w:tcPr>
          <w:p>
            <w:r>
              <w:t>Real-Time Monitoring</w:t>
            </w:r>
          </w:p>
        </w:tc>
        <w:tc>
          <w:tcPr>
            <w:tcW w:type="dxa" w:w="2160"/>
          </w:tcPr>
          <w:p>
            <w:r>
              <w:t>What metrics do you track in real-time monitoring, and how have these metrics led to changes in your operational processes?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1069-0302</w:t>
            </w:r>
          </w:p>
        </w:tc>
        <w:tc>
          <w:tcPr>
            <w:tcW w:type="dxa" w:w="2160"/>
          </w:tcPr>
          <w:p>
            <w:r>
              <w:t>System Integration</w:t>
            </w:r>
          </w:p>
        </w:tc>
        <w:tc>
          <w:tcPr>
            <w:tcW w:type="dxa" w:w="2160"/>
          </w:tcPr>
          <w:p>
            <w:r>
              <w:t>Can you detail a specific project where you faced significant challenges in system integration for grain processing?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1069-0303</w:t>
            </w:r>
          </w:p>
        </w:tc>
        <w:tc>
          <w:tcPr>
            <w:tcW w:type="dxa" w:w="2160"/>
          </w:tcPr>
          <w:p>
            <w:r>
              <w:t>IoT Applications</w:t>
            </w:r>
          </w:p>
        </w:tc>
        <w:tc>
          <w:tcPr>
            <w:tcW w:type="dxa" w:w="2160"/>
          </w:tcPr>
          <w:p>
            <w:r>
              <w:t>What are the primary data points collected through your IoT applications, and how do they inform your decision-making processes?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1069-0304</w:t>
            </w:r>
          </w:p>
        </w:tc>
        <w:tc>
          <w:tcPr>
            <w:tcW w:type="dxa" w:w="2160"/>
          </w:tcPr>
          <w:p>
            <w:r>
              <w:t>Data Analytics</w:t>
            </w:r>
          </w:p>
        </w:tc>
        <w:tc>
          <w:tcPr>
            <w:tcW w:type="dxa" w:w="2160"/>
          </w:tcPr>
          <w:p>
            <w:r>
              <w:t>Have you developed any predictive analytics models to forecast grain production or processing outcomes? Please describe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1069-0305</w:t>
            </w:r>
          </w:p>
        </w:tc>
        <w:tc>
          <w:tcPr>
            <w:tcW w:type="dxa" w:w="2160"/>
          </w:tcPr>
          <w:p>
            <w:r>
              <w:t>Robotics</w:t>
            </w:r>
          </w:p>
        </w:tc>
        <w:tc>
          <w:tcPr>
            <w:tcW w:type="dxa" w:w="2160"/>
          </w:tcPr>
          <w:p>
            <w:r>
              <w:t>What specific robotic processes have you automated in your grain operations, and what were the experimental challenges encountered?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1069-0306</w:t>
            </w:r>
          </w:p>
        </w:tc>
        <w:tc>
          <w:tcPr>
            <w:tcW w:type="dxa" w:w="2160"/>
          </w:tcPr>
          <w:p>
            <w:r>
              <w:t>Process Control</w:t>
            </w:r>
          </w:p>
        </w:tc>
        <w:tc>
          <w:tcPr>
            <w:tcW w:type="dxa" w:w="2160"/>
          </w:tcPr>
          <w:p>
            <w:r>
              <w:t>How do you assess the effectiveness of new process control technologies in your grain processing operations?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1069-0307</w:t>
            </w:r>
          </w:p>
        </w:tc>
        <w:tc>
          <w:tcPr>
            <w:tcW w:type="dxa" w:w="2160"/>
          </w:tcPr>
          <w:p>
            <w:r>
              <w:t>Real-Time Monitoring</w:t>
            </w:r>
          </w:p>
        </w:tc>
        <w:tc>
          <w:tcPr>
            <w:tcW w:type="dxa" w:w="2160"/>
          </w:tcPr>
          <w:p>
            <w:r>
              <w:t>What technologies do you use for real-time monitoring of grain quality, and how have they evolved over time?</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1069-0308</w:t>
            </w:r>
          </w:p>
        </w:tc>
        <w:tc>
          <w:tcPr>
            <w:tcW w:type="dxa" w:w="2160"/>
          </w:tcPr>
          <w:p>
            <w:r>
              <w:t>Innovation</w:t>
            </w:r>
          </w:p>
        </w:tc>
        <w:tc>
          <w:tcPr>
            <w:tcW w:type="dxa" w:w="2160"/>
          </w:tcPr>
          <w:p>
            <w:r>
              <w:t>How has automation influenced your production processes in terms of efficiency and quality?</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DATA-SOFTWARE-ANALYTICS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1069-0309</w:t>
            </w:r>
          </w:p>
        </w:tc>
        <w:tc>
          <w:tcPr>
            <w:tcW w:type="dxa" w:w="2160"/>
          </w:tcPr>
          <w:p>
            <w:r>
              <w:t>ERP Systems</w:t>
            </w:r>
          </w:p>
        </w:tc>
        <w:tc>
          <w:tcPr>
            <w:tcW w:type="dxa" w:w="2160"/>
          </w:tcPr>
          <w:p>
            <w:r>
              <w:t>What specific ERP systems have you implemented to manage grain production processes, and how do they integrate with other software tools used in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1069-0310</w:t>
            </w:r>
          </w:p>
        </w:tc>
        <w:tc>
          <w:tcPr>
            <w:tcW w:type="dxa" w:w="2160"/>
          </w:tcPr>
          <w:p>
            <w:r>
              <w:t>Data Management</w:t>
            </w:r>
          </w:p>
        </w:tc>
        <w:tc>
          <w:tcPr>
            <w:tcW w:type="dxa" w:w="2160"/>
          </w:tcPr>
          <w:p>
            <w:r>
              <w:t>Describe the methods you use to collect and manage data related to grain yield and quality. How do you ensure data accuracy and reliability?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1069-0311</w:t>
            </w:r>
          </w:p>
        </w:tc>
        <w:tc>
          <w:tcPr>
            <w:tcW w:type="dxa" w:w="2160"/>
          </w:tcPr>
          <w:p>
            <w:r>
              <w:t>Predictive Analytics</w:t>
            </w:r>
          </w:p>
        </w:tc>
        <w:tc>
          <w:tcPr>
            <w:tcW w:type="dxa" w:w="2160"/>
          </w:tcPr>
          <w:p>
            <w:r>
              <w:t>What predictive analytics tools or models have you developed or utilized to forecast grain production outcomes? Provide examples of how these predictions have influenced operational decisions.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1069-0312</w:t>
            </w:r>
          </w:p>
        </w:tc>
        <w:tc>
          <w:tcPr>
            <w:tcW w:type="dxa" w:w="2160"/>
          </w:tcPr>
          <w:p>
            <w:r>
              <w:t>Performance Metrics</w:t>
            </w:r>
          </w:p>
        </w:tc>
        <w:tc>
          <w:tcPr>
            <w:tcW w:type="dxa" w:w="2160"/>
          </w:tcPr>
          <w:p>
            <w:r>
              <w:t>What specific performance metrics do you track to evaluate the efficiency of your grain production processes? How are these metrics calculated?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1069-0313</w:t>
            </w:r>
          </w:p>
        </w:tc>
        <w:tc>
          <w:tcPr>
            <w:tcW w:type="dxa" w:w="2160"/>
          </w:tcPr>
          <w:p>
            <w:r>
              <w:t>Software Integration</w:t>
            </w:r>
          </w:p>
        </w:tc>
        <w:tc>
          <w:tcPr>
            <w:tcW w:type="dxa" w:w="2160"/>
          </w:tcPr>
          <w:p>
            <w:r>
              <w:t>Can you detail any challenges faced during the integration of various software systems used in grain production? How did you address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1069-0314</w:t>
            </w:r>
          </w:p>
        </w:tc>
        <w:tc>
          <w:tcPr>
            <w:tcW w:type="dxa" w:w="2160"/>
          </w:tcPr>
          <w:p>
            <w:r>
              <w:t>Cloud Computing</w:t>
            </w:r>
          </w:p>
        </w:tc>
        <w:tc>
          <w:tcPr>
            <w:tcW w:type="dxa" w:w="2160"/>
          </w:tcPr>
          <w:p>
            <w:r>
              <w:t>What cloud computing solutions are you currently using for data storage and analytics in your grain production operations? How do these solutions enhance your operational capabilities?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1069-0315</w:t>
            </w:r>
          </w:p>
        </w:tc>
        <w:tc>
          <w:tcPr>
            <w:tcW w:type="dxa" w:w="2160"/>
          </w:tcPr>
          <w:p>
            <w:r>
              <w:t>Data Management</w:t>
            </w:r>
          </w:p>
        </w:tc>
        <w:tc>
          <w:tcPr>
            <w:tcW w:type="dxa" w:w="2160"/>
          </w:tcPr>
          <w:p>
            <w:r>
              <w:t>How do you handle data privacy and security for the sensitive information collected during grain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1069-0316</w:t>
            </w:r>
          </w:p>
        </w:tc>
        <w:tc>
          <w:tcPr>
            <w:tcW w:type="dxa" w:w="2160"/>
          </w:tcPr>
          <w:p>
            <w:r>
              <w:t>Predictive Analytics</w:t>
            </w:r>
          </w:p>
        </w:tc>
        <w:tc>
          <w:tcPr>
            <w:tcW w:type="dxa" w:w="2160"/>
          </w:tcPr>
          <w:p>
            <w:r>
              <w:t>What specific data sources do you rely on for your predictive analytics, and how do you validate the quality of this data?</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1069-0317</w:t>
            </w:r>
          </w:p>
        </w:tc>
        <w:tc>
          <w:tcPr>
            <w:tcW w:type="dxa" w:w="2160"/>
          </w:tcPr>
          <w:p>
            <w:r>
              <w:t>Performance Metrics</w:t>
            </w:r>
          </w:p>
        </w:tc>
        <w:tc>
          <w:tcPr>
            <w:tcW w:type="dxa" w:w="2160"/>
          </w:tcPr>
          <w:p>
            <w:r>
              <w:t>How frequently do you review and update your performance metrics related to grain production efficiency? What triggers these updates?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1069-0318</w:t>
            </w:r>
          </w:p>
        </w:tc>
        <w:tc>
          <w:tcPr>
            <w:tcW w:type="dxa" w:w="2160"/>
          </w:tcPr>
          <w:p>
            <w:r>
              <w:t>ERP Systems</w:t>
            </w:r>
          </w:p>
        </w:tc>
        <w:tc>
          <w:tcPr>
            <w:tcW w:type="dxa" w:w="2160"/>
          </w:tcPr>
          <w:p>
            <w:r>
              <w:t>What customizations have you made to your ERP system to better suit the unique needs of grain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1069-0319</w:t>
            </w:r>
          </w:p>
        </w:tc>
        <w:tc>
          <w:tcPr>
            <w:tcW w:type="dxa" w:w="2160"/>
          </w:tcPr>
          <w:p>
            <w:r>
              <w:t>Software Integration</w:t>
            </w:r>
          </w:p>
        </w:tc>
        <w:tc>
          <w:tcPr>
            <w:tcW w:type="dxa" w:w="2160"/>
          </w:tcPr>
          <w:p>
            <w:r>
              <w:t>How do you ensure that data flows seamlessly between different software applications used in your grain production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1069-0320</w:t>
            </w:r>
          </w:p>
        </w:tc>
        <w:tc>
          <w:tcPr>
            <w:tcW w:type="dxa" w:w="2160"/>
          </w:tcPr>
          <w:p>
            <w:r>
              <w:t>Cloud Computing</w:t>
            </w:r>
          </w:p>
        </w:tc>
        <w:tc>
          <w:tcPr>
            <w:tcW w:type="dxa" w:w="2160"/>
          </w:tcPr>
          <w:p>
            <w:r>
              <w:t>What specific cloud-based tools do you employ for real-time monitoring of grain production, and how do they impact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1069-0321</w:t>
            </w:r>
          </w:p>
        </w:tc>
        <w:tc>
          <w:tcPr>
            <w:tcW w:type="dxa" w:w="2160"/>
          </w:tcPr>
          <w:p>
            <w:r>
              <w:t>Data Management</w:t>
            </w:r>
          </w:p>
        </w:tc>
        <w:tc>
          <w:tcPr>
            <w:tcW w:type="dxa" w:w="2160"/>
          </w:tcPr>
          <w:p>
            <w:r>
              <w:t>What protocols do you have in place for data backup and recovery in your grain production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1069-0322</w:t>
            </w:r>
          </w:p>
        </w:tc>
        <w:tc>
          <w:tcPr>
            <w:tcW w:type="dxa" w:w="2160"/>
          </w:tcPr>
          <w:p>
            <w:r>
              <w:t>Predictive Analytics</w:t>
            </w:r>
          </w:p>
        </w:tc>
        <w:tc>
          <w:tcPr>
            <w:tcW w:type="dxa" w:w="2160"/>
          </w:tcPr>
          <w:p>
            <w:r>
              <w:t>Have you conducted any experiments to test the effectiveness of your predictive analytics models in improving grain yield? Please describe the process and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1069-0323</w:t>
            </w:r>
          </w:p>
        </w:tc>
        <w:tc>
          <w:tcPr>
            <w:tcW w:type="dxa" w:w="2160"/>
          </w:tcPr>
          <w:p>
            <w:r>
              <w:t>Performance Metrics</w:t>
            </w:r>
          </w:p>
        </w:tc>
        <w:tc>
          <w:tcPr>
            <w:tcW w:type="dxa" w:w="2160"/>
          </w:tcPr>
          <w:p>
            <w:r>
              <w:t>What role do employee feedback and operational insights play in the development of your performance metrics for grain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1069-0324</w:t>
            </w:r>
          </w:p>
        </w:tc>
        <w:tc>
          <w:tcPr>
            <w:tcW w:type="dxa" w:w="2160"/>
          </w:tcPr>
          <w:p>
            <w:r>
              <w:t>ERP Systems</w:t>
            </w:r>
          </w:p>
        </w:tc>
        <w:tc>
          <w:tcPr>
            <w:tcW w:type="dxa" w:w="2160"/>
          </w:tcPr>
          <w:p>
            <w:r>
              <w:t>How do you assess the effectiveness of your ERP system in meeting the specific needs of grain production? What metrics do you use?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1069-0325</w:t>
            </w:r>
          </w:p>
        </w:tc>
        <w:tc>
          <w:tcPr>
            <w:tcW w:type="dxa" w:w="2160"/>
          </w:tcPr>
          <w:p>
            <w:r>
              <w:t>Software Integration</w:t>
            </w:r>
          </w:p>
        </w:tc>
        <w:tc>
          <w:tcPr>
            <w:tcW w:type="dxa" w:w="2160"/>
          </w:tcPr>
          <w:p>
            <w:r>
              <w:t>What specific software tools do you integrate with your ERP system to enhance grain production efficiency, and what benefits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1069-0326</w:t>
            </w:r>
          </w:p>
        </w:tc>
        <w:tc>
          <w:tcPr>
            <w:tcW w:type="dxa" w:w="2160"/>
          </w:tcPr>
          <w:p>
            <w:r>
              <w:t>Cloud Computing</w:t>
            </w:r>
          </w:p>
        </w:tc>
        <w:tc>
          <w:tcPr>
            <w:tcW w:type="dxa" w:w="2160"/>
          </w:tcPr>
          <w:p>
            <w:r>
              <w:t>How has the adoption of cloud computing affected your ability to scale grain production operations? Provide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1069-0327</w:t>
            </w:r>
          </w:p>
        </w:tc>
        <w:tc>
          <w:tcPr>
            <w:tcW w:type="dxa" w:w="2160"/>
          </w:tcPr>
          <w:p>
            <w:r>
              <w:t>Data Management</w:t>
            </w:r>
          </w:p>
        </w:tc>
        <w:tc>
          <w:tcPr>
            <w:tcW w:type="dxa" w:w="2160"/>
          </w:tcPr>
          <w:p>
            <w:r>
              <w:t>What challenges have you encountered in managing large datasets related to grain production, and how have you addressed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1069-0328</w:t>
            </w:r>
          </w:p>
        </w:tc>
        <w:tc>
          <w:tcPr>
            <w:tcW w:type="dxa" w:w="2160"/>
          </w:tcPr>
          <w:p>
            <w:r>
              <w:t>Data Management</w:t>
            </w:r>
          </w:p>
        </w:tc>
        <w:tc>
          <w:tcPr>
            <w:tcW w:type="dxa" w:w="2160"/>
          </w:tcPr>
          <w:p>
            <w:r>
              <w:t>What data analytics tools do you utilize to enhance decision-making in your production processes?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1069-0329</w:t>
            </w:r>
          </w:p>
        </w:tc>
        <w:tc>
          <w:tcPr>
            <w:tcW w:type="dxa" w:w="2160"/>
          </w:tcPr>
          <w:p>
            <w:r>
              <w:t>Performance Metrics</w:t>
            </w:r>
          </w:p>
        </w:tc>
        <w:tc>
          <w:tcPr>
            <w:tcW w:type="dxa" w:w="2160"/>
          </w:tcPr>
          <w:p>
            <w:r>
              <w:t>How do you measure and analyze the performance of your production systems using data analytics?</w:t>
              <w:br/>
              <w:t>Answer type: Open-ended</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GENETIC-MODIFICATION-BREEDING-TECHNIQUES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1069-0330</w:t>
            </w:r>
          </w:p>
        </w:tc>
        <w:tc>
          <w:tcPr>
            <w:tcW w:type="dxa" w:w="2160"/>
          </w:tcPr>
          <w:p>
            <w:r>
              <w:t>GMO Development</w:t>
            </w:r>
          </w:p>
        </w:tc>
        <w:tc>
          <w:tcPr>
            <w:tcW w:type="dxa" w:w="2160"/>
          </w:tcPr>
          <w:p>
            <w:r>
              <w:t>What specific genetic modification techniques have you employed in developing your specialty grains, and how do they differ from traditional breeding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1069-0331</w:t>
            </w:r>
          </w:p>
        </w:tc>
        <w:tc>
          <w:tcPr>
            <w:tcW w:type="dxa" w:w="2160"/>
          </w:tcPr>
          <w:p>
            <w:r>
              <w:t>Hybridization Techniques</w:t>
            </w:r>
          </w:p>
        </w:tc>
        <w:tc>
          <w:tcPr>
            <w:tcW w:type="dxa" w:w="2160"/>
          </w:tcPr>
          <w:p>
            <w:r>
              <w:t>Can you describe any hybridization techniques used in your grain production, including the objectives and outcomes of these experiments?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1069-0332</w:t>
            </w:r>
          </w:p>
        </w:tc>
        <w:tc>
          <w:tcPr>
            <w:tcW w:type="dxa" w:w="2160"/>
          </w:tcPr>
          <w:p>
            <w:r>
              <w:t>CRISPR Applications</w:t>
            </w:r>
          </w:p>
        </w:tc>
        <w:tc>
          <w:tcPr>
            <w:tcW w:type="dxa" w:w="2160"/>
          </w:tcPr>
          <w:p>
            <w:r>
              <w:t xml:space="preserve">Have you utilized CRISPR technology in your breeding processes? If so, please detail the specific applications and the results achieved. </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1069-0333</w:t>
            </w:r>
          </w:p>
        </w:tc>
        <w:tc>
          <w:tcPr>
            <w:tcW w:type="dxa" w:w="2160"/>
          </w:tcPr>
          <w:p>
            <w:r>
              <w:t>Crop Resilience</w:t>
            </w:r>
          </w:p>
        </w:tc>
        <w:tc>
          <w:tcPr>
            <w:tcW w:type="dxa" w:w="2160"/>
          </w:tcPr>
          <w:p>
            <w:r>
              <w:t>What experimental methods have you implemented to enhance crop resilience against environmental stressors, and what metrics do you use to measure success?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1069-0334</w:t>
            </w:r>
          </w:p>
        </w:tc>
        <w:tc>
          <w:tcPr>
            <w:tcW w:type="dxa" w:w="2160"/>
          </w:tcPr>
          <w:p>
            <w:r>
              <w:t>Yield Improvement</w:t>
            </w:r>
          </w:p>
        </w:tc>
        <w:tc>
          <w:tcPr>
            <w:tcW w:type="dxa" w:w="2160"/>
          </w:tcPr>
          <w:p>
            <w:r>
              <w:t xml:space="preserve">Describe any yield improvement experiments you have conducted, including the techniques used and the percentage increase in yield achieved. </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1069-0335</w:t>
            </w:r>
          </w:p>
        </w:tc>
        <w:tc>
          <w:tcPr>
            <w:tcW w:type="dxa" w:w="2160"/>
          </w:tcPr>
          <w:p>
            <w:r>
              <w:t>Regulatory Challenges</w:t>
            </w:r>
          </w:p>
        </w:tc>
        <w:tc>
          <w:tcPr>
            <w:tcW w:type="dxa" w:w="2160"/>
          </w:tcPr>
          <w:p>
            <w:r>
              <w:t>What regulatory challenges have you faced in your genetic modification projects, and how have you addressed them?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1069-0336</w:t>
            </w:r>
          </w:p>
        </w:tc>
        <w:tc>
          <w:tcPr>
            <w:tcW w:type="dxa" w:w="2160"/>
          </w:tcPr>
          <w:p>
            <w:r>
              <w:t>Experimental Trials</w:t>
            </w:r>
          </w:p>
        </w:tc>
        <w:tc>
          <w:tcPr>
            <w:tcW w:type="dxa" w:w="2160"/>
          </w:tcPr>
          <w:p>
            <w:r>
              <w:t>How do you document and analyze the results of your experimental trials for genetic modifications? Please provide examples of your data collection methods.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1069-0337</w:t>
            </w:r>
          </w:p>
        </w:tc>
        <w:tc>
          <w:tcPr>
            <w:tcW w:type="dxa" w:w="2160"/>
          </w:tcPr>
          <w:p>
            <w:r>
              <w:t>Cross-Breeding</w:t>
            </w:r>
          </w:p>
        </w:tc>
        <w:tc>
          <w:tcPr>
            <w:tcW w:type="dxa" w:w="2160"/>
          </w:tcPr>
          <w:p>
            <w:r>
              <w:t>What cross-breeding experiments have you conducted to create new grain varieties, and what were the specific goals of these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1069-0338</w:t>
            </w:r>
          </w:p>
        </w:tc>
        <w:tc>
          <w:tcPr>
            <w:tcW w:type="dxa" w:w="2160"/>
          </w:tcPr>
          <w:p>
            <w:r>
              <w:t>Data Analysis</w:t>
            </w:r>
          </w:p>
        </w:tc>
        <w:tc>
          <w:tcPr>
            <w:tcW w:type="dxa" w:w="2160"/>
          </w:tcPr>
          <w:p>
            <w:r>
              <w:t>What statistical methods do you employ to analyze the data from your genetic modification experiments?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1069-0339</w:t>
            </w:r>
          </w:p>
        </w:tc>
        <w:tc>
          <w:tcPr>
            <w:tcW w:type="dxa" w:w="2160"/>
          </w:tcPr>
          <w:p>
            <w:r>
              <w:t>Innovation Documentation</w:t>
            </w:r>
          </w:p>
        </w:tc>
        <w:tc>
          <w:tcPr>
            <w:tcW w:type="dxa" w:w="2160"/>
          </w:tcPr>
          <w:p>
            <w:r>
              <w:t>How do you document the innovative aspects of your genetic modification processes for tax credit purposes?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1069-0340</w:t>
            </w:r>
          </w:p>
        </w:tc>
        <w:tc>
          <w:tcPr>
            <w:tcW w:type="dxa" w:w="2160"/>
          </w:tcPr>
          <w:p>
            <w:r>
              <w:t>Technical Challenges</w:t>
            </w:r>
          </w:p>
        </w:tc>
        <w:tc>
          <w:tcPr>
            <w:tcW w:type="dxa" w:w="2160"/>
          </w:tcPr>
          <w:p>
            <w:r>
              <w:t>What specific technical challenges have you encountered during your genetic modification projects, and how did you overcome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1069-0341</w:t>
            </w:r>
          </w:p>
        </w:tc>
        <w:tc>
          <w:tcPr>
            <w:tcW w:type="dxa" w:w="2160"/>
          </w:tcPr>
          <w:p>
            <w:r>
              <w:t>Collaboration</w:t>
            </w:r>
          </w:p>
        </w:tc>
        <w:tc>
          <w:tcPr>
            <w:tcW w:type="dxa" w:w="2160"/>
          </w:tcPr>
          <w:p>
            <w:r>
              <w:t xml:space="preserve">Have you collaborated with any external research institutions or universities on your genetic modification projects? If yes, please describe the nature of this collaboration. </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1069-0342</w:t>
            </w:r>
          </w:p>
        </w:tc>
        <w:tc>
          <w:tcPr>
            <w:tcW w:type="dxa" w:w="2160"/>
          </w:tcPr>
          <w:p>
            <w:r>
              <w:t>Funding Sources</w:t>
            </w:r>
          </w:p>
        </w:tc>
        <w:tc>
          <w:tcPr>
            <w:tcW w:type="dxa" w:w="2160"/>
          </w:tcPr>
          <w:p>
            <w:r>
              <w:t>What funding sources have you utilized for your genetic modification research, and how do they influence your project scope?</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1069-0343</w:t>
            </w:r>
          </w:p>
        </w:tc>
        <w:tc>
          <w:tcPr>
            <w:tcW w:type="dxa" w:w="2160"/>
          </w:tcPr>
          <w:p>
            <w:r>
              <w:t>Market Impact</w:t>
            </w:r>
          </w:p>
        </w:tc>
        <w:tc>
          <w:tcPr>
            <w:tcW w:type="dxa" w:w="2160"/>
          </w:tcPr>
          <w:p>
            <w:r>
              <w:t>What market research have you conducted to assess the potential impact of your genetically modified grains on the specialty grain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1069-0344</w:t>
            </w:r>
          </w:p>
        </w:tc>
        <w:tc>
          <w:tcPr>
            <w:tcW w:type="dxa" w:w="2160"/>
          </w:tcPr>
          <w:p>
            <w:r>
              <w:t>Regulatory Compliance</w:t>
            </w:r>
          </w:p>
        </w:tc>
        <w:tc>
          <w:tcPr>
            <w:tcW w:type="dxa" w:w="2160"/>
          </w:tcPr>
          <w:p>
            <w:r>
              <w:t>How do you ensure compliance with federal and state regulations regarding genetically modified organisms in your production processes?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1069-0345</w:t>
            </w:r>
          </w:p>
        </w:tc>
        <w:tc>
          <w:tcPr>
            <w:tcW w:type="dxa" w:w="2160"/>
          </w:tcPr>
          <w:p>
            <w:r>
              <w:t>Future Innovations</w:t>
            </w:r>
          </w:p>
        </w:tc>
        <w:tc>
          <w:tcPr>
            <w:tcW w:type="dxa" w:w="2160"/>
          </w:tcPr>
          <w:p>
            <w:r>
              <w:t>What future innovations in genetic modification are you planning to implement, and what are the expected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1069-0346</w:t>
            </w:r>
          </w:p>
        </w:tc>
        <w:tc>
          <w:tcPr>
            <w:tcW w:type="dxa" w:w="2160"/>
          </w:tcPr>
          <w:p>
            <w:r>
              <w:t>Research Methods</w:t>
            </w:r>
          </w:p>
        </w:tc>
        <w:tc>
          <w:tcPr>
            <w:tcW w:type="dxa" w:w="2160"/>
          </w:tcPr>
          <w:p>
            <w:r>
              <w:t>What specific genetic modification techniques are you exploring to enhance grain traits?</w:t>
              <w:br/>
              <w:t>Answer type: Open-ended</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1069-0347</w:t>
            </w:r>
          </w:p>
        </w:tc>
        <w:tc>
          <w:tcPr>
            <w:tcW w:type="dxa" w:w="2160"/>
          </w:tcPr>
          <w:p>
            <w:r>
              <w:t>Innovation</w:t>
            </w:r>
          </w:p>
        </w:tc>
        <w:tc>
          <w:tcPr>
            <w:tcW w:type="dxa" w:w="2160"/>
          </w:tcPr>
          <w:p>
            <w:r>
              <w:t>How do you evaluate the success of your breeding programs in producing new grain varieties?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CROP-ROTATION-AND-SOIL-HEALTH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1069-0348</w:t>
            </w:r>
          </w:p>
        </w:tc>
        <w:tc>
          <w:tcPr>
            <w:tcW w:type="dxa" w:w="2160"/>
          </w:tcPr>
          <w:p>
            <w:r>
              <w:t>Soil Testing</w:t>
            </w:r>
          </w:p>
        </w:tc>
        <w:tc>
          <w:tcPr>
            <w:tcW w:type="dxa" w:w="2160"/>
          </w:tcPr>
          <w:p>
            <w:r>
              <w:t>What specific soil tests have you conducted to assess nutrient levels and soil health for your grain production in 2025? Please include the types of tests and their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1069-0349</w:t>
            </w:r>
          </w:p>
        </w:tc>
        <w:tc>
          <w:tcPr>
            <w:tcW w:type="dxa" w:w="2160"/>
          </w:tcPr>
          <w:p>
            <w:r>
              <w:t>Cover Cropping</w:t>
            </w:r>
          </w:p>
        </w:tc>
        <w:tc>
          <w:tcPr>
            <w:tcW w:type="dxa" w:w="2160"/>
          </w:tcPr>
          <w:p>
            <w:r>
              <w:t>What cover cropping practices have you implemented in 2025, and how have they contributed to soil health and crop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1069-0350</w:t>
            </w:r>
          </w:p>
        </w:tc>
        <w:tc>
          <w:tcPr>
            <w:tcW w:type="dxa" w:w="2160"/>
          </w:tcPr>
          <w:p>
            <w:r>
              <w:t>Nutrient Management</w:t>
            </w:r>
          </w:p>
        </w:tc>
        <w:tc>
          <w:tcPr>
            <w:tcW w:type="dxa" w:w="2160"/>
          </w:tcPr>
          <w:p>
            <w:r>
              <w:t>Describe the nutrient management strategies you employed in 2025, including any experimental approaches to optimize nutrient application for your grain crops.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1069-0351</w:t>
            </w:r>
          </w:p>
        </w:tc>
        <w:tc>
          <w:tcPr>
            <w:tcW w:type="dxa" w:w="2160"/>
          </w:tcPr>
          <w:p>
            <w:r>
              <w:t>Pest Control</w:t>
            </w:r>
          </w:p>
        </w:tc>
        <w:tc>
          <w:tcPr>
            <w:tcW w:type="dxa" w:w="2160"/>
          </w:tcPr>
          <w:p>
            <w:r>
              <w:t>What innovative pest control methods have you tested in 2025, and what were the outcomes in terms of pest management and crop health?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1069-0352</w:t>
            </w:r>
          </w:p>
        </w:tc>
        <w:tc>
          <w:tcPr>
            <w:tcW w:type="dxa" w:w="2160"/>
          </w:tcPr>
          <w:p>
            <w:r>
              <w:t>Biodiversity</w:t>
            </w:r>
          </w:p>
        </w:tc>
        <w:tc>
          <w:tcPr>
            <w:tcW w:type="dxa" w:w="2160"/>
          </w:tcPr>
          <w:p>
            <w:r>
              <w:t>How have you integrated biodiversity into your grain production practices in 2025, and what experimental measures have you taken to evaluate its impact on soil health?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1069-0353</w:t>
            </w:r>
          </w:p>
        </w:tc>
        <w:tc>
          <w:tcPr>
            <w:tcW w:type="dxa" w:w="2160"/>
          </w:tcPr>
          <w:p>
            <w:r>
              <w:t>Sustainable Practices</w:t>
            </w:r>
          </w:p>
        </w:tc>
        <w:tc>
          <w:tcPr>
            <w:tcW w:type="dxa" w:w="2160"/>
          </w:tcPr>
          <w:p>
            <w:r>
              <w:t>What specific sustainable practices did you implement in 2025 that differ from previous years, and how did you measure their effectiveness in terms of soil health?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1069-0354</w:t>
            </w:r>
          </w:p>
        </w:tc>
        <w:tc>
          <w:tcPr>
            <w:tcW w:type="dxa" w:w="2160"/>
          </w:tcPr>
          <w:p>
            <w:r>
              <w:t>Crop Rotation</w:t>
            </w:r>
          </w:p>
        </w:tc>
        <w:tc>
          <w:tcPr>
            <w:tcW w:type="dxa" w:w="2160"/>
          </w:tcPr>
          <w:p>
            <w:r>
              <w:t>What crop rotation strategies did you experiment with in 2025, and what data do you have to support their effectiveness in improving soil health?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1069-0355</w:t>
            </w:r>
          </w:p>
        </w:tc>
        <w:tc>
          <w:tcPr>
            <w:tcW w:type="dxa" w:w="2160"/>
          </w:tcPr>
          <w:p>
            <w:r>
              <w:t>Soil Amendments</w:t>
            </w:r>
          </w:p>
        </w:tc>
        <w:tc>
          <w:tcPr>
            <w:tcW w:type="dxa" w:w="2160"/>
          </w:tcPr>
          <w:p>
            <w:r>
              <w:t>What new soil amendments did you test in 2025, including any experimental formulations, and what were the results on soil health and crop performance?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1069-0356</w:t>
            </w:r>
          </w:p>
        </w:tc>
        <w:tc>
          <w:tcPr>
            <w:tcW w:type="dxa" w:w="2160"/>
          </w:tcPr>
          <w:p>
            <w:r>
              <w:t>Water Management</w:t>
            </w:r>
          </w:p>
        </w:tc>
        <w:tc>
          <w:tcPr>
            <w:tcW w:type="dxa" w:w="2160"/>
          </w:tcPr>
          <w:p>
            <w:r>
              <w:t>What innovative water management practices did you implement in 2025 to enhance soil moisture retention, and how did you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1069-0357</w:t>
            </w:r>
          </w:p>
        </w:tc>
        <w:tc>
          <w:tcPr>
            <w:tcW w:type="dxa" w:w="2160"/>
          </w:tcPr>
          <w:p>
            <w:r>
              <w:t>Data Collection</w:t>
            </w:r>
          </w:p>
        </w:tc>
        <w:tc>
          <w:tcPr>
            <w:tcW w:type="dxa" w:w="2160"/>
          </w:tcPr>
          <w:p>
            <w:r>
              <w:t>What methods did you use to collect and analyze data on soil health and crop performance in 2025, and how did this data inform your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1069-0358</w:t>
            </w:r>
          </w:p>
        </w:tc>
        <w:tc>
          <w:tcPr>
            <w:tcW w:type="dxa" w:w="2160"/>
          </w:tcPr>
          <w:p>
            <w:r>
              <w:t>Experimental Trials</w:t>
            </w:r>
          </w:p>
        </w:tc>
        <w:tc>
          <w:tcPr>
            <w:tcW w:type="dxa" w:w="2160"/>
          </w:tcPr>
          <w:p>
            <w:r>
              <w:t>What specific experimental trials did you conduct in 2025 related to soil health, and what were the key findings that influenced your operational decisions?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1069-0359</w:t>
            </w:r>
          </w:p>
        </w:tc>
        <w:tc>
          <w:tcPr>
            <w:tcW w:type="dxa" w:w="2160"/>
          </w:tcPr>
          <w:p>
            <w:r>
              <w:t>Regulatory Compliance</w:t>
            </w:r>
          </w:p>
        </w:tc>
        <w:tc>
          <w:tcPr>
            <w:tcW w:type="dxa" w:w="2160"/>
          </w:tcPr>
          <w:p>
            <w:r>
              <w:t>How did you ensure compliance with local and federal regulations regarding soil health practices in 2025, and what documentation do you have to support this?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MARKETING-AND-CONSUMER-EDUCATION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1069-0360</w:t>
            </w:r>
          </w:p>
        </w:tc>
        <w:tc>
          <w:tcPr>
            <w:tcW w:type="dxa" w:w="2160"/>
          </w:tcPr>
          <w:p>
            <w:r>
              <w:t>Branding</w:t>
            </w:r>
          </w:p>
        </w:tc>
        <w:tc>
          <w:tcPr>
            <w:tcW w:type="dxa" w:w="2160"/>
          </w:tcPr>
          <w:p>
            <w:r>
              <w:t>What specific branding strategies have you implemented to differentiate your specialty grains from conventional grains in the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1069-0361</w:t>
            </w:r>
          </w:p>
        </w:tc>
        <w:tc>
          <w:tcPr>
            <w:tcW w:type="dxa" w:w="2160"/>
          </w:tcPr>
          <w:p>
            <w:r>
              <w:t>Consumer Trends</w:t>
            </w:r>
          </w:p>
        </w:tc>
        <w:tc>
          <w:tcPr>
            <w:tcW w:type="dxa" w:w="2160"/>
          </w:tcPr>
          <w:p>
            <w:r>
              <w:t>How do you track and analyze consumer trends related to specialty grains, and what tools or methods do you use for this analysis?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1069-0362</w:t>
            </w:r>
          </w:p>
        </w:tc>
        <w:tc>
          <w:tcPr>
            <w:tcW w:type="dxa" w:w="2160"/>
          </w:tcPr>
          <w:p>
            <w:r>
              <w:t>Educational Outreach</w:t>
            </w:r>
          </w:p>
        </w:tc>
        <w:tc>
          <w:tcPr>
            <w:tcW w:type="dxa" w:w="2160"/>
          </w:tcPr>
          <w:p>
            <w:r>
              <w:t>What educational outreach programs have you developed to inform consumers about the benefits of specialty grains,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1069-0363</w:t>
            </w:r>
          </w:p>
        </w:tc>
        <w:tc>
          <w:tcPr>
            <w:tcW w:type="dxa" w:w="2160"/>
          </w:tcPr>
          <w:p>
            <w:r>
              <w:t>Health Benefits</w:t>
            </w:r>
          </w:p>
        </w:tc>
        <w:tc>
          <w:tcPr>
            <w:tcW w:type="dxa" w:w="2160"/>
          </w:tcPr>
          <w:p>
            <w:r>
              <w:t>Can you provide specific health benefit claims made about your specialty grains, and what scientific evidence supports these claims?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1069-0364</w:t>
            </w:r>
          </w:p>
        </w:tc>
        <w:tc>
          <w:tcPr>
            <w:tcW w:type="dxa" w:w="2160"/>
          </w:tcPr>
          <w:p>
            <w:r>
              <w:t>Market Research</w:t>
            </w:r>
          </w:p>
        </w:tc>
        <w:tc>
          <w:tcPr>
            <w:tcW w:type="dxa" w:w="2160"/>
          </w:tcPr>
          <w:p>
            <w:r>
              <w:t>What market research have you conducted to understand the demand for specialty grains, and what were the key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1069-0365</w:t>
            </w:r>
          </w:p>
        </w:tc>
        <w:tc>
          <w:tcPr>
            <w:tcW w:type="dxa" w:w="2160"/>
          </w:tcPr>
          <w:p>
            <w:r>
              <w:t>Supply Chain Transparency</w:t>
            </w:r>
          </w:p>
        </w:tc>
        <w:tc>
          <w:tcPr>
            <w:tcW w:type="dxa" w:w="2160"/>
          </w:tcPr>
          <w:p>
            <w:r>
              <w:t>How do you ensure supply chain transparency for your specialty grains, and what information do you provide to consumers regarding sourcing?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1069-0366</w:t>
            </w:r>
          </w:p>
        </w:tc>
        <w:tc>
          <w:tcPr>
            <w:tcW w:type="dxa" w:w="2160"/>
          </w:tcPr>
          <w:p>
            <w:r>
              <w:t>Branding</w:t>
            </w:r>
          </w:p>
        </w:tc>
        <w:tc>
          <w:tcPr>
            <w:tcW w:type="dxa" w:w="2160"/>
          </w:tcPr>
          <w:p>
            <w:r>
              <w:t>What specific branding elements (e.g., logos, packaging) have you developed to communicate the unique qualities of your specialty grains?</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1069-0367</w:t>
            </w:r>
          </w:p>
        </w:tc>
        <w:tc>
          <w:tcPr>
            <w:tcW w:type="dxa" w:w="2160"/>
          </w:tcPr>
          <w:p>
            <w:r>
              <w:t>Consumer Trends</w:t>
            </w:r>
          </w:p>
        </w:tc>
        <w:tc>
          <w:tcPr>
            <w:tcW w:type="dxa" w:w="2160"/>
          </w:tcPr>
          <w:p>
            <w:r>
              <w:t>Have you identified any emerging consumer trends that specifically influence the purchasing decisions of specialty grain products? If yes, please describe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1069-0368</w:t>
            </w:r>
          </w:p>
        </w:tc>
        <w:tc>
          <w:tcPr>
            <w:tcW w:type="dxa" w:w="2160"/>
          </w:tcPr>
          <w:p>
            <w:r>
              <w:t>Educational Outreach</w:t>
            </w:r>
          </w:p>
        </w:tc>
        <w:tc>
          <w:tcPr>
            <w:tcW w:type="dxa" w:w="2160"/>
          </w:tcPr>
          <w:p>
            <w:r>
              <w:t>What channels (e.g., social media, workshops) do you use for your educational outreach regarding specialty grains?</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1069-0369</w:t>
            </w:r>
          </w:p>
        </w:tc>
        <w:tc>
          <w:tcPr>
            <w:tcW w:type="dxa" w:w="2160"/>
          </w:tcPr>
          <w:p>
            <w:r>
              <w:t>Health Benefits</w:t>
            </w:r>
          </w:p>
        </w:tc>
        <w:tc>
          <w:tcPr>
            <w:tcW w:type="dxa" w:w="2160"/>
          </w:tcPr>
          <w:p>
            <w:r>
              <w:t>Have you conducted any studies or surveys to assess consumer awareness of the health benefits of your specialty grains? If yes, please summarize the findings.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1069-0370</w:t>
            </w:r>
          </w:p>
        </w:tc>
        <w:tc>
          <w:tcPr>
            <w:tcW w:type="dxa" w:w="2160"/>
          </w:tcPr>
          <w:p>
            <w:r>
              <w:t>Market Research</w:t>
            </w:r>
          </w:p>
        </w:tc>
        <w:tc>
          <w:tcPr>
            <w:tcW w:type="dxa" w:w="2160"/>
          </w:tcPr>
          <w:p>
            <w:r>
              <w:t>What demographic information do you collect about your consumers to tailor your marketing strategies for specialty grains?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1069-0371</w:t>
            </w:r>
          </w:p>
        </w:tc>
        <w:tc>
          <w:tcPr>
            <w:tcW w:type="dxa" w:w="2160"/>
          </w:tcPr>
          <w:p>
            <w:r>
              <w:t>Supply Chain Transparency</w:t>
            </w:r>
          </w:p>
        </w:tc>
        <w:tc>
          <w:tcPr>
            <w:tcW w:type="dxa" w:w="2160"/>
          </w:tcPr>
          <w:p>
            <w:r>
              <w:t>What certifications or third-party validations do you have to support the claims of transparency in your supply chain for specialty grains?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1069-0372</w:t>
            </w:r>
          </w:p>
        </w:tc>
        <w:tc>
          <w:tcPr>
            <w:tcW w:type="dxa" w:w="2160"/>
          </w:tcPr>
          <w:p>
            <w:r>
              <w:t>Branding</w:t>
            </w:r>
          </w:p>
        </w:tc>
        <w:tc>
          <w:tcPr>
            <w:tcW w:type="dxa" w:w="2160"/>
          </w:tcPr>
          <w:p>
            <w:r>
              <w:t>How do you adapt your branding strategies to align with consumer feedback regarding specialty grains?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1069-0373</w:t>
            </w:r>
          </w:p>
        </w:tc>
        <w:tc>
          <w:tcPr>
            <w:tcW w:type="dxa" w:w="2160"/>
          </w:tcPr>
          <w:p>
            <w:r>
              <w:t>Consumer Trends</w:t>
            </w:r>
          </w:p>
        </w:tc>
        <w:tc>
          <w:tcPr>
            <w:tcW w:type="dxa" w:w="2160"/>
          </w:tcPr>
          <w:p>
            <w:r>
              <w:t>What specific consumer feedback mechanisms (e.g., surveys, focus groups) do you utilize to gather insights on specialty grain preferences?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R&amp;D-NEW-PRODUCT-DEVELOPMENT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1069-0374</w:t>
            </w:r>
          </w:p>
        </w:tc>
        <w:tc>
          <w:tcPr>
            <w:tcW w:type="dxa" w:w="2160"/>
          </w:tcPr>
          <w:p>
            <w:r>
              <w:t>Innovation Pipeline</w:t>
            </w:r>
          </w:p>
        </w:tc>
        <w:tc>
          <w:tcPr>
            <w:tcW w:type="dxa" w:w="2160"/>
          </w:tcPr>
          <w:p>
            <w:r>
              <w:t>What specific new grain-based products are currently in your innovation pipeline for 2025, and what unique features do they incorporate?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1069-0375</w:t>
            </w:r>
          </w:p>
        </w:tc>
        <w:tc>
          <w:tcPr>
            <w:tcW w:type="dxa" w:w="2160"/>
          </w:tcPr>
          <w:p>
            <w:r>
              <w:t>Product Testing</w:t>
            </w:r>
          </w:p>
        </w:tc>
        <w:tc>
          <w:tcPr>
            <w:tcW w:type="dxa" w:w="2160"/>
          </w:tcPr>
          <w:p>
            <w:r>
              <w:t>Describe the experimental processes you have implemented to test the new grain-based products. What variables are you measuring?</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1069-0376</w:t>
            </w:r>
          </w:p>
        </w:tc>
        <w:tc>
          <w:tcPr>
            <w:tcW w:type="dxa" w:w="2160"/>
          </w:tcPr>
          <w:p>
            <w:r>
              <w:t>Market Feasibility</w:t>
            </w:r>
          </w:p>
        </w:tc>
        <w:tc>
          <w:tcPr>
            <w:tcW w:type="dxa" w:w="2160"/>
          </w:tcPr>
          <w:p>
            <w:r>
              <w:t>What market feasibility studies have you conducted for the new grain-based products, and what were the key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1069-0377</w:t>
            </w:r>
          </w:p>
        </w:tc>
        <w:tc>
          <w:tcPr>
            <w:tcW w:type="dxa" w:w="2160"/>
          </w:tcPr>
          <w:p>
            <w:r>
              <w:t>Consumer Feedback</w:t>
            </w:r>
          </w:p>
        </w:tc>
        <w:tc>
          <w:tcPr>
            <w:tcW w:type="dxa" w:w="2160"/>
          </w:tcPr>
          <w:p>
            <w:r>
              <w:t>How have you gathered consumer feedback on your new grain-based products, and what changes were made based on this feedback?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1069-0378</w:t>
            </w:r>
          </w:p>
        </w:tc>
        <w:tc>
          <w:tcPr>
            <w:tcW w:type="dxa" w:w="2160"/>
          </w:tcPr>
          <w:p>
            <w:r>
              <w:t>Collaboration with Universities</w:t>
            </w:r>
          </w:p>
        </w:tc>
        <w:tc>
          <w:tcPr>
            <w:tcW w:type="dxa" w:w="2160"/>
          </w:tcPr>
          <w:p>
            <w:r>
              <w:t>List any collaborations with universities for research on new grain-based products. What projects were undertaken?</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1069-0379</w:t>
            </w:r>
          </w:p>
        </w:tc>
        <w:tc>
          <w:tcPr>
            <w:tcW w:type="dxa" w:w="2160"/>
          </w:tcPr>
          <w:p>
            <w:r>
              <w:t>Patent Considerations</w:t>
            </w:r>
          </w:p>
        </w:tc>
        <w:tc>
          <w:tcPr>
            <w:tcW w:type="dxa" w:w="2160"/>
          </w:tcPr>
          <w:p>
            <w:r>
              <w:t>Have you filed any patents related to your new grain-based products? If so, please provide details on the patents and their status.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1069-0380</w:t>
            </w:r>
          </w:p>
        </w:tc>
        <w:tc>
          <w:tcPr>
            <w:tcW w:type="dxa" w:w="2160"/>
          </w:tcPr>
          <w:p>
            <w:r>
              <w:t>Innovation Pipeline</w:t>
            </w:r>
          </w:p>
        </w:tc>
        <w:tc>
          <w:tcPr>
            <w:tcW w:type="dxa" w:w="2160"/>
          </w:tcPr>
          <w:p>
            <w:r>
              <w:t>What criteria do you use to prioritize projects in your innovation pipeline for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1069-0381</w:t>
            </w:r>
          </w:p>
        </w:tc>
        <w:tc>
          <w:tcPr>
            <w:tcW w:type="dxa" w:w="2160"/>
          </w:tcPr>
          <w:p>
            <w:r>
              <w:t>Product Testing</w:t>
            </w:r>
          </w:p>
        </w:tc>
        <w:tc>
          <w:tcPr>
            <w:tcW w:type="dxa" w:w="2160"/>
          </w:tcPr>
          <w:p>
            <w:r>
              <w:t>What specific testing methodologies are employed to ensure the quality and safety of new grain-based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1069-0382</w:t>
            </w:r>
          </w:p>
        </w:tc>
        <w:tc>
          <w:tcPr>
            <w:tcW w:type="dxa" w:w="2160"/>
          </w:tcPr>
          <w:p>
            <w:r>
              <w:t>Market Feasibility</w:t>
            </w:r>
          </w:p>
        </w:tc>
        <w:tc>
          <w:tcPr>
            <w:tcW w:type="dxa" w:w="2160"/>
          </w:tcPr>
          <w:p>
            <w:r>
              <w:t>What demographic data have you analyzed to assess the potential market for your new grain-based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1069-0383</w:t>
            </w:r>
          </w:p>
        </w:tc>
        <w:tc>
          <w:tcPr>
            <w:tcW w:type="dxa" w:w="2160"/>
          </w:tcPr>
          <w:p>
            <w:r>
              <w:t>Consumer Feedback</w:t>
            </w:r>
          </w:p>
        </w:tc>
        <w:tc>
          <w:tcPr>
            <w:tcW w:type="dxa" w:w="2160"/>
          </w:tcPr>
          <w:p>
            <w:r>
              <w:t>What methods do you use to analyze consumer feedback for your new grain-based products, and how do you implement changes based on this analysis?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1069-0384</w:t>
            </w:r>
          </w:p>
        </w:tc>
        <w:tc>
          <w:tcPr>
            <w:tcW w:type="dxa" w:w="2160"/>
          </w:tcPr>
          <w:p>
            <w:r>
              <w:t>Collaboration with Universities</w:t>
            </w:r>
          </w:p>
        </w:tc>
        <w:tc>
          <w:tcPr>
            <w:tcW w:type="dxa" w:w="2160"/>
          </w:tcPr>
          <w:p>
            <w:r>
              <w:t>What specific outcomes have resulted from your collaborations with universities in developing new grain-based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1069-0385</w:t>
            </w:r>
          </w:p>
        </w:tc>
        <w:tc>
          <w:tcPr>
            <w:tcW w:type="dxa" w:w="2160"/>
          </w:tcPr>
          <w:p>
            <w:r>
              <w:t>Patent Considerations</w:t>
            </w:r>
          </w:p>
        </w:tc>
        <w:tc>
          <w:tcPr>
            <w:tcW w:type="dxa" w:w="2160"/>
          </w:tcPr>
          <w:p>
            <w:r>
              <w:t>What challenges have you encountered in the patenting process for your new grain-based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1069-0386</w:t>
            </w:r>
          </w:p>
        </w:tc>
        <w:tc>
          <w:tcPr>
            <w:tcW w:type="dxa" w:w="2160"/>
          </w:tcPr>
          <w:p>
            <w:r>
              <w:t>Innovation Pipeline</w:t>
            </w:r>
          </w:p>
        </w:tc>
        <w:tc>
          <w:tcPr>
            <w:tcW w:type="dxa" w:w="2160"/>
          </w:tcPr>
          <w:p>
            <w:r>
              <w:t>How do you define 'success' for a new grain-based product in your innovation pipeline?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1069-0387</w:t>
            </w:r>
          </w:p>
        </w:tc>
        <w:tc>
          <w:tcPr>
            <w:tcW w:type="dxa" w:w="2160"/>
          </w:tcPr>
          <w:p>
            <w:r>
              <w:t>Product Testing</w:t>
            </w:r>
          </w:p>
        </w:tc>
        <w:tc>
          <w:tcPr>
            <w:tcW w:type="dxa" w:w="2160"/>
          </w:tcPr>
          <w:p>
            <w:r>
              <w:t>What is the timeline for product testing phases for your new grain-based products?</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1069-0388</w:t>
            </w:r>
          </w:p>
        </w:tc>
        <w:tc>
          <w:tcPr>
            <w:tcW w:type="dxa" w:w="2160"/>
          </w:tcPr>
          <w:p>
            <w:r>
              <w:t>Market Feasibility</w:t>
            </w:r>
          </w:p>
        </w:tc>
        <w:tc>
          <w:tcPr>
            <w:tcW w:type="dxa" w:w="2160"/>
          </w:tcPr>
          <w:p>
            <w:r>
              <w:t>What specific market trends have influenced the development of your new grain-based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1069-0389</w:t>
            </w:r>
          </w:p>
        </w:tc>
        <w:tc>
          <w:tcPr>
            <w:tcW w:type="dxa" w:w="2160"/>
          </w:tcPr>
          <w:p>
            <w:r>
              <w:t>Consumer Feedback</w:t>
            </w:r>
          </w:p>
        </w:tc>
        <w:tc>
          <w:tcPr>
            <w:tcW w:type="dxa" w:w="2160"/>
          </w:tcPr>
          <w:p>
            <w:r>
              <w:t>How frequently do you conduct consumer feedback sessions for your new grain-based products?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1069-0390</w:t>
            </w:r>
          </w:p>
        </w:tc>
        <w:tc>
          <w:tcPr>
            <w:tcW w:type="dxa" w:w="2160"/>
          </w:tcPr>
          <w:p>
            <w:r>
              <w:t>Collaboration with Universities</w:t>
            </w:r>
          </w:p>
        </w:tc>
        <w:tc>
          <w:tcPr>
            <w:tcW w:type="dxa" w:w="2160"/>
          </w:tcPr>
          <w:p>
            <w:r>
              <w:t>What funding sources have been utilized for collaborations with universities on new grain-based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1069-0391</w:t>
            </w:r>
          </w:p>
        </w:tc>
        <w:tc>
          <w:tcPr>
            <w:tcW w:type="dxa" w:w="2160"/>
          </w:tcPr>
          <w:p>
            <w:r>
              <w:t>Patent Considerations</w:t>
            </w:r>
          </w:p>
        </w:tc>
        <w:tc>
          <w:tcPr>
            <w:tcW w:type="dxa" w:w="2160"/>
          </w:tcPr>
          <w:p>
            <w:r>
              <w:t>What is the estimated cost associated with the patenting process for your new grain-based products?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1069-0392</w:t>
            </w:r>
          </w:p>
        </w:tc>
        <w:tc>
          <w:tcPr>
            <w:tcW w:type="dxa" w:w="2160"/>
          </w:tcPr>
          <w:p>
            <w:r>
              <w:t>Innovation Pipeline</w:t>
            </w:r>
          </w:p>
        </w:tc>
        <w:tc>
          <w:tcPr>
            <w:tcW w:type="dxa" w:w="2160"/>
          </w:tcPr>
          <w:p>
            <w:r>
              <w:t>What internal processes do you have in place to review and assess the viability of new grain-based product ideas?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1069-0393</w:t>
            </w:r>
          </w:p>
        </w:tc>
        <w:tc>
          <w:tcPr>
            <w:tcW w:type="dxa" w:w="2160"/>
          </w:tcPr>
          <w:p>
            <w:r>
              <w:t>Product Testing</w:t>
            </w:r>
          </w:p>
        </w:tc>
        <w:tc>
          <w:tcPr>
            <w:tcW w:type="dxa" w:w="2160"/>
          </w:tcPr>
          <w:p>
            <w:r>
              <w:t>What regulatory standards do you ensure compliance with during the testing of new grain-based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1069-0394</w:t>
            </w:r>
          </w:p>
        </w:tc>
        <w:tc>
          <w:tcPr>
            <w:tcW w:type="dxa" w:w="2160"/>
          </w:tcPr>
          <w:p>
            <w:r>
              <w:t>Market Feasibility</w:t>
            </w:r>
          </w:p>
        </w:tc>
        <w:tc>
          <w:tcPr>
            <w:tcW w:type="dxa" w:w="2160"/>
          </w:tcPr>
          <w:p>
            <w:r>
              <w:t>How do you determine the pricing strategy for your new grain-based products based on market research?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1069-0395</w:t>
            </w:r>
          </w:p>
        </w:tc>
        <w:tc>
          <w:tcPr>
            <w:tcW w:type="dxa" w:w="2160"/>
          </w:tcPr>
          <w:p>
            <w:r>
              <w:t>Consumer Feedback</w:t>
            </w:r>
          </w:p>
        </w:tc>
        <w:tc>
          <w:tcPr>
            <w:tcW w:type="dxa" w:w="2160"/>
          </w:tcPr>
          <w:p>
            <w:r>
              <w:t>What specific metrics do you track to evaluate the success of consumer feedback on new grain-based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1069-0396</w:t>
            </w:r>
          </w:p>
        </w:tc>
        <w:tc>
          <w:tcPr>
            <w:tcW w:type="dxa" w:w="2160"/>
          </w:tcPr>
          <w:p>
            <w:r>
              <w:t>Product Innovation</w:t>
            </w:r>
          </w:p>
        </w:tc>
        <w:tc>
          <w:tcPr>
            <w:tcW w:type="dxa" w:w="2160"/>
          </w:tcPr>
          <w:p>
            <w:r>
              <w:t>Can you outline the process for developing new grain-based products within your R&amp;D framework?</w:t>
              <w:br/>
              <w:t>Answer type: Open-ended</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SUPPLY-CHAIN-LOGISTICS-OPTIMIZATION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1069-0397</w:t>
            </w:r>
          </w:p>
        </w:tc>
        <w:tc>
          <w:tcPr>
            <w:tcW w:type="dxa" w:w="2160"/>
          </w:tcPr>
          <w:p>
            <w:r>
              <w:t>Inventory Management</w:t>
            </w:r>
          </w:p>
        </w:tc>
        <w:tc>
          <w:tcPr>
            <w:tcW w:type="dxa" w:w="2160"/>
          </w:tcPr>
          <w:p>
            <w:r>
              <w:t>What inventory management systems or technologies have you implemented to track the availability and quality of specialty grains?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1069-0398</w:t>
            </w:r>
          </w:p>
        </w:tc>
        <w:tc>
          <w:tcPr>
            <w:tcW w:type="dxa" w:w="2160"/>
          </w:tcPr>
          <w:p>
            <w:r>
              <w:t>Transportation Efficiency</w:t>
            </w:r>
          </w:p>
        </w:tc>
        <w:tc>
          <w:tcPr>
            <w:tcW w:type="dxa" w:w="2160"/>
          </w:tcPr>
          <w:p>
            <w:r>
              <w:t>Can you detail the strategies employed to optimize transportation routes for grain delivery? Please include any software or methodologies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1069-0399</w:t>
            </w:r>
          </w:p>
        </w:tc>
        <w:tc>
          <w:tcPr>
            <w:tcW w:type="dxa" w:w="2160"/>
          </w:tcPr>
          <w:p>
            <w:r>
              <w:t>Supplier Relationships</w:t>
            </w:r>
          </w:p>
        </w:tc>
        <w:tc>
          <w:tcPr>
            <w:tcW w:type="dxa" w:w="2160"/>
          </w:tcPr>
          <w:p>
            <w:r>
              <w:t>How do you assess and select suppliers for your specialty grains to ensure quality and reliability?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1069-0400</w:t>
            </w:r>
          </w:p>
        </w:tc>
        <w:tc>
          <w:tcPr>
            <w:tcW w:type="dxa" w:w="2160"/>
          </w:tcPr>
          <w:p>
            <w:r>
              <w:t>Cost Analysis</w:t>
            </w:r>
          </w:p>
        </w:tc>
        <w:tc>
          <w:tcPr>
            <w:tcW w:type="dxa" w:w="2160"/>
          </w:tcPr>
          <w:p>
            <w:r>
              <w:t>What methods do you use to analyze the cost-effectiveness of different suppliers and transportation options for your grain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1069-0401</w:t>
            </w:r>
          </w:p>
        </w:tc>
        <w:tc>
          <w:tcPr>
            <w:tcW w:type="dxa" w:w="2160"/>
          </w:tcPr>
          <w:p>
            <w:r>
              <w:t>Supply Chain Resilience</w:t>
            </w:r>
          </w:p>
        </w:tc>
        <w:tc>
          <w:tcPr>
            <w:tcW w:type="dxa" w:w="2160"/>
          </w:tcPr>
          <w:p>
            <w:r>
              <w:t>Describe any recent challenges faced in your supply chain and the innovative solutions implemented to overcome them. How did these solutions involve experimentation?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1069-0402</w:t>
            </w:r>
          </w:p>
        </w:tc>
        <w:tc>
          <w:tcPr>
            <w:tcW w:type="dxa" w:w="2160"/>
          </w:tcPr>
          <w:p>
            <w:r>
              <w:t>Inventory Management</w:t>
            </w:r>
          </w:p>
        </w:tc>
        <w:tc>
          <w:tcPr>
            <w:tcW w:type="dxa" w:w="2160"/>
          </w:tcPr>
          <w:p>
            <w:r>
              <w:t>What percentage of your inventory is dedicated to specialty and identity-preserved grains?</w:t>
              <w:br/>
              <w:t>Answer type: Percentage</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1069-0403</w:t>
            </w:r>
          </w:p>
        </w:tc>
        <w:tc>
          <w:tcPr>
            <w:tcW w:type="dxa" w:w="2160"/>
          </w:tcPr>
          <w:p>
            <w:r>
              <w:t>Transportation Efficiency</w:t>
            </w:r>
          </w:p>
        </w:tc>
        <w:tc>
          <w:tcPr>
            <w:tcW w:type="dxa" w:w="2160"/>
          </w:tcPr>
          <w:p>
            <w:r>
              <w:t>Have you implemented any new transportation technologies or practices in the last year? If yes, please describe.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1069-0404</w:t>
            </w:r>
          </w:p>
        </w:tc>
        <w:tc>
          <w:tcPr>
            <w:tcW w:type="dxa" w:w="2160"/>
          </w:tcPr>
          <w:p>
            <w:r>
              <w:t>Supplier Relationships</w:t>
            </w:r>
          </w:p>
        </w:tc>
        <w:tc>
          <w:tcPr>
            <w:tcW w:type="dxa" w:w="2160"/>
          </w:tcPr>
          <w:p>
            <w:r>
              <w:t>How frequently do you evaluate supplier performance, and what metrics do you use in this evaluation?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1069-0405</w:t>
            </w:r>
          </w:p>
        </w:tc>
        <w:tc>
          <w:tcPr>
            <w:tcW w:type="dxa" w:w="2160"/>
          </w:tcPr>
          <w:p>
            <w:r>
              <w:t>Cost Analysis</w:t>
            </w:r>
          </w:p>
        </w:tc>
        <w:tc>
          <w:tcPr>
            <w:tcW w:type="dxa" w:w="2160"/>
          </w:tcPr>
          <w:p>
            <w:r>
              <w:t>What are the average costs associated with transporting your specialty grains per mile?</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1069-0406</w:t>
            </w:r>
          </w:p>
        </w:tc>
        <w:tc>
          <w:tcPr>
            <w:tcW w:type="dxa" w:w="2160"/>
          </w:tcPr>
          <w:p>
            <w:r>
              <w:t>Supply Chain Resilience</w:t>
            </w:r>
          </w:p>
        </w:tc>
        <w:tc>
          <w:tcPr>
            <w:tcW w:type="dxa" w:w="2160"/>
          </w:tcPr>
          <w:p>
            <w:r>
              <w:t>What contingency plans do you have in place to address potential disruptions in your supply chain?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1069-0407</w:t>
            </w:r>
          </w:p>
        </w:tc>
        <w:tc>
          <w:tcPr>
            <w:tcW w:type="dxa" w:w="2160"/>
          </w:tcPr>
          <w:p>
            <w:r>
              <w:t>Inventory Management</w:t>
            </w:r>
          </w:p>
        </w:tc>
        <w:tc>
          <w:tcPr>
            <w:tcW w:type="dxa" w:w="2160"/>
          </w:tcPr>
          <w:p>
            <w:r>
              <w:t>How do you ensure the traceability of your specialty grains throughout the supply chain?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1069-0408</w:t>
            </w:r>
          </w:p>
        </w:tc>
        <w:tc>
          <w:tcPr>
            <w:tcW w:type="dxa" w:w="2160"/>
          </w:tcPr>
          <w:p>
            <w:r>
              <w:t>Transportation Efficiency</w:t>
            </w:r>
          </w:p>
        </w:tc>
        <w:tc>
          <w:tcPr>
            <w:tcW w:type="dxa" w:w="2160"/>
          </w:tcPr>
          <w:p>
            <w:r>
              <w:t>What percentage of your transportation costs is attributed to specialty grain logistics?</w:t>
              <w:br/>
              <w:t>Answer type: Percentage</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1069-0409</w:t>
            </w:r>
          </w:p>
        </w:tc>
        <w:tc>
          <w:tcPr>
            <w:tcW w:type="dxa" w:w="2160"/>
          </w:tcPr>
          <w:p>
            <w:r>
              <w:t>Supplier Relationships</w:t>
            </w:r>
          </w:p>
        </w:tc>
        <w:tc>
          <w:tcPr>
            <w:tcW w:type="dxa" w:w="2160"/>
          </w:tcPr>
          <w:p>
            <w:r>
              <w:t>What criteria do you use to assess the reliability of your suppliers, particularly for specialty grains?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1069-0410</w:t>
            </w:r>
          </w:p>
        </w:tc>
        <w:tc>
          <w:tcPr>
            <w:tcW w:type="dxa" w:w="2160"/>
          </w:tcPr>
          <w:p>
            <w:r>
              <w:t>Cost Analysis</w:t>
            </w:r>
          </w:p>
        </w:tc>
        <w:tc>
          <w:tcPr>
            <w:tcW w:type="dxa" w:w="2160"/>
          </w:tcPr>
          <w:p>
            <w:r>
              <w:t>Can you provide a breakdown of your logistics costs for specialty grains over the past year?</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CROP-HEALTH-MONITORING-TECHNOLOGIES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1069-0411</w:t>
            </w:r>
          </w:p>
        </w:tc>
        <w:tc>
          <w:tcPr>
            <w:tcW w:type="dxa" w:w="2160"/>
          </w:tcPr>
          <w:p>
            <w:r>
              <w:t>Drones</w:t>
            </w:r>
          </w:p>
        </w:tc>
        <w:tc>
          <w:tcPr>
            <w:tcW w:type="dxa" w:w="2160"/>
          </w:tcPr>
          <w:p>
            <w:r>
              <w:t>What specific types of drones are utilized for crop health monitoring, and how do they contribute to yield optimization?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1069-0412</w:t>
            </w:r>
          </w:p>
        </w:tc>
        <w:tc>
          <w:tcPr>
            <w:tcW w:type="dxa" w:w="2160"/>
          </w:tcPr>
          <w:p>
            <w:r>
              <w:t>Remote Sensing</w:t>
            </w:r>
          </w:p>
        </w:tc>
        <w:tc>
          <w:tcPr>
            <w:tcW w:type="dxa" w:w="2160"/>
          </w:tcPr>
          <w:p>
            <w:r>
              <w:t>Describe the remote sensing technologies implemented in your operations. How do they enhance your ability to monitor crop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1069-0413</w:t>
            </w:r>
          </w:p>
        </w:tc>
        <w:tc>
          <w:tcPr>
            <w:tcW w:type="dxa" w:w="2160"/>
          </w:tcPr>
          <w:p>
            <w:r>
              <w:t>Soil Moisture Sensors</w:t>
            </w:r>
          </w:p>
        </w:tc>
        <w:tc>
          <w:tcPr>
            <w:tcW w:type="dxa" w:w="2160"/>
          </w:tcPr>
          <w:p>
            <w:r>
              <w:t>What types of soil moisture sensors are employed, and what experimental methods were used to determine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1069-0414</w:t>
            </w:r>
          </w:p>
        </w:tc>
        <w:tc>
          <w:tcPr>
            <w:tcW w:type="dxa" w:w="2160"/>
          </w:tcPr>
          <w:p>
            <w:r>
              <w:t>Pest Detection</w:t>
            </w:r>
          </w:p>
        </w:tc>
        <w:tc>
          <w:tcPr>
            <w:tcW w:type="dxa" w:w="2160"/>
          </w:tcPr>
          <w:p>
            <w:r>
              <w:t>What pest detection technologies are utilized, and how do you assess their impact on crop yield and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1069-0415</w:t>
            </w:r>
          </w:p>
        </w:tc>
        <w:tc>
          <w:tcPr>
            <w:tcW w:type="dxa" w:w="2160"/>
          </w:tcPr>
          <w:p>
            <w:r>
              <w:t>Precision Agriculture</w:t>
            </w:r>
          </w:p>
        </w:tc>
        <w:tc>
          <w:tcPr>
            <w:tcW w:type="dxa" w:w="2160"/>
          </w:tcPr>
          <w:p>
            <w:r>
              <w:t>Can you detail the precision agriculture techniques implemented and the experimental processes undertaken to validate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1069-0416</w:t>
            </w:r>
          </w:p>
        </w:tc>
        <w:tc>
          <w:tcPr>
            <w:tcW w:type="dxa" w:w="2160"/>
          </w:tcPr>
          <w:p>
            <w:r>
              <w:t>Data Integration</w:t>
            </w:r>
          </w:p>
        </w:tc>
        <w:tc>
          <w:tcPr>
            <w:tcW w:type="dxa" w:w="2160"/>
          </w:tcPr>
          <w:p>
            <w:r>
              <w:t>What systems are in place for data integration from various monitoring technologies, and how do you ensure data accuracy and reliability?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1069-0417</w:t>
            </w:r>
          </w:p>
        </w:tc>
        <w:tc>
          <w:tcPr>
            <w:tcW w:type="dxa" w:w="2160"/>
          </w:tcPr>
          <w:p>
            <w:r>
              <w:t>Drones</w:t>
            </w:r>
          </w:p>
        </w:tc>
        <w:tc>
          <w:tcPr>
            <w:tcW w:type="dxa" w:w="2160"/>
          </w:tcPr>
          <w:p>
            <w:r>
              <w:t>How frequently are drones deployed for crop monitoring, and what criteria determine the timing of these deployments?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1069-0418</w:t>
            </w:r>
          </w:p>
        </w:tc>
        <w:tc>
          <w:tcPr>
            <w:tcW w:type="dxa" w:w="2160"/>
          </w:tcPr>
          <w:p>
            <w:r>
              <w:t>Remote Sensing</w:t>
            </w:r>
          </w:p>
        </w:tc>
        <w:tc>
          <w:tcPr>
            <w:tcW w:type="dxa" w:w="2160"/>
          </w:tcPr>
          <w:p>
            <w:r>
              <w:t>What specific crop health metrics are assessed using remote sensing, and how do these metrics inform your operational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1069-0419</w:t>
            </w:r>
          </w:p>
        </w:tc>
        <w:tc>
          <w:tcPr>
            <w:tcW w:type="dxa" w:w="2160"/>
          </w:tcPr>
          <w:p>
            <w:r>
              <w:t>Soil Moisture Sensors</w:t>
            </w:r>
          </w:p>
        </w:tc>
        <w:tc>
          <w:tcPr>
            <w:tcW w:type="dxa" w:w="2160"/>
          </w:tcPr>
          <w:p>
            <w:r>
              <w:t>What experimental challenges have you faced when implementing soil moisture sensors, and how were these challenges addressed?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1069-0420</w:t>
            </w:r>
          </w:p>
        </w:tc>
        <w:tc>
          <w:tcPr>
            <w:tcW w:type="dxa" w:w="2160"/>
          </w:tcPr>
          <w:p>
            <w:r>
              <w:t>Pest Detection</w:t>
            </w:r>
          </w:p>
        </w:tc>
        <w:tc>
          <w:tcPr>
            <w:tcW w:type="dxa" w:w="2160"/>
          </w:tcPr>
          <w:p>
            <w:r>
              <w:t>What specific methodologies do you use to evaluate the effectiveness of pest detection technologies?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1069-0421</w:t>
            </w:r>
          </w:p>
        </w:tc>
        <w:tc>
          <w:tcPr>
            <w:tcW w:type="dxa" w:w="2160"/>
          </w:tcPr>
          <w:p>
            <w:r>
              <w:t>Precision Agriculture</w:t>
            </w:r>
          </w:p>
        </w:tc>
        <w:tc>
          <w:tcPr>
            <w:tcW w:type="dxa" w:w="2160"/>
          </w:tcPr>
          <w:p>
            <w:r>
              <w:t>Describe any pilot projects or experiments conducted to test new precision agriculture technologies, including the outcomes of these initiatives.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1069-0422</w:t>
            </w:r>
          </w:p>
        </w:tc>
        <w:tc>
          <w:tcPr>
            <w:tcW w:type="dxa" w:w="2160"/>
          </w:tcPr>
          <w:p>
            <w:r>
              <w:t>Data Integration</w:t>
            </w:r>
          </w:p>
        </w:tc>
        <w:tc>
          <w:tcPr>
            <w:tcW w:type="dxa" w:w="2160"/>
          </w:tcPr>
          <w:p>
            <w:r>
              <w:t>How do you integrate data from pest detection and soil moisture sensors to inform your crop management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CONSUMER-FOOD-TRACABILITY-TECHNOLOGIES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1069-0423</w:t>
            </w:r>
          </w:p>
        </w:tc>
        <w:tc>
          <w:tcPr>
            <w:tcW w:type="dxa" w:w="2160"/>
          </w:tcPr>
          <w:p>
            <w:r>
              <w:t>Blockchain Implementation</w:t>
            </w:r>
          </w:p>
        </w:tc>
        <w:tc>
          <w:tcPr>
            <w:tcW w:type="dxa" w:w="2160"/>
          </w:tcPr>
          <w:p>
            <w:r>
              <w:t>What specific blockchain technology or platform did you implement to enhance traceability from farm to consumer, and what experimental challenges did you encounter during its integration?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1069-0424</w:t>
            </w:r>
          </w:p>
        </w:tc>
        <w:tc>
          <w:tcPr>
            <w:tcW w:type="dxa" w:w="2160"/>
          </w:tcPr>
          <w:p>
            <w:r>
              <w:t>QR Code Utilization</w:t>
            </w:r>
          </w:p>
        </w:tc>
        <w:tc>
          <w:tcPr>
            <w:tcW w:type="dxa" w:w="2160"/>
          </w:tcPr>
          <w:p>
            <w:r>
              <w:t>How did you develop and test the QR code system for product traceability, and what iterations were made based on consumer feedback?</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1069-0425</w:t>
            </w:r>
          </w:p>
        </w:tc>
        <w:tc>
          <w:tcPr>
            <w:tcW w:type="dxa" w:w="2160"/>
          </w:tcPr>
          <w:p>
            <w:r>
              <w:t>Traceability Software Development</w:t>
            </w:r>
          </w:p>
        </w:tc>
        <w:tc>
          <w:tcPr>
            <w:tcW w:type="dxa" w:w="2160"/>
          </w:tcPr>
          <w:p>
            <w:r>
              <w:t>Can you describe the software development process for your traceability system, including any experimental features that were tested and the outcomes of those tests?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1069-0426</w:t>
            </w:r>
          </w:p>
        </w:tc>
        <w:tc>
          <w:tcPr>
            <w:tcW w:type="dxa" w:w="2160"/>
          </w:tcPr>
          <w:p>
            <w:r>
              <w:t>Consumer Trust Initiatives</w:t>
            </w:r>
          </w:p>
        </w:tc>
        <w:tc>
          <w:tcPr>
            <w:tcW w:type="dxa" w:w="2160"/>
          </w:tcPr>
          <w:p>
            <w:r>
              <w:t>What specific strategies did you implement to build consumer trust in your traceability systems, and how did you measure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1069-0427</w:t>
            </w:r>
          </w:p>
        </w:tc>
        <w:tc>
          <w:tcPr>
            <w:tcW w:type="dxa" w:w="2160"/>
          </w:tcPr>
          <w:p>
            <w:r>
              <w:t>Supply Chain Transparency</w:t>
            </w:r>
          </w:p>
        </w:tc>
        <w:tc>
          <w:tcPr>
            <w:tcW w:type="dxa" w:w="2160"/>
          </w:tcPr>
          <w:p>
            <w:r>
              <w:t>What experimental methods did you employ to improve supply chain transparency, and what were the measurable outcomes of these methods?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1069-0428</w:t>
            </w:r>
          </w:p>
        </w:tc>
        <w:tc>
          <w:tcPr>
            <w:tcW w:type="dxa" w:w="2160"/>
          </w:tcPr>
          <w:p>
            <w:r>
              <w:t>Regulatory Compliance</w:t>
            </w:r>
          </w:p>
        </w:tc>
        <w:tc>
          <w:tcPr>
            <w:tcW w:type="dxa" w:w="2160"/>
          </w:tcPr>
          <w:p>
            <w:r>
              <w:t>What specific regulatory requirements influenced your traceability technology choices, and how did you test compliance with these regulations?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1069-0429</w:t>
            </w:r>
          </w:p>
        </w:tc>
        <w:tc>
          <w:tcPr>
            <w:tcW w:type="dxa" w:w="2160"/>
          </w:tcPr>
          <w:p>
            <w:r>
              <w:t>Data Collection Techniques</w:t>
            </w:r>
          </w:p>
        </w:tc>
        <w:tc>
          <w:tcPr>
            <w:tcW w:type="dxa" w:w="2160"/>
          </w:tcPr>
          <w:p>
            <w:r>
              <w:t>What innovative data collection techniques did you develop to support traceability, and how did you assess their effectiveness in real-world applications?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1069-0430</w:t>
            </w:r>
          </w:p>
        </w:tc>
        <w:tc>
          <w:tcPr>
            <w:tcW w:type="dxa" w:w="2160"/>
          </w:tcPr>
          <w:p>
            <w:r>
              <w:t>Integration Challenges</w:t>
            </w:r>
          </w:p>
        </w:tc>
        <w:tc>
          <w:tcPr>
            <w:tcW w:type="dxa" w:w="2160"/>
          </w:tcPr>
          <w:p>
            <w:r>
              <w:t>What specific challenges did you face when integrating traceability technologies across different stages of production, and how did you address these challenges?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1069-0431</w:t>
            </w:r>
          </w:p>
        </w:tc>
        <w:tc>
          <w:tcPr>
            <w:tcW w:type="dxa" w:w="2160"/>
          </w:tcPr>
          <w:p>
            <w:r>
              <w:t>Consumer Engagement</w:t>
            </w:r>
          </w:p>
        </w:tc>
        <w:tc>
          <w:tcPr>
            <w:tcW w:type="dxa" w:w="2160"/>
          </w:tcPr>
          <w:p>
            <w:r>
              <w:t>How did you engage consumers in the traceability process, and what experimental approaches did you use to gather their input on the system?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1069-0432</w:t>
            </w:r>
          </w:p>
        </w:tc>
        <w:tc>
          <w:tcPr>
            <w:tcW w:type="dxa" w:w="2160"/>
          </w:tcPr>
          <w:p>
            <w:r>
              <w:t>Cost Analysis of Technologies</w:t>
            </w:r>
          </w:p>
        </w:tc>
        <w:tc>
          <w:tcPr>
            <w:tcW w:type="dxa" w:w="2160"/>
          </w:tcPr>
          <w:p>
            <w:r>
              <w:t>What were the estimated costs associated with developing and implementing your traceability technologies, and how did you evaluate the return on investment?</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1069-0433</w:t>
            </w:r>
          </w:p>
        </w:tc>
        <w:tc>
          <w:tcPr>
            <w:tcW w:type="dxa" w:w="2160"/>
          </w:tcPr>
          <w:p>
            <w:r>
              <w:t>Pilot Programs</w:t>
            </w:r>
          </w:p>
        </w:tc>
        <w:tc>
          <w:tcPr>
            <w:tcW w:type="dxa" w:w="2160"/>
          </w:tcPr>
          <w:p>
            <w:r>
              <w:t>Did you conduct any pilot programs for your traceability technologies? If so, what were the objectives, and what experimental results did you obtain?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1069-0434</w:t>
            </w:r>
          </w:p>
        </w:tc>
        <w:tc>
          <w:tcPr>
            <w:tcW w:type="dxa" w:w="2160"/>
          </w:tcPr>
          <w:p>
            <w:r>
              <w:t>Technology Upgrades</w:t>
            </w:r>
          </w:p>
        </w:tc>
        <w:tc>
          <w:tcPr>
            <w:tcW w:type="dxa" w:w="2160"/>
          </w:tcPr>
          <w:p>
            <w:r>
              <w:t>What upgrades or modifications have you made to your traceability technologies since their initial implementation, and what prompted these changes?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1069-0435</w:t>
            </w:r>
          </w:p>
        </w:tc>
        <w:tc>
          <w:tcPr>
            <w:tcW w:type="dxa" w:w="2160"/>
          </w:tcPr>
          <w:p>
            <w:r>
              <w:t>Feedback Mechanisms</w:t>
            </w:r>
          </w:p>
        </w:tc>
        <w:tc>
          <w:tcPr>
            <w:tcW w:type="dxa" w:w="2160"/>
          </w:tcPr>
          <w:p>
            <w:r>
              <w:t>What systems do you have in place for collecting feedback on your traceability technologies from stakeholders, and how do you incorporate this feedback into your development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1069-0436</w:t>
            </w:r>
          </w:p>
        </w:tc>
        <w:tc>
          <w:tcPr>
            <w:tcW w:type="dxa" w:w="2160"/>
          </w:tcPr>
          <w:p>
            <w:r>
              <w:t>Impact Assessment</w:t>
            </w:r>
          </w:p>
        </w:tc>
        <w:tc>
          <w:tcPr>
            <w:tcW w:type="dxa" w:w="2160"/>
          </w:tcPr>
          <w:p>
            <w:r>
              <w:t>How do you assess the impact of your traceability technologies on overall consumer satisfaction and product quality, and what metrics do you use?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AGRICULTURAL-BIOLOGY-SUSTAINABILITY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1069-0437</w:t>
            </w:r>
          </w:p>
        </w:tc>
        <w:tc>
          <w:tcPr>
            <w:tcW w:type="dxa" w:w="2160"/>
          </w:tcPr>
          <w:p>
            <w:r>
              <w:t>Integrated Pest Management</w:t>
            </w:r>
          </w:p>
        </w:tc>
        <w:tc>
          <w:tcPr>
            <w:tcW w:type="dxa" w:w="2160"/>
          </w:tcPr>
          <w:p>
            <w:r>
              <w:t>What specific integrated pest management (IPM) strategies have you implemented in your grain production, and how do you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1069-0438</w:t>
            </w:r>
          </w:p>
        </w:tc>
        <w:tc>
          <w:tcPr>
            <w:tcW w:type="dxa" w:w="2160"/>
          </w:tcPr>
          <w:p>
            <w:r>
              <w:t>Organic Practices</w:t>
            </w:r>
          </w:p>
        </w:tc>
        <w:tc>
          <w:tcPr>
            <w:tcW w:type="dxa" w:w="2160"/>
          </w:tcPr>
          <w:p>
            <w:r>
              <w:t>Describe the organic practices you have adopted in your grain production. What challenges did you face in transitioning to these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1069-0439</w:t>
            </w:r>
          </w:p>
        </w:tc>
        <w:tc>
          <w:tcPr>
            <w:tcW w:type="dxa" w:w="2160"/>
          </w:tcPr>
          <w:p>
            <w:r>
              <w:t>Biodynamic Farming</w:t>
            </w:r>
          </w:p>
        </w:tc>
        <w:tc>
          <w:tcPr>
            <w:tcW w:type="dxa" w:w="2160"/>
          </w:tcPr>
          <w:p>
            <w:r>
              <w:t>Have you conducted any experimental trials to implement biodynamic farming techniques? If so, what were the objectives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1069-0440</w:t>
            </w:r>
          </w:p>
        </w:tc>
        <w:tc>
          <w:tcPr>
            <w:tcW w:type="dxa" w:w="2160"/>
          </w:tcPr>
          <w:p>
            <w:r>
              <w:t>Soil Health</w:t>
            </w:r>
          </w:p>
        </w:tc>
        <w:tc>
          <w:tcPr>
            <w:tcW w:type="dxa" w:w="2160"/>
          </w:tcPr>
          <w:p>
            <w:r>
              <w:t>What specific soil health assessments have you performed, and how have the results influenced your farming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1069-0441</w:t>
            </w:r>
          </w:p>
        </w:tc>
        <w:tc>
          <w:tcPr>
            <w:tcW w:type="dxa" w:w="2160"/>
          </w:tcPr>
          <w:p>
            <w:r>
              <w:t>Crop Diversity</w:t>
            </w:r>
          </w:p>
        </w:tc>
        <w:tc>
          <w:tcPr>
            <w:tcW w:type="dxa" w:w="2160"/>
          </w:tcPr>
          <w:p>
            <w:r>
              <w:t>What measures have you taken to enhance crop diversity in your grain production, and what experimental results have you documented?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1069-0442</w:t>
            </w:r>
          </w:p>
        </w:tc>
        <w:tc>
          <w:tcPr>
            <w:tcW w:type="dxa" w:w="2160"/>
          </w:tcPr>
          <w:p>
            <w:r>
              <w:t>Sustainable Inputs</w:t>
            </w:r>
          </w:p>
        </w:tc>
        <w:tc>
          <w:tcPr>
            <w:tcW w:type="dxa" w:w="2160"/>
          </w:tcPr>
          <w:p>
            <w:r>
              <w:t>Can you detail any research or trials conducted on sustainable inputs used in your grain production? What were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1069-0443</w:t>
            </w:r>
          </w:p>
        </w:tc>
        <w:tc>
          <w:tcPr>
            <w:tcW w:type="dxa" w:w="2160"/>
          </w:tcPr>
          <w:p>
            <w:r>
              <w:t>Integrated Pest Management</w:t>
            </w:r>
          </w:p>
        </w:tc>
        <w:tc>
          <w:tcPr>
            <w:tcW w:type="dxa" w:w="2160"/>
          </w:tcPr>
          <w:p>
            <w:r>
              <w:t>How do you document the impact of IPM practices on pest populations and crop yields?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1069-0444</w:t>
            </w:r>
          </w:p>
        </w:tc>
        <w:tc>
          <w:tcPr>
            <w:tcW w:type="dxa" w:w="2160"/>
          </w:tcPr>
          <w:p>
            <w:r>
              <w:t>Organic Practices</w:t>
            </w:r>
          </w:p>
        </w:tc>
        <w:tc>
          <w:tcPr>
            <w:tcW w:type="dxa" w:w="2160"/>
          </w:tcPr>
          <w:p>
            <w:r>
              <w:t>What specific organic certifications have you pursued, and what experimental approaches did you take to meet those standards?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1069-0445</w:t>
            </w:r>
          </w:p>
        </w:tc>
        <w:tc>
          <w:tcPr>
            <w:tcW w:type="dxa" w:w="2160"/>
          </w:tcPr>
          <w:p>
            <w:r>
              <w:t>Biodynamic Farming</w:t>
            </w:r>
          </w:p>
        </w:tc>
        <w:tc>
          <w:tcPr>
            <w:tcW w:type="dxa" w:w="2160"/>
          </w:tcPr>
          <w:p>
            <w:r>
              <w:t>What biodynamic preparations have you experimented with, and what were the measurable impacts on your grain production?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1069-0446</w:t>
            </w:r>
          </w:p>
        </w:tc>
        <w:tc>
          <w:tcPr>
            <w:tcW w:type="dxa" w:w="2160"/>
          </w:tcPr>
          <w:p>
            <w:r>
              <w:t>Soil Health</w:t>
            </w:r>
          </w:p>
        </w:tc>
        <w:tc>
          <w:tcPr>
            <w:tcW w:type="dxa" w:w="2160"/>
          </w:tcPr>
          <w:p>
            <w:r>
              <w:t>Describe any innovative techniques you have tested to enhance soil health. What metrics did you use to evaluate success?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1069-0447</w:t>
            </w:r>
          </w:p>
        </w:tc>
        <w:tc>
          <w:tcPr>
            <w:tcW w:type="dxa" w:w="2160"/>
          </w:tcPr>
          <w:p>
            <w:r>
              <w:t>Crop Diversity</w:t>
            </w:r>
          </w:p>
        </w:tc>
        <w:tc>
          <w:tcPr>
            <w:tcW w:type="dxa" w:w="2160"/>
          </w:tcPr>
          <w:p>
            <w:r>
              <w:t>How have you assessed the economic impact of increased crop diversity on your overall grain production?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1069-0448</w:t>
            </w:r>
          </w:p>
        </w:tc>
        <w:tc>
          <w:tcPr>
            <w:tcW w:type="dxa" w:w="2160"/>
          </w:tcPr>
          <w:p>
            <w:r>
              <w:t>Sustainable Inputs</w:t>
            </w:r>
          </w:p>
        </w:tc>
        <w:tc>
          <w:tcPr>
            <w:tcW w:type="dxa" w:w="2160"/>
          </w:tcPr>
          <w:p>
            <w:r>
              <w:t>What innovative sustainable inputs have you trialed in your grain production, and how do you quantify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1069-0449</w:t>
            </w:r>
          </w:p>
        </w:tc>
        <w:tc>
          <w:tcPr>
            <w:tcW w:type="dxa" w:w="2160"/>
          </w:tcPr>
          <w:p>
            <w:r>
              <w:t>Integrated Pest Management</w:t>
            </w:r>
          </w:p>
        </w:tc>
        <w:tc>
          <w:tcPr>
            <w:tcW w:type="dxa" w:w="2160"/>
          </w:tcPr>
          <w:p>
            <w:r>
              <w:t>What data collection methods do you use to track the long-term effectiveness of your IPM strategies?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1069-0450</w:t>
            </w:r>
          </w:p>
        </w:tc>
        <w:tc>
          <w:tcPr>
            <w:tcW w:type="dxa" w:w="2160"/>
          </w:tcPr>
          <w:p>
            <w:r>
              <w:t>Organic Practices</w:t>
            </w:r>
          </w:p>
        </w:tc>
        <w:tc>
          <w:tcPr>
            <w:tcW w:type="dxa" w:w="2160"/>
          </w:tcPr>
          <w:p>
            <w:r>
              <w:t>Have you conducted any trials comparing organic practices to conventional methods? What were the results and insights gained?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CIRCULAR-ECONOMY-INITIATIVES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1069-0451</w:t>
            </w:r>
          </w:p>
        </w:tc>
        <w:tc>
          <w:tcPr>
            <w:tcW w:type="dxa" w:w="2160"/>
          </w:tcPr>
          <w:p>
            <w:r>
              <w:t>Resource Recovery</w:t>
            </w:r>
          </w:p>
        </w:tc>
        <w:tc>
          <w:tcPr>
            <w:tcW w:type="dxa" w:w="2160"/>
          </w:tcPr>
          <w:p>
            <w:r>
              <w:t>What specific methods have you implemented to recover resources from by-products of grain production, and how do these methods contribute to your overall sustainability goals?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1069-0452</w:t>
            </w:r>
          </w:p>
        </w:tc>
        <w:tc>
          <w:tcPr>
            <w:tcW w:type="dxa" w:w="2160"/>
          </w:tcPr>
          <w:p>
            <w:r>
              <w:t>Waste Reduction</w:t>
            </w:r>
          </w:p>
        </w:tc>
        <w:tc>
          <w:tcPr>
            <w:tcW w:type="dxa" w:w="2160"/>
          </w:tcPr>
          <w:p>
            <w:r>
              <w:t>Can you detail the processes you have in place to measure and reduce waste generated during grain processing? Please provide metrics and any changes made over the past year.</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1069-0453</w:t>
            </w:r>
          </w:p>
        </w:tc>
        <w:tc>
          <w:tcPr>
            <w:tcW w:type="dxa" w:w="2160"/>
          </w:tcPr>
          <w:p>
            <w:r>
              <w:t>Product Lifecycle</w:t>
            </w:r>
          </w:p>
        </w:tc>
        <w:tc>
          <w:tcPr>
            <w:tcW w:type="dxa" w:w="2160"/>
          </w:tcPr>
          <w:p>
            <w:r>
              <w:t>How do you assess the environmental impact of your grain products throughout their lifecycle, from production to end-of-life?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1069-0454</w:t>
            </w:r>
          </w:p>
        </w:tc>
        <w:tc>
          <w:tcPr>
            <w:tcW w:type="dxa" w:w="2160"/>
          </w:tcPr>
          <w:p>
            <w:r>
              <w:t>Sustainable Sourcing</w:t>
            </w:r>
          </w:p>
        </w:tc>
        <w:tc>
          <w:tcPr>
            <w:tcW w:type="dxa" w:w="2160"/>
          </w:tcPr>
          <w:p>
            <w:r>
              <w:t>What criteria do you use to select suppliers for your grain inputs to ensure they align with your circular economy initiatives?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1069-0455</w:t>
            </w:r>
          </w:p>
        </w:tc>
        <w:tc>
          <w:tcPr>
            <w:tcW w:type="dxa" w:w="2160"/>
          </w:tcPr>
          <w:p>
            <w:r>
              <w:t>Community Engagement</w:t>
            </w:r>
          </w:p>
        </w:tc>
        <w:tc>
          <w:tcPr>
            <w:tcW w:type="dxa" w:w="2160"/>
          </w:tcPr>
          <w:p>
            <w:r>
              <w:t>Describe any community engagement initiatives you have undertaken to promote circular economy practices in grain production. What outcomes have you observed?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1069-0456</w:t>
            </w:r>
          </w:p>
        </w:tc>
        <w:tc>
          <w:tcPr>
            <w:tcW w:type="dxa" w:w="2160"/>
          </w:tcPr>
          <w:p>
            <w:r>
              <w:t>Economic Impact</w:t>
            </w:r>
          </w:p>
        </w:tc>
        <w:tc>
          <w:tcPr>
            <w:tcW w:type="dxa" w:w="2160"/>
          </w:tcPr>
          <w:p>
            <w:r>
              <w:t>What economic benefits have you experienced as a result of implementing circular economy practices in your grain production operations? Please quantify these benefits where possible.</w:t>
              <w:br/>
              <w:t>Answer type: Currency</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1069-0457</w:t>
            </w:r>
          </w:p>
        </w:tc>
        <w:tc>
          <w:tcPr>
            <w:tcW w:type="dxa" w:w="2160"/>
          </w:tcPr>
          <w:p>
            <w:r>
              <w:t>Resource Recovery</w:t>
            </w:r>
          </w:p>
        </w:tc>
        <w:tc>
          <w:tcPr>
            <w:tcW w:type="dxa" w:w="2160"/>
          </w:tcPr>
          <w:p>
            <w:r>
              <w:t>Have you collaborated with any external organizations or stakeholders on resource recovery initiatives?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1069-0458</w:t>
            </w:r>
          </w:p>
        </w:tc>
        <w:tc>
          <w:tcPr>
            <w:tcW w:type="dxa" w:w="2160"/>
          </w:tcPr>
          <w:p>
            <w:r>
              <w:t>Waste Reduction</w:t>
            </w:r>
          </w:p>
        </w:tc>
        <w:tc>
          <w:tcPr>
            <w:tcW w:type="dxa" w:w="2160"/>
          </w:tcPr>
          <w:p>
            <w:r>
              <w:t>What specific technologies or innovations have you adopted to enhance waste reduction in your grain production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1069-0459</w:t>
            </w:r>
          </w:p>
        </w:tc>
        <w:tc>
          <w:tcPr>
            <w:tcW w:type="dxa" w:w="2160"/>
          </w:tcPr>
          <w:p>
            <w:r>
              <w:t>Product Lifecycle</w:t>
            </w:r>
          </w:p>
        </w:tc>
        <w:tc>
          <w:tcPr>
            <w:tcW w:type="dxa" w:w="2160"/>
          </w:tcPr>
          <w:p>
            <w:r>
              <w:t>How frequently do you conduct lifecycle assessments of your grain products, and what key performance indicators do you track?</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1069-0460</w:t>
            </w:r>
          </w:p>
        </w:tc>
        <w:tc>
          <w:tcPr>
            <w:tcW w:type="dxa" w:w="2160"/>
          </w:tcPr>
          <w:p>
            <w:r>
              <w:t>Sustainable Sourcing</w:t>
            </w:r>
          </w:p>
        </w:tc>
        <w:tc>
          <w:tcPr>
            <w:tcW w:type="dxa" w:w="2160"/>
          </w:tcPr>
          <w:p>
            <w:r>
              <w:t>What percentage of your grain inputs are sourced from suppliers that meet your sustainability criteria?</w:t>
              <w:br/>
              <w:t>Answer type: Percentage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1069-0461</w:t>
            </w:r>
          </w:p>
        </w:tc>
        <w:tc>
          <w:tcPr>
            <w:tcW w:type="dxa" w:w="2160"/>
          </w:tcPr>
          <w:p>
            <w:r>
              <w:t>Community Engagement</w:t>
            </w:r>
          </w:p>
        </w:tc>
        <w:tc>
          <w:tcPr>
            <w:tcW w:type="dxa" w:w="2160"/>
          </w:tcPr>
          <w:p>
            <w:r>
              <w:t>How do you measure the success of your community engagement initiatives related to circular economy practices?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1069-0462</w:t>
            </w:r>
          </w:p>
        </w:tc>
        <w:tc>
          <w:tcPr>
            <w:tcW w:type="dxa" w:w="2160"/>
          </w:tcPr>
          <w:p>
            <w:r>
              <w:t>Economic Impact</w:t>
            </w:r>
          </w:p>
        </w:tc>
        <w:tc>
          <w:tcPr>
            <w:tcW w:type="dxa" w:w="2160"/>
          </w:tcPr>
          <w:p>
            <w:r>
              <w:t>What are the projected cost savings associated with your circular economy initiatives for the next fiscal year?</w:t>
              <w:br/>
              <w:t>Answer type: Currency</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1069-0463</w:t>
            </w:r>
          </w:p>
        </w:tc>
        <w:tc>
          <w:tcPr>
            <w:tcW w:type="dxa" w:w="2160"/>
          </w:tcPr>
          <w:p>
            <w:r>
              <w:t>Resource Recovery</w:t>
            </w:r>
          </w:p>
        </w:tc>
        <w:tc>
          <w:tcPr>
            <w:tcW w:type="dxa" w:w="2160"/>
          </w:tcPr>
          <w:p>
            <w:r>
              <w:t>Have you implemented any training programs for your staff on resource recovery practices? If yes, please describe their content and frequency.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1069-0464</w:t>
            </w:r>
          </w:p>
        </w:tc>
        <w:tc>
          <w:tcPr>
            <w:tcW w:type="dxa" w:w="2160"/>
          </w:tcPr>
          <w:p>
            <w:r>
              <w:t>Waste Reduction</w:t>
            </w:r>
          </w:p>
        </w:tc>
        <w:tc>
          <w:tcPr>
            <w:tcW w:type="dxa" w:w="2160"/>
          </w:tcPr>
          <w:p>
            <w:r>
              <w:t>What specific metrics do you use to evaluate the effectiveness of your waste reduction strategies in grain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FOOD-TECH-AND-INNOVATION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1069-0465</w:t>
            </w:r>
          </w:p>
        </w:tc>
        <w:tc>
          <w:tcPr>
            <w:tcW w:type="dxa" w:w="2160"/>
          </w:tcPr>
          <w:p>
            <w:r>
              <w:t>Food Processing Technologies</w:t>
            </w:r>
          </w:p>
        </w:tc>
        <w:tc>
          <w:tcPr>
            <w:tcW w:type="dxa" w:w="2160"/>
          </w:tcPr>
          <w:p>
            <w:r>
              <w:t>What specific innovations in food processing technologies have you implemented in your specialty grain production that involve experimental development? Please describe the technologies and the objectives of these innovations.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1069-0466</w:t>
            </w:r>
          </w:p>
        </w:tc>
        <w:tc>
          <w:tcPr>
            <w:tcW w:type="dxa" w:w="2160"/>
          </w:tcPr>
          <w:p>
            <w:r>
              <w:t>Alternative Proteins</w:t>
            </w:r>
          </w:p>
        </w:tc>
        <w:tc>
          <w:tcPr>
            <w:tcW w:type="dxa" w:w="2160"/>
          </w:tcPr>
          <w:p>
            <w:r>
              <w:t>Have you engaged in R&amp;D activities to develop alternative protein sources from specialty grains? If yes, please detail the experimental processes and outcomes.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1069-0467</w:t>
            </w:r>
          </w:p>
        </w:tc>
        <w:tc>
          <w:tcPr>
            <w:tcW w:type="dxa" w:w="2160"/>
          </w:tcPr>
          <w:p>
            <w:r>
              <w:t>Functional Foods</w:t>
            </w:r>
          </w:p>
        </w:tc>
        <w:tc>
          <w:tcPr>
            <w:tcW w:type="dxa" w:w="2160"/>
          </w:tcPr>
          <w:p>
            <w:r>
              <w:t>What functional food products have you developed that utilize specialty grains, and what experimental methods did you employ to establish their health benefits?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1069-0468</w:t>
            </w:r>
          </w:p>
        </w:tc>
        <w:tc>
          <w:tcPr>
            <w:tcW w:type="dxa" w:w="2160"/>
          </w:tcPr>
          <w:p>
            <w:r>
              <w:t>Nutraceuticals</w:t>
            </w:r>
          </w:p>
        </w:tc>
        <w:tc>
          <w:tcPr>
            <w:tcW w:type="dxa" w:w="2160"/>
          </w:tcPr>
          <w:p>
            <w:r>
              <w:t>Can you describe any R&amp;D projects focused on creating nutraceuticals from specialty grains? What specific challenges did you face during the experimentation?</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1069-0469</w:t>
            </w:r>
          </w:p>
        </w:tc>
        <w:tc>
          <w:tcPr>
            <w:tcW w:type="dxa" w:w="2160"/>
          </w:tcPr>
          <w:p>
            <w:r>
              <w:t>Food Safety Innovations</w:t>
            </w:r>
          </w:p>
        </w:tc>
        <w:tc>
          <w:tcPr>
            <w:tcW w:type="dxa" w:w="2160"/>
          </w:tcPr>
          <w:p>
            <w:r>
              <w:t>What innovative food safety technologies have you researched or developed in relation to specialty grains, and how did you test their effectiveness?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1069-0470</w:t>
            </w:r>
          </w:p>
        </w:tc>
        <w:tc>
          <w:tcPr>
            <w:tcW w:type="dxa" w:w="2160"/>
          </w:tcPr>
          <w:p>
            <w:r>
              <w:t>Supply Chain Technologies</w:t>
            </w:r>
          </w:p>
        </w:tc>
        <w:tc>
          <w:tcPr>
            <w:tcW w:type="dxa" w:w="2160"/>
          </w:tcPr>
          <w:p>
            <w:r>
              <w:t>Have you developed any new supply chain technologies that enhance the traceability or quality of specialty grains? Please provide details on the R&amp;D involved.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1069-0471</w:t>
            </w:r>
          </w:p>
        </w:tc>
        <w:tc>
          <w:tcPr>
            <w:tcW w:type="dxa" w:w="2160"/>
          </w:tcPr>
          <w:p>
            <w:r>
              <w:t>Food Processing Technologies</w:t>
            </w:r>
          </w:p>
        </w:tc>
        <w:tc>
          <w:tcPr>
            <w:tcW w:type="dxa" w:w="2160"/>
          </w:tcPr>
          <w:p>
            <w:r>
              <w:t>What specific experimental techniques have you utilized to improve the efficiency of grain processing? Please provide examples and results.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1069-0472</w:t>
            </w:r>
          </w:p>
        </w:tc>
        <w:tc>
          <w:tcPr>
            <w:tcW w:type="dxa" w:w="2160"/>
          </w:tcPr>
          <w:p>
            <w:r>
              <w:t>Alternative Proteins</w:t>
            </w:r>
          </w:p>
        </w:tc>
        <w:tc>
          <w:tcPr>
            <w:tcW w:type="dxa" w:w="2160"/>
          </w:tcPr>
          <w:p>
            <w:r>
              <w:t>During the development of alternative protein products, what testing protocols did you follow to ensure product viability?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1069-0473</w:t>
            </w:r>
          </w:p>
        </w:tc>
        <w:tc>
          <w:tcPr>
            <w:tcW w:type="dxa" w:w="2160"/>
          </w:tcPr>
          <w:p>
            <w:r>
              <w:t>Functional Foods</w:t>
            </w:r>
          </w:p>
        </w:tc>
        <w:tc>
          <w:tcPr>
            <w:tcW w:type="dxa" w:w="2160"/>
          </w:tcPr>
          <w:p>
            <w:r>
              <w:t>What experimental data do you have that supports the health claims of your functional food products made from specialty grains?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1069-0474</w:t>
            </w:r>
          </w:p>
        </w:tc>
        <w:tc>
          <w:tcPr>
            <w:tcW w:type="dxa" w:w="2160"/>
          </w:tcPr>
          <w:p>
            <w:r>
              <w:t>Nutraceuticals</w:t>
            </w:r>
          </w:p>
        </w:tc>
        <w:tc>
          <w:tcPr>
            <w:tcW w:type="dxa" w:w="2160"/>
          </w:tcPr>
          <w:p>
            <w:r>
              <w:t>What regulatory compliance challenges have you encountered while developing nutraceuticals from specialty grains, and how did your R&amp;D address these challenges?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1069-0475</w:t>
            </w:r>
          </w:p>
        </w:tc>
        <w:tc>
          <w:tcPr>
            <w:tcW w:type="dxa" w:w="2160"/>
          </w:tcPr>
          <w:p>
            <w:r>
              <w:t>Food Safety Innovations</w:t>
            </w:r>
          </w:p>
        </w:tc>
        <w:tc>
          <w:tcPr>
            <w:tcW w:type="dxa" w:w="2160"/>
          </w:tcPr>
          <w:p>
            <w:r>
              <w:t>Describe any experimental food safety protocols you have developed to ensure the safety of specialty grains. What were the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1069-0476</w:t>
            </w:r>
          </w:p>
        </w:tc>
        <w:tc>
          <w:tcPr>
            <w:tcW w:type="dxa" w:w="2160"/>
          </w:tcPr>
          <w:p>
            <w:r>
              <w:t>Supply Chain Technologies</w:t>
            </w:r>
          </w:p>
        </w:tc>
        <w:tc>
          <w:tcPr>
            <w:tcW w:type="dxa" w:w="2160"/>
          </w:tcPr>
          <w:p>
            <w:r>
              <w:t>What innovative methodologies have you tested to improve supply chain transparency for specialty grains, and what were the results of these experiments?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1069-0477</w:t>
            </w:r>
          </w:p>
        </w:tc>
        <w:tc>
          <w:tcPr>
            <w:tcW w:type="dxa" w:w="2160"/>
          </w:tcPr>
          <w:p>
            <w:r>
              <w:t>Food Processing Technologies</w:t>
            </w:r>
          </w:p>
        </w:tc>
        <w:tc>
          <w:tcPr>
            <w:tcW w:type="dxa" w:w="2160"/>
          </w:tcPr>
          <w:p>
            <w:r>
              <w:t>What metrics do you use to evaluate the success of your experimental food processing innovations, and what results have you documented?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1069-0478</w:t>
            </w:r>
          </w:p>
        </w:tc>
        <w:tc>
          <w:tcPr>
            <w:tcW w:type="dxa" w:w="2160"/>
          </w:tcPr>
          <w:p>
            <w:r>
              <w:t>Alternative Proteins</w:t>
            </w:r>
          </w:p>
        </w:tc>
        <w:tc>
          <w:tcPr>
            <w:tcW w:type="dxa" w:w="2160"/>
          </w:tcPr>
          <w:p>
            <w:r>
              <w:t>What specific research methodologies did you employ to assess the nutritional profile of the alternative proteins derived from specialty grains?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1069 (Specialty and identity-preserved grain producers).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