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Agricredit</w:t>
      </w:r>
    </w:p>
    <w:p>
      <w:pPr>
        <w:jc w:val="center"/>
      </w:pPr>
      <w:r>
        <w:rPr>
          <w:b/>
          <w:sz w:val="40"/>
        </w:rPr>
        <w:t>R&amp;D Tax Credit Interview and Evidence Guide</w:t>
        <w:br/>
        <w:t>1070 -- Apple growers</w:t>
      </w:r>
    </w:p>
    <w:p>
      <w:pPr>
        <w:jc w:val="center"/>
      </w:pPr>
      <w:r>
        <w:t>Business ID: 1070</w:t>
        <w:br/>
        <w:t>Business Type: Apple growers</w:t>
        <w:br/>
        <w:t>Tax Year Design Basis: 2025</w:t>
        <w:br/>
        <w:t>Federal + California</w:t>
        <w:br/>
        <w:t>Question Range: 1070-0001 through 1070-0477</w:t>
        <w:br/>
        <w:t>Primary NAICS Candidate: Not yet researched -- verify before use</w:t>
        <w:br/>
        <w:t>Pack Complete (478/478): No -- see module index and Sources for gaps</w:t>
        <w:br/>
        <w:t>Next Business ID / Type:  / (not yet assigned)</w:t>
        <w:br/>
        <w:t>Required Review: Qualified U.S. tax professional + applicable industry technical specialist</w:t>
      </w:r>
    </w:p>
    <w:p>
      <w:r>
        <w:br w:type="page"/>
      </w:r>
    </w:p>
    <w:p>
      <w:pPr>
        <w:pStyle w:val="Heading1"/>
      </w:pPr>
      <w:r>
        <w:t>Introductory Limitation</w:t>
      </w:r>
    </w:p>
    <w:p>
      <w:r>
        <w:rPr>
          <w:color w:val="660000"/>
        </w:rPr>
        <w:t>This guide identifies potentially relevant facts and evidence for an R&amp;D tax credit evaluation. It does NOT guarantee tax eligibility, regulatory approval, technical validation, safety approval, environmental compliance, product acceptance, or acceptance of a tax position by any taxing authority. A qualified tax professional must review and approve all Section 41, Section 174, Section 280C, and California FTB 3523 conclusions before any filing position is taken.</w:t>
      </w:r>
    </w:p>
    <w:p>
      <w:pPr>
        <w:pStyle w:val="Heading1"/>
      </w:pPr>
      <w:r>
        <w:t>How to Use This Guide</w:t>
      </w:r>
    </w:p>
    <w:p>
      <w:r>
        <w:t>Interview knowledgeable legal, tax, finance, operations, and technical personnel. Use the permanent Project and Question IDs shown throughout this guide when recording answers. Link every answer to contemporaneous evidence where the Evidence/Notes column indicates one is needed. Distinguish real technical experimentation from routine operations or regulatory compliance. Separately allocate California-located research -- do not assume California research merely because the taxpayer is located in California.</w:t>
      </w:r>
    </w:p>
    <w:p>
      <w:pPr>
        <w:pStyle w:val="Heading1"/>
      </w:pPr>
      <w:r>
        <w:t>Module Index</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Pr>
                <w:b/>
              </w:rPr>
              <w:t>Module</w:t>
            </w:r>
          </w:p>
        </w:tc>
        <w:tc>
          <w:tcPr>
            <w:tcW w:type="dxa" w:w="2880"/>
          </w:tcPr>
          <w:p>
            <w:r>
              <w:rPr>
                <w:b/>
              </w:rPr>
              <w:t>Question Count</w:t>
            </w:r>
          </w:p>
        </w:tc>
        <w:tc>
          <w:tcPr>
            <w:tcW w:type="dxa" w:w="2880"/>
          </w:tcPr>
          <w:p>
            <w:r>
              <w:rPr>
                <w:b/>
              </w:rPr>
              <w:t>Focus</w:t>
            </w:r>
          </w:p>
        </w:tc>
      </w:tr>
      <w:tr>
        <w:tc>
          <w:tcPr>
            <w:tcW w:type="dxa" w:w="2880"/>
          </w:tcPr>
          <w:p>
            <w:r>
              <w:t>INTAKE</w:t>
            </w:r>
          </w:p>
        </w:tc>
        <w:tc>
          <w:tcPr>
            <w:tcW w:type="dxa" w:w="2880"/>
          </w:tcPr>
          <w:p>
            <w:r>
              <w:t>21</w:t>
            </w:r>
          </w:p>
        </w:tc>
        <w:tc>
          <w:tcPr>
            <w:tcW w:type="dxa" w:w="2880"/>
          </w:tcPr>
          <w:p>
            <w:r>
              <w:t>Entity, ownership, locations, products, revenue, personnel, records, lead facts</w:t>
            </w:r>
          </w:p>
        </w:tc>
      </w:tr>
      <w:tr>
        <w:tc>
          <w:tcPr>
            <w:tcW w:type="dxa" w:w="2880"/>
          </w:tcPr>
          <w:p>
            <w:r>
              <w:t>FILING</w:t>
            </w:r>
          </w:p>
        </w:tc>
        <w:tc>
          <w:tcPr>
            <w:tcW w:type="dxa" w:w="2880"/>
          </w:tcPr>
          <w:p>
            <w:r>
              <w:t>14</w:t>
            </w:r>
          </w:p>
        </w:tc>
        <w:tc>
          <w:tcPr>
            <w:tcW w:type="dxa" w:w="2880"/>
          </w:tcPr>
          <w:p>
            <w:r>
              <w:t>Return status, prior credits, aggregation, elections, amended returns, Section 174</w:t>
            </w:r>
          </w:p>
        </w:tc>
      </w:tr>
      <w:tr>
        <w:tc>
          <w:tcPr>
            <w:tcW w:type="dxa" w:w="2880"/>
          </w:tcPr>
          <w:p>
            <w:r>
              <w:t>PROJECT</w:t>
            </w:r>
          </w:p>
        </w:tc>
        <w:tc>
          <w:tcPr>
            <w:tcW w:type="dxa" w:w="2880"/>
          </w:tcPr>
          <w:p>
            <w:r>
              <w:t>20</w:t>
            </w:r>
          </w:p>
        </w:tc>
        <w:tc>
          <w:tcPr>
            <w:tcW w:type="dxa" w:w="2880"/>
          </w:tcPr>
          <w:p>
            <w:r>
              <w:t>Project inventory, uncertainty, alternatives, experiments, measurements, costs, evidence</w:t>
            </w:r>
          </w:p>
        </w:tc>
      </w:tr>
      <w:tr>
        <w:tc>
          <w:tcPr>
            <w:tcW w:type="dxa" w:w="2880"/>
          </w:tcPr>
          <w:p>
            <w:r>
              <w:t>FOUR-PART</w:t>
            </w:r>
          </w:p>
        </w:tc>
        <w:tc>
          <w:tcPr>
            <w:tcW w:type="dxa" w:w="2880"/>
          </w:tcPr>
          <w:p>
            <w:r>
              <w:t>5</w:t>
            </w:r>
          </w:p>
        </w:tc>
        <w:tc>
          <w:tcPr>
            <w:tcW w:type="dxa" w:w="2880"/>
          </w:tcPr>
          <w:p>
            <w:r>
              <w:t>Section 174 uncertainty, technological nature, experimentation, permitted purpose, business component</w:t>
            </w:r>
          </w:p>
        </w:tc>
      </w:tr>
      <w:tr>
        <w:tc>
          <w:tcPr>
            <w:tcW w:type="dxa" w:w="2880"/>
          </w:tcPr>
          <w:p>
            <w:r>
              <w:t>EXCLUSIONS</w:t>
            </w:r>
          </w:p>
        </w:tc>
        <w:tc>
          <w:tcPr>
            <w:tcW w:type="dxa" w:w="2880"/>
          </w:tcPr>
          <w:p>
            <w:r>
              <w:t>9</w:t>
            </w:r>
          </w:p>
        </w:tc>
        <w:tc>
          <w:tcPr>
            <w:tcW w:type="dxa" w:w="2880"/>
          </w:tcPr>
          <w:p>
            <w:r>
              <w:t>Commercial production, adaptation, duplication, routine testing, foreign/funded research, unsupported estimates</w:t>
            </w:r>
          </w:p>
        </w:tc>
      </w:tr>
      <w:tr>
        <w:tc>
          <w:tcPr>
            <w:tcW w:type="dxa" w:w="2880"/>
          </w:tcPr>
          <w:p>
            <w:r>
              <w:t>QRE-WAGES</w:t>
            </w:r>
          </w:p>
        </w:tc>
        <w:tc>
          <w:tcPr>
            <w:tcW w:type="dxa" w:w="2880"/>
          </w:tcPr>
          <w:p>
            <w:r>
              <w:t>10</w:t>
            </w:r>
          </w:p>
        </w:tc>
        <w:tc>
          <w:tcPr>
            <w:tcW w:type="dxa" w:w="2880"/>
          </w:tcPr>
          <w:p>
            <w:r>
              <w:t>Qualified employee services and wage allocations</w:t>
            </w:r>
          </w:p>
        </w:tc>
      </w:tr>
      <w:tr>
        <w:tc>
          <w:tcPr>
            <w:tcW w:type="dxa" w:w="2880"/>
          </w:tcPr>
          <w:p>
            <w:r>
              <w:t>QRE-SUPPLIES</w:t>
            </w:r>
          </w:p>
        </w:tc>
        <w:tc>
          <w:tcPr>
            <w:tcW w:type="dxa" w:w="2880"/>
          </w:tcPr>
          <w:p>
            <w:r>
              <w:t>5</w:t>
            </w:r>
          </w:p>
        </w:tc>
        <w:tc>
          <w:tcPr>
            <w:tcW w:type="dxa" w:w="2880"/>
          </w:tcPr>
          <w:p>
            <w:r>
              <w:t>Experimental supplies and exclusions</w:t>
            </w:r>
          </w:p>
        </w:tc>
      </w:tr>
      <w:tr>
        <w:tc>
          <w:tcPr>
            <w:tcW w:type="dxa" w:w="2880"/>
          </w:tcPr>
          <w:p>
            <w:r>
              <w:t>QRE-CONTRACT</w:t>
            </w:r>
          </w:p>
        </w:tc>
        <w:tc>
          <w:tcPr>
            <w:tcW w:type="dxa" w:w="2880"/>
          </w:tcPr>
          <w:p>
            <w:r>
              <w:t>7</w:t>
            </w:r>
          </w:p>
        </w:tc>
        <w:tc>
          <w:tcPr>
            <w:tcW w:type="dxa" w:w="2880"/>
          </w:tcPr>
          <w:p>
            <w:r>
              <w:t>Contractor services, U.S. location, rights, economic risk, eligible amount</w:t>
            </w:r>
          </w:p>
        </w:tc>
      </w:tr>
      <w:tr>
        <w:tc>
          <w:tcPr>
            <w:tcW w:type="dxa" w:w="2880"/>
          </w:tcPr>
          <w:p>
            <w:r>
              <w:t>QRE-COMPUTER</w:t>
            </w:r>
          </w:p>
        </w:tc>
        <w:tc>
          <w:tcPr>
            <w:tcW w:type="dxa" w:w="2880"/>
          </w:tcPr>
          <w:p>
            <w:r>
              <w:t>2</w:t>
            </w:r>
          </w:p>
        </w:tc>
        <w:tc>
          <w:tcPr>
            <w:tcW w:type="dxa" w:w="2880"/>
          </w:tcPr>
          <w:p>
            <w:r>
              <w:t>Third-party computer/cloud use</w:t>
            </w:r>
          </w:p>
        </w:tc>
      </w:tr>
      <w:tr>
        <w:tc>
          <w:tcPr>
            <w:tcW w:type="dxa" w:w="2880"/>
          </w:tcPr>
          <w:p>
            <w:r>
              <w:t>EVIDENCE</w:t>
            </w:r>
          </w:p>
        </w:tc>
        <w:tc>
          <w:tcPr>
            <w:tcW w:type="dxa" w:w="2880"/>
          </w:tcPr>
          <w:p>
            <w:r>
              <w:t>10</w:t>
            </w:r>
          </w:p>
        </w:tc>
        <w:tc>
          <w:tcPr>
            <w:tcW w:type="dxa" w:w="2880"/>
          </w:tcPr>
          <w:p>
            <w:r>
              <w:t>Contemporaneous project and cost records</w:t>
            </w:r>
          </w:p>
        </w:tc>
      </w:tr>
      <w:tr>
        <w:tc>
          <w:tcPr>
            <w:tcW w:type="dxa" w:w="2880"/>
          </w:tcPr>
          <w:p>
            <w:r>
              <w:t>CALC-FED</w:t>
            </w:r>
          </w:p>
        </w:tc>
        <w:tc>
          <w:tcPr>
            <w:tcW w:type="dxa" w:w="2880"/>
          </w:tcPr>
          <w:p>
            <w:r>
              <w:t>11</w:t>
            </w:r>
          </w:p>
        </w:tc>
        <w:tc>
          <w:tcPr>
            <w:tcW w:type="dxa" w:w="2880"/>
          </w:tcPr>
          <w:p>
            <w:r>
              <w:t>Federal QRE and credit calculations/reconciliation</w:t>
            </w:r>
          </w:p>
        </w:tc>
      </w:tr>
      <w:tr>
        <w:tc>
          <w:tcPr>
            <w:tcW w:type="dxa" w:w="2880"/>
          </w:tcPr>
          <w:p>
            <w:r>
              <w:t>CALC-CA</w:t>
            </w:r>
          </w:p>
        </w:tc>
        <w:tc>
          <w:tcPr>
            <w:tcW w:type="dxa" w:w="2880"/>
          </w:tcPr>
          <w:p>
            <w:r>
              <w:t>11</w:t>
            </w:r>
          </w:p>
        </w:tc>
        <w:tc>
          <w:tcPr>
            <w:tcW w:type="dxa" w:w="2880"/>
          </w:tcPr>
          <w:p>
            <w:r>
              <w:t>California-located QRE and credit calculations/reconciliation</w:t>
            </w:r>
          </w:p>
        </w:tc>
      </w:tr>
      <w:tr>
        <w:tc>
          <w:tcPr>
            <w:tcW w:type="dxa" w:w="2880"/>
          </w:tcPr>
          <w:p>
            <w:r>
              <w:t>REVIEW</w:t>
            </w:r>
          </w:p>
        </w:tc>
        <w:tc>
          <w:tcPr>
            <w:tcW w:type="dxa" w:w="2880"/>
          </w:tcPr>
          <w:p>
            <w:r>
              <w:t>10</w:t>
            </w:r>
          </w:p>
        </w:tc>
        <w:tc>
          <w:tcPr>
            <w:tcW w:type="dxa" w:w="2880"/>
          </w:tcPr>
          <w:p>
            <w:r>
              <w:t>Final conclusions, open issues, certification, review, next-year controls</w:t>
            </w:r>
          </w:p>
        </w:tc>
      </w:tr>
      <w:tr>
        <w:tc>
          <w:tcPr>
            <w:tcW w:type="dxa" w:w="2880"/>
          </w:tcPr>
          <w:p>
            <w:r>
              <w:t>RECEIVING-INPUTS-QUALITY-CONTROL</w:t>
            </w:r>
          </w:p>
        </w:tc>
        <w:tc>
          <w:tcPr>
            <w:tcW w:type="dxa" w:w="2880"/>
          </w:tcPr>
          <w:p>
            <w:r>
              <w:t>18</w:t>
            </w:r>
          </w:p>
        </w:tc>
        <w:tc>
          <w:tcPr>
            <w:tcW w:type="dxa" w:w="2880"/>
          </w:tcPr>
          <w:p>
            <w:r>
              <w:t>Assessing the quality control measures during the receiving of raw apple inputs.</w:t>
            </w:r>
          </w:p>
        </w:tc>
      </w:tr>
      <w:tr>
        <w:tc>
          <w:tcPr>
            <w:tcW w:type="dxa" w:w="2880"/>
          </w:tcPr>
          <w:p>
            <w:r>
              <w:t>CULTIVATION-TECHNIQUES-AGRONOMY</w:t>
            </w:r>
          </w:p>
        </w:tc>
        <w:tc>
          <w:tcPr>
            <w:tcW w:type="dxa" w:w="2880"/>
          </w:tcPr>
          <w:p>
            <w:r>
              <w:t>22</w:t>
            </w:r>
          </w:p>
        </w:tc>
        <w:tc>
          <w:tcPr>
            <w:tcW w:type="dxa" w:w="2880"/>
          </w:tcPr>
          <w:p>
            <w:r>
              <w:t>Exploring innovative cultivation techniques and agronomic practices for apple growth.</w:t>
            </w:r>
          </w:p>
        </w:tc>
      </w:tr>
      <w:tr>
        <w:tc>
          <w:tcPr>
            <w:tcW w:type="dxa" w:w="2880"/>
          </w:tcPr>
          <w:p>
            <w:r>
              <w:t>HARVESTING-METHODS-TECHNOLOGIES</w:t>
            </w:r>
          </w:p>
        </w:tc>
        <w:tc>
          <w:tcPr>
            <w:tcW w:type="dxa" w:w="2880"/>
          </w:tcPr>
          <w:p>
            <w:r>
              <w:t>13</w:t>
            </w:r>
          </w:p>
        </w:tc>
        <w:tc>
          <w:tcPr>
            <w:tcW w:type="dxa" w:w="2880"/>
          </w:tcPr>
          <w:p>
            <w:r>
              <w:t>Examining the technologies and methods used during the apple harvesting process.</w:t>
            </w:r>
          </w:p>
        </w:tc>
      </w:tr>
      <w:tr>
        <w:tc>
          <w:tcPr>
            <w:tcW w:type="dxa" w:w="2880"/>
          </w:tcPr>
          <w:p>
            <w:r>
              <w:t>PROCESSING-FACILITIES-ENGINEERING</w:t>
            </w:r>
          </w:p>
        </w:tc>
        <w:tc>
          <w:tcPr>
            <w:tcW w:type="dxa" w:w="2880"/>
          </w:tcPr>
          <w:p>
            <w:r>
              <w:t>21</w:t>
            </w:r>
          </w:p>
        </w:tc>
        <w:tc>
          <w:tcPr>
            <w:tcW w:type="dxa" w:w="2880"/>
          </w:tcPr>
          <w:p>
            <w:r>
              <w:t>Understanding the engineering and design of processing facilities for apple products.</w:t>
            </w:r>
          </w:p>
        </w:tc>
      </w:tr>
      <w:tr>
        <w:tc>
          <w:tcPr>
            <w:tcW w:type="dxa" w:w="2880"/>
          </w:tcPr>
          <w:p>
            <w:r>
              <w:t>JUICE-EXTRACTION-PROCESSING</w:t>
            </w:r>
          </w:p>
        </w:tc>
        <w:tc>
          <w:tcPr>
            <w:tcW w:type="dxa" w:w="2880"/>
          </w:tcPr>
          <w:p>
            <w:r>
              <w:t>17</w:t>
            </w:r>
          </w:p>
        </w:tc>
        <w:tc>
          <w:tcPr>
            <w:tcW w:type="dxa" w:w="2880"/>
          </w:tcPr>
          <w:p>
            <w:r>
              <w:t>Detailing the juice extraction process and associated technologies used in apple processing.</w:t>
            </w:r>
          </w:p>
        </w:tc>
      </w:tr>
      <w:tr>
        <w:tc>
          <w:tcPr>
            <w:tcW w:type="dxa" w:w="2880"/>
          </w:tcPr>
          <w:p>
            <w:r>
              <w:t>CIDER-FERMENTATION-TECHNOLOGIES</w:t>
            </w:r>
          </w:p>
        </w:tc>
        <w:tc>
          <w:tcPr>
            <w:tcW w:type="dxa" w:w="2880"/>
          </w:tcPr>
          <w:p>
            <w:r>
              <w:t>15</w:t>
            </w:r>
          </w:p>
        </w:tc>
        <w:tc>
          <w:tcPr>
            <w:tcW w:type="dxa" w:w="2880"/>
          </w:tcPr>
          <w:p>
            <w:r>
              <w:t>Investigating the fermentation processes used in cider production from apples.</w:t>
            </w:r>
          </w:p>
        </w:tc>
      </w:tr>
      <w:tr>
        <w:tc>
          <w:tcPr>
            <w:tcW w:type="dxa" w:w="2880"/>
          </w:tcPr>
          <w:p>
            <w:r>
              <w:t>PACKAGING-TRACEABILITY-SYSTEMS</w:t>
            </w:r>
          </w:p>
        </w:tc>
        <w:tc>
          <w:tcPr>
            <w:tcW w:type="dxa" w:w="2880"/>
          </w:tcPr>
          <w:p>
            <w:r>
              <w:t>19</w:t>
            </w:r>
          </w:p>
        </w:tc>
        <w:tc>
          <w:tcPr>
            <w:tcW w:type="dxa" w:w="2880"/>
          </w:tcPr>
          <w:p>
            <w:r>
              <w:t>Evaluating the packaging systems and traceability measures for apple products.</w:t>
            </w:r>
          </w:p>
        </w:tc>
      </w:tr>
      <w:tr>
        <w:tc>
          <w:tcPr>
            <w:tcW w:type="dxa" w:w="2880"/>
          </w:tcPr>
          <w:p>
            <w:r>
              <w:t>LAB-TESTING-QUALITY-ASSURANCE</w:t>
            </w:r>
          </w:p>
        </w:tc>
        <w:tc>
          <w:tcPr>
            <w:tcW w:type="dxa" w:w="2880"/>
          </w:tcPr>
          <w:p>
            <w:r>
              <w:t>23</w:t>
            </w:r>
          </w:p>
        </w:tc>
        <w:tc>
          <w:tcPr>
            <w:tcW w:type="dxa" w:w="2880"/>
          </w:tcPr>
          <w:p>
            <w:r>
              <w:t>Assessing laboratory testing protocols for quality assurance of apple products.</w:t>
            </w:r>
          </w:p>
        </w:tc>
      </w:tr>
      <w:tr>
        <w:tc>
          <w:tcPr>
            <w:tcW w:type="dxa" w:w="2880"/>
          </w:tcPr>
          <w:p>
            <w:r>
              <w:t>REGULATORY-COMPLIANCE-FOOD-SAFETY</w:t>
            </w:r>
          </w:p>
        </w:tc>
        <w:tc>
          <w:tcPr>
            <w:tcW w:type="dxa" w:w="2880"/>
          </w:tcPr>
          <w:p>
            <w:r>
              <w:t>13</w:t>
            </w:r>
          </w:p>
        </w:tc>
        <w:tc>
          <w:tcPr>
            <w:tcW w:type="dxa" w:w="2880"/>
          </w:tcPr>
          <w:p>
            <w:r>
              <w:t>Understanding the regulatory landscape and food safety requirements for apple growers.</w:t>
            </w:r>
          </w:p>
        </w:tc>
      </w:tr>
      <w:tr>
        <w:tc>
          <w:tcPr>
            <w:tcW w:type="dxa" w:w="2880"/>
          </w:tcPr>
          <w:p>
            <w:r>
              <w:t>SUSTAINABILITY-PRACTICES-ENVIRONMENTAL</w:t>
            </w:r>
          </w:p>
        </w:tc>
        <w:tc>
          <w:tcPr>
            <w:tcW w:type="dxa" w:w="2880"/>
          </w:tcPr>
          <w:p>
            <w:r>
              <w:t>21</w:t>
            </w:r>
          </w:p>
        </w:tc>
        <w:tc>
          <w:tcPr>
            <w:tcW w:type="dxa" w:w="2880"/>
          </w:tcPr>
          <w:p>
            <w:r>
              <w:t>Exploring sustainability practices and environmental impacts of apple growing.</w:t>
            </w:r>
          </w:p>
        </w:tc>
      </w:tr>
      <w:tr>
        <w:tc>
          <w:tcPr>
            <w:tcW w:type="dxa" w:w="2880"/>
          </w:tcPr>
          <w:p>
            <w:r>
              <w:t>AUTOMATION-TECHNOLOGIES-OPERATIONAL-EFFICIENCY</w:t>
            </w:r>
          </w:p>
        </w:tc>
        <w:tc>
          <w:tcPr>
            <w:tcW w:type="dxa" w:w="2880"/>
          </w:tcPr>
          <w:p>
            <w:r>
              <w:t>23</w:t>
            </w:r>
          </w:p>
        </w:tc>
        <w:tc>
          <w:tcPr>
            <w:tcW w:type="dxa" w:w="2880"/>
          </w:tcPr>
          <w:p>
            <w:r>
              <w:t>Investigating automation technologies that enhance operational efficiency in apple production.</w:t>
            </w:r>
          </w:p>
        </w:tc>
      </w:tr>
      <w:tr>
        <w:tc>
          <w:tcPr>
            <w:tcW w:type="dxa" w:w="2880"/>
          </w:tcPr>
          <w:p>
            <w:r>
              <w:t>DATA-SOFTWARE-SYSTEMS-MANAGEMENT</w:t>
            </w:r>
          </w:p>
        </w:tc>
        <w:tc>
          <w:tcPr>
            <w:tcW w:type="dxa" w:w="2880"/>
          </w:tcPr>
          <w:p>
            <w:r>
              <w:t>18</w:t>
            </w:r>
          </w:p>
        </w:tc>
        <w:tc>
          <w:tcPr>
            <w:tcW w:type="dxa" w:w="2880"/>
          </w:tcPr>
          <w:p>
            <w:r>
              <w:t>Evaluating data management and software systems used in apple production and processing.</w:t>
            </w:r>
          </w:p>
        </w:tc>
      </w:tr>
      <w:tr>
        <w:tc>
          <w:tcPr>
            <w:tcW w:type="dxa" w:w="2880"/>
          </w:tcPr>
          <w:p>
            <w:r>
              <w:t>BYPRODUCTS-REUSE-RECOVERY</w:t>
            </w:r>
          </w:p>
        </w:tc>
        <w:tc>
          <w:tcPr>
            <w:tcW w:type="dxa" w:w="2880"/>
          </w:tcPr>
          <w:p>
            <w:r>
              <w:t>15</w:t>
            </w:r>
          </w:p>
        </w:tc>
        <w:tc>
          <w:tcPr>
            <w:tcW w:type="dxa" w:w="2880"/>
          </w:tcPr>
          <w:p>
            <w:r>
              <w:t>Assessing the management and recovery of byproducts from apple processing.</w:t>
            </w:r>
          </w:p>
        </w:tc>
      </w:tr>
      <w:tr>
        <w:tc>
          <w:tcPr>
            <w:tcW w:type="dxa" w:w="2880"/>
          </w:tcPr>
          <w:p>
            <w:r>
              <w:t>TRANSPORTATION-LOGISTICS-SUPPLY-CHAIN</w:t>
            </w:r>
          </w:p>
        </w:tc>
        <w:tc>
          <w:tcPr>
            <w:tcW w:type="dxa" w:w="2880"/>
          </w:tcPr>
          <w:p>
            <w:r>
              <w:t>17</w:t>
            </w:r>
          </w:p>
        </w:tc>
        <w:tc>
          <w:tcPr>
            <w:tcW w:type="dxa" w:w="2880"/>
          </w:tcPr>
          <w:p>
            <w:r>
              <w:t>Exploring transportation and logistics strategies for apple distribution.</w:t>
            </w:r>
          </w:p>
        </w:tc>
      </w:tr>
      <w:tr>
        <w:tc>
          <w:tcPr>
            <w:tcW w:type="dxa" w:w="2880"/>
          </w:tcPr>
          <w:p>
            <w:r>
              <w:t>MARKETING-STRATEGIES-CONSUMER-ENGAGEMENT</w:t>
            </w:r>
          </w:p>
        </w:tc>
        <w:tc>
          <w:tcPr>
            <w:tcW w:type="dxa" w:w="2880"/>
          </w:tcPr>
          <w:p>
            <w:r>
              <w:t>13</w:t>
            </w:r>
          </w:p>
        </w:tc>
        <w:tc>
          <w:tcPr>
            <w:tcW w:type="dxa" w:w="2880"/>
          </w:tcPr>
          <w:p>
            <w:r>
              <w:t>Investigating marketing strategies and consumer engagement practices for apple products.</w:t>
            </w:r>
          </w:p>
        </w:tc>
      </w:tr>
      <w:tr>
        <w:tc>
          <w:tcPr>
            <w:tcW w:type="dxa" w:w="2880"/>
          </w:tcPr>
          <w:p>
            <w:r>
              <w:t>RESEARCH-DEVELOPMENT-INNOVATIONS</w:t>
            </w:r>
          </w:p>
        </w:tc>
        <w:tc>
          <w:tcPr>
            <w:tcW w:type="dxa" w:w="2880"/>
          </w:tcPr>
          <w:p>
            <w:r>
              <w:t>15</w:t>
            </w:r>
          </w:p>
        </w:tc>
        <w:tc>
          <w:tcPr>
            <w:tcW w:type="dxa" w:w="2880"/>
          </w:tcPr>
          <w:p>
            <w:r>
              <w:t>Exploring ongoing research and development efforts in apple cultivation and processing.</w:t>
            </w:r>
          </w:p>
        </w:tc>
      </w:tr>
      <w:tr>
        <w:tc>
          <w:tcPr>
            <w:tcW w:type="dxa" w:w="2880"/>
          </w:tcPr>
          <w:p>
            <w:r>
              <w:t>CROP-MANAGEMENT-TECHNOLOGIES</w:t>
            </w:r>
          </w:p>
        </w:tc>
        <w:tc>
          <w:tcPr>
            <w:tcW w:type="dxa" w:w="2880"/>
          </w:tcPr>
          <w:p>
            <w:r>
              <w:t>18</w:t>
            </w:r>
          </w:p>
        </w:tc>
        <w:tc>
          <w:tcPr>
            <w:tcW w:type="dxa" w:w="2880"/>
          </w:tcPr>
          <w:p>
            <w:r>
              <w:t>Assessing technologies used in crop management for apple orchards.</w:t>
            </w:r>
          </w:p>
        </w:tc>
      </w:tr>
      <w:tr>
        <w:tc>
          <w:tcPr>
            <w:tcW w:type="dxa" w:w="2880"/>
          </w:tcPr>
          <w:p>
            <w:r>
              <w:t>HUMAN-RESOURCES-TRAINING-AND-DEVELOPMENT</w:t>
            </w:r>
          </w:p>
        </w:tc>
        <w:tc>
          <w:tcPr>
            <w:tcW w:type="dxa" w:w="2880"/>
          </w:tcPr>
          <w:p>
            <w:r>
              <w:t>13</w:t>
            </w:r>
          </w:p>
        </w:tc>
        <w:tc>
          <w:tcPr>
            <w:tcW w:type="dxa" w:w="2880"/>
          </w:tcPr>
          <w:p>
            <w:r>
              <w:t>Evaluating training and development programs for workers in the apple industry.</w:t>
            </w:r>
          </w:p>
        </w:tc>
      </w:tr>
      <w:tr>
        <w:tc>
          <w:tcPr>
            <w:tcW w:type="dxa" w:w="2880"/>
          </w:tcPr>
          <w:p>
            <w:r>
              <w:t>INTEGRATED-PEST-MANAGEMENT-STRATEGIES</w:t>
            </w:r>
          </w:p>
        </w:tc>
        <w:tc>
          <w:tcPr>
            <w:tcW w:type="dxa" w:w="2880"/>
          </w:tcPr>
          <w:p>
            <w:r>
              <w:t>15</w:t>
            </w:r>
          </w:p>
        </w:tc>
        <w:tc>
          <w:tcPr>
            <w:tcW w:type="dxa" w:w="2880"/>
          </w:tcPr>
          <w:p>
            <w:r>
              <w:t>Investigating integrated pest management strategies specific to apple cultivation.</w:t>
            </w:r>
          </w:p>
        </w:tc>
      </w:tr>
      <w:tr>
        <w:tc>
          <w:tcPr>
            <w:tcW w:type="dxa" w:w="2880"/>
          </w:tcPr>
          <w:p>
            <w:r>
              <w:t>IRRIGATION-MANAGEMENT-TECHNOLOGIES</w:t>
            </w:r>
          </w:p>
        </w:tc>
        <w:tc>
          <w:tcPr>
            <w:tcW w:type="dxa" w:w="2880"/>
          </w:tcPr>
          <w:p>
            <w:r>
              <w:t>13</w:t>
            </w:r>
          </w:p>
        </w:tc>
        <w:tc>
          <w:tcPr>
            <w:tcW w:type="dxa" w:w="2880"/>
          </w:tcPr>
          <w:p>
            <w:r>
              <w:t>Exploring irrigation management technologies and practices for apple orchards.</w:t>
            </w:r>
          </w:p>
        </w:tc>
      </w:tr>
    </w:tbl>
    <w:p>
      <w:r>
        <w:t>Total questions in this pack: 477 (target: 478).</w:t>
      </w:r>
    </w:p>
    <w:p>
      <w:r>
        <w:br w:type="page"/>
      </w:r>
    </w:p>
    <w:p>
      <w:pPr>
        <w:pStyle w:val="Heading1"/>
      </w:pPr>
      <w:r>
        <w:t>Interview Questions by Module</w:t>
      </w:r>
    </w:p>
    <w:p>
      <w:pPr>
        <w:pStyle w:val="Heading2"/>
      </w:pPr>
      <w:r>
        <w:t>INTAKE (21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1070-0001</w:t>
            </w:r>
          </w:p>
        </w:tc>
        <w:tc>
          <w:tcPr>
            <w:tcW w:type="dxa" w:w="2160"/>
          </w:tcPr>
          <w:p>
            <w:r>
              <w:t>Entity Structure</w:t>
            </w:r>
          </w:p>
        </w:tc>
        <w:tc>
          <w:tcPr>
            <w:tcW w:type="dxa" w:w="2160"/>
          </w:tcPr>
          <w:p>
            <w:r>
              <w:t>What is the legal structure of your apple growing business (e.g., sole proprietorship, partnership, corporation)?</w:t>
              <w:br/>
              <w:t>Answer type: Single select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1070-0002</w:t>
            </w:r>
          </w:p>
        </w:tc>
        <w:tc>
          <w:tcPr>
            <w:tcW w:type="dxa" w:w="2160"/>
          </w:tcPr>
          <w:p>
            <w:r>
              <w:t>Ownership</w:t>
            </w:r>
          </w:p>
        </w:tc>
        <w:tc>
          <w:tcPr>
            <w:tcW w:type="dxa" w:w="2160"/>
          </w:tcPr>
          <w:p>
            <w:r>
              <w:t>Who are the principal owners of the business, and what percentage of ownership does each hold?</w:t>
              <w:br/>
              <w:t>Answer type: Repeating table</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1070-0003</w:t>
            </w:r>
          </w:p>
        </w:tc>
        <w:tc>
          <w:tcPr>
            <w:tcW w:type="dxa" w:w="2160"/>
          </w:tcPr>
          <w:p>
            <w:r>
              <w:t>Locations</w:t>
            </w:r>
          </w:p>
        </w:tc>
        <w:tc>
          <w:tcPr>
            <w:tcW w:type="dxa" w:w="2160"/>
          </w:tcPr>
          <w:p>
            <w:r>
              <w:t>List all locations where your apple growing operations are conducted, including any leased or owned properties.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1070-0004</w:t>
            </w:r>
          </w:p>
        </w:tc>
        <w:tc>
          <w:tcPr>
            <w:tcW w:type="dxa" w:w="2160"/>
          </w:tcPr>
          <w:p>
            <w:r>
              <w:t>Products</w:t>
            </w:r>
          </w:p>
        </w:tc>
        <w:tc>
          <w:tcPr>
            <w:tcW w:type="dxa" w:w="2160"/>
          </w:tcPr>
          <w:p>
            <w:r>
              <w:t>What specific varieties of apples do you grow, and how do they differ in terms of cultivation techniques?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1070-0005</w:t>
            </w:r>
          </w:p>
        </w:tc>
        <w:tc>
          <w:tcPr>
            <w:tcW w:type="dxa" w:w="2160"/>
          </w:tcPr>
          <w:p>
            <w:r>
              <w:t>Revenue</w:t>
            </w:r>
          </w:p>
        </w:tc>
        <w:tc>
          <w:tcPr>
            <w:tcW w:type="dxa" w:w="2160"/>
          </w:tcPr>
          <w:p>
            <w:r>
              <w:t>What was the total revenue generated from apple sales in the tax year 2025?</w:t>
              <w:br/>
              <w:t>Answer type: Currency</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1070-0006</w:t>
            </w:r>
          </w:p>
        </w:tc>
        <w:tc>
          <w:tcPr>
            <w:tcW w:type="dxa" w:w="2160"/>
          </w:tcPr>
          <w:p>
            <w:r>
              <w:t>Personnel</w:t>
            </w:r>
          </w:p>
        </w:tc>
        <w:tc>
          <w:tcPr>
            <w:tcW w:type="dxa" w:w="2160"/>
          </w:tcPr>
          <w:p>
            <w:r>
              <w:t>How many full-time and part-time employees are involved in the apple growing operations?</w:t>
              <w:br/>
              <w:t>Answer type: Integer + details</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1070-0007</w:t>
            </w:r>
          </w:p>
        </w:tc>
        <w:tc>
          <w:tcPr>
            <w:tcW w:type="dxa" w:w="2160"/>
          </w:tcPr>
          <w:p>
            <w:r>
              <w:t>Records</w:t>
            </w:r>
          </w:p>
        </w:tc>
        <w:tc>
          <w:tcPr>
            <w:tcW w:type="dxa" w:w="2160"/>
          </w:tcPr>
          <w:p>
            <w:r>
              <w:t>What types of records do you maintain related to your apple growing operations (e.g., planting dates, harvest yields, pest management)?</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1070-0008</w:t>
            </w:r>
          </w:p>
        </w:tc>
        <w:tc>
          <w:tcPr>
            <w:tcW w:type="dxa" w:w="2160"/>
          </w:tcPr>
          <w:p>
            <w:r>
              <w:t>Lead Facts</w:t>
            </w:r>
          </w:p>
        </w:tc>
        <w:tc>
          <w:tcPr>
            <w:tcW w:type="dxa" w:w="2160"/>
          </w:tcPr>
          <w:p>
            <w:r>
              <w:t>What are the primary challenges you face in apple cultivation that require experimentation or innovative solutions?</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1070-0009</w:t>
            </w:r>
          </w:p>
        </w:tc>
        <w:tc>
          <w:tcPr>
            <w:tcW w:type="dxa" w:w="2160"/>
          </w:tcPr>
          <w:p>
            <w:r>
              <w:t>Entity Structure</w:t>
            </w:r>
          </w:p>
        </w:tc>
        <w:tc>
          <w:tcPr>
            <w:tcW w:type="dxa" w:w="2160"/>
          </w:tcPr>
          <w:p>
            <w:r>
              <w:t>Is your business registered under any specific agricultural programs or certifications (e.g., organic, sustainable farming)?</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1070-0010</w:t>
            </w:r>
          </w:p>
        </w:tc>
        <w:tc>
          <w:tcPr>
            <w:tcW w:type="dxa" w:w="2160"/>
          </w:tcPr>
          <w:p>
            <w:r>
              <w:t>Products</w:t>
            </w:r>
          </w:p>
        </w:tc>
        <w:tc>
          <w:tcPr>
            <w:tcW w:type="dxa" w:w="2160"/>
          </w:tcPr>
          <w:p>
            <w:r>
              <w:t>Have you developed any new apple varieties or cultivation techniques in the past year? If so, please describe them.</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1070-0011</w:t>
            </w:r>
          </w:p>
        </w:tc>
        <w:tc>
          <w:tcPr>
            <w:tcW w:type="dxa" w:w="2160"/>
          </w:tcPr>
          <w:p>
            <w:r>
              <w:t>Operational Processes</w:t>
            </w:r>
          </w:p>
        </w:tc>
        <w:tc>
          <w:tcPr>
            <w:tcW w:type="dxa" w:w="2160"/>
          </w:tcPr>
          <w:p>
            <w:r>
              <w:t>What specific criteria do you use to evaluate the quality of apple seedlings before intake?</w:t>
              <w:br/>
              <w:t>Answer type: text</w:t>
              <w:br/>
              <w:t>Trigger: None</w:t>
              <w:br/>
              <w:t>Required: Yes</w:t>
              <w:br/>
              <w:t>Risk: Medium</w:t>
            </w:r>
          </w:p>
        </w:tc>
        <w:tc>
          <w:tcPr>
            <w:tcW w:type="dxa" w:w="2160"/>
          </w:tcPr>
          <w:p>
            <w:r>
              <w:t>Primary authority: California FTB</w:t>
              <w:br/>
              <w:t>Response: ___________________________</w:t>
              <w:br/>
              <w:t>Evidence: ___________________________</w:t>
              <w:br/>
              <w:t>Reviewer conclusion: ___________________________</w:t>
            </w:r>
          </w:p>
        </w:tc>
      </w:tr>
      <w:tr>
        <w:tc>
          <w:tcPr>
            <w:tcW w:type="dxa" w:w="2160"/>
          </w:tcPr>
          <w:p>
            <w:r>
              <w:t>1070-0012</w:t>
            </w:r>
          </w:p>
        </w:tc>
        <w:tc>
          <w:tcPr>
            <w:tcW w:type="dxa" w:w="2160"/>
          </w:tcPr>
          <w:p>
            <w:r>
              <w:t>Documentation</w:t>
            </w:r>
          </w:p>
        </w:tc>
        <w:tc>
          <w:tcPr>
            <w:tcW w:type="dxa" w:w="2160"/>
          </w:tcPr>
          <w:p>
            <w:r>
              <w:t>Can you provide records of the sourcing and procurement of your apple seedlings for the past three years?</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1070-0013</w:t>
            </w:r>
          </w:p>
        </w:tc>
        <w:tc>
          <w:tcPr>
            <w:tcW w:type="dxa" w:w="2160"/>
          </w:tcPr>
          <w:p>
            <w:r>
              <w:t>Regulatory Compliance</w:t>
            </w:r>
          </w:p>
        </w:tc>
        <w:tc>
          <w:tcPr>
            <w:tcW w:type="dxa" w:w="2160"/>
          </w:tcPr>
          <w:p>
            <w:r>
              <w:t>What certifications or compliance standards do your apple seedlings meet upon intake?</w:t>
              <w:br/>
              <w:t>Answer type: text</w:t>
              <w:br/>
              <w:t>Trigger: None</w:t>
              <w:br/>
              <w:t>Required: Yes</w:t>
              <w:br/>
              <w:t>Risk: Low</w:t>
            </w:r>
          </w:p>
        </w:tc>
        <w:tc>
          <w:tcPr>
            <w:tcW w:type="dxa" w:w="2160"/>
          </w:tcPr>
          <w:p>
            <w:r>
              <w:t>Primary authority: USDA</w:t>
              <w:br/>
              <w:t>Response: ___________________________</w:t>
              <w:br/>
              <w:t>Evidence: ___________________________</w:t>
              <w:br/>
              <w:t>Reviewer conclusion: ___________________________</w:t>
            </w:r>
          </w:p>
        </w:tc>
      </w:tr>
      <w:tr>
        <w:tc>
          <w:tcPr>
            <w:tcW w:type="dxa" w:w="2160"/>
          </w:tcPr>
          <w:p>
            <w:r>
              <w:t>1070-0014</w:t>
            </w:r>
          </w:p>
        </w:tc>
        <w:tc>
          <w:tcPr>
            <w:tcW w:type="dxa" w:w="2160"/>
          </w:tcPr>
          <w:p>
            <w:r>
              <w:t>Operational Processes</w:t>
            </w:r>
          </w:p>
        </w:tc>
        <w:tc>
          <w:tcPr>
            <w:tcW w:type="dxa" w:w="2160"/>
          </w:tcPr>
          <w:p>
            <w:r>
              <w:t>How do you document the intake process for your apple harvest, including any quality checks?</w:t>
              <w:br/>
              <w:t>Answer type: text</w:t>
              <w:br/>
              <w:t>Trigger: None</w:t>
              <w:br/>
              <w:t>Required: Yes</w:t>
              <w:br/>
              <w:t>Risk: Medium</w:t>
            </w:r>
          </w:p>
        </w:tc>
        <w:tc>
          <w:tcPr>
            <w:tcW w:type="dxa" w:w="2160"/>
          </w:tcPr>
          <w:p>
            <w:r>
              <w:t>Primary authority: California FTB</w:t>
              <w:br/>
              <w:t>Response: ___________________________</w:t>
              <w:br/>
              <w:t>Evidence: ___________________________</w:t>
              <w:br/>
              <w:t>Reviewer conclusion: ___________________________</w:t>
            </w:r>
          </w:p>
        </w:tc>
      </w:tr>
      <w:tr>
        <w:tc>
          <w:tcPr>
            <w:tcW w:type="dxa" w:w="2160"/>
          </w:tcPr>
          <w:p>
            <w:r>
              <w:t>1070-0015</w:t>
            </w:r>
          </w:p>
        </w:tc>
        <w:tc>
          <w:tcPr>
            <w:tcW w:type="dxa" w:w="2160"/>
          </w:tcPr>
          <w:p>
            <w:r>
              <w:t>Traceability</w:t>
            </w:r>
          </w:p>
        </w:tc>
        <w:tc>
          <w:tcPr>
            <w:tcW w:type="dxa" w:w="2160"/>
          </w:tcPr>
          <w:p>
            <w:r>
              <w:t>What systems do you have in place to trace the origin of your apple seedlings?</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1070-0016</w:t>
            </w:r>
          </w:p>
        </w:tc>
        <w:tc>
          <w:tcPr>
            <w:tcW w:type="dxa" w:w="2160"/>
          </w:tcPr>
          <w:p>
            <w:r>
              <w:t>Inventory Management</w:t>
            </w:r>
          </w:p>
        </w:tc>
        <w:tc>
          <w:tcPr>
            <w:tcW w:type="dxa" w:w="2160"/>
          </w:tcPr>
          <w:p>
            <w:r>
              <w:t>How do you manage inventory levels for apple seedlings upon intake?</w:t>
              <w:br/>
              <w:t>Answer type: text</w:t>
              <w:br/>
              <w:t>Trigger: None</w:t>
              <w:br/>
              <w:t>Required: Yes</w:t>
              <w:br/>
              <w:t>Risk: Medium</w:t>
            </w:r>
          </w:p>
        </w:tc>
        <w:tc>
          <w:tcPr>
            <w:tcW w:type="dxa" w:w="2160"/>
          </w:tcPr>
          <w:p>
            <w:r>
              <w:t>Primary authority: USDA</w:t>
              <w:br/>
              <w:t>Response: ___________________________</w:t>
              <w:br/>
              <w:t>Evidence: ___________________________</w:t>
              <w:br/>
              <w:t>Reviewer conclusion: ___________________________</w:t>
            </w:r>
          </w:p>
        </w:tc>
      </w:tr>
      <w:tr>
        <w:tc>
          <w:tcPr>
            <w:tcW w:type="dxa" w:w="2160"/>
          </w:tcPr>
          <w:p>
            <w:r>
              <w:t>1070-0017</w:t>
            </w:r>
          </w:p>
        </w:tc>
        <w:tc>
          <w:tcPr>
            <w:tcW w:type="dxa" w:w="2160"/>
          </w:tcPr>
          <w:p>
            <w:r>
              <w:t>Operational Processes</w:t>
            </w:r>
          </w:p>
        </w:tc>
        <w:tc>
          <w:tcPr>
            <w:tcW w:type="dxa" w:w="2160"/>
          </w:tcPr>
          <w:p>
            <w:r>
              <w:t>What training do your staff receive regarding the intake of apple seedlings?</w:t>
              <w:br/>
              <w:t>Answer type: text</w:t>
              <w:br/>
              <w:t>Trigger: None</w:t>
              <w:br/>
              <w:t>Required: Yes</w:t>
              <w:br/>
              <w:t>Risk: Low</w:t>
            </w:r>
          </w:p>
        </w:tc>
        <w:tc>
          <w:tcPr>
            <w:tcW w:type="dxa" w:w="2160"/>
          </w:tcPr>
          <w:p>
            <w:r>
              <w:t>Primary authority: California FTB</w:t>
              <w:br/>
              <w:t>Response: ___________________________</w:t>
              <w:br/>
              <w:t>Evidence: ___________________________</w:t>
              <w:br/>
              <w:t>Reviewer conclusion: ___________________________</w:t>
            </w:r>
          </w:p>
        </w:tc>
      </w:tr>
      <w:tr>
        <w:tc>
          <w:tcPr>
            <w:tcW w:type="dxa" w:w="2160"/>
          </w:tcPr>
          <w:p>
            <w:r>
              <w:t>1070-0018</w:t>
            </w:r>
          </w:p>
        </w:tc>
        <w:tc>
          <w:tcPr>
            <w:tcW w:type="dxa" w:w="2160"/>
          </w:tcPr>
          <w:p>
            <w:r>
              <w:t>Quality Assurance</w:t>
            </w:r>
          </w:p>
        </w:tc>
        <w:tc>
          <w:tcPr>
            <w:tcW w:type="dxa" w:w="2160"/>
          </w:tcPr>
          <w:p>
            <w:r>
              <w:t>What procedures do you follow to ensure that the apple seedlings meet your quality standards upon intake?</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1070-0019</w:t>
            </w:r>
          </w:p>
        </w:tc>
        <w:tc>
          <w:tcPr>
            <w:tcW w:type="dxa" w:w="2160"/>
          </w:tcPr>
          <w:p>
            <w:r>
              <w:t>Risk Management</w:t>
            </w:r>
          </w:p>
        </w:tc>
        <w:tc>
          <w:tcPr>
            <w:tcW w:type="dxa" w:w="2160"/>
          </w:tcPr>
          <w:p>
            <w:r>
              <w:t>What risks are associated with the intake of apple seedlings, and how do you mitigate them?</w:t>
              <w:br/>
              <w:t>Answer type: text</w:t>
              <w:br/>
              <w:t>Trigger: None</w:t>
              <w:br/>
              <w:t>Required: Yes</w:t>
              <w:br/>
              <w:t>Risk: High</w:t>
            </w:r>
          </w:p>
        </w:tc>
        <w:tc>
          <w:tcPr>
            <w:tcW w:type="dxa" w:w="2160"/>
          </w:tcPr>
          <w:p>
            <w:r>
              <w:t>Primary authority: USDA</w:t>
              <w:br/>
              <w:t>Response: ___________________________</w:t>
              <w:br/>
              <w:t>Evidence: ___________________________</w:t>
              <w:br/>
              <w:t>Reviewer conclusion: ___________________________</w:t>
            </w:r>
          </w:p>
        </w:tc>
      </w:tr>
      <w:tr>
        <w:tc>
          <w:tcPr>
            <w:tcW w:type="dxa" w:w="2160"/>
          </w:tcPr>
          <w:p>
            <w:r>
              <w:t>1070-0020</w:t>
            </w:r>
          </w:p>
        </w:tc>
        <w:tc>
          <w:tcPr>
            <w:tcW w:type="dxa" w:w="2160"/>
          </w:tcPr>
          <w:p>
            <w:r>
              <w:t>Documentation</w:t>
            </w:r>
          </w:p>
        </w:tc>
        <w:tc>
          <w:tcPr>
            <w:tcW w:type="dxa" w:w="2160"/>
          </w:tcPr>
          <w:p>
            <w:r>
              <w:t>How do you maintain records of the intake process for compliance audits?</w:t>
              <w:br/>
              <w:t>Answer type: text</w:t>
              <w:br/>
              <w:t>Trigger: None</w:t>
              <w:br/>
              <w:t>Required: Yes</w:t>
              <w:br/>
              <w:t>Risk: Medium</w:t>
            </w:r>
          </w:p>
        </w:tc>
        <w:tc>
          <w:tcPr>
            <w:tcW w:type="dxa" w:w="2160"/>
          </w:tcPr>
          <w:p>
            <w:r>
              <w:t>Primary authority: California FTB</w:t>
              <w:br/>
              <w:t>Response: ___________________________</w:t>
              <w:br/>
              <w:t>Evidence: ___________________________</w:t>
              <w:br/>
              <w:t>Reviewer conclusion: ___________________________</w:t>
            </w:r>
          </w:p>
        </w:tc>
      </w:tr>
      <w:tr>
        <w:tc>
          <w:tcPr>
            <w:tcW w:type="dxa" w:w="2160"/>
          </w:tcPr>
          <w:p>
            <w:r>
              <w:t>1070-0021</w:t>
            </w:r>
          </w:p>
        </w:tc>
        <w:tc>
          <w:tcPr>
            <w:tcW w:type="dxa" w:w="2160"/>
          </w:tcPr>
          <w:p>
            <w:r>
              <w:t>Operational Processes</w:t>
            </w:r>
          </w:p>
        </w:tc>
        <w:tc>
          <w:tcPr>
            <w:tcW w:type="dxa" w:w="2160"/>
          </w:tcPr>
          <w:p>
            <w:r>
              <w:t>What role does technology play in your intake process for apple seedlings?</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FILING (14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1070-0022</w:t>
            </w:r>
          </w:p>
        </w:tc>
        <w:tc>
          <w:tcPr>
            <w:tcW w:type="dxa" w:w="2160"/>
          </w:tcPr>
          <w:p>
            <w:r>
              <w:t>Return Status</w:t>
            </w:r>
          </w:p>
        </w:tc>
        <w:tc>
          <w:tcPr>
            <w:tcW w:type="dxa" w:w="2160"/>
          </w:tcPr>
          <w:p>
            <w:r>
              <w:t>What is the current status of your R&amp;D tax credit return for the 2025 tax year?</w:t>
              <w:br/>
              <w:t>Answer type: Single select</w:t>
              <w:br/>
              <w:t>Trigger: Always</w:t>
              <w:br/>
              <w:t>Required: Yes</w:t>
              <w:br/>
              <w:t>Risk: Medium</w:t>
            </w:r>
          </w:p>
        </w:tc>
        <w:tc>
          <w:tcPr>
            <w:tcW w:type="dxa" w:w="2160"/>
          </w:tcPr>
          <w:p>
            <w:r>
              <w:t>Primary authority: Form 6765 Part I</w:t>
              <w:br/>
              <w:t>Response: ___________________________</w:t>
              <w:br/>
              <w:t>Evidence: ___________________________</w:t>
              <w:br/>
              <w:t>Reviewer conclusion: ___________________________</w:t>
            </w:r>
          </w:p>
        </w:tc>
      </w:tr>
      <w:tr>
        <w:tc>
          <w:tcPr>
            <w:tcW w:type="dxa" w:w="2160"/>
          </w:tcPr>
          <w:p>
            <w:r>
              <w:t>1070-0023</w:t>
            </w:r>
          </w:p>
        </w:tc>
        <w:tc>
          <w:tcPr>
            <w:tcW w:type="dxa" w:w="2160"/>
          </w:tcPr>
          <w:p>
            <w:r>
              <w:t>Prior Credits</w:t>
            </w:r>
          </w:p>
        </w:tc>
        <w:tc>
          <w:tcPr>
            <w:tcW w:type="dxa" w:w="2160"/>
          </w:tcPr>
          <w:p>
            <w:r>
              <w:t>Have you claimed R&amp;D tax credits in any prior tax years? If yes, please specify the years and amounts claimed.</w:t>
              <w:br/>
              <w:t>Answer type: Long text</w:t>
              <w:br/>
              <w:t>Trigger: Always</w:t>
              <w:br/>
              <w:t>Required: Yes</w:t>
              <w:br/>
              <w:t>Risk: Medium</w:t>
            </w:r>
          </w:p>
        </w:tc>
        <w:tc>
          <w:tcPr>
            <w:tcW w:type="dxa" w:w="2160"/>
          </w:tcPr>
          <w:p>
            <w:r>
              <w:t>Primary authority: IRC Section 41(a)</w:t>
              <w:br/>
              <w:t>Response: ___________________________</w:t>
              <w:br/>
              <w:t>Evidence: ___________________________</w:t>
              <w:br/>
              <w:t>Reviewer conclusion: ___________________________</w:t>
            </w:r>
          </w:p>
        </w:tc>
      </w:tr>
      <w:tr>
        <w:tc>
          <w:tcPr>
            <w:tcW w:type="dxa" w:w="2160"/>
          </w:tcPr>
          <w:p>
            <w:r>
              <w:t>1070-0024</w:t>
            </w:r>
          </w:p>
        </w:tc>
        <w:tc>
          <w:tcPr>
            <w:tcW w:type="dxa" w:w="2160"/>
          </w:tcPr>
          <w:p>
            <w:r>
              <w:t>Aggregation</w:t>
            </w:r>
          </w:p>
        </w:tc>
        <w:tc>
          <w:tcPr>
            <w:tcW w:type="dxa" w:w="2160"/>
          </w:tcPr>
          <w:p>
            <w:r>
              <w:t>Are you aggregating R&amp;D activities across multiple entities or divisions for the 2025 tax year? If so, please list the entities involved.</w:t>
              <w:br/>
              <w:t>Answer type: Long text</w:t>
              <w:br/>
              <w:t>Trigger: Always</w:t>
              <w:br/>
              <w:t>Required: Yes</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1070-0025</w:t>
            </w:r>
          </w:p>
        </w:tc>
        <w:tc>
          <w:tcPr>
            <w:tcW w:type="dxa" w:w="2160"/>
          </w:tcPr>
          <w:p>
            <w:r>
              <w:t>Elections</w:t>
            </w:r>
          </w:p>
        </w:tc>
        <w:tc>
          <w:tcPr>
            <w:tcW w:type="dxa" w:w="2160"/>
          </w:tcPr>
          <w:p>
            <w:r>
              <w:t>Have you made any elections regarding the treatment of R&amp;D expenditures for the 2025 tax year? If yes, please describe them.</w:t>
              <w:br/>
              <w:t>Answer type: Long text</w:t>
              <w:br/>
              <w:t>Trigger: Always</w:t>
              <w:br/>
              <w:t>Required: Yes</w:t>
              <w:br/>
              <w:t>Risk: Medium</w:t>
            </w:r>
          </w:p>
        </w:tc>
        <w:tc>
          <w:tcPr>
            <w:tcW w:type="dxa" w:w="2160"/>
          </w:tcPr>
          <w:p>
            <w:r>
              <w:t>Primary authority: IRC Section 41(h)</w:t>
              <w:br/>
              <w:t>Response: ___________________________</w:t>
              <w:br/>
              <w:t>Evidence: ___________________________</w:t>
              <w:br/>
              <w:t>Reviewer conclusion: ___________________________</w:t>
            </w:r>
          </w:p>
        </w:tc>
      </w:tr>
      <w:tr>
        <w:tc>
          <w:tcPr>
            <w:tcW w:type="dxa" w:w="2160"/>
          </w:tcPr>
          <w:p>
            <w:r>
              <w:t>1070-0026</w:t>
            </w:r>
          </w:p>
        </w:tc>
        <w:tc>
          <w:tcPr>
            <w:tcW w:type="dxa" w:w="2160"/>
          </w:tcPr>
          <w:p>
            <w:r>
              <w:t>Amended Returns</w:t>
            </w:r>
          </w:p>
        </w:tc>
        <w:tc>
          <w:tcPr>
            <w:tcW w:type="dxa" w:w="2160"/>
          </w:tcPr>
          <w:p>
            <w:r>
              <w:t>Have you filed any amended returns for prior years to claim additional R&amp;D credits? If yes, please provide details.</w:t>
              <w:br/>
              <w:t>Answer type: Long text</w:t>
              <w:br/>
              <w:t>Trigger: Always</w:t>
              <w:br/>
              <w:t>Required: Yes</w:t>
              <w:br/>
              <w:t>Risk: Medium</w:t>
            </w:r>
          </w:p>
        </w:tc>
        <w:tc>
          <w:tcPr>
            <w:tcW w:type="dxa" w:w="2160"/>
          </w:tcPr>
          <w:p>
            <w:r>
              <w:t>Primary authority: Form 6765 Part III</w:t>
              <w:br/>
              <w:t>Response: ___________________________</w:t>
              <w:br/>
              <w:t>Evidence: ___________________________</w:t>
              <w:br/>
              <w:t>Reviewer conclusion: ___________________________</w:t>
            </w:r>
          </w:p>
        </w:tc>
      </w:tr>
      <w:tr>
        <w:tc>
          <w:tcPr>
            <w:tcW w:type="dxa" w:w="2160"/>
          </w:tcPr>
          <w:p>
            <w:r>
              <w:t>1070-0027</w:t>
            </w:r>
          </w:p>
        </w:tc>
        <w:tc>
          <w:tcPr>
            <w:tcW w:type="dxa" w:w="2160"/>
          </w:tcPr>
          <w:p>
            <w:r>
              <w:t>Section 174</w:t>
            </w:r>
          </w:p>
        </w:tc>
        <w:tc>
          <w:tcPr>
            <w:tcW w:type="dxa" w:w="2160"/>
          </w:tcPr>
          <w:p>
            <w:r>
              <w:t>Have you incurred any R&amp;D expenditures that are subject to the capitalization rules under Section 174 for the 2025 tax year?</w:t>
              <w:br/>
              <w:t>Answer type: Yes-No + details</w:t>
              <w:br/>
              <w:t>Trigger: Always</w:t>
              <w:br/>
              <w:t>Required: Yes</w:t>
              <w:br/>
              <w:t>Risk: High</w:t>
            </w:r>
          </w:p>
        </w:tc>
        <w:tc>
          <w:tcPr>
            <w:tcW w:type="dxa" w:w="2160"/>
          </w:tcPr>
          <w:p>
            <w:r>
              <w:t>Primary authority: IRC Section 174</w:t>
              <w:br/>
              <w:t>Response: ___________________________</w:t>
              <w:br/>
              <w:t>Evidence: ___________________________</w:t>
              <w:br/>
              <w:t>Reviewer conclusion: ___________________________</w:t>
            </w:r>
          </w:p>
        </w:tc>
      </w:tr>
      <w:tr>
        <w:tc>
          <w:tcPr>
            <w:tcW w:type="dxa" w:w="2160"/>
          </w:tcPr>
          <w:p>
            <w:r>
              <w:t>1070-0028</w:t>
            </w:r>
          </w:p>
        </w:tc>
        <w:tc>
          <w:tcPr>
            <w:tcW w:type="dxa" w:w="2160"/>
          </w:tcPr>
          <w:p>
            <w:r>
              <w:t>Return Status</w:t>
            </w:r>
          </w:p>
        </w:tc>
        <w:tc>
          <w:tcPr>
            <w:tcW w:type="dxa" w:w="2160"/>
          </w:tcPr>
          <w:p>
            <w:r>
              <w:t>What is the expected date of submission for your R&amp;D tax credit return for the 2025 tax year?</w:t>
              <w:br/>
              <w:t>Answer type: Date range</w:t>
              <w:br/>
              <w:t>Trigger: Always</w:t>
              <w:br/>
              <w:t>Required: Yes</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1070-0029</w:t>
            </w:r>
          </w:p>
        </w:tc>
        <w:tc>
          <w:tcPr>
            <w:tcW w:type="dxa" w:w="2160"/>
          </w:tcPr>
          <w:p>
            <w:r>
              <w:t>Prior Credits</w:t>
            </w:r>
          </w:p>
        </w:tc>
        <w:tc>
          <w:tcPr>
            <w:tcW w:type="dxa" w:w="2160"/>
          </w:tcPr>
          <w:p>
            <w:r>
              <w:t>What methodologies did you use to calculate R&amp;D credits in prior years? Please detail any changes from previous methodologies.</w:t>
              <w:br/>
              <w:t>Answer type: Long text + evidence</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1070-0030</w:t>
            </w:r>
          </w:p>
        </w:tc>
        <w:tc>
          <w:tcPr>
            <w:tcW w:type="dxa" w:w="2160"/>
          </w:tcPr>
          <w:p>
            <w:r>
              <w:t>Aggregation</w:t>
            </w:r>
          </w:p>
        </w:tc>
        <w:tc>
          <w:tcPr>
            <w:tcW w:type="dxa" w:w="2160"/>
          </w:tcPr>
          <w:p>
            <w:r>
              <w:t>What specific R&amp;D activities are being aggregated for the 2025 tax year? Please provide a detailed description.</w:t>
              <w:br/>
              <w:t>Answer type: Long text + evidence</w:t>
              <w:br/>
              <w:t>Trigger: Always</w:t>
              <w:br/>
              <w:t>Required: Yes</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1070-0031</w:t>
            </w:r>
          </w:p>
        </w:tc>
        <w:tc>
          <w:tcPr>
            <w:tcW w:type="dxa" w:w="2160"/>
          </w:tcPr>
          <w:p>
            <w:r>
              <w:t>Elections</w:t>
            </w:r>
          </w:p>
        </w:tc>
        <w:tc>
          <w:tcPr>
            <w:tcW w:type="dxa" w:w="2160"/>
          </w:tcPr>
          <w:p>
            <w:r>
              <w:t>Have you made any state-specific elections for R&amp;D credits under California law for the 2025 tax year? If so, please describe.</w:t>
              <w:br/>
              <w:t>Answer type: Long text</w:t>
              <w:br/>
              <w:t>Trigger: Always</w:t>
              <w:br/>
              <w:t>Required: Yes</w:t>
              <w:br/>
              <w:t>Risk: Medium</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1070-0032</w:t>
            </w:r>
          </w:p>
        </w:tc>
        <w:tc>
          <w:tcPr>
            <w:tcW w:type="dxa" w:w="2160"/>
          </w:tcPr>
          <w:p>
            <w:r>
              <w:t>Amended Returns</w:t>
            </w:r>
          </w:p>
        </w:tc>
        <w:tc>
          <w:tcPr>
            <w:tcW w:type="dxa" w:w="2160"/>
          </w:tcPr>
          <w:p>
            <w:r>
              <w:t>What specific changes prompted the filing of any amended returns for R&amp;D credits? Please provide details.</w:t>
              <w:br/>
              <w:t>Answer type: Long text</w:t>
              <w:br/>
              <w:t>Trigger: Always</w:t>
              <w:br/>
              <w:t>Required: Yes</w:t>
              <w:br/>
              <w:t>Risk: Medium</w:t>
            </w:r>
          </w:p>
        </w:tc>
        <w:tc>
          <w:tcPr>
            <w:tcW w:type="dxa" w:w="2160"/>
          </w:tcPr>
          <w:p>
            <w:r>
              <w:t>Primary authority: Form 6765 Part III</w:t>
              <w:br/>
              <w:t>Response: ___________________________</w:t>
              <w:br/>
              <w:t>Evidence: ___________________________</w:t>
              <w:br/>
              <w:t>Reviewer conclusion: ___________________________</w:t>
            </w:r>
          </w:p>
        </w:tc>
      </w:tr>
      <w:tr>
        <w:tc>
          <w:tcPr>
            <w:tcW w:type="dxa" w:w="2160"/>
          </w:tcPr>
          <w:p>
            <w:r>
              <w:t>1070-0033</w:t>
            </w:r>
          </w:p>
        </w:tc>
        <w:tc>
          <w:tcPr>
            <w:tcW w:type="dxa" w:w="2160"/>
          </w:tcPr>
          <w:p>
            <w:r>
              <w:t>Return Status</w:t>
            </w:r>
          </w:p>
        </w:tc>
        <w:tc>
          <w:tcPr>
            <w:tcW w:type="dxa" w:w="2160"/>
          </w:tcPr>
          <w:p>
            <w:r>
              <w:t>Have you received any inquiries or audits related to your R&amp;D tax credit claims from previous years? If yes, please provide details.</w:t>
              <w:br/>
              <w:t>Answer type: Yes-No + details</w:t>
              <w:br/>
              <w:t>Trigger: Always</w:t>
              <w:br/>
              <w:t>Required: Yes</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1070-0034</w:t>
            </w:r>
          </w:p>
        </w:tc>
        <w:tc>
          <w:tcPr>
            <w:tcW w:type="dxa" w:w="2160"/>
          </w:tcPr>
          <w:p>
            <w:r>
              <w:t>Section 174</w:t>
            </w:r>
          </w:p>
        </w:tc>
        <w:tc>
          <w:tcPr>
            <w:tcW w:type="dxa" w:w="2160"/>
          </w:tcPr>
          <w:p>
            <w:r>
              <w:t>What specific R&amp;D activities have you identified that qualify under the new Section 174 rules for the 2025 tax year?</w:t>
              <w:br/>
              <w:t>Answer type: Long text + evidence</w:t>
              <w:br/>
              <w:t>Trigger: Always</w:t>
              <w:br/>
              <w:t>Required: Yes</w:t>
              <w:br/>
              <w:t>Risk: High</w:t>
            </w:r>
          </w:p>
        </w:tc>
        <w:tc>
          <w:tcPr>
            <w:tcW w:type="dxa" w:w="2160"/>
          </w:tcPr>
          <w:p>
            <w:r>
              <w:t>Primary authority: IRC Section 174</w:t>
              <w:br/>
              <w:t>Response: ___________________________</w:t>
              <w:br/>
              <w:t>Evidence: ___________________________</w:t>
              <w:br/>
              <w:t>Reviewer conclusion: ___________________________</w:t>
            </w:r>
          </w:p>
        </w:tc>
      </w:tr>
      <w:tr>
        <w:tc>
          <w:tcPr>
            <w:tcW w:type="dxa" w:w="2160"/>
          </w:tcPr>
          <w:p>
            <w:r>
              <w:t>1070-0035</w:t>
            </w:r>
          </w:p>
        </w:tc>
        <w:tc>
          <w:tcPr>
            <w:tcW w:type="dxa" w:w="2160"/>
          </w:tcPr>
          <w:p>
            <w:r>
              <w:t>Tax Compliance</w:t>
            </w:r>
          </w:p>
        </w:tc>
        <w:tc>
          <w:tcPr>
            <w:tcW w:type="dxa" w:w="2160"/>
          </w:tcPr>
          <w:p>
            <w:r>
              <w:t>What documentation do you submit to support your R&amp;D tax credit claims related to apple cultivation?</w:t>
              <w:br/>
              <w:t>Answer type: text</w:t>
              <w:br/>
              <w:t>Trigger: None</w:t>
              <w:br/>
              <w:t>Required: Yes</w:t>
              <w:br/>
              <w:t>Risk: Medium</w:t>
            </w:r>
          </w:p>
        </w:tc>
        <w:tc>
          <w:tcPr>
            <w:tcW w:type="dxa" w:w="2160"/>
          </w:tcPr>
          <w:p>
            <w:r>
              <w:t>Primary authority: California FTB</w:t>
              <w:br/>
              <w:t>Response: ___________________________</w:t>
              <w:br/>
              <w:t>Evidence: ___________________________</w:t>
              <w:br/>
              <w:t>Reviewer conclusion: ___________________________</w:t>
            </w:r>
          </w:p>
        </w:tc>
      </w:tr>
    </w:tbl>
    <w:p/>
    <w:p>
      <w:pPr>
        <w:pStyle w:val="Heading2"/>
      </w:pPr>
      <w:r>
        <w:t>PROJECT (20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1070-0036</w:t>
            </w:r>
          </w:p>
        </w:tc>
        <w:tc>
          <w:tcPr>
            <w:tcW w:type="dxa" w:w="2160"/>
          </w:tcPr>
          <w:p>
            <w:r>
              <w:t>Project Inventory</w:t>
            </w:r>
          </w:p>
        </w:tc>
        <w:tc>
          <w:tcPr>
            <w:tcW w:type="dxa" w:w="2160"/>
          </w:tcPr>
          <w:p>
            <w:r>
              <w:t>What specific projects related to apple cultivation did you initiate in 2025, and what were their primary objectives?</w:t>
              <w:br/>
              <w:t>Answer type: Long text</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1070-0037</w:t>
            </w:r>
          </w:p>
        </w:tc>
        <w:tc>
          <w:tcPr>
            <w:tcW w:type="dxa" w:w="2160"/>
          </w:tcPr>
          <w:p>
            <w:r>
              <w:t>Uncertainty</w:t>
            </w:r>
          </w:p>
        </w:tc>
        <w:tc>
          <w:tcPr>
            <w:tcW w:type="dxa" w:w="2160"/>
          </w:tcPr>
          <w:p>
            <w:r>
              <w:t>Can you describe any technical uncertainties you faced during the development of new apple varieties in 2025?</w:t>
              <w:br/>
              <w:t>Answer type: Long text</w:t>
              <w:br/>
              <w:t>Trigger: Always</w:t>
              <w:br/>
              <w:t>Required: Yes</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1070-0038</w:t>
            </w:r>
          </w:p>
        </w:tc>
        <w:tc>
          <w:tcPr>
            <w:tcW w:type="dxa" w:w="2160"/>
          </w:tcPr>
          <w:p>
            <w:r>
              <w:t>Alternatives</w:t>
            </w:r>
          </w:p>
        </w:tc>
        <w:tc>
          <w:tcPr>
            <w:tcW w:type="dxa" w:w="2160"/>
          </w:tcPr>
          <w:p>
            <w:r>
              <w:t>What alternative methods or techniques did you consider for pest management in your apple orchards, and why were they not pursued?</w:t>
              <w:br/>
              <w:t>Answer type: Long text</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1070-0039</w:t>
            </w:r>
          </w:p>
        </w:tc>
        <w:tc>
          <w:tcPr>
            <w:tcW w:type="dxa" w:w="2160"/>
          </w:tcPr>
          <w:p>
            <w:r>
              <w:t>Experiments</w:t>
            </w:r>
          </w:p>
        </w:tc>
        <w:tc>
          <w:tcPr>
            <w:tcW w:type="dxa" w:w="2160"/>
          </w:tcPr>
          <w:p>
            <w:r>
              <w:t>What experiments did you conduct in 2025 to test the effectiveness of new fertilizers on apple yield? Please provide details on the experimental design.</w:t>
              <w:br/>
              <w:t>Answer type: Long text + evidence</w:t>
              <w:br/>
              <w:t>Trigger: Always</w:t>
              <w:br/>
              <w:t>Required: Yes</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1070-0040</w:t>
            </w:r>
          </w:p>
        </w:tc>
        <w:tc>
          <w:tcPr>
            <w:tcW w:type="dxa" w:w="2160"/>
          </w:tcPr>
          <w:p>
            <w:r>
              <w:t>Measurements</w:t>
            </w:r>
          </w:p>
        </w:tc>
        <w:tc>
          <w:tcPr>
            <w:tcW w:type="dxa" w:w="2160"/>
          </w:tcPr>
          <w:p>
            <w:r>
              <w:t>What specific metrics did you track to evaluate the success of your new irrigation techniques implemented in 2025?</w:t>
              <w:br/>
              <w:t>Answer type: Long text</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1070-0041</w:t>
            </w:r>
          </w:p>
        </w:tc>
        <w:tc>
          <w:tcPr>
            <w:tcW w:type="dxa" w:w="2160"/>
          </w:tcPr>
          <w:p>
            <w:r>
              <w:t>Costs</w:t>
            </w:r>
          </w:p>
        </w:tc>
        <w:tc>
          <w:tcPr>
            <w:tcW w:type="dxa" w:w="2160"/>
          </w:tcPr>
          <w:p>
            <w:r>
              <w:t>What were the total costs associated with the research and development of new apple varieties in 2025, including labor, materials, and overhead?</w:t>
              <w:br/>
              <w:t>Answer type: Currency</w:t>
              <w:br/>
              <w:t>Trigger: Always</w:t>
              <w:br/>
              <w:t>Required: Yes</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1070-0042</w:t>
            </w:r>
          </w:p>
        </w:tc>
        <w:tc>
          <w:tcPr>
            <w:tcW w:type="dxa" w:w="2160"/>
          </w:tcPr>
          <w:p>
            <w:r>
              <w:t>Evidence</w:t>
            </w:r>
          </w:p>
        </w:tc>
        <w:tc>
          <w:tcPr>
            <w:tcW w:type="dxa" w:w="2160"/>
          </w:tcPr>
          <w:p>
            <w:r>
              <w:t>What documentation do you maintain to support your R&amp;D activities related to apple cultivation in 2025?</w:t>
              <w:br/>
              <w:t>Answer type: Long text + evidence</w:t>
              <w:br/>
              <w:t>Trigger: Always</w:t>
              <w:br/>
              <w:t>Required: Yes</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1070-0043</w:t>
            </w:r>
          </w:p>
        </w:tc>
        <w:tc>
          <w:tcPr>
            <w:tcW w:type="dxa" w:w="2160"/>
          </w:tcPr>
          <w:p>
            <w:r>
              <w:t>Project Inventory</w:t>
            </w:r>
          </w:p>
        </w:tc>
        <w:tc>
          <w:tcPr>
            <w:tcW w:type="dxa" w:w="2160"/>
          </w:tcPr>
          <w:p>
            <w:r>
              <w:t>How many distinct R&amp;D projects related to apple growing were active in 2025?</w:t>
              <w:br/>
              <w:t>Answer type: Integer + details</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1070-0044</w:t>
            </w:r>
          </w:p>
        </w:tc>
        <w:tc>
          <w:tcPr>
            <w:tcW w:type="dxa" w:w="2160"/>
          </w:tcPr>
          <w:p>
            <w:r>
              <w:t>Uncertainty</w:t>
            </w:r>
          </w:p>
        </w:tc>
        <w:tc>
          <w:tcPr>
            <w:tcW w:type="dxa" w:w="2160"/>
          </w:tcPr>
          <w:p>
            <w:r>
              <w:t>What specific hypotheses were tested during your R&amp;D projects in 2025, and what were the outcomes?</w:t>
              <w:br/>
              <w:t>Answer type: Long text</w:t>
              <w:br/>
              <w:t>Trigger: Always</w:t>
              <w:br/>
              <w:t>Required: Yes</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1070-0045</w:t>
            </w:r>
          </w:p>
        </w:tc>
        <w:tc>
          <w:tcPr>
            <w:tcW w:type="dxa" w:w="2160"/>
          </w:tcPr>
          <w:p>
            <w:r>
              <w:t>Alternatives</w:t>
            </w:r>
          </w:p>
        </w:tc>
        <w:tc>
          <w:tcPr>
            <w:tcW w:type="dxa" w:w="2160"/>
          </w:tcPr>
          <w:p>
            <w:r>
              <w:t>What alternative apple varieties were evaluated in 2025, and what criteria were used to assess their viability?</w:t>
              <w:br/>
              <w:t>Answer type: Long text</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1070-0046</w:t>
            </w:r>
          </w:p>
        </w:tc>
        <w:tc>
          <w:tcPr>
            <w:tcW w:type="dxa" w:w="2160"/>
          </w:tcPr>
          <w:p>
            <w:r>
              <w:t>Experiments</w:t>
            </w:r>
          </w:p>
        </w:tc>
        <w:tc>
          <w:tcPr>
            <w:tcW w:type="dxa" w:w="2160"/>
          </w:tcPr>
          <w:p>
            <w:r>
              <w:t>Can you detail any trials conducted to assess the impact of climate variables on apple growth in 2025?</w:t>
              <w:br/>
              <w:t>Answer type: Long text + evidence</w:t>
              <w:br/>
              <w:t>Trigger: Always</w:t>
              <w:br/>
              <w:t>Required: Yes</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1070-0047</w:t>
            </w:r>
          </w:p>
        </w:tc>
        <w:tc>
          <w:tcPr>
            <w:tcW w:type="dxa" w:w="2160"/>
          </w:tcPr>
          <w:p>
            <w:r>
              <w:t>Measurements</w:t>
            </w:r>
          </w:p>
        </w:tc>
        <w:tc>
          <w:tcPr>
            <w:tcW w:type="dxa" w:w="2160"/>
          </w:tcPr>
          <w:p>
            <w:r>
              <w:t>What specific data collection methods were employed to measure the outcomes of your R&amp;D efforts in 2025?</w:t>
              <w:br/>
              <w:t>Answer type: Long text</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1070-0048</w:t>
            </w:r>
          </w:p>
        </w:tc>
        <w:tc>
          <w:tcPr>
            <w:tcW w:type="dxa" w:w="2160"/>
          </w:tcPr>
          <w:p>
            <w:r>
              <w:t>Costs</w:t>
            </w:r>
          </w:p>
        </w:tc>
        <w:tc>
          <w:tcPr>
            <w:tcW w:type="dxa" w:w="2160"/>
          </w:tcPr>
          <w:p>
            <w:r>
              <w:t>What percentage of your overall operational budget in 2025 was allocated to R&amp;D activities related to apple cultivation?</w:t>
              <w:br/>
              <w:t>Answer type: Percentage</w:t>
              <w:br/>
              <w:t>Trigger: Always</w:t>
              <w:br/>
              <w:t>Required: Yes</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1070-0049</w:t>
            </w:r>
          </w:p>
        </w:tc>
        <w:tc>
          <w:tcPr>
            <w:tcW w:type="dxa" w:w="2160"/>
          </w:tcPr>
          <w:p>
            <w:r>
              <w:t>Evidence</w:t>
            </w:r>
          </w:p>
        </w:tc>
        <w:tc>
          <w:tcPr>
            <w:tcW w:type="dxa" w:w="2160"/>
          </w:tcPr>
          <w:p>
            <w:r>
              <w:t>How do you ensure that the evidence collected for your R&amp;D projects is compliant with IRS requirements?</w:t>
              <w:br/>
              <w:t>Answer type: Long text + evidence</w:t>
              <w:br/>
              <w:t>Trigger: Always</w:t>
              <w:br/>
              <w:t>Required: Yes</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1070-0050</w:t>
            </w:r>
          </w:p>
        </w:tc>
        <w:tc>
          <w:tcPr>
            <w:tcW w:type="dxa" w:w="2160"/>
          </w:tcPr>
          <w:p>
            <w:r>
              <w:t>Project Inventory</w:t>
            </w:r>
          </w:p>
        </w:tc>
        <w:tc>
          <w:tcPr>
            <w:tcW w:type="dxa" w:w="2160"/>
          </w:tcPr>
          <w:p>
            <w:r>
              <w:t>What was the duration of each R&amp;D project related to apple cultivation in 2025?</w:t>
              <w:br/>
              <w:t>Answer type: Repeating table</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1070-0051</w:t>
            </w:r>
          </w:p>
        </w:tc>
        <w:tc>
          <w:tcPr>
            <w:tcW w:type="dxa" w:w="2160"/>
          </w:tcPr>
          <w:p>
            <w:r>
              <w:t>Uncertainty</w:t>
            </w:r>
          </w:p>
        </w:tc>
        <w:tc>
          <w:tcPr>
            <w:tcW w:type="dxa" w:w="2160"/>
          </w:tcPr>
          <w:p>
            <w:r>
              <w:t>What were the main challenges encountered in achieving the desired outcomes from your R&amp;D projects in 2025?</w:t>
              <w:br/>
              <w:t>Answer type: Long text</w:t>
              <w:br/>
              <w:t>Trigger: Always</w:t>
              <w:br/>
              <w:t>Required: Yes</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1070-0052</w:t>
            </w:r>
          </w:p>
        </w:tc>
        <w:tc>
          <w:tcPr>
            <w:tcW w:type="dxa" w:w="2160"/>
          </w:tcPr>
          <w:p>
            <w:r>
              <w:t>Alternatives</w:t>
            </w:r>
          </w:p>
        </w:tc>
        <w:tc>
          <w:tcPr>
            <w:tcW w:type="dxa" w:w="2160"/>
          </w:tcPr>
          <w:p>
            <w:r>
              <w:t>What alternative pest control strategies were considered in 2025, and what were the reasons for their rejection?</w:t>
              <w:br/>
              <w:t>Answer type: Long text</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1070-0053</w:t>
            </w:r>
          </w:p>
        </w:tc>
        <w:tc>
          <w:tcPr>
            <w:tcW w:type="dxa" w:w="2160"/>
          </w:tcPr>
          <w:p>
            <w:r>
              <w:t>Experiments</w:t>
            </w:r>
          </w:p>
        </w:tc>
        <w:tc>
          <w:tcPr>
            <w:tcW w:type="dxa" w:w="2160"/>
          </w:tcPr>
          <w:p>
            <w:r>
              <w:t>What specific experimental approaches were used to improve apple disease resistance in 2025?</w:t>
              <w:br/>
              <w:t>Answer type: Long text + evidence</w:t>
              <w:br/>
              <w:t>Trigger: Always</w:t>
              <w:br/>
              <w:t>Required: Yes</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1070-0054</w:t>
            </w:r>
          </w:p>
        </w:tc>
        <w:tc>
          <w:tcPr>
            <w:tcW w:type="dxa" w:w="2160"/>
          </w:tcPr>
          <w:p>
            <w:r>
              <w:t>Measurements</w:t>
            </w:r>
          </w:p>
        </w:tc>
        <w:tc>
          <w:tcPr>
            <w:tcW w:type="dxa" w:w="2160"/>
          </w:tcPr>
          <w:p>
            <w:r>
              <w:t>What tools or technologies were utilized to measure the effectiveness of your R&amp;D efforts in apple cultivation?</w:t>
              <w:br/>
              <w:t>Answer type: Long text</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1070-0055</w:t>
            </w:r>
          </w:p>
        </w:tc>
        <w:tc>
          <w:tcPr>
            <w:tcW w:type="dxa" w:w="2160"/>
          </w:tcPr>
          <w:p>
            <w:r>
              <w:t>Project Management</w:t>
            </w:r>
          </w:p>
        </w:tc>
        <w:tc>
          <w:tcPr>
            <w:tcW w:type="dxa" w:w="2160"/>
          </w:tcPr>
          <w:p>
            <w:r>
              <w:t>Can you describe a recent project aimed at improving apple yield and the methodologies used?</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FOUR-PART (5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1070-0056</w:t>
            </w:r>
          </w:p>
        </w:tc>
        <w:tc>
          <w:tcPr>
            <w:tcW w:type="dxa" w:w="2160"/>
          </w:tcPr>
          <w:p>
            <w:r>
              <w:t>Technological Nature</w:t>
            </w:r>
          </w:p>
        </w:tc>
        <w:tc>
          <w:tcPr>
            <w:tcW w:type="dxa" w:w="2160"/>
          </w:tcPr>
          <w:p>
            <w:r>
              <w:t>What specific technological challenges did you encounter while developing new apple varieties or improving existing ones during the tax year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1070-0057</w:t>
            </w:r>
          </w:p>
        </w:tc>
        <w:tc>
          <w:tcPr>
            <w:tcW w:type="dxa" w:w="2160"/>
          </w:tcPr>
          <w:p>
            <w:r>
              <w:t>Experimentation</w:t>
            </w:r>
          </w:p>
        </w:tc>
        <w:tc>
          <w:tcPr>
            <w:tcW w:type="dxa" w:w="2160"/>
          </w:tcPr>
          <w:p>
            <w:r>
              <w:t>Can you describe the systematic process you used to test different cultivation methods or pest management strategies in 2025? Please include details on the hypotheses you formulated and the outcomes measured.</w:t>
              <w:br/>
              <w:t>Answer type: Long text + evidence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1070-0058</w:t>
            </w:r>
          </w:p>
        </w:tc>
        <w:tc>
          <w:tcPr>
            <w:tcW w:type="dxa" w:w="2160"/>
          </w:tcPr>
          <w:p>
            <w:r>
              <w:t>Permitted Purpose</w:t>
            </w:r>
          </w:p>
        </w:tc>
        <w:tc>
          <w:tcPr>
            <w:tcW w:type="dxa" w:w="2160"/>
          </w:tcPr>
          <w:p>
            <w:r>
              <w:t>How did the research and development activities conducted in 2025 directly contribute to a new or improved apple product or process? Please specify the intended commercial application.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1070-0059</w:t>
            </w:r>
          </w:p>
        </w:tc>
        <w:tc>
          <w:tcPr>
            <w:tcW w:type="dxa" w:w="2160"/>
          </w:tcPr>
          <w:p>
            <w:r>
              <w:t>Business Component</w:t>
            </w:r>
          </w:p>
        </w:tc>
        <w:tc>
          <w:tcPr>
            <w:tcW w:type="dxa" w:w="2160"/>
          </w:tcPr>
          <w:p>
            <w:r>
              <w:t>Which specific business components (e.g., new apple varieties, improved irrigation systems) were involved in your R&amp;D efforts in 2025? Please list all components and their relevance to your overall business strategy.</w:t>
              <w:br/>
              <w:t>Answer type: Repeating table</w:t>
              <w:br/>
              <w:t>Trigger: Always</w:t>
              <w:br/>
              <w:t>Required: No</w:t>
              <w:br/>
              <w:t>Risk: Medium</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1070-0060</w:t>
            </w:r>
          </w:p>
        </w:tc>
        <w:tc>
          <w:tcPr>
            <w:tcW w:type="dxa" w:w="2160"/>
          </w:tcPr>
          <w:p>
            <w:r>
              <w:t>Uncertainty</w:t>
            </w:r>
          </w:p>
        </w:tc>
        <w:tc>
          <w:tcPr>
            <w:tcW w:type="dxa" w:w="2160"/>
          </w:tcPr>
          <w:p>
            <w:r>
              <w:t>What were the key uncertainties you faced regarding the outcomes of your R&amp;D projects in 2025, particularly concerning yield, quality, or resistance to disease?</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EXCLUSIONS (9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1070-0061</w:t>
            </w:r>
          </w:p>
        </w:tc>
        <w:tc>
          <w:tcPr>
            <w:tcW w:type="dxa" w:w="2160"/>
          </w:tcPr>
          <w:p>
            <w:r>
              <w:t>Commercial Production</w:t>
            </w:r>
          </w:p>
        </w:tc>
        <w:tc>
          <w:tcPr>
            <w:tcW w:type="dxa" w:w="2160"/>
          </w:tcPr>
          <w:p>
            <w:r>
              <w:t>During the 2025 tax year, did your apple growing activities include any processes that were primarily focused on producing a product for sale rather than developing new or improved techniques? Please specify the nature of these activities.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1070-0062</w:t>
            </w:r>
          </w:p>
        </w:tc>
        <w:tc>
          <w:tcPr>
            <w:tcW w:type="dxa" w:w="2160"/>
          </w:tcPr>
          <w:p>
            <w:r>
              <w:t>Adaptation</w:t>
            </w:r>
          </w:p>
        </w:tc>
        <w:tc>
          <w:tcPr>
            <w:tcW w:type="dxa" w:w="2160"/>
          </w:tcPr>
          <w:p>
            <w:r>
              <w:t>Can you detail any instances in 2025 where you adapted existing agricultural techniques or technologies specifically for your apple production, rather than developing new methods?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1070-0063</w:t>
            </w:r>
          </w:p>
        </w:tc>
        <w:tc>
          <w:tcPr>
            <w:tcW w:type="dxa" w:w="2160"/>
          </w:tcPr>
          <w:p>
            <w:r>
              <w:t>Duplication</w:t>
            </w:r>
          </w:p>
        </w:tc>
        <w:tc>
          <w:tcPr>
            <w:tcW w:type="dxa" w:w="2160"/>
          </w:tcPr>
          <w:p>
            <w:r>
              <w:t>In 2025, did you replicate any previously established apple growing methods without attempting to improve or innovate them? If so, please describe these methods.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1070-0064</w:t>
            </w:r>
          </w:p>
        </w:tc>
        <w:tc>
          <w:tcPr>
            <w:tcW w:type="dxa" w:w="2160"/>
          </w:tcPr>
          <w:p>
            <w:r>
              <w:t>Routine Testing</w:t>
            </w:r>
          </w:p>
        </w:tc>
        <w:tc>
          <w:tcPr>
            <w:tcW w:type="dxa" w:w="2160"/>
          </w:tcPr>
          <w:p>
            <w:r>
              <w:t>What routine testing procedures did you conduct in 2025 for your apple crops that did not involve any experimental design or hypothesis testing? Please provide details.</w:t>
              <w:br/>
              <w:t>Answer type: Long text</w:t>
              <w:br/>
              <w:t>Trigger: Always</w:t>
              <w:br/>
              <w:t>Required: No</w:t>
              <w:br/>
              <w:t>Risk: Low</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1070-0065</w:t>
            </w:r>
          </w:p>
        </w:tc>
        <w:tc>
          <w:tcPr>
            <w:tcW w:type="dxa" w:w="2160"/>
          </w:tcPr>
          <w:p>
            <w:r>
              <w:t>Foreign/Funded Research</w:t>
            </w:r>
          </w:p>
        </w:tc>
        <w:tc>
          <w:tcPr>
            <w:tcW w:type="dxa" w:w="2160"/>
          </w:tcPr>
          <w:p>
            <w:r>
              <w:t>Did you engage in any foreign-funded research activities related to apple growing in 2025? If yes, please provide details about the nature of this research.</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1070-0066</w:t>
            </w:r>
          </w:p>
        </w:tc>
        <w:tc>
          <w:tcPr>
            <w:tcW w:type="dxa" w:w="2160"/>
          </w:tcPr>
          <w:p>
            <w:r>
              <w:t>Unsupported Estimates</w:t>
            </w:r>
          </w:p>
        </w:tc>
        <w:tc>
          <w:tcPr>
            <w:tcW w:type="dxa" w:w="2160"/>
          </w:tcPr>
          <w:p>
            <w:r>
              <w:t>For the 2025 tax year, did you use any unsupported estimates in calculating costs related to R&amp;D for apple production? If so, please describe these estimates and the basis for them.</w:t>
              <w:br/>
              <w:t>Answer type: Yes-No + details</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1070-0067</w:t>
            </w:r>
          </w:p>
        </w:tc>
        <w:tc>
          <w:tcPr>
            <w:tcW w:type="dxa" w:w="2160"/>
          </w:tcPr>
          <w:p>
            <w:r>
              <w:t>Commercial Production</w:t>
            </w:r>
          </w:p>
        </w:tc>
        <w:tc>
          <w:tcPr>
            <w:tcW w:type="dxa" w:w="2160"/>
          </w:tcPr>
          <w:p>
            <w:r>
              <w:t>Did any of your apple production processes in 2025 involve the use of standard industry practices without any experimentation? Please list these practices.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1070-0068</w:t>
            </w:r>
          </w:p>
        </w:tc>
        <w:tc>
          <w:tcPr>
            <w:tcW w:type="dxa" w:w="2160"/>
          </w:tcPr>
          <w:p>
            <w:r>
              <w:t>Duplication</w:t>
            </w:r>
          </w:p>
        </w:tc>
        <w:tc>
          <w:tcPr>
            <w:tcW w:type="dxa" w:w="2160"/>
          </w:tcPr>
          <w:p>
            <w:r>
              <w:t>In 2025, did you duplicate any agricultural trials or experiments that had been previously conducted without modifying the approach? Please provide details.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1070-0069</w:t>
            </w:r>
          </w:p>
        </w:tc>
        <w:tc>
          <w:tcPr>
            <w:tcW w:type="dxa" w:w="2160"/>
          </w:tcPr>
          <w:p>
            <w:r>
              <w:t>Routine Testing</w:t>
            </w:r>
          </w:p>
        </w:tc>
        <w:tc>
          <w:tcPr>
            <w:tcW w:type="dxa" w:w="2160"/>
          </w:tcPr>
          <w:p>
            <w:r>
              <w:t>What types of routine quality control tests did you perform on your apple crops in 2025 that did not involve innovative techniques? Please specify the tests.</w:t>
              <w:br/>
              <w:t>Answer type: Long text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QRE-WAGES (10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1070-0070</w:t>
            </w:r>
          </w:p>
        </w:tc>
        <w:tc>
          <w:tcPr>
            <w:tcW w:type="dxa" w:w="2160"/>
          </w:tcPr>
          <w:p>
            <w:r>
              <w:t>Employee Roles</w:t>
            </w:r>
          </w:p>
        </w:tc>
        <w:tc>
          <w:tcPr>
            <w:tcW w:type="dxa" w:w="2160"/>
          </w:tcPr>
          <w:p>
            <w:r>
              <w:t>What specific roles did your employees play in the development of new apple varieties or cultivation techniques during the tax year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1070-0071</w:t>
            </w:r>
          </w:p>
        </w:tc>
        <w:tc>
          <w:tcPr>
            <w:tcW w:type="dxa" w:w="2160"/>
          </w:tcPr>
          <w:p>
            <w:r>
              <w:t>Wage Allocation</w:t>
            </w:r>
          </w:p>
        </w:tc>
        <w:tc>
          <w:tcPr>
            <w:tcW w:type="dxa" w:w="2160"/>
          </w:tcPr>
          <w:p>
            <w:r>
              <w:t>What percentage of each employee's wages was allocated to R&amp;D activities related to apple growing in 2025, and how was this percentage determined?</w:t>
              <w:br/>
              <w:t>Answer type: Percentage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1070-0072</w:t>
            </w:r>
          </w:p>
        </w:tc>
        <w:tc>
          <w:tcPr>
            <w:tcW w:type="dxa" w:w="2160"/>
          </w:tcPr>
          <w:p>
            <w:r>
              <w:t>Employee Training</w:t>
            </w:r>
          </w:p>
        </w:tc>
        <w:tc>
          <w:tcPr>
            <w:tcW w:type="dxa" w:w="2160"/>
          </w:tcPr>
          <w:p>
            <w:r>
              <w:t>Did any employees undergo specialized training in 2025 that directly contributed to R&amp;D activities for apple cultivation? If yes, please provide details.</w:t>
              <w:br/>
              <w:t>Answer type: Yes-No + details</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1070-0073</w:t>
            </w:r>
          </w:p>
        </w:tc>
        <w:tc>
          <w:tcPr>
            <w:tcW w:type="dxa" w:w="2160"/>
          </w:tcPr>
          <w:p>
            <w:r>
              <w:t>Time Tracking</w:t>
            </w:r>
          </w:p>
        </w:tc>
        <w:tc>
          <w:tcPr>
            <w:tcW w:type="dxa" w:w="2160"/>
          </w:tcPr>
          <w:p>
            <w:r>
              <w:t>How did you track the time employees spent on R&amp;D activities versus routine farming operations in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1070-0074</w:t>
            </w:r>
          </w:p>
        </w:tc>
        <w:tc>
          <w:tcPr>
            <w:tcW w:type="dxa" w:w="2160"/>
          </w:tcPr>
          <w:p>
            <w:r>
              <w:t>Project Documentation</w:t>
            </w:r>
          </w:p>
        </w:tc>
        <w:tc>
          <w:tcPr>
            <w:tcW w:type="dxa" w:w="2160"/>
          </w:tcPr>
          <w:p>
            <w:r>
              <w:t>Can you provide documentation that supports the allocation of wages for employees engaged in R&amp;D activities for new apple varieties or pest control methods in 2025?</w:t>
              <w:br/>
              <w:t>Answer type: Yes-No + evidence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1070-0075</w:t>
            </w:r>
          </w:p>
        </w:tc>
        <w:tc>
          <w:tcPr>
            <w:tcW w:type="dxa" w:w="2160"/>
          </w:tcPr>
          <w:p>
            <w:r>
              <w:t>Employee Count</w:t>
            </w:r>
          </w:p>
        </w:tc>
        <w:tc>
          <w:tcPr>
            <w:tcW w:type="dxa" w:w="2160"/>
          </w:tcPr>
          <w:p>
            <w:r>
              <w:t>How many employees were directly involved in R&amp;D activities related to apple growing during the tax year 2025?</w:t>
              <w:br/>
              <w:t>Answer type: Integer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1070-0076</w:t>
            </w:r>
          </w:p>
        </w:tc>
        <w:tc>
          <w:tcPr>
            <w:tcW w:type="dxa" w:w="2160"/>
          </w:tcPr>
          <w:p>
            <w:r>
              <w:t>Contract Labor</w:t>
            </w:r>
          </w:p>
        </w:tc>
        <w:tc>
          <w:tcPr>
            <w:tcW w:type="dxa" w:w="2160"/>
          </w:tcPr>
          <w:p>
            <w:r>
              <w:t>Did you utilize any contract labor for R&amp;D activities in 2025? If so, what was the total amount paid to these contractors?</w:t>
              <w:br/>
              <w:t>Answer type: Currency</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1070-0077</w:t>
            </w:r>
          </w:p>
        </w:tc>
        <w:tc>
          <w:tcPr>
            <w:tcW w:type="dxa" w:w="2160"/>
          </w:tcPr>
          <w:p>
            <w:r>
              <w:t>Innovation Outcomes</w:t>
            </w:r>
          </w:p>
        </w:tc>
        <w:tc>
          <w:tcPr>
            <w:tcW w:type="dxa" w:w="2160"/>
          </w:tcPr>
          <w:p>
            <w:r>
              <w:t>What specific innovations or improvements in apple growing practices resulted from the R&amp;D activities of your employees in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1070-0078</w:t>
            </w:r>
          </w:p>
        </w:tc>
        <w:tc>
          <w:tcPr>
            <w:tcW w:type="dxa" w:w="2160"/>
          </w:tcPr>
          <w:p>
            <w:r>
              <w:t>Employee Incentives</w:t>
            </w:r>
          </w:p>
        </w:tc>
        <w:tc>
          <w:tcPr>
            <w:tcW w:type="dxa" w:w="2160"/>
          </w:tcPr>
          <w:p>
            <w:r>
              <w:t>Were there any incentive programs in place for employees to encourage participation in R&amp;D activities related to apple cultivation in 2025? Please describe.</w:t>
              <w:br/>
              <w:t>Answer type: Yes-No + details</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1070-0079</w:t>
            </w:r>
          </w:p>
        </w:tc>
        <w:tc>
          <w:tcPr>
            <w:tcW w:type="dxa" w:w="2160"/>
          </w:tcPr>
          <w:p>
            <w:r>
              <w:t>Wage Documentation</w:t>
            </w:r>
          </w:p>
        </w:tc>
        <w:tc>
          <w:tcPr>
            <w:tcW w:type="dxa" w:w="2160"/>
          </w:tcPr>
          <w:p>
            <w:r>
              <w:t>What documentation do you maintain to substantiate the wages paid to employees engaged in R&amp;D activities for apple growing in 2025?</w:t>
              <w:br/>
              <w:t>Answer type: Long text + evidence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bl>
    <w:p/>
    <w:p>
      <w:pPr>
        <w:pStyle w:val="Heading2"/>
      </w:pPr>
      <w:r>
        <w:t>QRE-SUPPLIES (5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1070-0080</w:t>
            </w:r>
          </w:p>
        </w:tc>
        <w:tc>
          <w:tcPr>
            <w:tcW w:type="dxa" w:w="2160"/>
          </w:tcPr>
          <w:p>
            <w:r>
              <w:t>Experimental Supplies</w:t>
            </w:r>
          </w:p>
        </w:tc>
        <w:tc>
          <w:tcPr>
            <w:tcW w:type="dxa" w:w="2160"/>
          </w:tcPr>
          <w:p>
            <w:r>
              <w:t>What specific materials or supplies did you purchase for the purpose of developing new apple varieties or improving cultivation methods during the tax year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1070-0081</w:t>
            </w:r>
          </w:p>
        </w:tc>
        <w:tc>
          <w:tcPr>
            <w:tcW w:type="dxa" w:w="2160"/>
          </w:tcPr>
          <w:p>
            <w:r>
              <w:t>Exclusions</w:t>
            </w:r>
          </w:p>
        </w:tc>
        <w:tc>
          <w:tcPr>
            <w:tcW w:type="dxa" w:w="2160"/>
          </w:tcPr>
          <w:p>
            <w:r>
              <w:t>Did any of the supplies used in your R&amp;D activities for apple growing also serve a dual purpose (e.g., both for R&amp;D and for routine production)? If so, please specify which supplies and their respective uses.</w:t>
              <w:br/>
              <w:t>Answer type: Yes-No + details</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1070-0082</w:t>
            </w:r>
          </w:p>
        </w:tc>
        <w:tc>
          <w:tcPr>
            <w:tcW w:type="dxa" w:w="2160"/>
          </w:tcPr>
          <w:p>
            <w:r>
              <w:t>Experimental Supplies</w:t>
            </w:r>
          </w:p>
        </w:tc>
        <w:tc>
          <w:tcPr>
            <w:tcW w:type="dxa" w:w="2160"/>
          </w:tcPr>
          <w:p>
            <w:r>
              <w:t>Can you provide documentation (invoices, receipts) for the supplies purchased specifically for experimental purposes related to apple cultivation in 2025?</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1070-0083</w:t>
            </w:r>
          </w:p>
        </w:tc>
        <w:tc>
          <w:tcPr>
            <w:tcW w:type="dxa" w:w="2160"/>
          </w:tcPr>
          <w:p>
            <w:r>
              <w:t>Experimental Supplies</w:t>
            </w:r>
          </w:p>
        </w:tc>
        <w:tc>
          <w:tcPr>
            <w:tcW w:type="dxa" w:w="2160"/>
          </w:tcPr>
          <w:p>
            <w:r>
              <w:t>What percentage of the total supply costs incurred in 2025 was allocated to experimental projects aimed at improving apple yield or disease resistance?</w:t>
              <w:br/>
              <w:t>Answer type: Percentage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1070-0084</w:t>
            </w:r>
          </w:p>
        </w:tc>
        <w:tc>
          <w:tcPr>
            <w:tcW w:type="dxa" w:w="2160"/>
          </w:tcPr>
          <w:p>
            <w:r>
              <w:t>Experimental Supplies</w:t>
            </w:r>
          </w:p>
        </w:tc>
        <w:tc>
          <w:tcPr>
            <w:tcW w:type="dxa" w:w="2160"/>
          </w:tcPr>
          <w:p>
            <w:r>
              <w:t>Describe any trials or experiments conducted using the supplies purchased in 2025, including the objectives, methodologies, and outcomes. How did these experiments differ from standard agricultural practices?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QRE-CONTRACT (7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1070-0085</w:t>
            </w:r>
          </w:p>
        </w:tc>
        <w:tc>
          <w:tcPr>
            <w:tcW w:type="dxa" w:w="2160"/>
          </w:tcPr>
          <w:p>
            <w:r>
              <w:t>Contractor Services</w:t>
            </w:r>
          </w:p>
        </w:tc>
        <w:tc>
          <w:tcPr>
            <w:tcW w:type="dxa" w:w="2160"/>
          </w:tcPr>
          <w:p>
            <w:r>
              <w:t>What specific contractor services were utilized for developing new apple varieties or improving cultivation methods during the tax year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1070-0086</w:t>
            </w:r>
          </w:p>
        </w:tc>
        <w:tc>
          <w:tcPr>
            <w:tcW w:type="dxa" w:w="2160"/>
          </w:tcPr>
          <w:p>
            <w:r>
              <w:t>U.S. Location</w:t>
            </w:r>
          </w:p>
        </w:tc>
        <w:tc>
          <w:tcPr>
            <w:tcW w:type="dxa" w:w="2160"/>
          </w:tcPr>
          <w:p>
            <w:r>
              <w:t>Were all contractor services performed within the United States? If not, please specify the locations and the percentage of work completed in each location.</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1070-0087</w:t>
            </w:r>
          </w:p>
        </w:tc>
        <w:tc>
          <w:tcPr>
            <w:tcW w:type="dxa" w:w="2160"/>
          </w:tcPr>
          <w:p>
            <w:r>
              <w:t>Rights</w:t>
            </w:r>
          </w:p>
        </w:tc>
        <w:tc>
          <w:tcPr>
            <w:tcW w:type="dxa" w:w="2160"/>
          </w:tcPr>
          <w:p>
            <w:r>
              <w:t>What rights did your business retain over the results or products developed by contractors? Please provide details on any agreements or contracts that specify these rights.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1070-0088</w:t>
            </w:r>
          </w:p>
        </w:tc>
        <w:tc>
          <w:tcPr>
            <w:tcW w:type="dxa" w:w="2160"/>
          </w:tcPr>
          <w:p>
            <w:r>
              <w:t>Economic Risk</w:t>
            </w:r>
          </w:p>
        </w:tc>
        <w:tc>
          <w:tcPr>
            <w:tcW w:type="dxa" w:w="2160"/>
          </w:tcPr>
          <w:p>
            <w:r>
              <w:t>How did your business bear the economic risk associated with the contractor services? Please describe any upfront payments, contingent fees, or shared risks outlined in the contracts.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1070-0089</w:t>
            </w:r>
          </w:p>
        </w:tc>
        <w:tc>
          <w:tcPr>
            <w:tcW w:type="dxa" w:w="2160"/>
          </w:tcPr>
          <w:p>
            <w:r>
              <w:t>Eligible Amount</w:t>
            </w:r>
          </w:p>
        </w:tc>
        <w:tc>
          <w:tcPr>
            <w:tcW w:type="dxa" w:w="2160"/>
          </w:tcPr>
          <w:p>
            <w:r>
              <w:t>What was the total amount paid to contractors for R&amp;D-related services during the tax year 2025? Please provide a breakdown of these costs by service type.</w:t>
              <w:br/>
              <w:t>Answer type: Currency</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1070-0090</w:t>
            </w:r>
          </w:p>
        </w:tc>
        <w:tc>
          <w:tcPr>
            <w:tcW w:type="dxa" w:w="2160"/>
          </w:tcPr>
          <w:p>
            <w:r>
              <w:t>Contractor Selection</w:t>
            </w:r>
          </w:p>
        </w:tc>
        <w:tc>
          <w:tcPr>
            <w:tcW w:type="dxa" w:w="2160"/>
          </w:tcPr>
          <w:p>
            <w:r>
              <w:t>What criteria did your business use to select contractors for R&amp;D services? Please detail any qualifications or expertise required.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1070-0091</w:t>
            </w:r>
          </w:p>
        </w:tc>
        <w:tc>
          <w:tcPr>
            <w:tcW w:type="dxa" w:w="2160"/>
          </w:tcPr>
          <w:p>
            <w:r>
              <w:t>Documentation</w:t>
            </w:r>
          </w:p>
        </w:tc>
        <w:tc>
          <w:tcPr>
            <w:tcW w:type="dxa" w:w="2160"/>
          </w:tcPr>
          <w:p>
            <w:r>
              <w:t>What documentation do you have to support the contractor services related to R&amp;D activities? Please list the types of records maintained (e.g., contracts, invoices, project reports).</w:t>
              <w:br/>
              <w:t>Answer type: Repeating table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QRE-COMPUTER (2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1070-0092</w:t>
            </w:r>
          </w:p>
        </w:tc>
        <w:tc>
          <w:tcPr>
            <w:tcW w:type="dxa" w:w="2160"/>
          </w:tcPr>
          <w:p>
            <w:r>
              <w:t>Cloud Services Utilization</w:t>
            </w:r>
          </w:p>
        </w:tc>
        <w:tc>
          <w:tcPr>
            <w:tcW w:type="dxa" w:w="2160"/>
          </w:tcPr>
          <w:p>
            <w:r>
              <w:t>During the tax year 2025, did your apple growing operation utilize any third-party cloud computing services for data analysis or agricultural research? If yes, please specify the services used and their purpose.</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1070-0093</w:t>
            </w:r>
          </w:p>
        </w:tc>
        <w:tc>
          <w:tcPr>
            <w:tcW w:type="dxa" w:w="2160"/>
          </w:tcPr>
          <w:p>
            <w:r>
              <w:t>Third-Party Software Development</w:t>
            </w:r>
          </w:p>
        </w:tc>
        <w:tc>
          <w:tcPr>
            <w:tcW w:type="dxa" w:w="2160"/>
          </w:tcPr>
          <w:p>
            <w:r>
              <w:t>Did your business engage any third-party developers to create custom software solutions aimed at improving your apple cultivation processes in 2025? If so, please provide details on the projects and their outcomes.</w:t>
              <w:br/>
              <w:t>Answer type: Yes-No + details</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bl>
    <w:p/>
    <w:p>
      <w:pPr>
        <w:pStyle w:val="Heading2"/>
      </w:pPr>
      <w:r>
        <w:t>EVIDENCE (10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1070-0094</w:t>
            </w:r>
          </w:p>
        </w:tc>
        <w:tc>
          <w:tcPr>
            <w:tcW w:type="dxa" w:w="2160"/>
          </w:tcPr>
          <w:p>
            <w:r>
              <w:t>Project Documentation</w:t>
            </w:r>
          </w:p>
        </w:tc>
        <w:tc>
          <w:tcPr>
            <w:tcW w:type="dxa" w:w="2160"/>
          </w:tcPr>
          <w:p>
            <w:r>
              <w:t>Can you provide detailed project descriptions for each R&amp;D initiative related to apple cultivation undertaken in 2025, including objectives, methodologies, and outcomes?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1070-0095</w:t>
            </w:r>
          </w:p>
        </w:tc>
        <w:tc>
          <w:tcPr>
            <w:tcW w:type="dxa" w:w="2160"/>
          </w:tcPr>
          <w:p>
            <w:r>
              <w:t>Cost Records</w:t>
            </w:r>
          </w:p>
        </w:tc>
        <w:tc>
          <w:tcPr>
            <w:tcW w:type="dxa" w:w="2160"/>
          </w:tcPr>
          <w:p>
            <w:r>
              <w:t>What specific costs were incurred for materials and supplies used in R&amp;D projects for apple cultivation in 2025? Please provide itemized records.</w:t>
              <w:br/>
              <w:t>Answer type: Repeating table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1070-0096</w:t>
            </w:r>
          </w:p>
        </w:tc>
        <w:tc>
          <w:tcPr>
            <w:tcW w:type="dxa" w:w="2160"/>
          </w:tcPr>
          <w:p>
            <w:r>
              <w:t>Employee Involvement</w:t>
            </w:r>
          </w:p>
        </w:tc>
        <w:tc>
          <w:tcPr>
            <w:tcW w:type="dxa" w:w="2160"/>
          </w:tcPr>
          <w:p>
            <w:r>
              <w:t>List all employees who contributed to R&amp;D projects in 2025, including their roles and the percentage of time spent on these projects. How is this time tracked?</w:t>
              <w:br/>
              <w:t>Answer type: Repeating table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1070-0097</w:t>
            </w:r>
          </w:p>
        </w:tc>
        <w:tc>
          <w:tcPr>
            <w:tcW w:type="dxa" w:w="2160"/>
          </w:tcPr>
          <w:p>
            <w:r>
              <w:t>Experimental Procedures</w:t>
            </w:r>
          </w:p>
        </w:tc>
        <w:tc>
          <w:tcPr>
            <w:tcW w:type="dxa" w:w="2160"/>
          </w:tcPr>
          <w:p>
            <w:r>
              <w:t>Describe any experimental procedures or trials conducted in 2025 aimed at improving apple yield or disease resistance. What hypotheses were tested?</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1070-0098</w:t>
            </w:r>
          </w:p>
        </w:tc>
        <w:tc>
          <w:tcPr>
            <w:tcW w:type="dxa" w:w="2160"/>
          </w:tcPr>
          <w:p>
            <w:r>
              <w:t>Technical Uncertainty</w:t>
            </w:r>
          </w:p>
        </w:tc>
        <w:tc>
          <w:tcPr>
            <w:tcW w:type="dxa" w:w="2160"/>
          </w:tcPr>
          <w:p>
            <w:r>
              <w:t>What technical uncertainties did you face during your R&amp;D projects in 2025? How did you address these uncertainties?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1070-0099</w:t>
            </w:r>
          </w:p>
        </w:tc>
        <w:tc>
          <w:tcPr>
            <w:tcW w:type="dxa" w:w="2160"/>
          </w:tcPr>
          <w:p>
            <w:r>
              <w:t>Regulatory Compliance</w:t>
            </w:r>
          </w:p>
        </w:tc>
        <w:tc>
          <w:tcPr>
            <w:tcW w:type="dxa" w:w="2160"/>
          </w:tcPr>
          <w:p>
            <w:r>
              <w:t>Were any regulatory approvals required for the R&amp;D activities conducted in 2025? If so, please provide documentation of these approvals.</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1070-0100</w:t>
            </w:r>
          </w:p>
        </w:tc>
        <w:tc>
          <w:tcPr>
            <w:tcW w:type="dxa" w:w="2160"/>
          </w:tcPr>
          <w:p>
            <w:r>
              <w:t>Collaboration Records</w:t>
            </w:r>
          </w:p>
        </w:tc>
        <w:tc>
          <w:tcPr>
            <w:tcW w:type="dxa" w:w="2160"/>
          </w:tcPr>
          <w:p>
            <w:r>
              <w:t>Did you collaborate with any external entities (e.g., universities, research institutions) for your R&amp;D projects in 2025? Please provide details and agreements.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1070-0101</w:t>
            </w:r>
          </w:p>
        </w:tc>
        <w:tc>
          <w:tcPr>
            <w:tcW w:type="dxa" w:w="2160"/>
          </w:tcPr>
          <w:p>
            <w:r>
              <w:t>Project Timeline</w:t>
            </w:r>
          </w:p>
        </w:tc>
        <w:tc>
          <w:tcPr>
            <w:tcW w:type="dxa" w:w="2160"/>
          </w:tcPr>
          <w:p>
            <w:r>
              <w:t>What were the start and end dates for each R&amp;D project related to apple cultivation in 2025? Please provide a timeline of key milestones.</w:t>
              <w:br/>
              <w:t>Answer type: Date range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1070-0102</w:t>
            </w:r>
          </w:p>
        </w:tc>
        <w:tc>
          <w:tcPr>
            <w:tcW w:type="dxa" w:w="2160"/>
          </w:tcPr>
          <w:p>
            <w:r>
              <w:t>Outcome Measurement</w:t>
            </w:r>
          </w:p>
        </w:tc>
        <w:tc>
          <w:tcPr>
            <w:tcW w:type="dxa" w:w="2160"/>
          </w:tcPr>
          <w:p>
            <w:r>
              <w:t>How did you measure the outcomes of your R&amp;D projects in 2025? Please provide metrics or benchmarks used for evaluation.</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1070-0103</w:t>
            </w:r>
          </w:p>
        </w:tc>
        <w:tc>
          <w:tcPr>
            <w:tcW w:type="dxa" w:w="2160"/>
          </w:tcPr>
          <w:p>
            <w:r>
              <w:t>Documentation Practices</w:t>
            </w:r>
          </w:p>
        </w:tc>
        <w:tc>
          <w:tcPr>
            <w:tcW w:type="dxa" w:w="2160"/>
          </w:tcPr>
          <w:p>
            <w:r>
              <w:t>What practices do you have in place to ensure contemporaneous documentation of R&amp;D activities and expenses? Please describe your record-keeping process.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CALC-FED (11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1070-0104</w:t>
            </w:r>
          </w:p>
        </w:tc>
        <w:tc>
          <w:tcPr>
            <w:tcW w:type="dxa" w:w="2160"/>
          </w:tcPr>
          <w:p>
            <w:r>
              <w:t>Qualified Research Activities</w:t>
            </w:r>
          </w:p>
        </w:tc>
        <w:tc>
          <w:tcPr>
            <w:tcW w:type="dxa" w:w="2160"/>
          </w:tcPr>
          <w:p>
            <w:r>
              <w:t>Describe any new apple cultivation techniques you experimented with in 2025. What specific uncertainties did you encounter during these experiments?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1070-0105</w:t>
            </w:r>
          </w:p>
        </w:tc>
        <w:tc>
          <w:tcPr>
            <w:tcW w:type="dxa" w:w="2160"/>
          </w:tcPr>
          <w:p>
            <w:r>
              <w:t>Qualified Research Expenses (QRE)</w:t>
            </w:r>
          </w:p>
        </w:tc>
        <w:tc>
          <w:tcPr>
            <w:tcW w:type="dxa" w:w="2160"/>
          </w:tcPr>
          <w:p>
            <w:r>
              <w:t>What were the total labor costs associated with the R&amp;D activities for new apple varieties in 2025? Please provide a breakdown of wages, benefits, and any contract labor used.</w:t>
              <w:br/>
              <w:t>Answer type: Currency</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1070-0106</w:t>
            </w:r>
          </w:p>
        </w:tc>
        <w:tc>
          <w:tcPr>
            <w:tcW w:type="dxa" w:w="2160"/>
          </w:tcPr>
          <w:p>
            <w:r>
              <w:t>QRE Documentation</w:t>
            </w:r>
          </w:p>
        </w:tc>
        <w:tc>
          <w:tcPr>
            <w:tcW w:type="dxa" w:w="2160"/>
          </w:tcPr>
          <w:p>
            <w:r>
              <w:t>List all materials and supplies used in your R&amp;D activities for apple growing in 2025. Include costs and how these materials were necessary for your experiments.</w:t>
              <w:br/>
              <w:t>Answer type: Repeating table</w:t>
              <w:br/>
              <w:t>Trigger: Always</w:t>
              <w:br/>
              <w:t>Required: No</w:t>
              <w:br/>
              <w:t>Risk: High</w:t>
            </w:r>
          </w:p>
        </w:tc>
        <w:tc>
          <w:tcPr>
            <w:tcW w:type="dxa" w:w="2160"/>
          </w:tcPr>
          <w:p>
            <w:r>
              <w:t>Primary authority: IRC Section 41(b)(2)</w:t>
              <w:br/>
              <w:t>Response: ___________________________</w:t>
              <w:br/>
              <w:t>Evidence: ___________________________</w:t>
              <w:br/>
              <w:t>Reviewer conclusion: ___________________________</w:t>
            </w:r>
          </w:p>
        </w:tc>
      </w:tr>
      <w:tr>
        <w:tc>
          <w:tcPr>
            <w:tcW w:type="dxa" w:w="2160"/>
          </w:tcPr>
          <w:p>
            <w:r>
              <w:t>1070-0107</w:t>
            </w:r>
          </w:p>
        </w:tc>
        <w:tc>
          <w:tcPr>
            <w:tcW w:type="dxa" w:w="2160"/>
          </w:tcPr>
          <w:p>
            <w:r>
              <w:t>QRE Documentation</w:t>
            </w:r>
          </w:p>
        </w:tc>
        <w:tc>
          <w:tcPr>
            <w:tcW w:type="dxa" w:w="2160"/>
          </w:tcPr>
          <w:p>
            <w:r>
              <w:t>For any contractors or third-party services utilized in your R&amp;D efforts, please provide details on the services rendered and the associated costs.</w:t>
              <w:br/>
              <w:t>Answer type: Long text + evidence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1070-0108</w:t>
            </w:r>
          </w:p>
        </w:tc>
        <w:tc>
          <w:tcPr>
            <w:tcW w:type="dxa" w:w="2160"/>
          </w:tcPr>
          <w:p>
            <w:r>
              <w:t>Technical Uncertainty</w:t>
            </w:r>
          </w:p>
        </w:tc>
        <w:tc>
          <w:tcPr>
            <w:tcW w:type="dxa" w:w="2160"/>
          </w:tcPr>
          <w:p>
            <w:r>
              <w:t>What specific hypotheses were you testing regarding pest resistance in your apple crops during 2025? How did you measure the outcomes?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1070-0109</w:t>
            </w:r>
          </w:p>
        </w:tc>
        <w:tc>
          <w:tcPr>
            <w:tcW w:type="dxa" w:w="2160"/>
          </w:tcPr>
          <w:p>
            <w:r>
              <w:t>R&amp;D Process</w:t>
            </w:r>
          </w:p>
        </w:tc>
        <w:tc>
          <w:tcPr>
            <w:tcW w:type="dxa" w:w="2160"/>
          </w:tcPr>
          <w:p>
            <w:r>
              <w:t>Can you describe the systematic process you followed for documenting the results of your R&amp;D activities in 2025?</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1070-0110</w:t>
            </w:r>
          </w:p>
        </w:tc>
        <w:tc>
          <w:tcPr>
            <w:tcW w:type="dxa" w:w="2160"/>
          </w:tcPr>
          <w:p>
            <w:r>
              <w:t>QRE Calculation</w:t>
            </w:r>
          </w:p>
        </w:tc>
        <w:tc>
          <w:tcPr>
            <w:tcW w:type="dxa" w:w="2160"/>
          </w:tcPr>
          <w:p>
            <w:r>
              <w:t>What percentage of your total expenses in 2025 were directly related to R&amp;D activities for apple cultivation?</w:t>
              <w:br/>
              <w:t>Answer type: Percentage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1070-0111</w:t>
            </w:r>
          </w:p>
        </w:tc>
        <w:tc>
          <w:tcPr>
            <w:tcW w:type="dxa" w:w="2160"/>
          </w:tcPr>
          <w:p>
            <w:r>
              <w:t>R&amp;D Goals</w:t>
            </w:r>
          </w:p>
        </w:tc>
        <w:tc>
          <w:tcPr>
            <w:tcW w:type="dxa" w:w="2160"/>
          </w:tcPr>
          <w:p>
            <w:r>
              <w:t>What were the primary goals of your R&amp;D initiatives for apple growing in 2025? Please specify any new varieties or techniques you aimed to develop.</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1070-0112</w:t>
            </w:r>
          </w:p>
        </w:tc>
        <w:tc>
          <w:tcPr>
            <w:tcW w:type="dxa" w:w="2160"/>
          </w:tcPr>
          <w:p>
            <w:r>
              <w:t>Experimental Design</w:t>
            </w:r>
          </w:p>
        </w:tc>
        <w:tc>
          <w:tcPr>
            <w:tcW w:type="dxa" w:w="2160"/>
          </w:tcPr>
          <w:p>
            <w:r>
              <w:t>Describe any experimental designs you employed in your R&amp;D activities for apple cultivation. How did these designs help address the uncertainties faced?</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1070-0113</w:t>
            </w:r>
          </w:p>
        </w:tc>
        <w:tc>
          <w:tcPr>
            <w:tcW w:type="dxa" w:w="2160"/>
          </w:tcPr>
          <w:p>
            <w:r>
              <w:t>Regulatory Compliance</w:t>
            </w:r>
          </w:p>
        </w:tc>
        <w:tc>
          <w:tcPr>
            <w:tcW w:type="dxa" w:w="2160"/>
          </w:tcPr>
          <w:p>
            <w:r>
              <w:t>Did you file any permits or applications related to your R&amp;D activities for apple growing in 2025? If yes, please provide details.</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1070-0114</w:t>
            </w:r>
          </w:p>
        </w:tc>
        <w:tc>
          <w:tcPr>
            <w:tcW w:type="dxa" w:w="2160"/>
          </w:tcPr>
          <w:p>
            <w:r>
              <w:t>R&amp;D Collaboration</w:t>
            </w:r>
          </w:p>
        </w:tc>
        <w:tc>
          <w:tcPr>
            <w:tcW w:type="dxa" w:w="2160"/>
          </w:tcPr>
          <w:p>
            <w:r>
              <w:t>Did you collaborate with any universities or research institutions for your R&amp;D efforts in 2025? If so, please provide details of the collaboration and its impact on your research.</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CALC-CA (11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1070-0115</w:t>
            </w:r>
          </w:p>
        </w:tc>
        <w:tc>
          <w:tcPr>
            <w:tcW w:type="dxa" w:w="2160"/>
          </w:tcPr>
          <w:p>
            <w:r>
              <w:t>QRE Identification</w:t>
            </w:r>
          </w:p>
        </w:tc>
        <w:tc>
          <w:tcPr>
            <w:tcW w:type="dxa" w:w="2160"/>
          </w:tcPr>
          <w:p>
            <w:r>
              <w:t>What specific activities related to the cultivation and harvesting of apples involved experimentation or uncertainty in 2025?</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1070-0116</w:t>
            </w:r>
          </w:p>
        </w:tc>
        <w:tc>
          <w:tcPr>
            <w:tcW w:type="dxa" w:w="2160"/>
          </w:tcPr>
          <w:p>
            <w:r>
              <w:t>QRE Identification</w:t>
            </w:r>
          </w:p>
        </w:tc>
        <w:tc>
          <w:tcPr>
            <w:tcW w:type="dxa" w:w="2160"/>
          </w:tcPr>
          <w:p>
            <w:r>
              <w:t>Can you list the specific apple varieties that were part of any experimental trials in 2025?</w:t>
              <w:br/>
              <w:t>Answer type: Multi-select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1070-0117</w:t>
            </w:r>
          </w:p>
        </w:tc>
        <w:tc>
          <w:tcPr>
            <w:tcW w:type="dxa" w:w="2160"/>
          </w:tcPr>
          <w:p>
            <w:r>
              <w:t>Qualified Research Expenses</w:t>
            </w:r>
          </w:p>
        </w:tc>
        <w:tc>
          <w:tcPr>
            <w:tcW w:type="dxa" w:w="2160"/>
          </w:tcPr>
          <w:p>
            <w:r>
              <w:t>What percentage of your total expenses in 2025 were incurred for wages paid to employees directly involved in R&amp;D activities related to apple growing?</w:t>
              <w:br/>
              <w:t>Answer type: Percentage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1070-0118</w:t>
            </w:r>
          </w:p>
        </w:tc>
        <w:tc>
          <w:tcPr>
            <w:tcW w:type="dxa" w:w="2160"/>
          </w:tcPr>
          <w:p>
            <w:r>
              <w:t>Qualified Research Expenses</w:t>
            </w:r>
          </w:p>
        </w:tc>
        <w:tc>
          <w:tcPr>
            <w:tcW w:type="dxa" w:w="2160"/>
          </w:tcPr>
          <w:p>
            <w:r>
              <w:t xml:space="preserve">What was the total amount spent on materials used in experimental apple cultivation in 2025? Please provide a breakdown of these costs. </w:t>
              <w:br/>
              <w:t>Answer type: Currency</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1070-0119</w:t>
            </w:r>
          </w:p>
        </w:tc>
        <w:tc>
          <w:tcPr>
            <w:tcW w:type="dxa" w:w="2160"/>
          </w:tcPr>
          <w:p>
            <w:r>
              <w:t>QRE Identification</w:t>
            </w:r>
          </w:p>
        </w:tc>
        <w:tc>
          <w:tcPr>
            <w:tcW w:type="dxa" w:w="2160"/>
          </w:tcPr>
          <w:p>
            <w:r>
              <w:t>Did any of the R&amp;D activities in 2025 involve the use of new technologies or methods for pest control? If yes, please describe.</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1070-0120</w:t>
            </w:r>
          </w:p>
        </w:tc>
        <w:tc>
          <w:tcPr>
            <w:tcW w:type="dxa" w:w="2160"/>
          </w:tcPr>
          <w:p>
            <w:r>
              <w:t>Documentation</w:t>
            </w:r>
          </w:p>
        </w:tc>
        <w:tc>
          <w:tcPr>
            <w:tcW w:type="dxa" w:w="2160"/>
          </w:tcPr>
          <w:p>
            <w:r>
              <w:t>What documentation do you have to support the R&amp;D activities conducted in 2025, specifically regarding apple variety trials?</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1070-0121</w:t>
            </w:r>
          </w:p>
        </w:tc>
        <w:tc>
          <w:tcPr>
            <w:tcW w:type="dxa" w:w="2160"/>
          </w:tcPr>
          <w:p>
            <w:r>
              <w:t>QRE Identification</w:t>
            </w:r>
          </w:p>
        </w:tc>
        <w:tc>
          <w:tcPr>
            <w:tcW w:type="dxa" w:w="2160"/>
          </w:tcPr>
          <w:p>
            <w:r>
              <w:t>Were any outside consultants or contractors engaged for R&amp;D activities in 2025? If so, please specify their contributions.</w:t>
              <w:br/>
              <w:t>Answer type: Yes-No + details</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1070-0122</w:t>
            </w:r>
          </w:p>
        </w:tc>
        <w:tc>
          <w:tcPr>
            <w:tcW w:type="dxa" w:w="2160"/>
          </w:tcPr>
          <w:p>
            <w:r>
              <w:t>Credit Calculation</w:t>
            </w:r>
          </w:p>
        </w:tc>
        <w:tc>
          <w:tcPr>
            <w:tcW w:type="dxa" w:w="2160"/>
          </w:tcPr>
          <w:p>
            <w:r>
              <w:t>How do you calculate the credit for R&amp;D expenses related to apple growing for the year 2025? Please provide your methodology.</w:t>
              <w:br/>
              <w:t>Answer type: Long text</w:t>
              <w:br/>
              <w:t>Trigger: Always</w:t>
              <w:br/>
              <w:t>Required: No</w:t>
              <w:br/>
              <w:t>Risk: High</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1070-0123</w:t>
            </w:r>
          </w:p>
        </w:tc>
        <w:tc>
          <w:tcPr>
            <w:tcW w:type="dxa" w:w="2160"/>
          </w:tcPr>
          <w:p>
            <w:r>
              <w:t>QRE Identification</w:t>
            </w:r>
          </w:p>
        </w:tc>
        <w:tc>
          <w:tcPr>
            <w:tcW w:type="dxa" w:w="2160"/>
          </w:tcPr>
          <w:p>
            <w:r>
              <w:t>Did you conduct any trials in 2025 to improve soil health or irrigation techniques specifically for apple orchards? Please describe.</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1070-0124</w:t>
            </w:r>
          </w:p>
        </w:tc>
        <w:tc>
          <w:tcPr>
            <w:tcW w:type="dxa" w:w="2160"/>
          </w:tcPr>
          <w:p>
            <w:r>
              <w:t>Documentation</w:t>
            </w:r>
          </w:p>
        </w:tc>
        <w:tc>
          <w:tcPr>
            <w:tcW w:type="dxa" w:w="2160"/>
          </w:tcPr>
          <w:p>
            <w:r>
              <w:t>What records do you maintain to track the time spent by employees on R&amp;D activities related to apple cultivation in 2025?</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1070-0125</w:t>
            </w:r>
          </w:p>
        </w:tc>
        <w:tc>
          <w:tcPr>
            <w:tcW w:type="dxa" w:w="2160"/>
          </w:tcPr>
          <w:p>
            <w:r>
              <w:t>Qualified Research Expenses</w:t>
            </w:r>
          </w:p>
        </w:tc>
        <w:tc>
          <w:tcPr>
            <w:tcW w:type="dxa" w:w="2160"/>
          </w:tcPr>
          <w:p>
            <w:r>
              <w:t>What was the total amount of overhead costs allocated to R&amp;D activities for apple growing in 2025? Please specify how these costs were determined.</w:t>
              <w:br/>
              <w:t>Answer type: Currency</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bl>
    <w:p/>
    <w:p>
      <w:pPr>
        <w:pStyle w:val="Heading2"/>
      </w:pPr>
      <w:r>
        <w:t>REVIEW (10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1070-0126</w:t>
            </w:r>
          </w:p>
        </w:tc>
        <w:tc>
          <w:tcPr>
            <w:tcW w:type="dxa" w:w="2160"/>
          </w:tcPr>
          <w:p>
            <w:r>
              <w:t>Final Conclusions</w:t>
            </w:r>
          </w:p>
        </w:tc>
        <w:tc>
          <w:tcPr>
            <w:tcW w:type="dxa" w:w="2160"/>
          </w:tcPr>
          <w:p>
            <w:r>
              <w:t>What specific R&amp;D activities related to apple cultivation were undertaken in 2025 that support the claim for tax credits?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1070-0127</w:t>
            </w:r>
          </w:p>
        </w:tc>
        <w:tc>
          <w:tcPr>
            <w:tcW w:type="dxa" w:w="2160"/>
          </w:tcPr>
          <w:p>
            <w:r>
              <w:t>Open Issues</w:t>
            </w:r>
          </w:p>
        </w:tc>
        <w:tc>
          <w:tcPr>
            <w:tcW w:type="dxa" w:w="2160"/>
          </w:tcPr>
          <w:p>
            <w:r>
              <w:t>Are there any unresolved issues or disputes with the IRS or state authorities regarding the R&amp;D tax credit claims from previous years?</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1070-0128</w:t>
            </w:r>
          </w:p>
        </w:tc>
        <w:tc>
          <w:tcPr>
            <w:tcW w:type="dxa" w:w="2160"/>
          </w:tcPr>
          <w:p>
            <w:r>
              <w:t>Certification</w:t>
            </w:r>
          </w:p>
        </w:tc>
        <w:tc>
          <w:tcPr>
            <w:tcW w:type="dxa" w:w="2160"/>
          </w:tcPr>
          <w:p>
            <w:r>
              <w:t>Who is responsible for certifying the accuracy of the R&amp;D tax credit claims for 2025, and what qualifications do they have?</w:t>
              <w:br/>
              <w:t>Answer type: Short text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1070-0129</w:t>
            </w:r>
          </w:p>
        </w:tc>
        <w:tc>
          <w:tcPr>
            <w:tcW w:type="dxa" w:w="2160"/>
          </w:tcPr>
          <w:p>
            <w:r>
              <w:t>Review</w:t>
            </w:r>
          </w:p>
        </w:tc>
        <w:tc>
          <w:tcPr>
            <w:tcW w:type="dxa" w:w="2160"/>
          </w:tcPr>
          <w:p>
            <w:r>
              <w:t>What internal controls are in place to ensure that R&amp;D expenses related to apple growing are accurately tracked and reported for tax purposes?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1070-0130</w:t>
            </w:r>
          </w:p>
        </w:tc>
        <w:tc>
          <w:tcPr>
            <w:tcW w:type="dxa" w:w="2160"/>
          </w:tcPr>
          <w:p>
            <w:r>
              <w:t>Next-Year Controls</w:t>
            </w:r>
          </w:p>
        </w:tc>
        <w:tc>
          <w:tcPr>
            <w:tcW w:type="dxa" w:w="2160"/>
          </w:tcPr>
          <w:p>
            <w:r>
              <w:t>What improvements or changes to the R&amp;D tracking process are planned for 2026 to enhance compliance and accuracy?</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1070-0131</w:t>
            </w:r>
          </w:p>
        </w:tc>
        <w:tc>
          <w:tcPr>
            <w:tcW w:type="dxa" w:w="2160"/>
          </w:tcPr>
          <w:p>
            <w:r>
              <w:t>Final Conclusions</w:t>
            </w:r>
          </w:p>
        </w:tc>
        <w:tc>
          <w:tcPr>
            <w:tcW w:type="dxa" w:w="2160"/>
          </w:tcPr>
          <w:p>
            <w:r>
              <w:t>What percentage of total R&amp;D expenditures in 2025 was allocated specifically to experimental techniques in apple growing?</w:t>
              <w:br/>
              <w:t>Answer type: Percentage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1070-0132</w:t>
            </w:r>
          </w:p>
        </w:tc>
        <w:tc>
          <w:tcPr>
            <w:tcW w:type="dxa" w:w="2160"/>
          </w:tcPr>
          <w:p>
            <w:r>
              <w:t>Open Issues</w:t>
            </w:r>
          </w:p>
        </w:tc>
        <w:tc>
          <w:tcPr>
            <w:tcW w:type="dxa" w:w="2160"/>
          </w:tcPr>
          <w:p>
            <w:r>
              <w:t>Have there been any changes in the regulatory environment affecting R&amp;D tax credits for agricultural businesses that could impact your claims?</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1070-0133</w:t>
            </w:r>
          </w:p>
        </w:tc>
        <w:tc>
          <w:tcPr>
            <w:tcW w:type="dxa" w:w="2160"/>
          </w:tcPr>
          <w:p>
            <w:r>
              <w:t>Certification</w:t>
            </w:r>
          </w:p>
        </w:tc>
        <w:tc>
          <w:tcPr>
            <w:tcW w:type="dxa" w:w="2160"/>
          </w:tcPr>
          <w:p>
            <w:r>
              <w:t>What documentation is maintained to support the R&amp;D claims, and how frequently is this documentation reviewed for compliance?</w:t>
              <w:br/>
              <w:t>Answer type: Long text + evidence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1070-0134</w:t>
            </w:r>
          </w:p>
        </w:tc>
        <w:tc>
          <w:tcPr>
            <w:tcW w:type="dxa" w:w="2160"/>
          </w:tcPr>
          <w:p>
            <w:r>
              <w:t>Review</w:t>
            </w:r>
          </w:p>
        </w:tc>
        <w:tc>
          <w:tcPr>
            <w:tcW w:type="dxa" w:w="2160"/>
          </w:tcPr>
          <w:p>
            <w:r>
              <w:t>How are the results of R&amp;D activities evaluated to determine their success or failure in improving apple yield or quality?</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1070-0135</w:t>
            </w:r>
          </w:p>
        </w:tc>
        <w:tc>
          <w:tcPr>
            <w:tcW w:type="dxa" w:w="2160"/>
          </w:tcPr>
          <w:p>
            <w:r>
              <w:t>Next-Year Controls</w:t>
            </w:r>
          </w:p>
        </w:tc>
        <w:tc>
          <w:tcPr>
            <w:tcW w:type="dxa" w:w="2160"/>
          </w:tcPr>
          <w:p>
            <w:r>
              <w:t>What specific metrics will be used in 2026 to assess the effectiveness of R&amp;D activities in apple production?</w:t>
              <w:br/>
              <w:t>Answer type: Long text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RECEIVING-INPUTS-QUALITY-CONTROL (18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1070-0136</w:t>
            </w:r>
          </w:p>
        </w:tc>
        <w:tc>
          <w:tcPr>
            <w:tcW w:type="dxa" w:w="2160"/>
          </w:tcPr>
          <w:p>
            <w:r>
              <w:t>Input Quality Assessment</w:t>
            </w:r>
          </w:p>
        </w:tc>
        <w:tc>
          <w:tcPr>
            <w:tcW w:type="dxa" w:w="2160"/>
          </w:tcPr>
          <w:p>
            <w:r>
              <w:t>What specific criteria do you use to assess the quality of the raw apple inputs upon receipt?</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1070-0137</w:t>
            </w:r>
          </w:p>
        </w:tc>
        <w:tc>
          <w:tcPr>
            <w:tcW w:type="dxa" w:w="2160"/>
          </w:tcPr>
          <w:p>
            <w:r>
              <w:t>Supplier Certifications</w:t>
            </w:r>
          </w:p>
        </w:tc>
        <w:tc>
          <w:tcPr>
            <w:tcW w:type="dxa" w:w="2160"/>
          </w:tcPr>
          <w:p>
            <w:r>
              <w:t>Do all your suppliers provide certifications for their apple products? If yes, please list the certifications and their issuing bodies.</w:t>
              <w:br/>
              <w:t>Answer type: Multi-select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1070-0138</w:t>
            </w:r>
          </w:p>
        </w:tc>
        <w:tc>
          <w:tcPr>
            <w:tcW w:type="dxa" w:w="2160"/>
          </w:tcPr>
          <w:p>
            <w:r>
              <w:t>Pesticide Residue Testing</w:t>
            </w:r>
          </w:p>
        </w:tc>
        <w:tc>
          <w:tcPr>
            <w:tcW w:type="dxa" w:w="2160"/>
          </w:tcPr>
          <w:p>
            <w:r>
              <w:t>What pesticide residue testing protocols do you have in place for incoming apple shipments?</w:t>
              <w:br/>
              <w:t>Answer type: Long text + evidence</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1070-0139</w:t>
            </w:r>
          </w:p>
        </w:tc>
        <w:tc>
          <w:tcPr>
            <w:tcW w:type="dxa" w:w="2160"/>
          </w:tcPr>
          <w:p>
            <w:r>
              <w:t>Temperature Control</w:t>
            </w:r>
          </w:p>
        </w:tc>
        <w:tc>
          <w:tcPr>
            <w:tcW w:type="dxa" w:w="2160"/>
          </w:tcPr>
          <w:p>
            <w:r>
              <w:t>How do you monitor and control the temperature of raw apple inputs during transportation and upon receipt?</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1070-0140</w:t>
            </w:r>
          </w:p>
        </w:tc>
        <w:tc>
          <w:tcPr>
            <w:tcW w:type="dxa" w:w="2160"/>
          </w:tcPr>
          <w:p>
            <w:r>
              <w:t>Visual Inspections</w:t>
            </w:r>
          </w:p>
        </w:tc>
        <w:tc>
          <w:tcPr>
            <w:tcW w:type="dxa" w:w="2160"/>
          </w:tcPr>
          <w:p>
            <w:r>
              <w:t>What visual inspection criteria do you apply to raw apple inputs upon receipt?</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1070-0141</w:t>
            </w:r>
          </w:p>
        </w:tc>
        <w:tc>
          <w:tcPr>
            <w:tcW w:type="dxa" w:w="2160"/>
          </w:tcPr>
          <w:p>
            <w:r>
              <w:t>Sampling Protocols</w:t>
            </w:r>
          </w:p>
        </w:tc>
        <w:tc>
          <w:tcPr>
            <w:tcW w:type="dxa" w:w="2160"/>
          </w:tcPr>
          <w:p>
            <w:r>
              <w:t>What sampling protocols do you follow for testing the quality of incoming apple shipments?</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1070-0142</w:t>
            </w:r>
          </w:p>
        </w:tc>
        <w:tc>
          <w:tcPr>
            <w:tcW w:type="dxa" w:w="2160"/>
          </w:tcPr>
          <w:p>
            <w:r>
              <w:t>Supplier Quality History</w:t>
            </w:r>
          </w:p>
        </w:tc>
        <w:tc>
          <w:tcPr>
            <w:tcW w:type="dxa" w:w="2160"/>
          </w:tcPr>
          <w:p>
            <w:r>
              <w:t>How do you evaluate the historical quality performance of your apple suppliers?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1070-0143</w:t>
            </w:r>
          </w:p>
        </w:tc>
        <w:tc>
          <w:tcPr>
            <w:tcW w:type="dxa" w:w="2160"/>
          </w:tcPr>
          <w:p>
            <w:r>
              <w:t>Certification Validity</w:t>
            </w:r>
          </w:p>
        </w:tc>
        <w:tc>
          <w:tcPr>
            <w:tcW w:type="dxa" w:w="2160"/>
          </w:tcPr>
          <w:p>
            <w:r>
              <w:t>How often do you verify the validity of supplier certifications for apple inputs?</w:t>
              <w:br/>
              <w:t>Answer type: Single select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1070-0144</w:t>
            </w:r>
          </w:p>
        </w:tc>
        <w:tc>
          <w:tcPr>
            <w:tcW w:type="dxa" w:w="2160"/>
          </w:tcPr>
          <w:p>
            <w:r>
              <w:t>Pesticide Testing Frequency</w:t>
            </w:r>
          </w:p>
        </w:tc>
        <w:tc>
          <w:tcPr>
            <w:tcW w:type="dxa" w:w="2160"/>
          </w:tcPr>
          <w:p>
            <w:r>
              <w:t>How frequently do you conduct pesticide residue testing on incoming apple shipments?</w:t>
              <w:br/>
              <w:t>Answer type: Single select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1070-0145</w:t>
            </w:r>
          </w:p>
        </w:tc>
        <w:tc>
          <w:tcPr>
            <w:tcW w:type="dxa" w:w="2160"/>
          </w:tcPr>
          <w:p>
            <w:r>
              <w:t>Temperature Monitoring Tools</w:t>
            </w:r>
          </w:p>
        </w:tc>
        <w:tc>
          <w:tcPr>
            <w:tcW w:type="dxa" w:w="2160"/>
          </w:tcPr>
          <w:p>
            <w:r>
              <w:t>What tools or technologies do you use to monitor temperature during the receiving process?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1070-0146</w:t>
            </w:r>
          </w:p>
        </w:tc>
        <w:tc>
          <w:tcPr>
            <w:tcW w:type="dxa" w:w="2160"/>
          </w:tcPr>
          <w:p>
            <w:r>
              <w:t>Visual Inspection Training</w:t>
            </w:r>
          </w:p>
        </w:tc>
        <w:tc>
          <w:tcPr>
            <w:tcW w:type="dxa" w:w="2160"/>
          </w:tcPr>
          <w:p>
            <w:r>
              <w:t>What training do your staff receive regarding visual inspections of apple inputs?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1070-0147</w:t>
            </w:r>
          </w:p>
        </w:tc>
        <w:tc>
          <w:tcPr>
            <w:tcW w:type="dxa" w:w="2160"/>
          </w:tcPr>
          <w:p>
            <w:r>
              <w:t>Sampling Size</w:t>
            </w:r>
          </w:p>
        </w:tc>
        <w:tc>
          <w:tcPr>
            <w:tcW w:type="dxa" w:w="2160"/>
          </w:tcPr>
          <w:p>
            <w:r>
              <w:t>What is the typical sample size you use for quality testing of apple shipments?</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1070-0148</w:t>
            </w:r>
          </w:p>
        </w:tc>
        <w:tc>
          <w:tcPr>
            <w:tcW w:type="dxa" w:w="2160"/>
          </w:tcPr>
          <w:p>
            <w:r>
              <w:t>Quality Control Documentation</w:t>
            </w:r>
          </w:p>
        </w:tc>
        <w:tc>
          <w:tcPr>
            <w:tcW w:type="dxa" w:w="2160"/>
          </w:tcPr>
          <w:p>
            <w:r>
              <w:t>How do you document the quality control measures taken during the receiving of raw apple inputs?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1070-0149</w:t>
            </w:r>
          </w:p>
        </w:tc>
        <w:tc>
          <w:tcPr>
            <w:tcW w:type="dxa" w:w="2160"/>
          </w:tcPr>
          <w:p>
            <w:r>
              <w:t>Supplier Communication</w:t>
            </w:r>
          </w:p>
        </w:tc>
        <w:tc>
          <w:tcPr>
            <w:tcW w:type="dxa" w:w="2160"/>
          </w:tcPr>
          <w:p>
            <w:r>
              <w:t>How do you communicate quality issues with your apple suppliers when they arise?</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1070-0150</w:t>
            </w:r>
          </w:p>
        </w:tc>
        <w:tc>
          <w:tcPr>
            <w:tcW w:type="dxa" w:w="2160"/>
          </w:tcPr>
          <w:p>
            <w:r>
              <w:t>Quality Control Audits</w:t>
            </w:r>
          </w:p>
        </w:tc>
        <w:tc>
          <w:tcPr>
            <w:tcW w:type="dxa" w:w="2160"/>
          </w:tcPr>
          <w:p>
            <w:r>
              <w:t>How often do you conduct internal audits of your quality control processes for receiving apple inputs?</w:t>
              <w:br/>
              <w:t>Answer type: Single select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1070-0151</w:t>
            </w:r>
          </w:p>
        </w:tc>
        <w:tc>
          <w:tcPr>
            <w:tcW w:type="dxa" w:w="2160"/>
          </w:tcPr>
          <w:p>
            <w:r>
              <w:t>Contingency Plans</w:t>
            </w:r>
          </w:p>
        </w:tc>
        <w:tc>
          <w:tcPr>
            <w:tcW w:type="dxa" w:w="2160"/>
          </w:tcPr>
          <w:p>
            <w:r>
              <w:t>What contingency plans do you have in place for dealing with non-compliant apple shipments?</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1070-0152</w:t>
            </w:r>
          </w:p>
        </w:tc>
        <w:tc>
          <w:tcPr>
            <w:tcW w:type="dxa" w:w="2160"/>
          </w:tcPr>
          <w:p>
            <w:r>
              <w:t>Quality Assurance</w:t>
            </w:r>
          </w:p>
        </w:tc>
        <w:tc>
          <w:tcPr>
            <w:tcW w:type="dxa" w:w="2160"/>
          </w:tcPr>
          <w:p>
            <w:r>
              <w:t>What specific quality control measures do you implement when receiving inputs for apple cultivation?</w:t>
              <w:br/>
              <w:t>Answer type: text</w:t>
              <w:br/>
              <w:t>Trigger: None</w:t>
              <w:br/>
              <w:t>Required: Yes</w:t>
              <w:br/>
              <w:t>Risk: Medium</w:t>
            </w:r>
          </w:p>
        </w:tc>
        <w:tc>
          <w:tcPr>
            <w:tcW w:type="dxa" w:w="2160"/>
          </w:tcPr>
          <w:p>
            <w:r>
              <w:t>Primary authority: California FTB</w:t>
              <w:br/>
              <w:t>Response: ___________________________</w:t>
              <w:br/>
              <w:t>Evidence: ___________________________</w:t>
              <w:br/>
              <w:t>Reviewer conclusion: ___________________________</w:t>
            </w:r>
          </w:p>
        </w:tc>
      </w:tr>
      <w:tr>
        <w:tc>
          <w:tcPr>
            <w:tcW w:type="dxa" w:w="2160"/>
          </w:tcPr>
          <w:p>
            <w:r>
              <w:t>1070-0153</w:t>
            </w:r>
          </w:p>
        </w:tc>
        <w:tc>
          <w:tcPr>
            <w:tcW w:type="dxa" w:w="2160"/>
          </w:tcPr>
          <w:p>
            <w:r>
              <w:t>Operational Processes</w:t>
            </w:r>
          </w:p>
        </w:tc>
        <w:tc>
          <w:tcPr>
            <w:tcW w:type="dxa" w:w="2160"/>
          </w:tcPr>
          <w:p>
            <w:r>
              <w:t>How do you verify the quality of fertilizers and pesticides upon receipt?</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CULTIVATION-TECHNIQUES-AGRONOMY (22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1070-0154</w:t>
            </w:r>
          </w:p>
        </w:tc>
        <w:tc>
          <w:tcPr>
            <w:tcW w:type="dxa" w:w="2160"/>
          </w:tcPr>
          <w:p>
            <w:r>
              <w:t>Soil Health</w:t>
            </w:r>
          </w:p>
        </w:tc>
        <w:tc>
          <w:tcPr>
            <w:tcW w:type="dxa" w:w="2160"/>
          </w:tcPr>
          <w:p>
            <w:r>
              <w:t>What specific soil amendments have you experimented with in the past year to improve soil health for apple cultivation?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1070-0155</w:t>
            </w:r>
          </w:p>
        </w:tc>
        <w:tc>
          <w:tcPr>
            <w:tcW w:type="dxa" w:w="2160"/>
          </w:tcPr>
          <w:p>
            <w:r>
              <w:t>Soil Health</w:t>
            </w:r>
          </w:p>
        </w:tc>
        <w:tc>
          <w:tcPr>
            <w:tcW w:type="dxa" w:w="2160"/>
          </w:tcPr>
          <w:p>
            <w:r>
              <w:t>How do you measure the impact of soil health improvements on apple yield?</w:t>
              <w:br/>
              <w:t>Answer type: Long text + evidence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1070-0156</w:t>
            </w:r>
          </w:p>
        </w:tc>
        <w:tc>
          <w:tcPr>
            <w:tcW w:type="dxa" w:w="2160"/>
          </w:tcPr>
          <w:p>
            <w:r>
              <w:t>Irrigation Methods</w:t>
            </w:r>
          </w:p>
        </w:tc>
        <w:tc>
          <w:tcPr>
            <w:tcW w:type="dxa" w:w="2160"/>
          </w:tcPr>
          <w:p>
            <w:r>
              <w:t>What innovative irrigation techniques have you implemented to optimize water usage for your apple orchards?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1070-0157</w:t>
            </w:r>
          </w:p>
        </w:tc>
        <w:tc>
          <w:tcPr>
            <w:tcW w:type="dxa" w:w="2160"/>
          </w:tcPr>
          <w:p>
            <w:r>
              <w:t>Irrigation Methods</w:t>
            </w:r>
          </w:p>
        </w:tc>
        <w:tc>
          <w:tcPr>
            <w:tcW w:type="dxa" w:w="2160"/>
          </w:tcPr>
          <w:p>
            <w:r>
              <w:t>Can you provide data on the efficiency of your irrigation methods compared to traditional methods?</w:t>
              <w:br/>
              <w:t>Answer type: Calculation + evidence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1070-0158</w:t>
            </w:r>
          </w:p>
        </w:tc>
        <w:tc>
          <w:tcPr>
            <w:tcW w:type="dxa" w:w="2160"/>
          </w:tcPr>
          <w:p>
            <w:r>
              <w:t>Fertilizer Application</w:t>
            </w:r>
          </w:p>
        </w:tc>
        <w:tc>
          <w:tcPr>
            <w:tcW w:type="dxa" w:w="2160"/>
          </w:tcPr>
          <w:p>
            <w:r>
              <w:t>What new fertilizer application techniques have you tested in the last year, and what were the results?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1070-0159</w:t>
            </w:r>
          </w:p>
        </w:tc>
        <w:tc>
          <w:tcPr>
            <w:tcW w:type="dxa" w:w="2160"/>
          </w:tcPr>
          <w:p>
            <w:r>
              <w:t>Fertilizer Application</w:t>
            </w:r>
          </w:p>
        </w:tc>
        <w:tc>
          <w:tcPr>
            <w:tcW w:type="dxa" w:w="2160"/>
          </w:tcPr>
          <w:p>
            <w:r>
              <w:t>How do you quantify the impact of your fertilizer application methods on apple quality and yield?</w:t>
              <w:br/>
              <w:t>Answer type: Long text + evidence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1070-0160</w:t>
            </w:r>
          </w:p>
        </w:tc>
        <w:tc>
          <w:tcPr>
            <w:tcW w:type="dxa" w:w="2160"/>
          </w:tcPr>
          <w:p>
            <w:r>
              <w:t>Integrated Pest Management</w:t>
            </w:r>
          </w:p>
        </w:tc>
        <w:tc>
          <w:tcPr>
            <w:tcW w:type="dxa" w:w="2160"/>
          </w:tcPr>
          <w:p>
            <w:r>
              <w:t>What innovative pest management strategies have you adopted that differ from standard practices?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1070-0161</w:t>
            </w:r>
          </w:p>
        </w:tc>
        <w:tc>
          <w:tcPr>
            <w:tcW w:type="dxa" w:w="2160"/>
          </w:tcPr>
          <w:p>
            <w:r>
              <w:t>Integrated Pest Management</w:t>
            </w:r>
          </w:p>
        </w:tc>
        <w:tc>
          <w:tcPr>
            <w:tcW w:type="dxa" w:w="2160"/>
          </w:tcPr>
          <w:p>
            <w:r>
              <w:t>Can you describe any trials conducted to evaluate the effectiveness of your integrated pest management strategies?</w:t>
              <w:br/>
              <w:t>Answer type: Long text + evidence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1070-0162</w:t>
            </w:r>
          </w:p>
        </w:tc>
        <w:tc>
          <w:tcPr>
            <w:tcW w:type="dxa" w:w="2160"/>
          </w:tcPr>
          <w:p>
            <w:r>
              <w:t>Crop Rotation</w:t>
            </w:r>
          </w:p>
        </w:tc>
        <w:tc>
          <w:tcPr>
            <w:tcW w:type="dxa" w:w="2160"/>
          </w:tcPr>
          <w:p>
            <w:r>
              <w:t>What specific crop rotation practices have you implemented to enhance the health of your apple orchards?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1070-0163</w:t>
            </w:r>
          </w:p>
        </w:tc>
        <w:tc>
          <w:tcPr>
            <w:tcW w:type="dxa" w:w="2160"/>
          </w:tcPr>
          <w:p>
            <w:r>
              <w:t>Crop Rotation</w:t>
            </w:r>
          </w:p>
        </w:tc>
        <w:tc>
          <w:tcPr>
            <w:tcW w:type="dxa" w:w="2160"/>
          </w:tcPr>
          <w:p>
            <w:r>
              <w:t>How do you measure the benefits of crop rotation on soil health and apple yield?</w:t>
              <w:br/>
              <w:t>Answer type: Long text + evidence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1070-0164</w:t>
            </w:r>
          </w:p>
        </w:tc>
        <w:tc>
          <w:tcPr>
            <w:tcW w:type="dxa" w:w="2160"/>
          </w:tcPr>
          <w:p>
            <w:r>
              <w:t>Precision Agriculture</w:t>
            </w:r>
          </w:p>
        </w:tc>
        <w:tc>
          <w:tcPr>
            <w:tcW w:type="dxa" w:w="2160"/>
          </w:tcPr>
          <w:p>
            <w:r>
              <w:t>What precision agriculture technologies have you adopted to improve apple cultivation practices?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1070-0165</w:t>
            </w:r>
          </w:p>
        </w:tc>
        <w:tc>
          <w:tcPr>
            <w:tcW w:type="dxa" w:w="2160"/>
          </w:tcPr>
          <w:p>
            <w:r>
              <w:t>Precision Agriculture</w:t>
            </w:r>
          </w:p>
        </w:tc>
        <w:tc>
          <w:tcPr>
            <w:tcW w:type="dxa" w:w="2160"/>
          </w:tcPr>
          <w:p>
            <w:r>
              <w:t>Can you provide examples of how precision agriculture has led to measurable improvements in yield or resource efficiency?</w:t>
              <w:br/>
              <w:t>Answer type: Long text + evidence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1070-0166</w:t>
            </w:r>
          </w:p>
        </w:tc>
        <w:tc>
          <w:tcPr>
            <w:tcW w:type="dxa" w:w="2160"/>
          </w:tcPr>
          <w:p>
            <w:r>
              <w:t>Soil Health</w:t>
            </w:r>
          </w:p>
        </w:tc>
        <w:tc>
          <w:tcPr>
            <w:tcW w:type="dxa" w:w="2160"/>
          </w:tcPr>
          <w:p>
            <w:r>
              <w:t>Have you conducted any experiments with cover crops to enhance soil health? If so, what were the findings?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1070-0167</w:t>
            </w:r>
          </w:p>
        </w:tc>
        <w:tc>
          <w:tcPr>
            <w:tcW w:type="dxa" w:w="2160"/>
          </w:tcPr>
          <w:p>
            <w:r>
              <w:t>Irrigation Methods</w:t>
            </w:r>
          </w:p>
        </w:tc>
        <w:tc>
          <w:tcPr>
            <w:tcW w:type="dxa" w:w="2160"/>
          </w:tcPr>
          <w:p>
            <w:r>
              <w:t>What metrics do you use to evaluate the success of your irrigation innovations?</w:t>
              <w:br/>
              <w:t>Answer type: Long text + evidence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1070-0168</w:t>
            </w:r>
          </w:p>
        </w:tc>
        <w:tc>
          <w:tcPr>
            <w:tcW w:type="dxa" w:w="2160"/>
          </w:tcPr>
          <w:p>
            <w:r>
              <w:t>Fertilizer Application</w:t>
            </w:r>
          </w:p>
        </w:tc>
        <w:tc>
          <w:tcPr>
            <w:tcW w:type="dxa" w:w="2160"/>
          </w:tcPr>
          <w:p>
            <w:r>
              <w:t>How do you determine the optimal timing and quantity of fertilizer application for your apple trees?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1070-0169</w:t>
            </w:r>
          </w:p>
        </w:tc>
        <w:tc>
          <w:tcPr>
            <w:tcW w:type="dxa" w:w="2160"/>
          </w:tcPr>
          <w:p>
            <w:r>
              <w:t>Integrated Pest Management</w:t>
            </w:r>
          </w:p>
        </w:tc>
        <w:tc>
          <w:tcPr>
            <w:tcW w:type="dxa" w:w="2160"/>
          </w:tcPr>
          <w:p>
            <w:r>
              <w:t>What novel pest control agents have you trialed, and what were the results?</w:t>
              <w:br/>
              <w:t>Answer type: Long text + evidence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1070-0170</w:t>
            </w:r>
          </w:p>
        </w:tc>
        <w:tc>
          <w:tcPr>
            <w:tcW w:type="dxa" w:w="2160"/>
          </w:tcPr>
          <w:p>
            <w:r>
              <w:t>Crop Rotation</w:t>
            </w:r>
          </w:p>
        </w:tc>
        <w:tc>
          <w:tcPr>
            <w:tcW w:type="dxa" w:w="2160"/>
          </w:tcPr>
          <w:p>
            <w:r>
              <w:t>What challenges have you faced in implementing crop rotation, and how have you addressed them?</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1070-0171</w:t>
            </w:r>
          </w:p>
        </w:tc>
        <w:tc>
          <w:tcPr>
            <w:tcW w:type="dxa" w:w="2160"/>
          </w:tcPr>
          <w:p>
            <w:r>
              <w:t>Precision Agriculture</w:t>
            </w:r>
          </w:p>
        </w:tc>
        <w:tc>
          <w:tcPr>
            <w:tcW w:type="dxa" w:w="2160"/>
          </w:tcPr>
          <w:p>
            <w:r>
              <w:t>How have you integrated data analytics into your cultivation practices for apples?</w:t>
              <w:br/>
              <w:t>Answer type: Long text + evidence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1070-0172</w:t>
            </w:r>
          </w:p>
        </w:tc>
        <w:tc>
          <w:tcPr>
            <w:tcW w:type="dxa" w:w="2160"/>
          </w:tcPr>
          <w:p>
            <w:r>
              <w:t>Soil Health</w:t>
            </w:r>
          </w:p>
        </w:tc>
        <w:tc>
          <w:tcPr>
            <w:tcW w:type="dxa" w:w="2160"/>
          </w:tcPr>
          <w:p>
            <w:r>
              <w:t>What specific soil health indicators do you monitor regularly, and how do they influence your cultivation practices?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1070-0173</w:t>
            </w:r>
          </w:p>
        </w:tc>
        <w:tc>
          <w:tcPr>
            <w:tcW w:type="dxa" w:w="2160"/>
          </w:tcPr>
          <w:p>
            <w:r>
              <w:t>Agricultural Practices</w:t>
            </w:r>
          </w:p>
        </w:tc>
        <w:tc>
          <w:tcPr>
            <w:tcW w:type="dxa" w:w="2160"/>
          </w:tcPr>
          <w:p>
            <w:r>
              <w:t>What innovative cultivation techniques have you adopted to enhance apple quality?</w:t>
              <w:br/>
              <w:t>Answer type: text</w:t>
              <w:br/>
              <w:t>Trigger: None</w:t>
              <w:br/>
              <w:t>Required: Yes</w:t>
              <w:br/>
              <w:t>Risk: Medium</w:t>
            </w:r>
          </w:p>
        </w:tc>
        <w:tc>
          <w:tcPr>
            <w:tcW w:type="dxa" w:w="2160"/>
          </w:tcPr>
          <w:p>
            <w:r>
              <w:t>Primary authority: California FTB</w:t>
              <w:br/>
              <w:t>Response: ___________________________</w:t>
              <w:br/>
              <w:t>Evidence: ___________________________</w:t>
              <w:br/>
              <w:t>Reviewer conclusion: ___________________________</w:t>
            </w:r>
          </w:p>
        </w:tc>
      </w:tr>
      <w:tr>
        <w:tc>
          <w:tcPr>
            <w:tcW w:type="dxa" w:w="2160"/>
          </w:tcPr>
          <w:p>
            <w:r>
              <w:t>1070-0174</w:t>
            </w:r>
          </w:p>
        </w:tc>
        <w:tc>
          <w:tcPr>
            <w:tcW w:type="dxa" w:w="2160"/>
          </w:tcPr>
          <w:p>
            <w:r>
              <w:t>Research and Development</w:t>
            </w:r>
          </w:p>
        </w:tc>
        <w:tc>
          <w:tcPr>
            <w:tcW w:type="dxa" w:w="2160"/>
          </w:tcPr>
          <w:p>
            <w:r>
              <w:t>How do you document the effectiveness of new agronomic practices in apple cultivation?</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1070-0175</w:t>
            </w:r>
          </w:p>
        </w:tc>
        <w:tc>
          <w:tcPr>
            <w:tcW w:type="dxa" w:w="2160"/>
          </w:tcPr>
          <w:p>
            <w:r>
              <w:t>Sustainability</w:t>
            </w:r>
          </w:p>
        </w:tc>
        <w:tc>
          <w:tcPr>
            <w:tcW w:type="dxa" w:w="2160"/>
          </w:tcPr>
          <w:p>
            <w:r>
              <w:t>What sustainable practices do you implement in your apple cultivation process?</w:t>
              <w:br/>
              <w:t>Answer type: text</w:t>
              <w:br/>
              <w:t>Trigger: None</w:t>
              <w:br/>
              <w:t>Required: Yes</w:t>
              <w:br/>
              <w:t>Risk: Medium</w:t>
            </w:r>
          </w:p>
        </w:tc>
        <w:tc>
          <w:tcPr>
            <w:tcW w:type="dxa" w:w="2160"/>
          </w:tcPr>
          <w:p>
            <w:r>
              <w:t>Primary authority: USDA</w:t>
              <w:br/>
              <w:t>Response: ___________________________</w:t>
              <w:br/>
              <w:t>Evidence: ___________________________</w:t>
              <w:br/>
              <w:t>Reviewer conclusion: ___________________________</w:t>
            </w:r>
          </w:p>
        </w:tc>
      </w:tr>
    </w:tbl>
    <w:p/>
    <w:p>
      <w:pPr>
        <w:pStyle w:val="Heading2"/>
      </w:pPr>
      <w:r>
        <w:t>HARVESTING-METHODS-TECHNOLOGIES (13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1070-0176</w:t>
            </w:r>
          </w:p>
        </w:tc>
        <w:tc>
          <w:tcPr>
            <w:tcW w:type="dxa" w:w="2160"/>
          </w:tcPr>
          <w:p>
            <w:r>
              <w:t>Mechanical Harvesting</w:t>
            </w:r>
          </w:p>
        </w:tc>
        <w:tc>
          <w:tcPr>
            <w:tcW w:type="dxa" w:w="2160"/>
          </w:tcPr>
          <w:p>
            <w:r>
              <w:t>What specific mechanical harvesting technologies have you implemented in your apple harvesting process for the 2025 tax year?</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1070-0177</w:t>
            </w:r>
          </w:p>
        </w:tc>
        <w:tc>
          <w:tcPr>
            <w:tcW w:type="dxa" w:w="2160"/>
          </w:tcPr>
          <w:p>
            <w:r>
              <w:t>Manual Harvesting Techniques</w:t>
            </w:r>
          </w:p>
        </w:tc>
        <w:tc>
          <w:tcPr>
            <w:tcW w:type="dxa" w:w="2160"/>
          </w:tcPr>
          <w:p>
            <w:r>
              <w:t>Describe any innovative manual harvesting techniques that were tested during the 2025 season. What were the results?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1070-0178</w:t>
            </w:r>
          </w:p>
        </w:tc>
        <w:tc>
          <w:tcPr>
            <w:tcW w:type="dxa" w:w="2160"/>
          </w:tcPr>
          <w:p>
            <w:r>
              <w:t>Harvest Timing</w:t>
            </w:r>
          </w:p>
        </w:tc>
        <w:tc>
          <w:tcPr>
            <w:tcW w:type="dxa" w:w="2160"/>
          </w:tcPr>
          <w:p>
            <w:r>
              <w:t>How did you determine the optimal harvest timing for your apple varieties in 2025? Please provide any experimental data or methodologies used.</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1070-0179</w:t>
            </w:r>
          </w:p>
        </w:tc>
        <w:tc>
          <w:tcPr>
            <w:tcW w:type="dxa" w:w="2160"/>
          </w:tcPr>
          <w:p>
            <w:r>
              <w:t>Post-Harvest Handling</w:t>
            </w:r>
          </w:p>
        </w:tc>
        <w:tc>
          <w:tcPr>
            <w:tcW w:type="dxa" w:w="2160"/>
          </w:tcPr>
          <w:p>
            <w:r>
              <w:t>What new post-harvest handling techniques were trialed in 2025, and how did they affect apple quality and shelf-life?</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1070-0180</w:t>
            </w:r>
          </w:p>
        </w:tc>
        <w:tc>
          <w:tcPr>
            <w:tcW w:type="dxa" w:w="2160"/>
          </w:tcPr>
          <w:p>
            <w:r>
              <w:t>Field Logistics</w:t>
            </w:r>
          </w:p>
        </w:tc>
        <w:tc>
          <w:tcPr>
            <w:tcW w:type="dxa" w:w="2160"/>
          </w:tcPr>
          <w:p>
            <w:r>
              <w:t>Explain any logistical challenges faced during the apple harvesting process in 2025 and the experimental solutions you employed to address them.</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1070-0181</w:t>
            </w:r>
          </w:p>
        </w:tc>
        <w:tc>
          <w:tcPr>
            <w:tcW w:type="dxa" w:w="2160"/>
          </w:tcPr>
          <w:p>
            <w:r>
              <w:t>Worker Training</w:t>
            </w:r>
          </w:p>
        </w:tc>
        <w:tc>
          <w:tcPr>
            <w:tcW w:type="dxa" w:w="2160"/>
          </w:tcPr>
          <w:p>
            <w:r>
              <w:t>What specific training programs were developed or revised for workers involved in the harvesting process in 2025? Please detail any experimental components of these programs.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1070-0182</w:t>
            </w:r>
          </w:p>
        </w:tc>
        <w:tc>
          <w:tcPr>
            <w:tcW w:type="dxa" w:w="2160"/>
          </w:tcPr>
          <w:p>
            <w:r>
              <w:t>Mechanical Harvesting</w:t>
            </w:r>
          </w:p>
        </w:tc>
        <w:tc>
          <w:tcPr>
            <w:tcW w:type="dxa" w:w="2160"/>
          </w:tcPr>
          <w:p>
            <w:r>
              <w:t>What challenges did you encounter with mechanical harvesting in 2025, and what experimental adjustments were made to improve efficiency?</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1070-0183</w:t>
            </w:r>
          </w:p>
        </w:tc>
        <w:tc>
          <w:tcPr>
            <w:tcW w:type="dxa" w:w="2160"/>
          </w:tcPr>
          <w:p>
            <w:r>
              <w:t>Manual Harvesting Techniques</w:t>
            </w:r>
          </w:p>
        </w:tc>
        <w:tc>
          <w:tcPr>
            <w:tcW w:type="dxa" w:w="2160"/>
          </w:tcPr>
          <w:p>
            <w:r>
              <w:t>In 2025, did you implement any new tools or equipment for manual harvesting? If so, describe their impact on the harvesting process.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1070-0184</w:t>
            </w:r>
          </w:p>
        </w:tc>
        <w:tc>
          <w:tcPr>
            <w:tcW w:type="dxa" w:w="2160"/>
          </w:tcPr>
          <w:p>
            <w:r>
              <w:t>Harvest Timing</w:t>
            </w:r>
          </w:p>
        </w:tc>
        <w:tc>
          <w:tcPr>
            <w:tcW w:type="dxa" w:w="2160"/>
          </w:tcPr>
          <w:p>
            <w:r>
              <w:t>Did you experiment with different harvest timing strategies based on weather patterns in 2025? Please provide details.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1070-0185</w:t>
            </w:r>
          </w:p>
        </w:tc>
        <w:tc>
          <w:tcPr>
            <w:tcW w:type="dxa" w:w="2160"/>
          </w:tcPr>
          <w:p>
            <w:r>
              <w:t>Post-Harvest Handling</w:t>
            </w:r>
          </w:p>
        </w:tc>
        <w:tc>
          <w:tcPr>
            <w:tcW w:type="dxa" w:w="2160"/>
          </w:tcPr>
          <w:p>
            <w:r>
              <w:t>What metrics did you use to evaluate the effectiveness of post-harvest handling techniques in 2025?</w:t>
              <w:br/>
              <w:t>Answer type: Multi-select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1070-0186</w:t>
            </w:r>
          </w:p>
        </w:tc>
        <w:tc>
          <w:tcPr>
            <w:tcW w:type="dxa" w:w="2160"/>
          </w:tcPr>
          <w:p>
            <w:r>
              <w:t>Field Logistics</w:t>
            </w:r>
          </w:p>
        </w:tc>
        <w:tc>
          <w:tcPr>
            <w:tcW w:type="dxa" w:w="2160"/>
          </w:tcPr>
          <w:p>
            <w:r>
              <w:t>How did you assess the impact of field logistics on the overall efficiency of the harvesting process in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1070-0187</w:t>
            </w:r>
          </w:p>
        </w:tc>
        <w:tc>
          <w:tcPr>
            <w:tcW w:type="dxa" w:w="2160"/>
          </w:tcPr>
          <w:p>
            <w:r>
              <w:t>Worker Training</w:t>
            </w:r>
          </w:p>
        </w:tc>
        <w:tc>
          <w:tcPr>
            <w:tcW w:type="dxa" w:w="2160"/>
          </w:tcPr>
          <w:p>
            <w:r>
              <w:t>What feedback mechanisms did you implement to assess the effectiveness of worker training in 2025?</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1070-0188</w:t>
            </w:r>
          </w:p>
        </w:tc>
        <w:tc>
          <w:tcPr>
            <w:tcW w:type="dxa" w:w="2160"/>
          </w:tcPr>
          <w:p>
            <w:r>
              <w:t>General Experimentation</w:t>
            </w:r>
          </w:p>
        </w:tc>
        <w:tc>
          <w:tcPr>
            <w:tcW w:type="dxa" w:w="2160"/>
          </w:tcPr>
          <w:p>
            <w:r>
              <w:t>Can you identify any specific instances in 2025 where you had to pivot your harvesting methods based on unexpected results? Please elaborate.</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PROCESSING-FACILITIES-ENGINEERING (21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1070-0189</w:t>
            </w:r>
          </w:p>
        </w:tc>
        <w:tc>
          <w:tcPr>
            <w:tcW w:type="dxa" w:w="2160"/>
          </w:tcPr>
          <w:p>
            <w:r>
              <w:t>Facility Layout</w:t>
            </w:r>
          </w:p>
        </w:tc>
        <w:tc>
          <w:tcPr>
            <w:tcW w:type="dxa" w:w="2160"/>
          </w:tcPr>
          <w:p>
            <w:r>
              <w:t>Describe the layout of your apple processing facility. How does this layout enhance operational efficiency and reduce contamination risks?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1070-0190</w:t>
            </w:r>
          </w:p>
        </w:tc>
        <w:tc>
          <w:tcPr>
            <w:tcW w:type="dxa" w:w="2160"/>
          </w:tcPr>
          <w:p>
            <w:r>
              <w:t>Equipment Selection</w:t>
            </w:r>
          </w:p>
        </w:tc>
        <w:tc>
          <w:tcPr>
            <w:tcW w:type="dxa" w:w="2160"/>
          </w:tcPr>
          <w:p>
            <w:r>
              <w:t>What criteria did you use to select the equipment for processing apple products? Please include any specific technical requirements or innovations considered during the selection process.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1070-0191</w:t>
            </w:r>
          </w:p>
        </w:tc>
        <w:tc>
          <w:tcPr>
            <w:tcW w:type="dxa" w:w="2160"/>
          </w:tcPr>
          <w:p>
            <w:r>
              <w:t>Sanitation Protocols</w:t>
            </w:r>
          </w:p>
        </w:tc>
        <w:tc>
          <w:tcPr>
            <w:tcW w:type="dxa" w:w="2160"/>
          </w:tcPr>
          <w:p>
            <w:r>
              <w:t>What specific sanitation protocols have you implemented in your processing facility, and how do they differ from industry standards?</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1070-0192</w:t>
            </w:r>
          </w:p>
        </w:tc>
        <w:tc>
          <w:tcPr>
            <w:tcW w:type="dxa" w:w="2160"/>
          </w:tcPr>
          <w:p>
            <w:r>
              <w:t>Energy Efficiency</w:t>
            </w:r>
          </w:p>
        </w:tc>
        <w:tc>
          <w:tcPr>
            <w:tcW w:type="dxa" w:w="2160"/>
          </w:tcPr>
          <w:p>
            <w:r>
              <w:t>What energy-efficient technologies have you integrated into your processing facility? Please provide details on any experimental approaches taken to improve energy consumption.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1070-0193</w:t>
            </w:r>
          </w:p>
        </w:tc>
        <w:tc>
          <w:tcPr>
            <w:tcW w:type="dxa" w:w="2160"/>
          </w:tcPr>
          <w:p>
            <w:r>
              <w:t>Waste Management</w:t>
            </w:r>
          </w:p>
        </w:tc>
        <w:tc>
          <w:tcPr>
            <w:tcW w:type="dxa" w:w="2160"/>
          </w:tcPr>
          <w:p>
            <w:r>
              <w:t>Explain your waste management strategy for apple processing. What innovative methods have you implemented to minimize waste generation?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1070-0194</w:t>
            </w:r>
          </w:p>
        </w:tc>
        <w:tc>
          <w:tcPr>
            <w:tcW w:type="dxa" w:w="2160"/>
          </w:tcPr>
          <w:p>
            <w:r>
              <w:t>Regulatory Compliance</w:t>
            </w:r>
          </w:p>
        </w:tc>
        <w:tc>
          <w:tcPr>
            <w:tcW w:type="dxa" w:w="2160"/>
          </w:tcPr>
          <w:p>
            <w:r>
              <w:t>What regulatory compliance challenges have you faced in the design of your facility, and how have you addressed them through engineering solutions?</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1070-0195</w:t>
            </w:r>
          </w:p>
        </w:tc>
        <w:tc>
          <w:tcPr>
            <w:tcW w:type="dxa" w:w="2160"/>
          </w:tcPr>
          <w:p>
            <w:r>
              <w:t>Facility Layout</w:t>
            </w:r>
          </w:p>
        </w:tc>
        <w:tc>
          <w:tcPr>
            <w:tcW w:type="dxa" w:w="2160"/>
          </w:tcPr>
          <w:p>
            <w:r>
              <w:t>How does the facility layout facilitate the flow of materials and personnel? Provide examples of any redesigns made to optimize this flow.</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1070-0196</w:t>
            </w:r>
          </w:p>
        </w:tc>
        <w:tc>
          <w:tcPr>
            <w:tcW w:type="dxa" w:w="2160"/>
          </w:tcPr>
          <w:p>
            <w:r>
              <w:t>Equipment Selection</w:t>
            </w:r>
          </w:p>
        </w:tc>
        <w:tc>
          <w:tcPr>
            <w:tcW w:type="dxa" w:w="2160"/>
          </w:tcPr>
          <w:p>
            <w:r>
              <w:t>List the types of equipment used in your apple processing facility and describe any experimental modifications made to enhance their performance.</w:t>
              <w:br/>
              <w:t>Answer type: Repeating table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1070-0197</w:t>
            </w:r>
          </w:p>
        </w:tc>
        <w:tc>
          <w:tcPr>
            <w:tcW w:type="dxa" w:w="2160"/>
          </w:tcPr>
          <w:p>
            <w:r>
              <w:t>Sanitation Protocols</w:t>
            </w:r>
          </w:p>
        </w:tc>
        <w:tc>
          <w:tcPr>
            <w:tcW w:type="dxa" w:w="2160"/>
          </w:tcPr>
          <w:p>
            <w:r>
              <w:t>How do you ensure that sanitation protocols are effective in preventing contamination? Include any testing or validation processes used.</w:t>
              <w:br/>
              <w:t>Answer type: Long text + evidence</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1070-0198</w:t>
            </w:r>
          </w:p>
        </w:tc>
        <w:tc>
          <w:tcPr>
            <w:tcW w:type="dxa" w:w="2160"/>
          </w:tcPr>
          <w:p>
            <w:r>
              <w:t>Energy Efficiency</w:t>
            </w:r>
          </w:p>
        </w:tc>
        <w:tc>
          <w:tcPr>
            <w:tcW w:type="dxa" w:w="2160"/>
          </w:tcPr>
          <w:p>
            <w:r>
              <w:t>What metrics do you use to evaluate the energy efficiency of your processing facility? Provide data from any recent assessments.</w:t>
              <w:br/>
              <w:t>Answer type: Integer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1070-0199</w:t>
            </w:r>
          </w:p>
        </w:tc>
        <w:tc>
          <w:tcPr>
            <w:tcW w:type="dxa" w:w="2160"/>
          </w:tcPr>
          <w:p>
            <w:r>
              <w:t>Waste Management</w:t>
            </w:r>
          </w:p>
        </w:tc>
        <w:tc>
          <w:tcPr>
            <w:tcW w:type="dxa" w:w="2160"/>
          </w:tcPr>
          <w:p>
            <w:r>
              <w:t>Describe any innovative waste recycling processes you have implemented in your facility. What results have you observed?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1070-0200</w:t>
            </w:r>
          </w:p>
        </w:tc>
        <w:tc>
          <w:tcPr>
            <w:tcW w:type="dxa" w:w="2160"/>
          </w:tcPr>
          <w:p>
            <w:r>
              <w:t>Regulatory Compliance</w:t>
            </w:r>
          </w:p>
        </w:tc>
        <w:tc>
          <w:tcPr>
            <w:tcW w:type="dxa" w:w="2160"/>
          </w:tcPr>
          <w:p>
            <w:r>
              <w:t>What specific regulations impact your processing facility design, and how have you integrated compliance into your engineering processes?</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1070-0201</w:t>
            </w:r>
          </w:p>
        </w:tc>
        <w:tc>
          <w:tcPr>
            <w:tcW w:type="dxa" w:w="2160"/>
          </w:tcPr>
          <w:p>
            <w:r>
              <w:t>Facility Layout</w:t>
            </w:r>
          </w:p>
        </w:tc>
        <w:tc>
          <w:tcPr>
            <w:tcW w:type="dxa" w:w="2160"/>
          </w:tcPr>
          <w:p>
            <w:r>
              <w:t>Have you conducted any studies to assess the impact of your facility layout on production efficiency? If so, summarize the findings.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1070-0202</w:t>
            </w:r>
          </w:p>
        </w:tc>
        <w:tc>
          <w:tcPr>
            <w:tcW w:type="dxa" w:w="2160"/>
          </w:tcPr>
          <w:p>
            <w:r>
              <w:t>Equipment Selection</w:t>
            </w:r>
          </w:p>
        </w:tc>
        <w:tc>
          <w:tcPr>
            <w:tcW w:type="dxa" w:w="2160"/>
          </w:tcPr>
          <w:p>
            <w:r>
              <w:t>What innovative technologies have you explored in your equipment selection process? Describe any trials conducted.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1070-0203</w:t>
            </w:r>
          </w:p>
        </w:tc>
        <w:tc>
          <w:tcPr>
            <w:tcW w:type="dxa" w:w="2160"/>
          </w:tcPr>
          <w:p>
            <w:r>
              <w:t>Sanitation Protocols</w:t>
            </w:r>
          </w:p>
        </w:tc>
        <w:tc>
          <w:tcPr>
            <w:tcW w:type="dxa" w:w="2160"/>
          </w:tcPr>
          <w:p>
            <w:r>
              <w:t>What training do your employees receive on sanitation protocols, and how is this training evaluated for effectiveness?</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1070-0204</w:t>
            </w:r>
          </w:p>
        </w:tc>
        <w:tc>
          <w:tcPr>
            <w:tcW w:type="dxa" w:w="2160"/>
          </w:tcPr>
          <w:p>
            <w:r>
              <w:t>Energy Efficiency</w:t>
            </w:r>
          </w:p>
        </w:tc>
        <w:tc>
          <w:tcPr>
            <w:tcW w:type="dxa" w:w="2160"/>
          </w:tcPr>
          <w:p>
            <w:r>
              <w:t>What challenges have you encountered in implementing energy-efficient technologies, and how have you addressed them?</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1070-0205</w:t>
            </w:r>
          </w:p>
        </w:tc>
        <w:tc>
          <w:tcPr>
            <w:tcW w:type="dxa" w:w="2160"/>
          </w:tcPr>
          <w:p>
            <w:r>
              <w:t>Waste Management</w:t>
            </w:r>
          </w:p>
        </w:tc>
        <w:tc>
          <w:tcPr>
            <w:tcW w:type="dxa" w:w="2160"/>
          </w:tcPr>
          <w:p>
            <w:r>
              <w:t>How do you track and report waste generation in your facility? Please include any metrics or software used.</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1070-0206</w:t>
            </w:r>
          </w:p>
        </w:tc>
        <w:tc>
          <w:tcPr>
            <w:tcW w:type="dxa" w:w="2160"/>
          </w:tcPr>
          <w:p>
            <w:r>
              <w:t>Regulatory Compliance</w:t>
            </w:r>
          </w:p>
        </w:tc>
        <w:tc>
          <w:tcPr>
            <w:tcW w:type="dxa" w:w="2160"/>
          </w:tcPr>
          <w:p>
            <w:r>
              <w:t>What role do third-party audits play in your compliance strategy for the processing facility? Describe any recent audits and their outcomes.</w:t>
              <w:br/>
              <w:t>Answer type: Long text + evidence</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1070-0207</w:t>
            </w:r>
          </w:p>
        </w:tc>
        <w:tc>
          <w:tcPr>
            <w:tcW w:type="dxa" w:w="2160"/>
          </w:tcPr>
          <w:p>
            <w:r>
              <w:t>Facility Management</w:t>
            </w:r>
          </w:p>
        </w:tc>
        <w:tc>
          <w:tcPr>
            <w:tcW w:type="dxa" w:w="2160"/>
          </w:tcPr>
          <w:p>
            <w:r>
              <w:t>What engineering improvements have you made to your apple processing facilities in the last year?</w:t>
              <w:br/>
              <w:t>Answer type: text</w:t>
              <w:br/>
              <w:t>Trigger: None</w:t>
              <w:br/>
              <w:t>Required: Yes</w:t>
              <w:br/>
              <w:t>Risk: Medium</w:t>
            </w:r>
          </w:p>
        </w:tc>
        <w:tc>
          <w:tcPr>
            <w:tcW w:type="dxa" w:w="2160"/>
          </w:tcPr>
          <w:p>
            <w:r>
              <w:t>Primary authority: California FTB</w:t>
              <w:br/>
              <w:t>Response: ___________________________</w:t>
              <w:br/>
              <w:t>Evidence: ___________________________</w:t>
              <w:br/>
              <w:t>Reviewer conclusion: ___________________________</w:t>
            </w:r>
          </w:p>
        </w:tc>
      </w:tr>
      <w:tr>
        <w:tc>
          <w:tcPr>
            <w:tcW w:type="dxa" w:w="2160"/>
          </w:tcPr>
          <w:p>
            <w:r>
              <w:t>1070-0208</w:t>
            </w:r>
          </w:p>
        </w:tc>
        <w:tc>
          <w:tcPr>
            <w:tcW w:type="dxa" w:w="2160"/>
          </w:tcPr>
          <w:p>
            <w:r>
              <w:t>Operational Efficiency</w:t>
            </w:r>
          </w:p>
        </w:tc>
        <w:tc>
          <w:tcPr>
            <w:tcW w:type="dxa" w:w="2160"/>
          </w:tcPr>
          <w:p>
            <w:r>
              <w:t>How do you assess the efficiency of your apple processing facilities?</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1070-0209</w:t>
            </w:r>
          </w:p>
        </w:tc>
        <w:tc>
          <w:tcPr>
            <w:tcW w:type="dxa" w:w="2160"/>
          </w:tcPr>
          <w:p>
            <w:r>
              <w:t>Regulatory Compliance</w:t>
            </w:r>
          </w:p>
        </w:tc>
        <w:tc>
          <w:tcPr>
            <w:tcW w:type="dxa" w:w="2160"/>
          </w:tcPr>
          <w:p>
            <w:r>
              <w:t>What safety regulations do you adhere to in your apple processing facilities?</w:t>
              <w:br/>
              <w:t>Answer type: text</w:t>
              <w:br/>
              <w:t>Trigger: None</w:t>
              <w:br/>
              <w:t>Required: Yes</w:t>
              <w:br/>
              <w:t>Risk: Low</w:t>
            </w:r>
          </w:p>
        </w:tc>
        <w:tc>
          <w:tcPr>
            <w:tcW w:type="dxa" w:w="2160"/>
          </w:tcPr>
          <w:p>
            <w:r>
              <w:t>Primary authority: USDA</w:t>
              <w:br/>
              <w:t>Response: ___________________________</w:t>
              <w:br/>
              <w:t>Evidence: ___________________________</w:t>
              <w:br/>
              <w:t>Reviewer conclusion: ___________________________</w:t>
            </w:r>
          </w:p>
        </w:tc>
      </w:tr>
    </w:tbl>
    <w:p/>
    <w:p>
      <w:pPr>
        <w:pStyle w:val="Heading2"/>
      </w:pPr>
      <w:r>
        <w:t>JUICE-EXTRACTION-PROCESSING (17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1070-0210</w:t>
            </w:r>
          </w:p>
        </w:tc>
        <w:tc>
          <w:tcPr>
            <w:tcW w:type="dxa" w:w="2160"/>
          </w:tcPr>
          <w:p>
            <w:r>
              <w:t>Pressing Techniques</w:t>
            </w:r>
          </w:p>
        </w:tc>
        <w:tc>
          <w:tcPr>
            <w:tcW w:type="dxa" w:w="2160"/>
          </w:tcPr>
          <w:p>
            <w:r>
              <w:t>What specific pressing techniques are utilized in your apple juice extraction process, and how do they differ from traditional methods?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1070-0211</w:t>
            </w:r>
          </w:p>
        </w:tc>
        <w:tc>
          <w:tcPr>
            <w:tcW w:type="dxa" w:w="2160"/>
          </w:tcPr>
          <w:p>
            <w:r>
              <w:t>Enzymatic Treatments</w:t>
            </w:r>
          </w:p>
        </w:tc>
        <w:tc>
          <w:tcPr>
            <w:tcW w:type="dxa" w:w="2160"/>
          </w:tcPr>
          <w:p>
            <w:r>
              <w:t>Can you describe any enzymatic treatments applied to the apple mash prior to pressing, including the types of enzymes used and the rationale behind their selection?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1070-0212</w:t>
            </w:r>
          </w:p>
        </w:tc>
        <w:tc>
          <w:tcPr>
            <w:tcW w:type="dxa" w:w="2160"/>
          </w:tcPr>
          <w:p>
            <w:r>
              <w:t>Clarification Methods</w:t>
            </w:r>
          </w:p>
        </w:tc>
        <w:tc>
          <w:tcPr>
            <w:tcW w:type="dxa" w:w="2160"/>
          </w:tcPr>
          <w:p>
            <w:r>
              <w:t>What clarification methods do you employ after juice extraction, and how do they contribute to the quality of the final product?</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1070-0213</w:t>
            </w:r>
          </w:p>
        </w:tc>
        <w:tc>
          <w:tcPr>
            <w:tcW w:type="dxa" w:w="2160"/>
          </w:tcPr>
          <w:p>
            <w:r>
              <w:t>Pasteurization</w:t>
            </w:r>
          </w:p>
        </w:tc>
        <w:tc>
          <w:tcPr>
            <w:tcW w:type="dxa" w:w="2160"/>
          </w:tcPr>
          <w:p>
            <w:r>
              <w:t>Describe the pasteurization process used for your apple juice, including temperature and duration, and any innovations implemented to enhance efficiency or quality.</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1070-0214</w:t>
            </w:r>
          </w:p>
        </w:tc>
        <w:tc>
          <w:tcPr>
            <w:tcW w:type="dxa" w:w="2160"/>
          </w:tcPr>
          <w:p>
            <w:r>
              <w:t>Flavor Enhancement</w:t>
            </w:r>
          </w:p>
        </w:tc>
        <w:tc>
          <w:tcPr>
            <w:tcW w:type="dxa" w:w="2160"/>
          </w:tcPr>
          <w:p>
            <w:r>
              <w:t>What methods do you use for flavor enhancement in your apple juice, and how do you determine their effectiveness?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1070-0215</w:t>
            </w:r>
          </w:p>
        </w:tc>
        <w:tc>
          <w:tcPr>
            <w:tcW w:type="dxa" w:w="2160"/>
          </w:tcPr>
          <w:p>
            <w:r>
              <w:t>Quality Control</w:t>
            </w:r>
          </w:p>
        </w:tc>
        <w:tc>
          <w:tcPr>
            <w:tcW w:type="dxa" w:w="2160"/>
          </w:tcPr>
          <w:p>
            <w:r>
              <w:t>What quality control measures are in place during the juice extraction process, and how do they ensure compliance with industry standards?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1070-0216</w:t>
            </w:r>
          </w:p>
        </w:tc>
        <w:tc>
          <w:tcPr>
            <w:tcW w:type="dxa" w:w="2160"/>
          </w:tcPr>
          <w:p>
            <w:r>
              <w:t>Pressing Techniques</w:t>
            </w:r>
          </w:p>
        </w:tc>
        <w:tc>
          <w:tcPr>
            <w:tcW w:type="dxa" w:w="2160"/>
          </w:tcPr>
          <w:p>
            <w:r>
              <w:t>Have you experimented with any new pressing technologies or machinery in the past year? If so, please describe the outcomes.</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1070-0217</w:t>
            </w:r>
          </w:p>
        </w:tc>
        <w:tc>
          <w:tcPr>
            <w:tcW w:type="dxa" w:w="2160"/>
          </w:tcPr>
          <w:p>
            <w:r>
              <w:t>Enzymatic Treatments</w:t>
            </w:r>
          </w:p>
        </w:tc>
        <w:tc>
          <w:tcPr>
            <w:tcW w:type="dxa" w:w="2160"/>
          </w:tcPr>
          <w:p>
            <w:r>
              <w:t>What challenges have you faced in optimizing enzymatic treatments for juice extraction, and how have you addressed them?</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1070-0218</w:t>
            </w:r>
          </w:p>
        </w:tc>
        <w:tc>
          <w:tcPr>
            <w:tcW w:type="dxa" w:w="2160"/>
          </w:tcPr>
          <w:p>
            <w:r>
              <w:t>Clarification Methods</w:t>
            </w:r>
          </w:p>
        </w:tc>
        <w:tc>
          <w:tcPr>
            <w:tcW w:type="dxa" w:w="2160"/>
          </w:tcPr>
          <w:p>
            <w:r>
              <w:t>Have you tested alternative clarification methods in your process? If yes, what were the results compared to your standard method?</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1070-0219</w:t>
            </w:r>
          </w:p>
        </w:tc>
        <w:tc>
          <w:tcPr>
            <w:tcW w:type="dxa" w:w="2160"/>
          </w:tcPr>
          <w:p>
            <w:r>
              <w:t>Pasteurization</w:t>
            </w:r>
          </w:p>
        </w:tc>
        <w:tc>
          <w:tcPr>
            <w:tcW w:type="dxa" w:w="2160"/>
          </w:tcPr>
          <w:p>
            <w:r>
              <w:t>What research or trials have you conducted to improve your pasteurization process, and what were the findings?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1070-0220</w:t>
            </w:r>
          </w:p>
        </w:tc>
        <w:tc>
          <w:tcPr>
            <w:tcW w:type="dxa" w:w="2160"/>
          </w:tcPr>
          <w:p>
            <w:r>
              <w:t>Flavor Enhancement</w:t>
            </w:r>
          </w:p>
        </w:tc>
        <w:tc>
          <w:tcPr>
            <w:tcW w:type="dxa" w:w="2160"/>
          </w:tcPr>
          <w:p>
            <w:r>
              <w:t>How do you assess the impact of flavor enhancement techniques on consumer preference and product sales?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1070-0221</w:t>
            </w:r>
          </w:p>
        </w:tc>
        <w:tc>
          <w:tcPr>
            <w:tcW w:type="dxa" w:w="2160"/>
          </w:tcPr>
          <w:p>
            <w:r>
              <w:t>Quality Control</w:t>
            </w:r>
          </w:p>
        </w:tc>
        <w:tc>
          <w:tcPr>
            <w:tcW w:type="dxa" w:w="2160"/>
          </w:tcPr>
          <w:p>
            <w:r>
              <w:t>What specific metrics do you track to evaluate the quality of your apple juice, and how often are these metrics reviewed?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1070-0222</w:t>
            </w:r>
          </w:p>
        </w:tc>
        <w:tc>
          <w:tcPr>
            <w:tcW w:type="dxa" w:w="2160"/>
          </w:tcPr>
          <w:p>
            <w:r>
              <w:t>Pressing Techniques</w:t>
            </w:r>
          </w:p>
        </w:tc>
        <w:tc>
          <w:tcPr>
            <w:tcW w:type="dxa" w:w="2160"/>
          </w:tcPr>
          <w:p>
            <w:r>
              <w:t>How do you document the efficiency and yield of your pressing techniques, and what improvements have you implemented based on this data?</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1070-0223</w:t>
            </w:r>
          </w:p>
        </w:tc>
        <w:tc>
          <w:tcPr>
            <w:tcW w:type="dxa" w:w="2160"/>
          </w:tcPr>
          <w:p>
            <w:r>
              <w:t>Enzymatic Treatments</w:t>
            </w:r>
          </w:p>
        </w:tc>
        <w:tc>
          <w:tcPr>
            <w:tcW w:type="dxa" w:w="2160"/>
          </w:tcPr>
          <w:p>
            <w:r>
              <w:t>What is the process for selecting and testing new enzymes for apple juice extraction, and how do you evaluate their performance?</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1070-0224</w:t>
            </w:r>
          </w:p>
        </w:tc>
        <w:tc>
          <w:tcPr>
            <w:tcW w:type="dxa" w:w="2160"/>
          </w:tcPr>
          <w:p>
            <w:r>
              <w:t>Clarification Methods</w:t>
            </w:r>
          </w:p>
        </w:tc>
        <w:tc>
          <w:tcPr>
            <w:tcW w:type="dxa" w:w="2160"/>
          </w:tcPr>
          <w:p>
            <w:r>
              <w:t>What innovations have you implemented in your clarification methods over the past year, and what were the results?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1070-0225</w:t>
            </w:r>
          </w:p>
        </w:tc>
        <w:tc>
          <w:tcPr>
            <w:tcW w:type="dxa" w:w="2160"/>
          </w:tcPr>
          <w:p>
            <w:r>
              <w:t>Pasteurization</w:t>
            </w:r>
          </w:p>
        </w:tc>
        <w:tc>
          <w:tcPr>
            <w:tcW w:type="dxa" w:w="2160"/>
          </w:tcPr>
          <w:p>
            <w:r>
              <w:t>What alternative pasteurization technologies have you explored, and what are the expected benefits of these alternatives?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1070-0226</w:t>
            </w:r>
          </w:p>
        </w:tc>
        <w:tc>
          <w:tcPr>
            <w:tcW w:type="dxa" w:w="2160"/>
          </w:tcPr>
          <w:p>
            <w:r>
              <w:t>Production Techniques</w:t>
            </w:r>
          </w:p>
        </w:tc>
        <w:tc>
          <w:tcPr>
            <w:tcW w:type="dxa" w:w="2160"/>
          </w:tcPr>
          <w:p>
            <w:r>
              <w:t>What methods do you use for juice extraction from apples, and how do you ensure quality?</w:t>
              <w:br/>
              <w:t>Answer type: text</w:t>
              <w:br/>
              <w:t>Trigger: None</w:t>
              <w:br/>
              <w:t>Required: Yes</w:t>
              <w:br/>
              <w:t>Risk: Medium</w:t>
            </w:r>
          </w:p>
        </w:tc>
        <w:tc>
          <w:tcPr>
            <w:tcW w:type="dxa" w:w="2160"/>
          </w:tcPr>
          <w:p>
            <w:r>
              <w:t>Primary authority: California FTB</w:t>
              <w:br/>
              <w:t>Response: ___________________________</w:t>
              <w:br/>
              <w:t>Evidence: ___________________________</w:t>
              <w:br/>
              <w:t>Reviewer conclusion: ___________________________</w:t>
            </w:r>
          </w:p>
        </w:tc>
      </w:tr>
    </w:tbl>
    <w:p/>
    <w:p>
      <w:pPr>
        <w:pStyle w:val="Heading2"/>
      </w:pPr>
      <w:r>
        <w:t>CIDER-FERMENTATION-TECHNOLOGIES (15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1070-0227</w:t>
            </w:r>
          </w:p>
        </w:tc>
        <w:tc>
          <w:tcPr>
            <w:tcW w:type="dxa" w:w="2160"/>
          </w:tcPr>
          <w:p>
            <w:r>
              <w:t>Yeast Selection</w:t>
            </w:r>
          </w:p>
        </w:tc>
        <w:tc>
          <w:tcPr>
            <w:tcW w:type="dxa" w:w="2160"/>
          </w:tcPr>
          <w:p>
            <w:r>
              <w:t>What specific yeast strains have you experimented with in the cider fermentation process, and what were the observed impacts on flavor and fermentation efficiency?</w:t>
              <w:br/>
              <w:t>Answer type: Long text + evidence</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1070-0228</w:t>
            </w:r>
          </w:p>
        </w:tc>
        <w:tc>
          <w:tcPr>
            <w:tcW w:type="dxa" w:w="2160"/>
          </w:tcPr>
          <w:p>
            <w:r>
              <w:t>Fermentation Conditions</w:t>
            </w:r>
          </w:p>
        </w:tc>
        <w:tc>
          <w:tcPr>
            <w:tcW w:type="dxa" w:w="2160"/>
          </w:tcPr>
          <w:p>
            <w:r>
              <w:t>Describe the variations in temperature and pH levels you have tested during fermentation and their effects on the final cider product. Please provide data if available.</w:t>
              <w:br/>
              <w:t>Answer type: Long text + evidence</w:t>
              <w:br/>
              <w:t>Trigger: Always</w:t>
              <w:br/>
              <w:t>Required: Yes</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1070-0229</w:t>
            </w:r>
          </w:p>
        </w:tc>
        <w:tc>
          <w:tcPr>
            <w:tcW w:type="dxa" w:w="2160"/>
          </w:tcPr>
          <w:p>
            <w:r>
              <w:t>Flavor Profiles</w:t>
            </w:r>
          </w:p>
        </w:tc>
        <w:tc>
          <w:tcPr>
            <w:tcW w:type="dxa" w:w="2160"/>
          </w:tcPr>
          <w:p>
            <w:r>
              <w:t>What innovative methods have you used to enhance specific flavor profiles in your cider, and how did you measure their success?</w:t>
              <w:br/>
              <w:t>Answer type: Long text + evidence</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1070-0230</w:t>
            </w:r>
          </w:p>
        </w:tc>
        <w:tc>
          <w:tcPr>
            <w:tcW w:type="dxa" w:w="2160"/>
          </w:tcPr>
          <w:p>
            <w:r>
              <w:t>Barrel Aging</w:t>
            </w:r>
          </w:p>
        </w:tc>
        <w:tc>
          <w:tcPr>
            <w:tcW w:type="dxa" w:w="2160"/>
          </w:tcPr>
          <w:p>
            <w:r>
              <w:t>What types of barrels have you experimented with for aging cider, and what specific characteristics did you aim to achieve through this process?</w:t>
              <w:br/>
              <w:t>Answer type: Long text + evidence</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1070-0231</w:t>
            </w:r>
          </w:p>
        </w:tc>
        <w:tc>
          <w:tcPr>
            <w:tcW w:type="dxa" w:w="2160"/>
          </w:tcPr>
          <w:p>
            <w:r>
              <w:t>Microbial Management</w:t>
            </w:r>
          </w:p>
        </w:tc>
        <w:tc>
          <w:tcPr>
            <w:tcW w:type="dxa" w:w="2160"/>
          </w:tcPr>
          <w:p>
            <w:r>
              <w:t>How have you managed microbial populations during fermentation to prevent spoilage, and what techniques have you found most effective?</w:t>
              <w:br/>
              <w:t>Answer type: Long text + evidence</w:t>
              <w:br/>
              <w:t>Trigger: Always</w:t>
              <w:br/>
              <w:t>Required: Yes</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1070-0232</w:t>
            </w:r>
          </w:p>
        </w:tc>
        <w:tc>
          <w:tcPr>
            <w:tcW w:type="dxa" w:w="2160"/>
          </w:tcPr>
          <w:p>
            <w:r>
              <w:t>Quality Assurance</w:t>
            </w:r>
          </w:p>
        </w:tc>
        <w:tc>
          <w:tcPr>
            <w:tcW w:type="dxa" w:w="2160"/>
          </w:tcPr>
          <w:p>
            <w:r>
              <w:t>What quality assurance protocols do you have in place to monitor fermentation progress and ensure product consistency?</w:t>
              <w:br/>
              <w:t>Answer type: Long text + evidence</w:t>
              <w:br/>
              <w:t>Trigger: Always</w:t>
              <w:br/>
              <w:t>Required: Yes</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1070-0233</w:t>
            </w:r>
          </w:p>
        </w:tc>
        <w:tc>
          <w:tcPr>
            <w:tcW w:type="dxa" w:w="2160"/>
          </w:tcPr>
          <w:p>
            <w:r>
              <w:t>Yeast Selection</w:t>
            </w:r>
          </w:p>
        </w:tc>
        <w:tc>
          <w:tcPr>
            <w:tcW w:type="dxa" w:w="2160"/>
          </w:tcPr>
          <w:p>
            <w:r>
              <w:t>Have you conducted any trials comparing wild yeast versus cultured yeast in your cider production? If so, what were the results?</w:t>
              <w:br/>
              <w:t>Answer type: Yes-No + details</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1070-0234</w:t>
            </w:r>
          </w:p>
        </w:tc>
        <w:tc>
          <w:tcPr>
            <w:tcW w:type="dxa" w:w="2160"/>
          </w:tcPr>
          <w:p>
            <w:r>
              <w:t>Fermentation Conditions</w:t>
            </w:r>
          </w:p>
        </w:tc>
        <w:tc>
          <w:tcPr>
            <w:tcW w:type="dxa" w:w="2160"/>
          </w:tcPr>
          <w:p>
            <w:r>
              <w:t>What specific fermentation vessels have you used, and how have they influenced the fermentation process and final product?</w:t>
              <w:br/>
              <w:t>Answer type: Long text + evidence</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1070-0235</w:t>
            </w:r>
          </w:p>
        </w:tc>
        <w:tc>
          <w:tcPr>
            <w:tcW w:type="dxa" w:w="2160"/>
          </w:tcPr>
          <w:p>
            <w:r>
              <w:t>Flavor Profiles</w:t>
            </w:r>
          </w:p>
        </w:tc>
        <w:tc>
          <w:tcPr>
            <w:tcW w:type="dxa" w:w="2160"/>
          </w:tcPr>
          <w:p>
            <w:r>
              <w:t>Can you describe any novel flavoring agents or adjuncts you have tested in your cider, and what experimental results did you observe?</w:t>
              <w:br/>
              <w:t>Answer type: Long text + evidence</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1070-0236</w:t>
            </w:r>
          </w:p>
        </w:tc>
        <w:tc>
          <w:tcPr>
            <w:tcW w:type="dxa" w:w="2160"/>
          </w:tcPr>
          <w:p>
            <w:r>
              <w:t>Barrel Aging</w:t>
            </w:r>
          </w:p>
        </w:tc>
        <w:tc>
          <w:tcPr>
            <w:tcW w:type="dxa" w:w="2160"/>
          </w:tcPr>
          <w:p>
            <w:r>
              <w:t>What specific aging durations have you tested, and how did they affect the organoleptic properties of the cider?</w:t>
              <w:br/>
              <w:t>Answer type: Integer + details</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1070-0237</w:t>
            </w:r>
          </w:p>
        </w:tc>
        <w:tc>
          <w:tcPr>
            <w:tcW w:type="dxa" w:w="2160"/>
          </w:tcPr>
          <w:p>
            <w:r>
              <w:t>Microbial Management</w:t>
            </w:r>
          </w:p>
        </w:tc>
        <w:tc>
          <w:tcPr>
            <w:tcW w:type="dxa" w:w="2160"/>
          </w:tcPr>
          <w:p>
            <w:r>
              <w:t>What specific microbial control strategies have you implemented during fermentation, and how did you assess their effectiveness?</w:t>
              <w:br/>
              <w:t>Answer type: Long text + evidence</w:t>
              <w:br/>
              <w:t>Trigger: Always</w:t>
              <w:br/>
              <w:t>Required: Yes</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1070-0238</w:t>
            </w:r>
          </w:p>
        </w:tc>
        <w:tc>
          <w:tcPr>
            <w:tcW w:type="dxa" w:w="2160"/>
          </w:tcPr>
          <w:p>
            <w:r>
              <w:t>Quality Assurance</w:t>
            </w:r>
          </w:p>
        </w:tc>
        <w:tc>
          <w:tcPr>
            <w:tcW w:type="dxa" w:w="2160"/>
          </w:tcPr>
          <w:p>
            <w:r>
              <w:t>What metrics do you use to evaluate the success of your fermentation process, and how do you document these evaluations?</w:t>
              <w:br/>
              <w:t>Answer type: Long text + evidence</w:t>
              <w:br/>
              <w:t>Trigger: Always</w:t>
              <w:br/>
              <w:t>Required: Yes</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1070-0239</w:t>
            </w:r>
          </w:p>
        </w:tc>
        <w:tc>
          <w:tcPr>
            <w:tcW w:type="dxa" w:w="2160"/>
          </w:tcPr>
          <w:p>
            <w:r>
              <w:t>Yeast Selection</w:t>
            </w:r>
          </w:p>
        </w:tc>
        <w:tc>
          <w:tcPr>
            <w:tcW w:type="dxa" w:w="2160"/>
          </w:tcPr>
          <w:p>
            <w:r>
              <w:t>How do you determine the optimal yeast pitch rate for your cider fermentations, and what experiments have you conducted to refine this process?</w:t>
              <w:br/>
              <w:t>Answer type: Long text + evidence</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1070-0240</w:t>
            </w:r>
          </w:p>
        </w:tc>
        <w:tc>
          <w:tcPr>
            <w:tcW w:type="dxa" w:w="2160"/>
          </w:tcPr>
          <w:p>
            <w:r>
              <w:t>Fermentation Conditions</w:t>
            </w:r>
          </w:p>
        </w:tc>
        <w:tc>
          <w:tcPr>
            <w:tcW w:type="dxa" w:w="2160"/>
          </w:tcPr>
          <w:p>
            <w:r>
              <w:t>What specific fermentation times have you experimented with, and how did they impact the final alcohol content and flavor profile of the cider?</w:t>
              <w:br/>
              <w:t>Answer type: Integer + details</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1070-0241</w:t>
            </w:r>
          </w:p>
        </w:tc>
        <w:tc>
          <w:tcPr>
            <w:tcW w:type="dxa" w:w="2160"/>
          </w:tcPr>
          <w:p>
            <w:r>
              <w:t>Flavor Profiles</w:t>
            </w:r>
          </w:p>
        </w:tc>
        <w:tc>
          <w:tcPr>
            <w:tcW w:type="dxa" w:w="2160"/>
          </w:tcPr>
          <w:p>
            <w:r>
              <w:t>What sensory evaluation methods do you employ to assess flavor profiles during and after fermentation, and what findings have you documented?</w:t>
              <w:br/>
              <w:t>Answer type: Long text + evidence</w:t>
              <w:br/>
              <w:t>Trigger: Always</w:t>
              <w:br/>
              <w:t>Required: Yes</w:t>
              <w:br/>
              <w:t>Risk: Medium</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PACKAGING-TRACEABILITY-SYSTEMS (19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1070-0242</w:t>
            </w:r>
          </w:p>
        </w:tc>
        <w:tc>
          <w:tcPr>
            <w:tcW w:type="dxa" w:w="2160"/>
          </w:tcPr>
          <w:p>
            <w:r>
              <w:t>Packaging Materials</w:t>
            </w:r>
          </w:p>
        </w:tc>
        <w:tc>
          <w:tcPr>
            <w:tcW w:type="dxa" w:w="2160"/>
          </w:tcPr>
          <w:p>
            <w:r>
              <w:t>What specific types of packaging materials are used for your apple products, and how do you evaluate their effectiveness in preserving product quality?</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1070-0243</w:t>
            </w:r>
          </w:p>
        </w:tc>
        <w:tc>
          <w:tcPr>
            <w:tcW w:type="dxa" w:w="2160"/>
          </w:tcPr>
          <w:p>
            <w:r>
              <w:t>Labeling Regulations</w:t>
            </w:r>
          </w:p>
        </w:tc>
        <w:tc>
          <w:tcPr>
            <w:tcW w:type="dxa" w:w="2160"/>
          </w:tcPr>
          <w:p>
            <w:r>
              <w:t>Can you detail the regulatory requirements for labeling your apple products, including any state-specific guidelines you follow?</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1070-0244</w:t>
            </w:r>
          </w:p>
        </w:tc>
        <w:tc>
          <w:tcPr>
            <w:tcW w:type="dxa" w:w="2160"/>
          </w:tcPr>
          <w:p>
            <w:r>
              <w:t>Barcode Systems</w:t>
            </w:r>
          </w:p>
        </w:tc>
        <w:tc>
          <w:tcPr>
            <w:tcW w:type="dxa" w:w="2160"/>
          </w:tcPr>
          <w:p>
            <w:r>
              <w:t>What barcode systems are implemented in your packaging process, and how do they integrate with your inventory management?</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1070-0245</w:t>
            </w:r>
          </w:p>
        </w:tc>
        <w:tc>
          <w:tcPr>
            <w:tcW w:type="dxa" w:w="2160"/>
          </w:tcPr>
          <w:p>
            <w:r>
              <w:t>Supply Chain Tracking</w:t>
            </w:r>
          </w:p>
        </w:tc>
        <w:tc>
          <w:tcPr>
            <w:tcW w:type="dxa" w:w="2160"/>
          </w:tcPr>
          <w:p>
            <w:r>
              <w:t>Describe the methods you use to track your apple products through the supply chain from farm to consumer. What technologies are involved?</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1070-0246</w:t>
            </w:r>
          </w:p>
        </w:tc>
        <w:tc>
          <w:tcPr>
            <w:tcW w:type="dxa" w:w="2160"/>
          </w:tcPr>
          <w:p>
            <w:r>
              <w:t>Consumer Transparency</w:t>
            </w:r>
          </w:p>
        </w:tc>
        <w:tc>
          <w:tcPr>
            <w:tcW w:type="dxa" w:w="2160"/>
          </w:tcPr>
          <w:p>
            <w:r>
              <w:t>How do you ensure transparency to consumers regarding the sourcing and handling of your apple products?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1070-0247</w:t>
            </w:r>
          </w:p>
        </w:tc>
        <w:tc>
          <w:tcPr>
            <w:tcW w:type="dxa" w:w="2160"/>
          </w:tcPr>
          <w:p>
            <w:r>
              <w:t>Recycling Practices</w:t>
            </w:r>
          </w:p>
        </w:tc>
        <w:tc>
          <w:tcPr>
            <w:tcW w:type="dxa" w:w="2160"/>
          </w:tcPr>
          <w:p>
            <w:r>
              <w:t>What recycling practices are in place for your packaging materials, and how do you assess their effectiveness?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1070-0248</w:t>
            </w:r>
          </w:p>
        </w:tc>
        <w:tc>
          <w:tcPr>
            <w:tcW w:type="dxa" w:w="2160"/>
          </w:tcPr>
          <w:p>
            <w:r>
              <w:t>Packaging Innovation</w:t>
            </w:r>
          </w:p>
        </w:tc>
        <w:tc>
          <w:tcPr>
            <w:tcW w:type="dxa" w:w="2160"/>
          </w:tcPr>
          <w:p>
            <w:r>
              <w:t>Can you describe any recent innovations in your packaging process that were developed through experimentation?</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1070-0249</w:t>
            </w:r>
          </w:p>
        </w:tc>
        <w:tc>
          <w:tcPr>
            <w:tcW w:type="dxa" w:w="2160"/>
          </w:tcPr>
          <w:p>
            <w:r>
              <w:t>Quality Control</w:t>
            </w:r>
          </w:p>
        </w:tc>
        <w:tc>
          <w:tcPr>
            <w:tcW w:type="dxa" w:w="2160"/>
          </w:tcPr>
          <w:p>
            <w:r>
              <w:t>What quality control measures do you implement to ensure that your packaging meets both safety and regulatory standards?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1070-0250</w:t>
            </w:r>
          </w:p>
        </w:tc>
        <w:tc>
          <w:tcPr>
            <w:tcW w:type="dxa" w:w="2160"/>
          </w:tcPr>
          <w:p>
            <w:r>
              <w:t>Supplier Evaluation</w:t>
            </w:r>
          </w:p>
        </w:tc>
        <w:tc>
          <w:tcPr>
            <w:tcW w:type="dxa" w:w="2160"/>
          </w:tcPr>
          <w:p>
            <w:r>
              <w:t>How do you evaluate suppliers of your packaging materials to ensure compliance with industry standards?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1070-0251</w:t>
            </w:r>
          </w:p>
        </w:tc>
        <w:tc>
          <w:tcPr>
            <w:tcW w:type="dxa" w:w="2160"/>
          </w:tcPr>
          <w:p>
            <w:r>
              <w:t>Traceability Challenges</w:t>
            </w:r>
          </w:p>
        </w:tc>
        <w:tc>
          <w:tcPr>
            <w:tcW w:type="dxa" w:w="2160"/>
          </w:tcPr>
          <w:p>
            <w:r>
              <w:t>What challenges have you faced in maintaining traceability of your apple products, and how have you addressed them?</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1070-0252</w:t>
            </w:r>
          </w:p>
        </w:tc>
        <w:tc>
          <w:tcPr>
            <w:tcW w:type="dxa" w:w="2160"/>
          </w:tcPr>
          <w:p>
            <w:r>
              <w:t>Consumer Feedback</w:t>
            </w:r>
          </w:p>
        </w:tc>
        <w:tc>
          <w:tcPr>
            <w:tcW w:type="dxa" w:w="2160"/>
          </w:tcPr>
          <w:p>
            <w:r>
              <w:t>How do you gather and utilize consumer feedback regarding your packaging and labeling practices?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1070-0253</w:t>
            </w:r>
          </w:p>
        </w:tc>
        <w:tc>
          <w:tcPr>
            <w:tcW w:type="dxa" w:w="2160"/>
          </w:tcPr>
          <w:p>
            <w:r>
              <w:t>Cost Analysis</w:t>
            </w:r>
          </w:p>
        </w:tc>
        <w:tc>
          <w:tcPr>
            <w:tcW w:type="dxa" w:w="2160"/>
          </w:tcPr>
          <w:p>
            <w:r>
              <w:t>What percentage of your overall production cost is attributed to packaging materials and traceability systems?</w:t>
              <w:br/>
              <w:t>Answer type: Percentage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1070-0254</w:t>
            </w:r>
          </w:p>
        </w:tc>
        <w:tc>
          <w:tcPr>
            <w:tcW w:type="dxa" w:w="2160"/>
          </w:tcPr>
          <w:p>
            <w:r>
              <w:t>Regulatory Updates</w:t>
            </w:r>
          </w:p>
        </w:tc>
        <w:tc>
          <w:tcPr>
            <w:tcW w:type="dxa" w:w="2160"/>
          </w:tcPr>
          <w:p>
            <w:r>
              <w:t>How do you stay updated on changes to packaging and labeling regulations that affect your apple products?</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1070-0255</w:t>
            </w:r>
          </w:p>
        </w:tc>
        <w:tc>
          <w:tcPr>
            <w:tcW w:type="dxa" w:w="2160"/>
          </w:tcPr>
          <w:p>
            <w:r>
              <w:t>Training Programs</w:t>
            </w:r>
          </w:p>
        </w:tc>
        <w:tc>
          <w:tcPr>
            <w:tcW w:type="dxa" w:w="2160"/>
          </w:tcPr>
          <w:p>
            <w:r>
              <w:t>What training programs are in place for staff regarding compliance with packaging and traceability standards?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1070-0256</w:t>
            </w:r>
          </w:p>
        </w:tc>
        <w:tc>
          <w:tcPr>
            <w:tcW w:type="dxa" w:w="2160"/>
          </w:tcPr>
          <w:p>
            <w:r>
              <w:t>Sustainability Initiatives</w:t>
            </w:r>
          </w:p>
        </w:tc>
        <w:tc>
          <w:tcPr>
            <w:tcW w:type="dxa" w:w="2160"/>
          </w:tcPr>
          <w:p>
            <w:r>
              <w:t>What sustainability initiatives are you implementing in your packaging practices?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1070-0257</w:t>
            </w:r>
          </w:p>
        </w:tc>
        <w:tc>
          <w:tcPr>
            <w:tcW w:type="dxa" w:w="2160"/>
          </w:tcPr>
          <w:p>
            <w:r>
              <w:t>Technology Integration</w:t>
            </w:r>
          </w:p>
        </w:tc>
        <w:tc>
          <w:tcPr>
            <w:tcW w:type="dxa" w:w="2160"/>
          </w:tcPr>
          <w:p>
            <w:r>
              <w:t>What technologies are being integrated into your packaging systems to enhance traceability and efficiency?</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1070-0258</w:t>
            </w:r>
          </w:p>
        </w:tc>
        <w:tc>
          <w:tcPr>
            <w:tcW w:type="dxa" w:w="2160"/>
          </w:tcPr>
          <w:p>
            <w:r>
              <w:t>Compliance Audits</w:t>
            </w:r>
          </w:p>
        </w:tc>
        <w:tc>
          <w:tcPr>
            <w:tcW w:type="dxa" w:w="2160"/>
          </w:tcPr>
          <w:p>
            <w:r>
              <w:t>How often do you conduct internal audits of your packaging and traceability systems, and what do these audits typically assess?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1070-0259</w:t>
            </w:r>
          </w:p>
        </w:tc>
        <w:tc>
          <w:tcPr>
            <w:tcW w:type="dxa" w:w="2160"/>
          </w:tcPr>
          <w:p>
            <w:r>
              <w:t>Product Recalls</w:t>
            </w:r>
          </w:p>
        </w:tc>
        <w:tc>
          <w:tcPr>
            <w:tcW w:type="dxa" w:w="2160"/>
          </w:tcPr>
          <w:p>
            <w:r>
              <w:t>In the event of a product recall, what processes do you have in place to manage the situation effectively?</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1070-0260</w:t>
            </w:r>
          </w:p>
        </w:tc>
        <w:tc>
          <w:tcPr>
            <w:tcW w:type="dxa" w:w="2160"/>
          </w:tcPr>
          <w:p>
            <w:r>
              <w:t>Traceability</w:t>
            </w:r>
          </w:p>
        </w:tc>
        <w:tc>
          <w:tcPr>
            <w:tcW w:type="dxa" w:w="2160"/>
          </w:tcPr>
          <w:p>
            <w:r>
              <w:t>How do you ensure traceability in your apple packaging process?</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LAB-TESTING-QUALITY-ASSURANCE (23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1070-0261</w:t>
            </w:r>
          </w:p>
        </w:tc>
        <w:tc>
          <w:tcPr>
            <w:tcW w:type="dxa" w:w="2160"/>
          </w:tcPr>
          <w:p>
            <w:r>
              <w:t>Nutritional Analysis</w:t>
            </w:r>
          </w:p>
        </w:tc>
        <w:tc>
          <w:tcPr>
            <w:tcW w:type="dxa" w:w="2160"/>
          </w:tcPr>
          <w:p>
            <w:r>
              <w:t>What specific methods do you employ for the nutritional analysis of your apple products, and how do these methods differ from standard industry practices?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1070-0262</w:t>
            </w:r>
          </w:p>
        </w:tc>
        <w:tc>
          <w:tcPr>
            <w:tcW w:type="dxa" w:w="2160"/>
          </w:tcPr>
          <w:p>
            <w:r>
              <w:t>Chemical Testing</w:t>
            </w:r>
          </w:p>
        </w:tc>
        <w:tc>
          <w:tcPr>
            <w:tcW w:type="dxa" w:w="2160"/>
          </w:tcPr>
          <w:p>
            <w:r>
              <w:t>Can you describe the chemical testing protocols you follow for detecting pesticide residues in your apples?</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1070-0263</w:t>
            </w:r>
          </w:p>
        </w:tc>
        <w:tc>
          <w:tcPr>
            <w:tcW w:type="dxa" w:w="2160"/>
          </w:tcPr>
          <w:p>
            <w:r>
              <w:t>Microbial Testing</w:t>
            </w:r>
          </w:p>
        </w:tc>
        <w:tc>
          <w:tcPr>
            <w:tcW w:type="dxa" w:w="2160"/>
          </w:tcPr>
          <w:p>
            <w:r>
              <w:t>What specific microbial testing methods do you utilize to ensure the safety of your apple products, and how frequently are these tests conducted?</w:t>
              <w:br/>
              <w:t>Answer type: Integer + details</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1070-0264</w:t>
            </w:r>
          </w:p>
        </w:tc>
        <w:tc>
          <w:tcPr>
            <w:tcW w:type="dxa" w:w="2160"/>
          </w:tcPr>
          <w:p>
            <w:r>
              <w:t>Sensory Evaluation</w:t>
            </w:r>
          </w:p>
        </w:tc>
        <w:tc>
          <w:tcPr>
            <w:tcW w:type="dxa" w:w="2160"/>
          </w:tcPr>
          <w:p>
            <w:r>
              <w:t>What standardized sensory evaluation techniques do you implement to assess the quality of your apple varieties, and who conducts these evaluations?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1070-0265</w:t>
            </w:r>
          </w:p>
        </w:tc>
        <w:tc>
          <w:tcPr>
            <w:tcW w:type="dxa" w:w="2160"/>
          </w:tcPr>
          <w:p>
            <w:r>
              <w:t>Standard Operating Procedures</w:t>
            </w:r>
          </w:p>
        </w:tc>
        <w:tc>
          <w:tcPr>
            <w:tcW w:type="dxa" w:w="2160"/>
          </w:tcPr>
          <w:p>
            <w:r>
              <w:t>Can you outline the standard operating procedures (SOPs) you have in place for laboratory testing of apple products, including any deviations from established protocols?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1070-0266</w:t>
            </w:r>
          </w:p>
        </w:tc>
        <w:tc>
          <w:tcPr>
            <w:tcW w:type="dxa" w:w="2160"/>
          </w:tcPr>
          <w:p>
            <w:r>
              <w:t>Regulatory Compliance</w:t>
            </w:r>
          </w:p>
        </w:tc>
        <w:tc>
          <w:tcPr>
            <w:tcW w:type="dxa" w:w="2160"/>
          </w:tcPr>
          <w:p>
            <w:r>
              <w:t>Which regulatory standards do you comply with for laboratory testing of apple products, and how do you ensure adherence to these standards?</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1070-0267</w:t>
            </w:r>
          </w:p>
        </w:tc>
        <w:tc>
          <w:tcPr>
            <w:tcW w:type="dxa" w:w="2160"/>
          </w:tcPr>
          <w:p>
            <w:r>
              <w:t>Nutritional Analysis</w:t>
            </w:r>
          </w:p>
        </w:tc>
        <w:tc>
          <w:tcPr>
            <w:tcW w:type="dxa" w:w="2160"/>
          </w:tcPr>
          <w:p>
            <w:r>
              <w:t>How do you document the results of nutritional analyses, and what measures do you take to ensure the accuracy of this documentation?</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1070-0268</w:t>
            </w:r>
          </w:p>
        </w:tc>
        <w:tc>
          <w:tcPr>
            <w:tcW w:type="dxa" w:w="2160"/>
          </w:tcPr>
          <w:p>
            <w:r>
              <w:t>Chemical Testing</w:t>
            </w:r>
          </w:p>
        </w:tc>
        <w:tc>
          <w:tcPr>
            <w:tcW w:type="dxa" w:w="2160"/>
          </w:tcPr>
          <w:p>
            <w:r>
              <w:t>What specific chemical tests are performed to assess the quality of apple juice, and how are the results validated?</w:t>
              <w:br/>
              <w:t>Answer type: Long text + evidence</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1070-0269</w:t>
            </w:r>
          </w:p>
        </w:tc>
        <w:tc>
          <w:tcPr>
            <w:tcW w:type="dxa" w:w="2160"/>
          </w:tcPr>
          <w:p>
            <w:r>
              <w:t>Microbial Testing</w:t>
            </w:r>
          </w:p>
        </w:tc>
        <w:tc>
          <w:tcPr>
            <w:tcW w:type="dxa" w:w="2160"/>
          </w:tcPr>
          <w:p>
            <w:r>
              <w:t>What are the criteria for selecting microbial testing methods for your apples, and how do you evaluate their effectiveness?</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1070-0270</w:t>
            </w:r>
          </w:p>
        </w:tc>
        <w:tc>
          <w:tcPr>
            <w:tcW w:type="dxa" w:w="2160"/>
          </w:tcPr>
          <w:p>
            <w:r>
              <w:t>Sensory Evaluation</w:t>
            </w:r>
          </w:p>
        </w:tc>
        <w:tc>
          <w:tcPr>
            <w:tcW w:type="dxa" w:w="2160"/>
          </w:tcPr>
          <w:p>
            <w:r>
              <w:t>How do you train personnel involved in sensory evaluations of your apple products to ensure consistent and reliable results?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1070-0271</w:t>
            </w:r>
          </w:p>
        </w:tc>
        <w:tc>
          <w:tcPr>
            <w:tcW w:type="dxa" w:w="2160"/>
          </w:tcPr>
          <w:p>
            <w:r>
              <w:t>Standard Operating Procedures</w:t>
            </w:r>
          </w:p>
        </w:tc>
        <w:tc>
          <w:tcPr>
            <w:tcW w:type="dxa" w:w="2160"/>
          </w:tcPr>
          <w:p>
            <w:r>
              <w:t>What processes do you have in place for regularly reviewing and updating your SOPs related to laboratory testing?</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1070-0272</w:t>
            </w:r>
          </w:p>
        </w:tc>
        <w:tc>
          <w:tcPr>
            <w:tcW w:type="dxa" w:w="2160"/>
          </w:tcPr>
          <w:p>
            <w:r>
              <w:t>Regulatory Compliance</w:t>
            </w:r>
          </w:p>
        </w:tc>
        <w:tc>
          <w:tcPr>
            <w:tcW w:type="dxa" w:w="2160"/>
          </w:tcPr>
          <w:p>
            <w:r>
              <w:t>How do you stay informed about changes in regulatory requirements that impact your laboratory testing protocols?</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1070-0273</w:t>
            </w:r>
          </w:p>
        </w:tc>
        <w:tc>
          <w:tcPr>
            <w:tcW w:type="dxa" w:w="2160"/>
          </w:tcPr>
          <w:p>
            <w:r>
              <w:t>Nutritional Analysis</w:t>
            </w:r>
          </w:p>
        </w:tc>
        <w:tc>
          <w:tcPr>
            <w:tcW w:type="dxa" w:w="2160"/>
          </w:tcPr>
          <w:p>
            <w:r>
              <w:t>What challenges have you faced in conducting nutritional analyses, and how have you addressed them?</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1070-0274</w:t>
            </w:r>
          </w:p>
        </w:tc>
        <w:tc>
          <w:tcPr>
            <w:tcW w:type="dxa" w:w="2160"/>
          </w:tcPr>
          <w:p>
            <w:r>
              <w:t>Chemical Testing</w:t>
            </w:r>
          </w:p>
        </w:tc>
        <w:tc>
          <w:tcPr>
            <w:tcW w:type="dxa" w:w="2160"/>
          </w:tcPr>
          <w:p>
            <w:r>
              <w:t>How do you ensure that the chemical testing equipment used in your laboratory is properly calibrated and maintained?</w:t>
              <w:br/>
              <w:t>Answer type: Long text + evidence</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1070-0275</w:t>
            </w:r>
          </w:p>
        </w:tc>
        <w:tc>
          <w:tcPr>
            <w:tcW w:type="dxa" w:w="2160"/>
          </w:tcPr>
          <w:p>
            <w:r>
              <w:t>Microbial Testing</w:t>
            </w:r>
          </w:p>
        </w:tc>
        <w:tc>
          <w:tcPr>
            <w:tcW w:type="dxa" w:w="2160"/>
          </w:tcPr>
          <w:p>
            <w:r>
              <w:t>What specific microbial pathogens are you testing for in your apple products, and what are the acceptable limits for these pathogens?</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1070-0276</w:t>
            </w:r>
          </w:p>
        </w:tc>
        <w:tc>
          <w:tcPr>
            <w:tcW w:type="dxa" w:w="2160"/>
          </w:tcPr>
          <w:p>
            <w:r>
              <w:t>Sensory Evaluation</w:t>
            </w:r>
          </w:p>
        </w:tc>
        <w:tc>
          <w:tcPr>
            <w:tcW w:type="dxa" w:w="2160"/>
          </w:tcPr>
          <w:p>
            <w:r>
              <w:t>What metrics do you use to evaluate the sensory characteristics of your apple varieties, and how are these metrics determined?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1070-0277</w:t>
            </w:r>
          </w:p>
        </w:tc>
        <w:tc>
          <w:tcPr>
            <w:tcW w:type="dxa" w:w="2160"/>
          </w:tcPr>
          <w:p>
            <w:r>
              <w:t>Standard Operating Procedures</w:t>
            </w:r>
          </w:p>
        </w:tc>
        <w:tc>
          <w:tcPr>
            <w:tcW w:type="dxa" w:w="2160"/>
          </w:tcPr>
          <w:p>
            <w:r>
              <w:t>How do you document deviations from your SOPs during laboratory testing, and what corrective actions are taken?</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1070-0278</w:t>
            </w:r>
          </w:p>
        </w:tc>
        <w:tc>
          <w:tcPr>
            <w:tcW w:type="dxa" w:w="2160"/>
          </w:tcPr>
          <w:p>
            <w:r>
              <w:t>Regulatory Compliance</w:t>
            </w:r>
          </w:p>
        </w:tc>
        <w:tc>
          <w:tcPr>
            <w:tcW w:type="dxa" w:w="2160"/>
          </w:tcPr>
          <w:p>
            <w:r>
              <w:t>What audits or inspections do you undergo to verify compliance with laboratory testing regulations, and what were the outcomes of your most recent audit?</w:t>
              <w:br/>
              <w:t>Answer type: Long text + evidence</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1070-0279</w:t>
            </w:r>
          </w:p>
        </w:tc>
        <w:tc>
          <w:tcPr>
            <w:tcW w:type="dxa" w:w="2160"/>
          </w:tcPr>
          <w:p>
            <w:r>
              <w:t>Nutritional Analysis</w:t>
            </w:r>
          </w:p>
        </w:tc>
        <w:tc>
          <w:tcPr>
            <w:tcW w:type="dxa" w:w="2160"/>
          </w:tcPr>
          <w:p>
            <w:r>
              <w:t>How do you incorporate findings from nutritional analyses into your product development processes?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1070-0280</w:t>
            </w:r>
          </w:p>
        </w:tc>
        <w:tc>
          <w:tcPr>
            <w:tcW w:type="dxa" w:w="2160"/>
          </w:tcPr>
          <w:p>
            <w:r>
              <w:t>Chemical Testing</w:t>
            </w:r>
          </w:p>
        </w:tc>
        <w:tc>
          <w:tcPr>
            <w:tcW w:type="dxa" w:w="2160"/>
          </w:tcPr>
          <w:p>
            <w:r>
              <w:t>What specific chemical compounds are you testing for in your apple products, and how do you determine the testing frequency for these compounds?</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1070-0281</w:t>
            </w:r>
          </w:p>
        </w:tc>
        <w:tc>
          <w:tcPr>
            <w:tcW w:type="dxa" w:w="2160"/>
          </w:tcPr>
          <w:p>
            <w:r>
              <w:t>Microbial Testing</w:t>
            </w:r>
          </w:p>
        </w:tc>
        <w:tc>
          <w:tcPr>
            <w:tcW w:type="dxa" w:w="2160"/>
          </w:tcPr>
          <w:p>
            <w:r>
              <w:t>How do you assess the effectiveness of your microbial testing protocols in reducing contamination risks?</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1070-0282</w:t>
            </w:r>
          </w:p>
        </w:tc>
        <w:tc>
          <w:tcPr>
            <w:tcW w:type="dxa" w:w="2160"/>
          </w:tcPr>
          <w:p>
            <w:r>
              <w:t>Sensory Evaluation</w:t>
            </w:r>
          </w:p>
        </w:tc>
        <w:tc>
          <w:tcPr>
            <w:tcW w:type="dxa" w:w="2160"/>
          </w:tcPr>
          <w:p>
            <w:r>
              <w:t>What role does consumer feedback play in your sensory evaluations, and how is this feedback integrated into your quality assurance processes?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1070-0283</w:t>
            </w:r>
          </w:p>
        </w:tc>
        <w:tc>
          <w:tcPr>
            <w:tcW w:type="dxa" w:w="2160"/>
          </w:tcPr>
          <w:p>
            <w:r>
              <w:t>Quality Control</w:t>
            </w:r>
          </w:p>
        </w:tc>
        <w:tc>
          <w:tcPr>
            <w:tcW w:type="dxa" w:w="2160"/>
          </w:tcPr>
          <w:p>
            <w:r>
              <w:t>What laboratory tests do you conduct to ensure the quality of your apple products?</w:t>
              <w:br/>
              <w:t>Answer type: text</w:t>
              <w:br/>
              <w:t>Trigger: None</w:t>
              <w:br/>
              <w:t>Required: Yes</w:t>
              <w:br/>
              <w:t>Risk: Medium</w:t>
            </w:r>
          </w:p>
        </w:tc>
        <w:tc>
          <w:tcPr>
            <w:tcW w:type="dxa" w:w="2160"/>
          </w:tcPr>
          <w:p>
            <w:r>
              <w:t>Primary authority: California FTB</w:t>
              <w:br/>
              <w:t>Response: ___________________________</w:t>
              <w:br/>
              <w:t>Evidence: ___________________________</w:t>
              <w:br/>
              <w:t>Reviewer conclusion: ___________________________</w:t>
            </w:r>
          </w:p>
        </w:tc>
      </w:tr>
    </w:tbl>
    <w:p/>
    <w:p>
      <w:pPr>
        <w:pStyle w:val="Heading2"/>
      </w:pPr>
      <w:r>
        <w:t>REGULATORY-COMPLIANCE-FOOD-SAFETY (13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1070-0284</w:t>
            </w:r>
          </w:p>
        </w:tc>
        <w:tc>
          <w:tcPr>
            <w:tcW w:type="dxa" w:w="2160"/>
          </w:tcPr>
          <w:p>
            <w:r>
              <w:t>FDA Regulations</w:t>
            </w:r>
          </w:p>
        </w:tc>
        <w:tc>
          <w:tcPr>
            <w:tcW w:type="dxa" w:w="2160"/>
          </w:tcPr>
          <w:p>
            <w:r>
              <w:t>What specific FDA regulations do you adhere to regarding pesticide residues on apples, and how do you ensure compliance?</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1070-0285</w:t>
            </w:r>
          </w:p>
        </w:tc>
        <w:tc>
          <w:tcPr>
            <w:tcW w:type="dxa" w:w="2160"/>
          </w:tcPr>
          <w:p>
            <w:r>
              <w:t>USDA Standards</w:t>
            </w:r>
          </w:p>
        </w:tc>
        <w:tc>
          <w:tcPr>
            <w:tcW w:type="dxa" w:w="2160"/>
          </w:tcPr>
          <w:p>
            <w:r>
              <w:t>Can you describe the USDA standards applicable to apple grading and how you implement these standards in your operations?</w:t>
              <w:br/>
              <w:t>Answer type: Long text</w:t>
              <w:br/>
              <w:t>Trigger: Always</w:t>
              <w:br/>
              <w:t>Required: No</w:t>
              <w:br/>
              <w:t>Risk: Medium</w:t>
            </w:r>
          </w:p>
        </w:tc>
        <w:tc>
          <w:tcPr>
            <w:tcW w:type="dxa" w:w="2160"/>
          </w:tcPr>
          <w:p>
            <w:r>
              <w:t>Primary authority: USDA Agricultural Marketing Service</w:t>
              <w:br/>
              <w:t>Response: ___________________________</w:t>
              <w:br/>
              <w:t>Evidence: ___________________________</w:t>
              <w:br/>
              <w:t>Reviewer conclusion: ___________________________</w:t>
            </w:r>
          </w:p>
        </w:tc>
      </w:tr>
      <w:tr>
        <w:tc>
          <w:tcPr>
            <w:tcW w:type="dxa" w:w="2160"/>
          </w:tcPr>
          <w:p>
            <w:r>
              <w:t>1070-0286</w:t>
            </w:r>
          </w:p>
        </w:tc>
        <w:tc>
          <w:tcPr>
            <w:tcW w:type="dxa" w:w="2160"/>
          </w:tcPr>
          <w:p>
            <w:r>
              <w:t>GAP Certifications</w:t>
            </w:r>
          </w:p>
        </w:tc>
        <w:tc>
          <w:tcPr>
            <w:tcW w:type="dxa" w:w="2160"/>
          </w:tcPr>
          <w:p>
            <w:r>
              <w:t>What Good Agricultural Practices (GAP) certifications do you currently hold, and what processes do you follow to maintain these certifications?</w:t>
              <w:br/>
              <w:t>Answer type: Long text</w:t>
              <w:br/>
              <w:t>Trigger: Always</w:t>
              <w:br/>
              <w:t>Required: No</w:t>
              <w:br/>
              <w:t>Risk: High</w:t>
            </w:r>
          </w:p>
        </w:tc>
        <w:tc>
          <w:tcPr>
            <w:tcW w:type="dxa" w:w="2160"/>
          </w:tcPr>
          <w:p>
            <w:r>
              <w:t>Primary authority: GAP Certification Standards</w:t>
              <w:br/>
              <w:t>Response: ___________________________</w:t>
              <w:br/>
              <w:t>Evidence: ___________________________</w:t>
              <w:br/>
              <w:t>Reviewer conclusion: ___________________________</w:t>
            </w:r>
          </w:p>
        </w:tc>
      </w:tr>
      <w:tr>
        <w:tc>
          <w:tcPr>
            <w:tcW w:type="dxa" w:w="2160"/>
          </w:tcPr>
          <w:p>
            <w:r>
              <w:t>1070-0287</w:t>
            </w:r>
          </w:p>
        </w:tc>
        <w:tc>
          <w:tcPr>
            <w:tcW w:type="dxa" w:w="2160"/>
          </w:tcPr>
          <w:p>
            <w:r>
              <w:t>Labeling Requirements</w:t>
            </w:r>
          </w:p>
        </w:tc>
        <w:tc>
          <w:tcPr>
            <w:tcW w:type="dxa" w:w="2160"/>
          </w:tcPr>
          <w:p>
            <w:r>
              <w:t>What specific labeling requirements do you follow for your apple products, and how do you ensure that your labels meet these requirements?</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1070-0288</w:t>
            </w:r>
          </w:p>
        </w:tc>
        <w:tc>
          <w:tcPr>
            <w:tcW w:type="dxa" w:w="2160"/>
          </w:tcPr>
          <w:p>
            <w:r>
              <w:t>Traceability Laws</w:t>
            </w:r>
          </w:p>
        </w:tc>
        <w:tc>
          <w:tcPr>
            <w:tcW w:type="dxa" w:w="2160"/>
          </w:tcPr>
          <w:p>
            <w:r>
              <w:t>How do you implement traceability systems for your apple products from farm to market, and what records do you maintain to support this?</w:t>
              <w:br/>
              <w:t>Answer type: Long text</w:t>
              <w:br/>
              <w:t>Trigger: Always</w:t>
              <w:br/>
              <w:t>Required: No</w:t>
              <w:br/>
              <w:t>Risk: High</w:t>
            </w:r>
          </w:p>
        </w:tc>
        <w:tc>
          <w:tcPr>
            <w:tcW w:type="dxa" w:w="2160"/>
          </w:tcPr>
          <w:p>
            <w:r>
              <w:t>Primary authority: FDA Traceability Rule</w:t>
              <w:br/>
              <w:t>Response: ___________________________</w:t>
              <w:br/>
              <w:t>Evidence: ___________________________</w:t>
              <w:br/>
              <w:t>Reviewer conclusion: ___________________________</w:t>
            </w:r>
          </w:p>
        </w:tc>
      </w:tr>
      <w:tr>
        <w:tc>
          <w:tcPr>
            <w:tcW w:type="dxa" w:w="2160"/>
          </w:tcPr>
          <w:p>
            <w:r>
              <w:t>1070-0289</w:t>
            </w:r>
          </w:p>
        </w:tc>
        <w:tc>
          <w:tcPr>
            <w:tcW w:type="dxa" w:w="2160"/>
          </w:tcPr>
          <w:p>
            <w:r>
              <w:t>Audit Protocols</w:t>
            </w:r>
          </w:p>
        </w:tc>
        <w:tc>
          <w:tcPr>
            <w:tcW w:type="dxa" w:w="2160"/>
          </w:tcPr>
          <w:p>
            <w:r>
              <w:t>What internal audit protocols do you have in place to ensure compliance with food safety regulations, and how often are these audits conducted?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1070-0290</w:t>
            </w:r>
          </w:p>
        </w:tc>
        <w:tc>
          <w:tcPr>
            <w:tcW w:type="dxa" w:w="2160"/>
          </w:tcPr>
          <w:p>
            <w:r>
              <w:t>State-Specific Regulations</w:t>
            </w:r>
          </w:p>
        </w:tc>
        <w:tc>
          <w:tcPr>
            <w:tcW w:type="dxa" w:w="2160"/>
          </w:tcPr>
          <w:p>
            <w:r>
              <w:t>What specific California state regulations do you follow regarding apple production, and how do they differ from federal regulations?</w:t>
              <w:br/>
              <w:t>Answer type: Long text</w:t>
              <w:br/>
              <w:t>Trigger: Always</w:t>
              <w:br/>
              <w:t>Required: No</w:t>
              <w:br/>
              <w:t>Risk: Medium</w:t>
            </w:r>
          </w:p>
        </w:tc>
        <w:tc>
          <w:tcPr>
            <w:tcW w:type="dxa" w:w="2160"/>
          </w:tcPr>
          <w:p>
            <w:r>
              <w:t>Primary authority: California Department of Food and Agriculture</w:t>
              <w:br/>
              <w:t>Response: ___________________________</w:t>
              <w:br/>
              <w:t>Evidence: ___________________________</w:t>
              <w:br/>
              <w:t>Reviewer conclusion: ___________________________</w:t>
            </w:r>
          </w:p>
        </w:tc>
      </w:tr>
      <w:tr>
        <w:tc>
          <w:tcPr>
            <w:tcW w:type="dxa" w:w="2160"/>
          </w:tcPr>
          <w:p>
            <w:r>
              <w:t>1070-0291</w:t>
            </w:r>
          </w:p>
        </w:tc>
        <w:tc>
          <w:tcPr>
            <w:tcW w:type="dxa" w:w="2160"/>
          </w:tcPr>
          <w:p>
            <w:r>
              <w:t>Food Safety Training</w:t>
            </w:r>
          </w:p>
        </w:tc>
        <w:tc>
          <w:tcPr>
            <w:tcW w:type="dxa" w:w="2160"/>
          </w:tcPr>
          <w:p>
            <w:r>
              <w:t>What food safety training programs do you provide to your staff, and how do you assess their effectiveness?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1070-0292</w:t>
            </w:r>
          </w:p>
        </w:tc>
        <w:tc>
          <w:tcPr>
            <w:tcW w:type="dxa" w:w="2160"/>
          </w:tcPr>
          <w:p>
            <w:r>
              <w:t>Record Keeping</w:t>
            </w:r>
          </w:p>
        </w:tc>
        <w:tc>
          <w:tcPr>
            <w:tcW w:type="dxa" w:w="2160"/>
          </w:tcPr>
          <w:p>
            <w:r>
              <w:t>What types of records do you maintain to demonstrate compliance with food safety standards, and how long do you retain these records?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1070-0293</w:t>
            </w:r>
          </w:p>
        </w:tc>
        <w:tc>
          <w:tcPr>
            <w:tcW w:type="dxa" w:w="2160"/>
          </w:tcPr>
          <w:p>
            <w:r>
              <w:t>Incident Reporting</w:t>
            </w:r>
          </w:p>
        </w:tc>
        <w:tc>
          <w:tcPr>
            <w:tcW w:type="dxa" w:w="2160"/>
          </w:tcPr>
          <w:p>
            <w:r>
              <w:t>What procedures do you have in place for reporting food safety incidents or non-compliance issues, and how are these documented?</w:t>
              <w:br/>
              <w:t>Answer type: Long text</w:t>
              <w:br/>
              <w:t>Trigger: Always</w:t>
              <w:br/>
              <w:t>Required: No</w:t>
              <w:br/>
              <w:t>Risk: High</w:t>
            </w:r>
          </w:p>
        </w:tc>
        <w:tc>
          <w:tcPr>
            <w:tcW w:type="dxa" w:w="2160"/>
          </w:tcPr>
          <w:p>
            <w:r>
              <w:t>Primary authority: FDA Food Safety Modernization Act</w:t>
              <w:br/>
              <w:t>Response: ___________________________</w:t>
              <w:br/>
              <w:t>Evidence: ___________________________</w:t>
              <w:br/>
              <w:t>Reviewer conclusion: ___________________________</w:t>
            </w:r>
          </w:p>
        </w:tc>
      </w:tr>
      <w:tr>
        <w:tc>
          <w:tcPr>
            <w:tcW w:type="dxa" w:w="2160"/>
          </w:tcPr>
          <w:p>
            <w:r>
              <w:t>1070-0294</w:t>
            </w:r>
          </w:p>
        </w:tc>
        <w:tc>
          <w:tcPr>
            <w:tcW w:type="dxa" w:w="2160"/>
          </w:tcPr>
          <w:p>
            <w:r>
              <w:t>Supplier Compliance</w:t>
            </w:r>
          </w:p>
        </w:tc>
        <w:tc>
          <w:tcPr>
            <w:tcW w:type="dxa" w:w="2160"/>
          </w:tcPr>
          <w:p>
            <w:r>
              <w:t>How do you ensure that your suppliers comply with food safety regulations, and what documentation do you require from them?</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1070-0295</w:t>
            </w:r>
          </w:p>
        </w:tc>
        <w:tc>
          <w:tcPr>
            <w:tcW w:type="dxa" w:w="2160"/>
          </w:tcPr>
          <w:p>
            <w:r>
              <w:t>Emergency Preparedness</w:t>
            </w:r>
          </w:p>
        </w:tc>
        <w:tc>
          <w:tcPr>
            <w:tcW w:type="dxa" w:w="2160"/>
          </w:tcPr>
          <w:p>
            <w:r>
              <w:t>What emergency preparedness plans do you have in place for food safety issues, and how often are these plans reviewed and updated?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1070-0296</w:t>
            </w:r>
          </w:p>
        </w:tc>
        <w:tc>
          <w:tcPr>
            <w:tcW w:type="dxa" w:w="2160"/>
          </w:tcPr>
          <w:p>
            <w:r>
              <w:t>Consumer Feedback</w:t>
            </w:r>
          </w:p>
        </w:tc>
        <w:tc>
          <w:tcPr>
            <w:tcW w:type="dxa" w:w="2160"/>
          </w:tcPr>
          <w:p>
            <w:r>
              <w:t>How do you gather and respond to consumer feedback regarding food safety concerns, and what processes do you have in place to address these concerns?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SUSTAINABILITY-PRACTICES-ENVIRONMENTAL (21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1070-0297</w:t>
            </w:r>
          </w:p>
        </w:tc>
        <w:tc>
          <w:tcPr>
            <w:tcW w:type="dxa" w:w="2160"/>
          </w:tcPr>
          <w:p>
            <w:r>
              <w:t>Water Conservation</w:t>
            </w:r>
          </w:p>
        </w:tc>
        <w:tc>
          <w:tcPr>
            <w:tcW w:type="dxa" w:w="2160"/>
          </w:tcPr>
          <w:p>
            <w:r>
              <w:t>What specific methods have you implemented to conserve water in your apple growing operations? Please describe any innovative techniques or technologies used.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1070-0298</w:t>
            </w:r>
          </w:p>
        </w:tc>
        <w:tc>
          <w:tcPr>
            <w:tcW w:type="dxa" w:w="2160"/>
          </w:tcPr>
          <w:p>
            <w:r>
              <w:t>Water Conservation</w:t>
            </w:r>
          </w:p>
        </w:tc>
        <w:tc>
          <w:tcPr>
            <w:tcW w:type="dxa" w:w="2160"/>
          </w:tcPr>
          <w:p>
            <w:r>
              <w:t>On average, what percentage reduction in water usage have you achieved over the past three years due to your conservation practices?</w:t>
              <w:br/>
              <w:t>Answer type: Percentage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1070-0299</w:t>
            </w:r>
          </w:p>
        </w:tc>
        <w:tc>
          <w:tcPr>
            <w:tcW w:type="dxa" w:w="2160"/>
          </w:tcPr>
          <w:p>
            <w:r>
              <w:t>Organic Practices</w:t>
            </w:r>
          </w:p>
        </w:tc>
        <w:tc>
          <w:tcPr>
            <w:tcW w:type="dxa" w:w="2160"/>
          </w:tcPr>
          <w:p>
            <w:r>
              <w:t>Are your apple growing practices certified organic? If yes, please provide the certification details.</w:t>
              <w:br/>
              <w:t>Answer type: Yes-No + details</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1070-0300</w:t>
            </w:r>
          </w:p>
        </w:tc>
        <w:tc>
          <w:tcPr>
            <w:tcW w:type="dxa" w:w="2160"/>
          </w:tcPr>
          <w:p>
            <w:r>
              <w:t>Organic Practices</w:t>
            </w:r>
          </w:p>
        </w:tc>
        <w:tc>
          <w:tcPr>
            <w:tcW w:type="dxa" w:w="2160"/>
          </w:tcPr>
          <w:p>
            <w:r>
              <w:t>What specific organic pest management strategies do you employ to protect your apple crops?</w:t>
              <w:br/>
              <w:t>Answer type: Long text</w:t>
              <w:br/>
              <w:t>Trigger: Yes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1070-0301</w:t>
            </w:r>
          </w:p>
        </w:tc>
        <w:tc>
          <w:tcPr>
            <w:tcW w:type="dxa" w:w="2160"/>
          </w:tcPr>
          <w:p>
            <w:r>
              <w:t>Biodiversity</w:t>
            </w:r>
          </w:p>
        </w:tc>
        <w:tc>
          <w:tcPr>
            <w:tcW w:type="dxa" w:w="2160"/>
          </w:tcPr>
          <w:p>
            <w:r>
              <w:t>How do you promote biodiversity within your apple orchards? Please list any practices or partnerships with local conservation groups.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1070-0302</w:t>
            </w:r>
          </w:p>
        </w:tc>
        <w:tc>
          <w:tcPr>
            <w:tcW w:type="dxa" w:w="2160"/>
          </w:tcPr>
          <w:p>
            <w:r>
              <w:t>Biodiversity</w:t>
            </w:r>
          </w:p>
        </w:tc>
        <w:tc>
          <w:tcPr>
            <w:tcW w:type="dxa" w:w="2160"/>
          </w:tcPr>
          <w:p>
            <w:r>
              <w:t>What specific native species do you encourage or protect on your farm to enhance local biodiversity?</w:t>
              <w:br/>
              <w:t>Answer type: Multi-select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1070-0303</w:t>
            </w:r>
          </w:p>
        </w:tc>
        <w:tc>
          <w:tcPr>
            <w:tcW w:type="dxa" w:w="2160"/>
          </w:tcPr>
          <w:p>
            <w:r>
              <w:t>Carbon Footprint</w:t>
            </w:r>
          </w:p>
        </w:tc>
        <w:tc>
          <w:tcPr>
            <w:tcW w:type="dxa" w:w="2160"/>
          </w:tcPr>
          <w:p>
            <w:r>
              <w:t>Have you conducted a carbon footprint assessment for your apple growing operations? If yes, please provide the key findings.</w:t>
              <w:br/>
              <w:t>Answer type: Yes-No + details</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1070-0304</w:t>
            </w:r>
          </w:p>
        </w:tc>
        <w:tc>
          <w:tcPr>
            <w:tcW w:type="dxa" w:w="2160"/>
          </w:tcPr>
          <w:p>
            <w:r>
              <w:t>Carbon Footprint</w:t>
            </w:r>
          </w:p>
        </w:tc>
        <w:tc>
          <w:tcPr>
            <w:tcW w:type="dxa" w:w="2160"/>
          </w:tcPr>
          <w:p>
            <w:r>
              <w:t>What specific actions have you taken to reduce your carbon emissions in the past year?</w:t>
              <w:br/>
              <w:t>Answer type: Long text</w:t>
              <w:br/>
              <w:t>Trigger: Yes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1070-0305</w:t>
            </w:r>
          </w:p>
        </w:tc>
        <w:tc>
          <w:tcPr>
            <w:tcW w:type="dxa" w:w="2160"/>
          </w:tcPr>
          <w:p>
            <w:r>
              <w:t>Waste Reduction</w:t>
            </w:r>
          </w:p>
        </w:tc>
        <w:tc>
          <w:tcPr>
            <w:tcW w:type="dxa" w:w="2160"/>
          </w:tcPr>
          <w:p>
            <w:r>
              <w:t>What waste reduction practices have you implemented in your apple growing operations? Please provide examples.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1070-0306</w:t>
            </w:r>
          </w:p>
        </w:tc>
        <w:tc>
          <w:tcPr>
            <w:tcW w:type="dxa" w:w="2160"/>
          </w:tcPr>
          <w:p>
            <w:r>
              <w:t>Waste Reduction</w:t>
            </w:r>
          </w:p>
        </w:tc>
        <w:tc>
          <w:tcPr>
            <w:tcW w:type="dxa" w:w="2160"/>
          </w:tcPr>
          <w:p>
            <w:r>
              <w:t>What percentage of your waste is currently recycled or composted?</w:t>
              <w:br/>
              <w:t>Answer type: Percentage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1070-0307</w:t>
            </w:r>
          </w:p>
        </w:tc>
        <w:tc>
          <w:tcPr>
            <w:tcW w:type="dxa" w:w="2160"/>
          </w:tcPr>
          <w:p>
            <w:r>
              <w:t>Community Engagement</w:t>
            </w:r>
          </w:p>
        </w:tc>
        <w:tc>
          <w:tcPr>
            <w:tcW w:type="dxa" w:w="2160"/>
          </w:tcPr>
          <w:p>
            <w:r>
              <w:t>What initiatives do you have in place to engage with the local community regarding sustainability practices?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1070-0308</w:t>
            </w:r>
          </w:p>
        </w:tc>
        <w:tc>
          <w:tcPr>
            <w:tcW w:type="dxa" w:w="2160"/>
          </w:tcPr>
          <w:p>
            <w:r>
              <w:t>Community Engagement</w:t>
            </w:r>
          </w:p>
        </w:tc>
        <w:tc>
          <w:tcPr>
            <w:tcW w:type="dxa" w:w="2160"/>
          </w:tcPr>
          <w:p>
            <w:r>
              <w:t>How often do you hold community events or workshops focused on sustainability in agriculture?</w:t>
              <w:br/>
              <w:t>Answer type: Integer + details</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1070-0309</w:t>
            </w:r>
          </w:p>
        </w:tc>
        <w:tc>
          <w:tcPr>
            <w:tcW w:type="dxa" w:w="2160"/>
          </w:tcPr>
          <w:p>
            <w:r>
              <w:t>Water Conservation</w:t>
            </w:r>
          </w:p>
        </w:tc>
        <w:tc>
          <w:tcPr>
            <w:tcW w:type="dxa" w:w="2160"/>
          </w:tcPr>
          <w:p>
            <w:r>
              <w:t>What is the average rainfall in your region, and how does it impact your water conservation strategies?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1070-0310</w:t>
            </w:r>
          </w:p>
        </w:tc>
        <w:tc>
          <w:tcPr>
            <w:tcW w:type="dxa" w:w="2160"/>
          </w:tcPr>
          <w:p>
            <w:r>
              <w:t>Organic Practices</w:t>
            </w:r>
          </w:p>
        </w:tc>
        <w:tc>
          <w:tcPr>
            <w:tcW w:type="dxa" w:w="2160"/>
          </w:tcPr>
          <w:p>
            <w:r>
              <w:t>What organic fertilizers do you use, and how do they compare in effectiveness to conventional fertilizers?</w:t>
              <w:br/>
              <w:t>Answer type: Long text + evidence</w:t>
              <w:br/>
              <w:t>Trigger: Yes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1070-0311</w:t>
            </w:r>
          </w:p>
        </w:tc>
        <w:tc>
          <w:tcPr>
            <w:tcW w:type="dxa" w:w="2160"/>
          </w:tcPr>
          <w:p>
            <w:r>
              <w:t>Biodiversity</w:t>
            </w:r>
          </w:p>
        </w:tc>
        <w:tc>
          <w:tcPr>
            <w:tcW w:type="dxa" w:w="2160"/>
          </w:tcPr>
          <w:p>
            <w:r>
              <w:t>What measures do you take to monitor the health of pollinator populations in your orchards?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1070-0312</w:t>
            </w:r>
          </w:p>
        </w:tc>
        <w:tc>
          <w:tcPr>
            <w:tcW w:type="dxa" w:w="2160"/>
          </w:tcPr>
          <w:p>
            <w:r>
              <w:t>Carbon Footprint</w:t>
            </w:r>
          </w:p>
        </w:tc>
        <w:tc>
          <w:tcPr>
            <w:tcW w:type="dxa" w:w="2160"/>
          </w:tcPr>
          <w:p>
            <w:r>
              <w:t>What is your target for carbon neutrality, and what steps are you taking to achieve it?</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1070-0313</w:t>
            </w:r>
          </w:p>
        </w:tc>
        <w:tc>
          <w:tcPr>
            <w:tcW w:type="dxa" w:w="2160"/>
          </w:tcPr>
          <w:p>
            <w:r>
              <w:t>Waste Reduction</w:t>
            </w:r>
          </w:p>
        </w:tc>
        <w:tc>
          <w:tcPr>
            <w:tcW w:type="dxa" w:w="2160"/>
          </w:tcPr>
          <w:p>
            <w:r>
              <w:t>How do you track and report waste generated on your farm?</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1070-0314</w:t>
            </w:r>
          </w:p>
        </w:tc>
        <w:tc>
          <w:tcPr>
            <w:tcW w:type="dxa" w:w="2160"/>
          </w:tcPr>
          <w:p>
            <w:r>
              <w:t>Community Engagement</w:t>
            </w:r>
          </w:p>
        </w:tc>
        <w:tc>
          <w:tcPr>
            <w:tcW w:type="dxa" w:w="2160"/>
          </w:tcPr>
          <w:p>
            <w:r>
              <w:t>What partnerships have you formed with local organizations to promote sustainability in agriculture?</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1070-0315</w:t>
            </w:r>
          </w:p>
        </w:tc>
        <w:tc>
          <w:tcPr>
            <w:tcW w:type="dxa" w:w="2160"/>
          </w:tcPr>
          <w:p>
            <w:r>
              <w:t>Environmental Impact</w:t>
            </w:r>
          </w:p>
        </w:tc>
        <w:tc>
          <w:tcPr>
            <w:tcW w:type="dxa" w:w="2160"/>
          </w:tcPr>
          <w:p>
            <w:r>
              <w:t>What measures do you take to minimize the environmental impact of your apple farming practices?</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1070-0316</w:t>
            </w:r>
          </w:p>
        </w:tc>
        <w:tc>
          <w:tcPr>
            <w:tcW w:type="dxa" w:w="2160"/>
          </w:tcPr>
          <w:p>
            <w:r>
              <w:t>Regulatory Compliance</w:t>
            </w:r>
          </w:p>
        </w:tc>
        <w:tc>
          <w:tcPr>
            <w:tcW w:type="dxa" w:w="2160"/>
          </w:tcPr>
          <w:p>
            <w:r>
              <w:t>How do you comply with environmental regulations related to apple farming?</w:t>
              <w:br/>
              <w:t>Answer type: text</w:t>
              <w:br/>
              <w:t>Trigger: None</w:t>
              <w:br/>
              <w:t>Required: Yes</w:t>
              <w:br/>
              <w:t>Risk: Low</w:t>
            </w:r>
          </w:p>
        </w:tc>
        <w:tc>
          <w:tcPr>
            <w:tcW w:type="dxa" w:w="2160"/>
          </w:tcPr>
          <w:p>
            <w:r>
              <w:t>Primary authority: USDA</w:t>
              <w:br/>
              <w:t>Response: ___________________________</w:t>
              <w:br/>
              <w:t>Evidence: ___________________________</w:t>
              <w:br/>
              <w:t>Reviewer conclusion: ___________________________</w:t>
            </w:r>
          </w:p>
        </w:tc>
      </w:tr>
      <w:tr>
        <w:tc>
          <w:tcPr>
            <w:tcW w:type="dxa" w:w="2160"/>
          </w:tcPr>
          <w:p>
            <w:r>
              <w:t>1070-0317</w:t>
            </w:r>
          </w:p>
        </w:tc>
        <w:tc>
          <w:tcPr>
            <w:tcW w:type="dxa" w:w="2160"/>
          </w:tcPr>
          <w:p>
            <w:r>
              <w:t>Sustainability Initiatives</w:t>
            </w:r>
          </w:p>
        </w:tc>
        <w:tc>
          <w:tcPr>
            <w:tcW w:type="dxa" w:w="2160"/>
          </w:tcPr>
          <w:p>
            <w:r>
              <w:t>What sustainability initiatives have you implemented in your apple orchards?</w:t>
              <w:br/>
              <w:t>Answer type: text</w:t>
              <w:br/>
              <w:t>Trigger: None</w:t>
              <w:br/>
              <w:t>Required: Yes</w:t>
              <w:br/>
              <w:t>Risk: Medium</w:t>
            </w:r>
          </w:p>
        </w:tc>
        <w:tc>
          <w:tcPr>
            <w:tcW w:type="dxa" w:w="2160"/>
          </w:tcPr>
          <w:p>
            <w:r>
              <w:t>Primary authority: California FTB</w:t>
              <w:br/>
              <w:t>Response: ___________________________</w:t>
              <w:br/>
              <w:t>Evidence: ___________________________</w:t>
              <w:br/>
              <w:t>Reviewer conclusion: ___________________________</w:t>
            </w:r>
          </w:p>
        </w:tc>
      </w:tr>
    </w:tbl>
    <w:p/>
    <w:p>
      <w:pPr>
        <w:pStyle w:val="Heading2"/>
      </w:pPr>
      <w:r>
        <w:t>AUTOMATION-TECHNOLOGIES-OPERATIONAL-EFFICIENCY (23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1070-0318</w:t>
            </w:r>
          </w:p>
        </w:tc>
        <w:tc>
          <w:tcPr>
            <w:tcW w:type="dxa" w:w="2160"/>
          </w:tcPr>
          <w:p>
            <w:r>
              <w:t>Automated Sorting</w:t>
            </w:r>
          </w:p>
        </w:tc>
        <w:tc>
          <w:tcPr>
            <w:tcW w:type="dxa" w:w="2160"/>
          </w:tcPr>
          <w:p>
            <w:r>
              <w:t>What specific automated sorting technologies have you implemented in your apple production process, and how do they differ from traditional sorting methods?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1070-0319</w:t>
            </w:r>
          </w:p>
        </w:tc>
        <w:tc>
          <w:tcPr>
            <w:tcW w:type="dxa" w:w="2160"/>
          </w:tcPr>
          <w:p>
            <w:r>
              <w:t>Automated Sorting</w:t>
            </w:r>
          </w:p>
        </w:tc>
        <w:tc>
          <w:tcPr>
            <w:tcW w:type="dxa" w:w="2160"/>
          </w:tcPr>
          <w:p>
            <w:r>
              <w:t>Can you provide details on the performance metrics used to evaluate the effectiveness of your automated sorting systems?</w:t>
              <w:br/>
              <w:t>Answer type: Long text + evidence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1070-0320</w:t>
            </w:r>
          </w:p>
        </w:tc>
        <w:tc>
          <w:tcPr>
            <w:tcW w:type="dxa" w:w="2160"/>
          </w:tcPr>
          <w:p>
            <w:r>
              <w:t>Robotics in Harvesting</w:t>
            </w:r>
          </w:p>
        </w:tc>
        <w:tc>
          <w:tcPr>
            <w:tcW w:type="dxa" w:w="2160"/>
          </w:tcPr>
          <w:p>
            <w:r>
              <w:t>What types of robotic systems have you deployed for harvesting apples, and what specific challenges did you aim to address with these systems?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1070-0321</w:t>
            </w:r>
          </w:p>
        </w:tc>
        <w:tc>
          <w:tcPr>
            <w:tcW w:type="dxa" w:w="2160"/>
          </w:tcPr>
          <w:p>
            <w:r>
              <w:t>Robotics in Harvesting</w:t>
            </w:r>
          </w:p>
        </w:tc>
        <w:tc>
          <w:tcPr>
            <w:tcW w:type="dxa" w:w="2160"/>
          </w:tcPr>
          <w:p>
            <w:r>
              <w:t>How do you measure the productivity gains from using robotic harvesting compared to manual harvesting?</w:t>
              <w:br/>
              <w:t>Answer type: Percentage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1070-0322</w:t>
            </w:r>
          </w:p>
        </w:tc>
        <w:tc>
          <w:tcPr>
            <w:tcW w:type="dxa" w:w="2160"/>
          </w:tcPr>
          <w:p>
            <w:r>
              <w:t>Data Collection</w:t>
            </w:r>
          </w:p>
        </w:tc>
        <w:tc>
          <w:tcPr>
            <w:tcW w:type="dxa" w:w="2160"/>
          </w:tcPr>
          <w:p>
            <w:r>
              <w:t>What types of data are collected during the apple production process, and how is this data used to inform operational decisions?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1070-0323</w:t>
            </w:r>
          </w:p>
        </w:tc>
        <w:tc>
          <w:tcPr>
            <w:tcW w:type="dxa" w:w="2160"/>
          </w:tcPr>
          <w:p>
            <w:r>
              <w:t>Data Collection</w:t>
            </w:r>
          </w:p>
        </w:tc>
        <w:tc>
          <w:tcPr>
            <w:tcW w:type="dxa" w:w="2160"/>
          </w:tcPr>
          <w:p>
            <w:r>
              <w:t>Can you describe the data collection methods employed and any challenges faced in ensuring data accuracy?</w:t>
              <w:br/>
              <w:t>Answer type: Long text + evidence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1070-0324</w:t>
            </w:r>
          </w:p>
        </w:tc>
        <w:tc>
          <w:tcPr>
            <w:tcW w:type="dxa" w:w="2160"/>
          </w:tcPr>
          <w:p>
            <w:r>
              <w:t>Machine Learning</w:t>
            </w:r>
          </w:p>
        </w:tc>
        <w:tc>
          <w:tcPr>
            <w:tcW w:type="dxa" w:w="2160"/>
          </w:tcPr>
          <w:p>
            <w:r>
              <w:t>Have you implemented any machine learning algorithms to optimize apple production processes? If so, please provide details on the algorithms used and their intended outcomes.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1070-0325</w:t>
            </w:r>
          </w:p>
        </w:tc>
        <w:tc>
          <w:tcPr>
            <w:tcW w:type="dxa" w:w="2160"/>
          </w:tcPr>
          <w:p>
            <w:r>
              <w:t>Machine Learning</w:t>
            </w:r>
          </w:p>
        </w:tc>
        <w:tc>
          <w:tcPr>
            <w:tcW w:type="dxa" w:w="2160"/>
          </w:tcPr>
          <w:p>
            <w:r>
              <w:t>What specific metrics do you track to evaluate the success of machine learning applications in your operations?</w:t>
              <w:br/>
              <w:t>Answer type: Long text + evidence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1070-0326</w:t>
            </w:r>
          </w:p>
        </w:tc>
        <w:tc>
          <w:tcPr>
            <w:tcW w:type="dxa" w:w="2160"/>
          </w:tcPr>
          <w:p>
            <w:r>
              <w:t>Process Optimization</w:t>
            </w:r>
          </w:p>
        </w:tc>
        <w:tc>
          <w:tcPr>
            <w:tcW w:type="dxa" w:w="2160"/>
          </w:tcPr>
          <w:p>
            <w:r>
              <w:t>What processes have you optimized through automation, and what were the key performance indicators that prompted these changes?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1070-0327</w:t>
            </w:r>
          </w:p>
        </w:tc>
        <w:tc>
          <w:tcPr>
            <w:tcW w:type="dxa" w:w="2160"/>
          </w:tcPr>
          <w:p>
            <w:r>
              <w:t>Process Optimization</w:t>
            </w:r>
          </w:p>
        </w:tc>
        <w:tc>
          <w:tcPr>
            <w:tcW w:type="dxa" w:w="2160"/>
          </w:tcPr>
          <w:p>
            <w:r>
              <w:t>Can you detail any iterative improvements made to your production processes as a result of automated systems?</w:t>
              <w:br/>
              <w:t>Answer type: Long text + evidence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1070-0328</w:t>
            </w:r>
          </w:p>
        </w:tc>
        <w:tc>
          <w:tcPr>
            <w:tcW w:type="dxa" w:w="2160"/>
          </w:tcPr>
          <w:p>
            <w:r>
              <w:t>Real-Time Monitoring</w:t>
            </w:r>
          </w:p>
        </w:tc>
        <w:tc>
          <w:tcPr>
            <w:tcW w:type="dxa" w:w="2160"/>
          </w:tcPr>
          <w:p>
            <w:r>
              <w:t>What real-time monitoring technologies are in place for your apple production, and how do they contribute to operational efficiency?</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1070-0329</w:t>
            </w:r>
          </w:p>
        </w:tc>
        <w:tc>
          <w:tcPr>
            <w:tcW w:type="dxa" w:w="2160"/>
          </w:tcPr>
          <w:p>
            <w:r>
              <w:t>Real-Time Monitoring</w:t>
            </w:r>
          </w:p>
        </w:tc>
        <w:tc>
          <w:tcPr>
            <w:tcW w:type="dxa" w:w="2160"/>
          </w:tcPr>
          <w:p>
            <w:r>
              <w:t>How do you utilize the data from real-time monitoring to make immediate operational adjustments during production?</w:t>
              <w:br/>
              <w:t>Answer type: Long text + evidence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1070-0330</w:t>
            </w:r>
          </w:p>
        </w:tc>
        <w:tc>
          <w:tcPr>
            <w:tcW w:type="dxa" w:w="2160"/>
          </w:tcPr>
          <w:p>
            <w:r>
              <w:t>Automated Sorting</w:t>
            </w:r>
          </w:p>
        </w:tc>
        <w:tc>
          <w:tcPr>
            <w:tcW w:type="dxa" w:w="2160"/>
          </w:tcPr>
          <w:p>
            <w:r>
              <w:t>What challenges did you face when integrating automated sorting technologies into your existing production workflow?</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1070-0331</w:t>
            </w:r>
          </w:p>
        </w:tc>
        <w:tc>
          <w:tcPr>
            <w:tcW w:type="dxa" w:w="2160"/>
          </w:tcPr>
          <w:p>
            <w:r>
              <w:t>Robotics in Harvesting</w:t>
            </w:r>
          </w:p>
        </w:tc>
        <w:tc>
          <w:tcPr>
            <w:tcW w:type="dxa" w:w="2160"/>
          </w:tcPr>
          <w:p>
            <w:r>
              <w:t>What specific features of your robotic harvesting systems allow them to adapt to varying apple sizes and types?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1070-0332</w:t>
            </w:r>
          </w:p>
        </w:tc>
        <w:tc>
          <w:tcPr>
            <w:tcW w:type="dxa" w:w="2160"/>
          </w:tcPr>
          <w:p>
            <w:r>
              <w:t>Data Collection</w:t>
            </w:r>
          </w:p>
        </w:tc>
        <w:tc>
          <w:tcPr>
            <w:tcW w:type="dxa" w:w="2160"/>
          </w:tcPr>
          <w:p>
            <w:r>
              <w:t>How frequently is data collected during the apple production process, and what tools are used for this collection?</w:t>
              <w:br/>
              <w:t>Answer type: Short text</w:t>
              <w:br/>
              <w:t>Trigger: Always</w:t>
              <w:br/>
              <w:t>Required: No</w:t>
              <w:br/>
              <w:t>Risk: Low</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1070-0333</w:t>
            </w:r>
          </w:p>
        </w:tc>
        <w:tc>
          <w:tcPr>
            <w:tcW w:type="dxa" w:w="2160"/>
          </w:tcPr>
          <w:p>
            <w:r>
              <w:t>Machine Learning</w:t>
            </w:r>
          </w:p>
        </w:tc>
        <w:tc>
          <w:tcPr>
            <w:tcW w:type="dxa" w:w="2160"/>
          </w:tcPr>
          <w:p>
            <w:r>
              <w:t>What types of data are used to train your machine learning models for apple production, and how do you ensure data quality?</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1070-0334</w:t>
            </w:r>
          </w:p>
        </w:tc>
        <w:tc>
          <w:tcPr>
            <w:tcW w:type="dxa" w:w="2160"/>
          </w:tcPr>
          <w:p>
            <w:r>
              <w:t>Process Optimization</w:t>
            </w:r>
          </w:p>
        </w:tc>
        <w:tc>
          <w:tcPr>
            <w:tcW w:type="dxa" w:w="2160"/>
          </w:tcPr>
          <w:p>
            <w:r>
              <w:t>Can you provide examples of how automation has reduced waste or improved yield in your apple production?</w:t>
              <w:br/>
              <w:t>Answer type: Long text + evidence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1070-0335</w:t>
            </w:r>
          </w:p>
        </w:tc>
        <w:tc>
          <w:tcPr>
            <w:tcW w:type="dxa" w:w="2160"/>
          </w:tcPr>
          <w:p>
            <w:r>
              <w:t>Real-Time Monitoring</w:t>
            </w:r>
          </w:p>
        </w:tc>
        <w:tc>
          <w:tcPr>
            <w:tcW w:type="dxa" w:w="2160"/>
          </w:tcPr>
          <w:p>
            <w:r>
              <w:t>What specific technologies are used for real-time monitoring, and how do they integrate with other systems in your production process?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1070-0336</w:t>
            </w:r>
          </w:p>
        </w:tc>
        <w:tc>
          <w:tcPr>
            <w:tcW w:type="dxa" w:w="2160"/>
          </w:tcPr>
          <w:p>
            <w:r>
              <w:t>General Automation Impact</w:t>
            </w:r>
          </w:p>
        </w:tc>
        <w:tc>
          <w:tcPr>
            <w:tcW w:type="dxa" w:w="2160"/>
          </w:tcPr>
          <w:p>
            <w:r>
              <w:t>Overall, how has the introduction of automation technologies impacted your labor costs and productivity in apple production?</w:t>
              <w:br/>
              <w:t>Answer type: Percentage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1070-0337</w:t>
            </w:r>
          </w:p>
        </w:tc>
        <w:tc>
          <w:tcPr>
            <w:tcW w:type="dxa" w:w="2160"/>
          </w:tcPr>
          <w:p>
            <w:r>
              <w:t>Technology Implementation</w:t>
            </w:r>
          </w:p>
        </w:tc>
        <w:tc>
          <w:tcPr>
            <w:tcW w:type="dxa" w:w="2160"/>
          </w:tcPr>
          <w:p>
            <w:r>
              <w:t>What automation technologies have you integrated into your apple cultivation processes?</w:t>
              <w:br/>
              <w:t>Answer type: text</w:t>
              <w:br/>
              <w:t>Trigger: None</w:t>
              <w:br/>
              <w:t>Required: Yes</w:t>
              <w:br/>
              <w:t>Risk: Medium</w:t>
            </w:r>
          </w:p>
        </w:tc>
        <w:tc>
          <w:tcPr>
            <w:tcW w:type="dxa" w:w="2160"/>
          </w:tcPr>
          <w:p>
            <w:r>
              <w:t>Primary authority: California FTB</w:t>
              <w:br/>
              <w:t>Response: ___________________________</w:t>
              <w:br/>
              <w:t>Evidence: ___________________________</w:t>
              <w:br/>
              <w:t>Reviewer conclusion: ___________________________</w:t>
            </w:r>
          </w:p>
        </w:tc>
      </w:tr>
      <w:tr>
        <w:tc>
          <w:tcPr>
            <w:tcW w:type="dxa" w:w="2160"/>
          </w:tcPr>
          <w:p>
            <w:r>
              <w:t>1070-0338</w:t>
            </w:r>
          </w:p>
        </w:tc>
        <w:tc>
          <w:tcPr>
            <w:tcW w:type="dxa" w:w="2160"/>
          </w:tcPr>
          <w:p>
            <w:r>
              <w:t>Operational Efficiency</w:t>
            </w:r>
          </w:p>
        </w:tc>
        <w:tc>
          <w:tcPr>
            <w:tcW w:type="dxa" w:w="2160"/>
          </w:tcPr>
          <w:p>
            <w:r>
              <w:t>How do you measure the impact of automation on your operational efficiency in apple production?</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1070-0339</w:t>
            </w:r>
          </w:p>
        </w:tc>
        <w:tc>
          <w:tcPr>
            <w:tcW w:type="dxa" w:w="2160"/>
          </w:tcPr>
          <w:p>
            <w:r>
              <w:t>Cost-Benefit Analysis</w:t>
            </w:r>
          </w:p>
        </w:tc>
        <w:tc>
          <w:tcPr>
            <w:tcW w:type="dxa" w:w="2160"/>
          </w:tcPr>
          <w:p>
            <w:r>
              <w:t>What cost-benefit analyses have you conducted regarding the implementation of automation in your processes?</w:t>
              <w:br/>
              <w:t>Answer type: text</w:t>
              <w:br/>
              <w:t>Trigger: None</w:t>
              <w:br/>
              <w:t>Required: Yes</w:t>
              <w:br/>
              <w:t>Risk: Medium</w:t>
            </w:r>
          </w:p>
        </w:tc>
        <w:tc>
          <w:tcPr>
            <w:tcW w:type="dxa" w:w="2160"/>
          </w:tcPr>
          <w:p>
            <w:r>
              <w:t>Primary authority: USDA</w:t>
              <w:br/>
              <w:t>Response: ___________________________</w:t>
              <w:br/>
              <w:t>Evidence: ___________________________</w:t>
              <w:br/>
              <w:t>Reviewer conclusion: ___________________________</w:t>
            </w:r>
          </w:p>
        </w:tc>
      </w:tr>
      <w:tr>
        <w:tc>
          <w:tcPr>
            <w:tcW w:type="dxa" w:w="2160"/>
          </w:tcPr>
          <w:p>
            <w:r>
              <w:t>1070-0340</w:t>
            </w:r>
          </w:p>
        </w:tc>
        <w:tc>
          <w:tcPr>
            <w:tcW w:type="dxa" w:w="2160"/>
          </w:tcPr>
          <w:p>
            <w:r>
              <w:t>Training and Development</w:t>
            </w:r>
          </w:p>
        </w:tc>
        <w:tc>
          <w:tcPr>
            <w:tcW w:type="dxa" w:w="2160"/>
          </w:tcPr>
          <w:p>
            <w:r>
              <w:t>What training do you provide to staff on the use of automation technologies in apple production?</w:t>
              <w:br/>
              <w:t>Answer type: text</w:t>
              <w:br/>
              <w:t>Trigger: None</w:t>
              <w:br/>
              <w:t>Required: Yes</w:t>
              <w:br/>
              <w:t>Risk: Low</w:t>
            </w:r>
          </w:p>
        </w:tc>
        <w:tc>
          <w:tcPr>
            <w:tcW w:type="dxa" w:w="2160"/>
          </w:tcPr>
          <w:p>
            <w:r>
              <w:t>Primary authority: California FTB</w:t>
              <w:br/>
              <w:t>Response: ___________________________</w:t>
              <w:br/>
              <w:t>Evidence: ___________________________</w:t>
              <w:br/>
              <w:t>Reviewer conclusion: ___________________________</w:t>
            </w:r>
          </w:p>
        </w:tc>
      </w:tr>
    </w:tbl>
    <w:p/>
    <w:p>
      <w:pPr>
        <w:pStyle w:val="Heading2"/>
      </w:pPr>
      <w:r>
        <w:t>DATA-SOFTWARE-SYSTEMS-MANAGEMENT (18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1070-0341</w:t>
            </w:r>
          </w:p>
        </w:tc>
        <w:tc>
          <w:tcPr>
            <w:tcW w:type="dxa" w:w="2160"/>
          </w:tcPr>
          <w:p>
            <w:r>
              <w:t>Farm Management Software</w:t>
            </w:r>
          </w:p>
        </w:tc>
        <w:tc>
          <w:tcPr>
            <w:tcW w:type="dxa" w:w="2160"/>
          </w:tcPr>
          <w:p>
            <w:r>
              <w:t>What specific farm management software do you use to track apple production, and what functionalities does it provide that support experimental practices in crop management?</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1070-0342</w:t>
            </w:r>
          </w:p>
        </w:tc>
        <w:tc>
          <w:tcPr>
            <w:tcW w:type="dxa" w:w="2160"/>
          </w:tcPr>
          <w:p>
            <w:r>
              <w:t>Data Analytics</w:t>
            </w:r>
          </w:p>
        </w:tc>
        <w:tc>
          <w:tcPr>
            <w:tcW w:type="dxa" w:w="2160"/>
          </w:tcPr>
          <w:p>
            <w:r>
              <w:t>Can you describe any data analytics tools you utilize to analyze apple yield data and how they contribute to your decision-making processes?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1070-0343</w:t>
            </w:r>
          </w:p>
        </w:tc>
        <w:tc>
          <w:tcPr>
            <w:tcW w:type="dxa" w:w="2160"/>
          </w:tcPr>
          <w:p>
            <w:r>
              <w:t>Cloud Computing</w:t>
            </w:r>
          </w:p>
        </w:tc>
        <w:tc>
          <w:tcPr>
            <w:tcW w:type="dxa" w:w="2160"/>
          </w:tcPr>
          <w:p>
            <w:r>
              <w:t>What cloud computing solutions do you employ for data storage and processing in your apple production operations, and how do they facilitate innovation?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1070-0344</w:t>
            </w:r>
          </w:p>
        </w:tc>
        <w:tc>
          <w:tcPr>
            <w:tcW w:type="dxa" w:w="2160"/>
          </w:tcPr>
          <w:p>
            <w:r>
              <w:t>IoT Applications</w:t>
            </w:r>
          </w:p>
        </w:tc>
        <w:tc>
          <w:tcPr>
            <w:tcW w:type="dxa" w:w="2160"/>
          </w:tcPr>
          <w:p>
            <w:r>
              <w:t>What IoT applications are integrated into your apple orchards, and how do they help in monitoring or improving production techniques?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1070-0345</w:t>
            </w:r>
          </w:p>
        </w:tc>
        <w:tc>
          <w:tcPr>
            <w:tcW w:type="dxa" w:w="2160"/>
          </w:tcPr>
          <w:p>
            <w:r>
              <w:t>Decision Support Systems</w:t>
            </w:r>
          </w:p>
        </w:tc>
        <w:tc>
          <w:tcPr>
            <w:tcW w:type="dxa" w:w="2160"/>
          </w:tcPr>
          <w:p>
            <w:r>
              <w:t>Describe any decision support systems you have implemented that assist in making experimental decisions regarding apple cultivation practices.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1070-0346</w:t>
            </w:r>
          </w:p>
        </w:tc>
        <w:tc>
          <w:tcPr>
            <w:tcW w:type="dxa" w:w="2160"/>
          </w:tcPr>
          <w:p>
            <w:r>
              <w:t>Data Security</w:t>
            </w:r>
          </w:p>
        </w:tc>
        <w:tc>
          <w:tcPr>
            <w:tcW w:type="dxa" w:w="2160"/>
          </w:tcPr>
          <w:p>
            <w:r>
              <w:t>What measures do you have in place to ensure the security of the data collected from your apple production processes, especially in relation to proprietary research?</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1070-0347</w:t>
            </w:r>
          </w:p>
        </w:tc>
        <w:tc>
          <w:tcPr>
            <w:tcW w:type="dxa" w:w="2160"/>
          </w:tcPr>
          <w:p>
            <w:r>
              <w:t>Farm Management Software</w:t>
            </w:r>
          </w:p>
        </w:tc>
        <w:tc>
          <w:tcPr>
            <w:tcW w:type="dxa" w:w="2160"/>
          </w:tcPr>
          <w:p>
            <w:r>
              <w:t>How frequently do you update your farm management software, and what factors influence these updates in relation to R&amp;D activities?</w:t>
              <w:br/>
              <w:t>Answer type: Short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1070-0348</w:t>
            </w:r>
          </w:p>
        </w:tc>
        <w:tc>
          <w:tcPr>
            <w:tcW w:type="dxa" w:w="2160"/>
          </w:tcPr>
          <w:p>
            <w:r>
              <w:t>Data Analytics</w:t>
            </w:r>
          </w:p>
        </w:tc>
        <w:tc>
          <w:tcPr>
            <w:tcW w:type="dxa" w:w="2160"/>
          </w:tcPr>
          <w:p>
            <w:r>
              <w:t>What specific metrics do you analyze using your data analytics tools to assess the effectiveness of new apple cultivation methods?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1070-0349</w:t>
            </w:r>
          </w:p>
        </w:tc>
        <w:tc>
          <w:tcPr>
            <w:tcW w:type="dxa" w:w="2160"/>
          </w:tcPr>
          <w:p>
            <w:r>
              <w:t>Cloud Computing</w:t>
            </w:r>
          </w:p>
        </w:tc>
        <w:tc>
          <w:tcPr>
            <w:tcW w:type="dxa" w:w="2160"/>
          </w:tcPr>
          <w:p>
            <w:r>
              <w:t>Have you experienced any challenges in using cloud computing for your apple production data, particularly regarding data integrity or access during critical periods?</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1070-0350</w:t>
            </w:r>
          </w:p>
        </w:tc>
        <w:tc>
          <w:tcPr>
            <w:tcW w:type="dxa" w:w="2160"/>
          </w:tcPr>
          <w:p>
            <w:r>
              <w:t>IoT Applications</w:t>
            </w:r>
          </w:p>
        </w:tc>
        <w:tc>
          <w:tcPr>
            <w:tcW w:type="dxa" w:w="2160"/>
          </w:tcPr>
          <w:p>
            <w:r>
              <w:t>Can you provide examples of how IoT data has led to changes in your apple production practices or experiments?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1070-0351</w:t>
            </w:r>
          </w:p>
        </w:tc>
        <w:tc>
          <w:tcPr>
            <w:tcW w:type="dxa" w:w="2160"/>
          </w:tcPr>
          <w:p>
            <w:r>
              <w:t>Decision Support Systems</w:t>
            </w:r>
          </w:p>
        </w:tc>
        <w:tc>
          <w:tcPr>
            <w:tcW w:type="dxa" w:w="2160"/>
          </w:tcPr>
          <w:p>
            <w:r>
              <w:t>What types of data do your decision support systems analyze, and how do they inform your R&amp;D strategies in apple production?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1070-0352</w:t>
            </w:r>
          </w:p>
        </w:tc>
        <w:tc>
          <w:tcPr>
            <w:tcW w:type="dxa" w:w="2160"/>
          </w:tcPr>
          <w:p>
            <w:r>
              <w:t>Data Security</w:t>
            </w:r>
          </w:p>
        </w:tc>
        <w:tc>
          <w:tcPr>
            <w:tcW w:type="dxa" w:w="2160"/>
          </w:tcPr>
          <w:p>
            <w:r>
              <w:t>What protocols do you follow to ensure compliance with data protection regulations in your apple production data management?</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1070-0353</w:t>
            </w:r>
          </w:p>
        </w:tc>
        <w:tc>
          <w:tcPr>
            <w:tcW w:type="dxa" w:w="2160"/>
          </w:tcPr>
          <w:p>
            <w:r>
              <w:t>Farm Management Software</w:t>
            </w:r>
          </w:p>
        </w:tc>
        <w:tc>
          <w:tcPr>
            <w:tcW w:type="dxa" w:w="2160"/>
          </w:tcPr>
          <w:p>
            <w:r>
              <w:t>How does your farm management software facilitate the documentation of R&amp;D activities related to apple cultivation?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1070-0354</w:t>
            </w:r>
          </w:p>
        </w:tc>
        <w:tc>
          <w:tcPr>
            <w:tcW w:type="dxa" w:w="2160"/>
          </w:tcPr>
          <w:p>
            <w:r>
              <w:t>Data Analytics</w:t>
            </w:r>
          </w:p>
        </w:tc>
        <w:tc>
          <w:tcPr>
            <w:tcW w:type="dxa" w:w="2160"/>
          </w:tcPr>
          <w:p>
            <w:r>
              <w:t>What types of predictive analytics do you use to forecast apple yield, and what experiments have you conducted based on these predictions?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1070-0355</w:t>
            </w:r>
          </w:p>
        </w:tc>
        <w:tc>
          <w:tcPr>
            <w:tcW w:type="dxa" w:w="2160"/>
          </w:tcPr>
          <w:p>
            <w:r>
              <w:t>Cloud Computing</w:t>
            </w:r>
          </w:p>
        </w:tc>
        <w:tc>
          <w:tcPr>
            <w:tcW w:type="dxa" w:w="2160"/>
          </w:tcPr>
          <w:p>
            <w:r>
              <w:t>What specific cloud-based tools do you use for collaboration among your team during R&amp;D projects in apple production?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1070-0356</w:t>
            </w:r>
          </w:p>
        </w:tc>
        <w:tc>
          <w:tcPr>
            <w:tcW w:type="dxa" w:w="2160"/>
          </w:tcPr>
          <w:p>
            <w:r>
              <w:t>IoT Applications</w:t>
            </w:r>
          </w:p>
        </w:tc>
        <w:tc>
          <w:tcPr>
            <w:tcW w:type="dxa" w:w="2160"/>
          </w:tcPr>
          <w:p>
            <w:r>
              <w:t>How do you evaluate the effectiveness of IoT devices in enhancing your apple production processes?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1070-0357</w:t>
            </w:r>
          </w:p>
        </w:tc>
        <w:tc>
          <w:tcPr>
            <w:tcW w:type="dxa" w:w="2160"/>
          </w:tcPr>
          <w:p>
            <w:r>
              <w:t>Data Management</w:t>
            </w:r>
          </w:p>
        </w:tc>
        <w:tc>
          <w:tcPr>
            <w:tcW w:type="dxa" w:w="2160"/>
          </w:tcPr>
          <w:p>
            <w:r>
              <w:t>What software systems do you use for managing data related to apple production?</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1070-0358</w:t>
            </w:r>
          </w:p>
        </w:tc>
        <w:tc>
          <w:tcPr>
            <w:tcW w:type="dxa" w:w="2160"/>
          </w:tcPr>
          <w:p>
            <w:r>
              <w:t>Data Integrity</w:t>
            </w:r>
          </w:p>
        </w:tc>
        <w:tc>
          <w:tcPr>
            <w:tcW w:type="dxa" w:w="2160"/>
          </w:tcPr>
          <w:p>
            <w:r>
              <w:t>How do you ensure data integrity in your apple production management systems?</w:t>
              <w:br/>
              <w:t>Answer type: text</w:t>
              <w:br/>
              <w:t>Trigger: None</w:t>
              <w:br/>
              <w:t>Required: Yes</w:t>
              <w:br/>
              <w:t>Risk: Medium</w:t>
            </w:r>
          </w:p>
        </w:tc>
        <w:tc>
          <w:tcPr>
            <w:tcW w:type="dxa" w:w="2160"/>
          </w:tcPr>
          <w:p>
            <w:r>
              <w:t>Primary authority: USDA</w:t>
              <w:br/>
              <w:t>Response: ___________________________</w:t>
              <w:br/>
              <w:t>Evidence: ___________________________</w:t>
              <w:br/>
              <w:t>Reviewer conclusion: ___________________________</w:t>
            </w:r>
          </w:p>
        </w:tc>
      </w:tr>
    </w:tbl>
    <w:p/>
    <w:p>
      <w:pPr>
        <w:pStyle w:val="Heading2"/>
      </w:pPr>
      <w:r>
        <w:t>BYPRODUCTS-REUSE-RECOVERY (15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1070-0359</w:t>
            </w:r>
          </w:p>
        </w:tc>
        <w:tc>
          <w:tcPr>
            <w:tcW w:type="dxa" w:w="2160"/>
          </w:tcPr>
          <w:p>
            <w:r>
              <w:t>Pomace Utilization</w:t>
            </w:r>
          </w:p>
        </w:tc>
        <w:tc>
          <w:tcPr>
            <w:tcW w:type="dxa" w:w="2160"/>
          </w:tcPr>
          <w:p>
            <w:r>
              <w:t>What specific methods do you employ to utilize apple pomace in your operations, and how do you assess their effectiveness?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1070-0360</w:t>
            </w:r>
          </w:p>
        </w:tc>
        <w:tc>
          <w:tcPr>
            <w:tcW w:type="dxa" w:w="2160"/>
          </w:tcPr>
          <w:p>
            <w:r>
              <w:t>Biogas Production</w:t>
            </w:r>
          </w:p>
        </w:tc>
        <w:tc>
          <w:tcPr>
            <w:tcW w:type="dxa" w:w="2160"/>
          </w:tcPr>
          <w:p>
            <w:r>
              <w:t>Have you implemented any biogas production systems using apple waste, and if so, what technology or processes are involved?</w:t>
              <w:br/>
              <w:t>Answer type: Yes-No + details</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1070-0361</w:t>
            </w:r>
          </w:p>
        </w:tc>
        <w:tc>
          <w:tcPr>
            <w:tcW w:type="dxa" w:w="2160"/>
          </w:tcPr>
          <w:p>
            <w:r>
              <w:t>Composting</w:t>
            </w:r>
          </w:p>
        </w:tc>
        <w:tc>
          <w:tcPr>
            <w:tcW w:type="dxa" w:w="2160"/>
          </w:tcPr>
          <w:p>
            <w:r>
              <w:t>Describe your composting process for apple byproducts. What materials are included, and how do you monitor the composting conditions?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1070-0362</w:t>
            </w:r>
          </w:p>
        </w:tc>
        <w:tc>
          <w:tcPr>
            <w:tcW w:type="dxa" w:w="2160"/>
          </w:tcPr>
          <w:p>
            <w:r>
              <w:t>Value-Added Products</w:t>
            </w:r>
          </w:p>
        </w:tc>
        <w:tc>
          <w:tcPr>
            <w:tcW w:type="dxa" w:w="2160"/>
          </w:tcPr>
          <w:p>
            <w:r>
              <w:t>What value-added products do you create from apple byproducts, and what research or experimentation has gone into their development?</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1070-0363</w:t>
            </w:r>
          </w:p>
        </w:tc>
        <w:tc>
          <w:tcPr>
            <w:tcW w:type="dxa" w:w="2160"/>
          </w:tcPr>
          <w:p>
            <w:r>
              <w:t>Waste Minimization</w:t>
            </w:r>
          </w:p>
        </w:tc>
        <w:tc>
          <w:tcPr>
            <w:tcW w:type="dxa" w:w="2160"/>
          </w:tcPr>
          <w:p>
            <w:r>
              <w:t>What specific strategies do you implement to minimize waste during apple processing, and how do you evaluate their success?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1070-0364</w:t>
            </w:r>
          </w:p>
        </w:tc>
        <w:tc>
          <w:tcPr>
            <w:tcW w:type="dxa" w:w="2160"/>
          </w:tcPr>
          <w:p>
            <w:r>
              <w:t>Economic Impact</w:t>
            </w:r>
          </w:p>
        </w:tc>
        <w:tc>
          <w:tcPr>
            <w:tcW w:type="dxa" w:w="2160"/>
          </w:tcPr>
          <w:p>
            <w:r>
              <w:t>What economic impacts have you observed from implementing byproduct recovery processes, and how do you measure these impacts?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1070-0365</w:t>
            </w:r>
          </w:p>
        </w:tc>
        <w:tc>
          <w:tcPr>
            <w:tcW w:type="dxa" w:w="2160"/>
          </w:tcPr>
          <w:p>
            <w:r>
              <w:t>Pomace Utilization</w:t>
            </w:r>
          </w:p>
        </w:tc>
        <w:tc>
          <w:tcPr>
            <w:tcW w:type="dxa" w:w="2160"/>
          </w:tcPr>
          <w:p>
            <w:r>
              <w:t>How do you determine the market demand for products made from apple pomace?</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1070-0366</w:t>
            </w:r>
          </w:p>
        </w:tc>
        <w:tc>
          <w:tcPr>
            <w:tcW w:type="dxa" w:w="2160"/>
          </w:tcPr>
          <w:p>
            <w:r>
              <w:t>Biogas Production</w:t>
            </w:r>
          </w:p>
        </w:tc>
        <w:tc>
          <w:tcPr>
            <w:tcW w:type="dxa" w:w="2160"/>
          </w:tcPr>
          <w:p>
            <w:r>
              <w:t>What challenges have you faced in the biogas production process from apple waste, and how have you addressed them?</w:t>
              <w:br/>
              <w:t>Answer type: Long text</w:t>
              <w:br/>
              <w:t>Trigger: Yes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1070-0367</w:t>
            </w:r>
          </w:p>
        </w:tc>
        <w:tc>
          <w:tcPr>
            <w:tcW w:type="dxa" w:w="2160"/>
          </w:tcPr>
          <w:p>
            <w:r>
              <w:t>Composting</w:t>
            </w:r>
          </w:p>
        </w:tc>
        <w:tc>
          <w:tcPr>
            <w:tcW w:type="dxa" w:w="2160"/>
          </w:tcPr>
          <w:p>
            <w:r>
              <w:t>How do you ensure the quality of compost produced from apple byproducts, and what testing methods do you use?</w:t>
              <w:br/>
              <w:t>Answer type: Long text + evidence</w:t>
              <w:br/>
              <w:t>Trigger: Yes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1070-0368</w:t>
            </w:r>
          </w:p>
        </w:tc>
        <w:tc>
          <w:tcPr>
            <w:tcW w:type="dxa" w:w="2160"/>
          </w:tcPr>
          <w:p>
            <w:r>
              <w:t>Value-Added Products</w:t>
            </w:r>
          </w:p>
        </w:tc>
        <w:tc>
          <w:tcPr>
            <w:tcW w:type="dxa" w:w="2160"/>
          </w:tcPr>
          <w:p>
            <w:r>
              <w:t>What R&amp;D efforts have been made to innovate new value-added products from apple byproducts, and what were the outcomes?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1070-0369</w:t>
            </w:r>
          </w:p>
        </w:tc>
        <w:tc>
          <w:tcPr>
            <w:tcW w:type="dxa" w:w="2160"/>
          </w:tcPr>
          <w:p>
            <w:r>
              <w:t>Waste Minimization</w:t>
            </w:r>
          </w:p>
        </w:tc>
        <w:tc>
          <w:tcPr>
            <w:tcW w:type="dxa" w:w="2160"/>
          </w:tcPr>
          <w:p>
            <w:r>
              <w:t>Can you quantify the reduction in waste achieved through your byproduct recovery initiatives? If so, please provide metrics.</w:t>
              <w:br/>
              <w:t>Answer type: Integer + details</w:t>
              <w:br/>
              <w:t>Trigger: Yes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1070-0370</w:t>
            </w:r>
          </w:p>
        </w:tc>
        <w:tc>
          <w:tcPr>
            <w:tcW w:type="dxa" w:w="2160"/>
          </w:tcPr>
          <w:p>
            <w:r>
              <w:t>Economic Impact</w:t>
            </w:r>
          </w:p>
        </w:tc>
        <w:tc>
          <w:tcPr>
            <w:tcW w:type="dxa" w:w="2160"/>
          </w:tcPr>
          <w:p>
            <w:r>
              <w:t>How do you assess the cost savings associated with byproduct recovery compared to traditional waste disposal methods?</w:t>
              <w:br/>
              <w:t>Answer type: Currency</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1070-0371</w:t>
            </w:r>
          </w:p>
        </w:tc>
        <w:tc>
          <w:tcPr>
            <w:tcW w:type="dxa" w:w="2160"/>
          </w:tcPr>
          <w:p>
            <w:r>
              <w:t>Pomace Utilization</w:t>
            </w:r>
          </w:p>
        </w:tc>
        <w:tc>
          <w:tcPr>
            <w:tcW w:type="dxa" w:w="2160"/>
          </w:tcPr>
          <w:p>
            <w:r>
              <w:t>What percentage of apple pomace is currently being reused or recycled in your operations?</w:t>
              <w:br/>
              <w:t>Answer type: Percentage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1070-0372</w:t>
            </w:r>
          </w:p>
        </w:tc>
        <w:tc>
          <w:tcPr>
            <w:tcW w:type="dxa" w:w="2160"/>
          </w:tcPr>
          <w:p>
            <w:r>
              <w:t>Biogas Production</w:t>
            </w:r>
          </w:p>
        </w:tc>
        <w:tc>
          <w:tcPr>
            <w:tcW w:type="dxa" w:w="2160"/>
          </w:tcPr>
          <w:p>
            <w:r>
              <w:t>What is the estimated energy output from your biogas production system utilizing apple waste?</w:t>
              <w:br/>
              <w:t>Answer type: Integer + details</w:t>
              <w:br/>
              <w:t>Trigger: Yes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1070-0373</w:t>
            </w:r>
          </w:p>
        </w:tc>
        <w:tc>
          <w:tcPr>
            <w:tcW w:type="dxa" w:w="2160"/>
          </w:tcPr>
          <w:p>
            <w:r>
              <w:t>Composting</w:t>
            </w:r>
          </w:p>
        </w:tc>
        <w:tc>
          <w:tcPr>
            <w:tcW w:type="dxa" w:w="2160"/>
          </w:tcPr>
          <w:p>
            <w:r>
              <w:t>What is the timeline for your composting process from apple byproducts, and how do you track progress?</w:t>
              <w:br/>
              <w:t>Answer type: Date range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TRANSPORTATION-LOGISTICS-SUPPLY-CHAIN (17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1070-0374</w:t>
            </w:r>
          </w:p>
        </w:tc>
        <w:tc>
          <w:tcPr>
            <w:tcW w:type="dxa" w:w="2160"/>
          </w:tcPr>
          <w:p>
            <w:r>
              <w:t>Cold Chain Management</w:t>
            </w:r>
          </w:p>
        </w:tc>
        <w:tc>
          <w:tcPr>
            <w:tcW w:type="dxa" w:w="2160"/>
          </w:tcPr>
          <w:p>
            <w:r>
              <w:t>What specific technologies or methods are you using to maintain the cold chain during transportation of apples?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1070-0375</w:t>
            </w:r>
          </w:p>
        </w:tc>
        <w:tc>
          <w:tcPr>
            <w:tcW w:type="dxa" w:w="2160"/>
          </w:tcPr>
          <w:p>
            <w:r>
              <w:t>Shipping Regulations</w:t>
            </w:r>
          </w:p>
        </w:tc>
        <w:tc>
          <w:tcPr>
            <w:tcW w:type="dxa" w:w="2160"/>
          </w:tcPr>
          <w:p>
            <w:r>
              <w:t>Have you encountered any specific shipping regulations that impact the transportation of apples? If so, please detail them.</w:t>
              <w:br/>
              <w:t>Answer type: Long text + evidence</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1070-0376</w:t>
            </w:r>
          </w:p>
        </w:tc>
        <w:tc>
          <w:tcPr>
            <w:tcW w:type="dxa" w:w="2160"/>
          </w:tcPr>
          <w:p>
            <w:r>
              <w:t>Inventory Management</w:t>
            </w:r>
          </w:p>
        </w:tc>
        <w:tc>
          <w:tcPr>
            <w:tcW w:type="dxa" w:w="2160"/>
          </w:tcPr>
          <w:p>
            <w:r>
              <w:t>How do you track inventory levels during transportation to ensure freshness and minimize waste?</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1070-0377</w:t>
            </w:r>
          </w:p>
        </w:tc>
        <w:tc>
          <w:tcPr>
            <w:tcW w:type="dxa" w:w="2160"/>
          </w:tcPr>
          <w:p>
            <w:r>
              <w:t>Route Optimization</w:t>
            </w:r>
          </w:p>
        </w:tc>
        <w:tc>
          <w:tcPr>
            <w:tcW w:type="dxa" w:w="2160"/>
          </w:tcPr>
          <w:p>
            <w:r>
              <w:t>What criteria do you use to optimize routes for apple distribution, and how do you measure their effectiveness?</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1070-0378</w:t>
            </w:r>
          </w:p>
        </w:tc>
        <w:tc>
          <w:tcPr>
            <w:tcW w:type="dxa" w:w="2160"/>
          </w:tcPr>
          <w:p>
            <w:r>
              <w:t>Supply Chain Partnerships</w:t>
            </w:r>
          </w:p>
        </w:tc>
        <w:tc>
          <w:tcPr>
            <w:tcW w:type="dxa" w:w="2160"/>
          </w:tcPr>
          <w:p>
            <w:r>
              <w:t>Can you describe any partnerships with logistics providers that enhance your apple distribution efficiency?</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1070-0379</w:t>
            </w:r>
          </w:p>
        </w:tc>
        <w:tc>
          <w:tcPr>
            <w:tcW w:type="dxa" w:w="2160"/>
          </w:tcPr>
          <w:p>
            <w:r>
              <w:t>Cost Efficiency</w:t>
            </w:r>
          </w:p>
        </w:tc>
        <w:tc>
          <w:tcPr>
            <w:tcW w:type="dxa" w:w="2160"/>
          </w:tcPr>
          <w:p>
            <w:r>
              <w:t>What specific strategies have you implemented to reduce transportation costs for apple distribution?</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1070-0380</w:t>
            </w:r>
          </w:p>
        </w:tc>
        <w:tc>
          <w:tcPr>
            <w:tcW w:type="dxa" w:w="2160"/>
          </w:tcPr>
          <w:p>
            <w:r>
              <w:t>Cold Chain Management</w:t>
            </w:r>
          </w:p>
        </w:tc>
        <w:tc>
          <w:tcPr>
            <w:tcW w:type="dxa" w:w="2160"/>
          </w:tcPr>
          <w:p>
            <w:r>
              <w:t>What temperature monitoring systems do you employ during transportation, and how do you respond to deviations?</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1070-0381</w:t>
            </w:r>
          </w:p>
        </w:tc>
        <w:tc>
          <w:tcPr>
            <w:tcW w:type="dxa" w:w="2160"/>
          </w:tcPr>
          <w:p>
            <w:r>
              <w:t>Shipping Regulations</w:t>
            </w:r>
          </w:p>
        </w:tc>
        <w:tc>
          <w:tcPr>
            <w:tcW w:type="dxa" w:w="2160"/>
          </w:tcPr>
          <w:p>
            <w:r>
              <w:t>Are there specific certifications or compliance measures you adhere to for shipping apples? Please list them.</w:t>
              <w:br/>
              <w:t>Answer type: Multi-select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1070-0382</w:t>
            </w:r>
          </w:p>
        </w:tc>
        <w:tc>
          <w:tcPr>
            <w:tcW w:type="dxa" w:w="2160"/>
          </w:tcPr>
          <w:p>
            <w:r>
              <w:t>Inventory Management</w:t>
            </w:r>
          </w:p>
        </w:tc>
        <w:tc>
          <w:tcPr>
            <w:tcW w:type="dxa" w:w="2160"/>
          </w:tcPr>
          <w:p>
            <w:r>
              <w:t>How often do you conduct inventory audits during transportation, and what metrics do you track?</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1070-0383</w:t>
            </w:r>
          </w:p>
        </w:tc>
        <w:tc>
          <w:tcPr>
            <w:tcW w:type="dxa" w:w="2160"/>
          </w:tcPr>
          <w:p>
            <w:r>
              <w:t>Route Optimization</w:t>
            </w:r>
          </w:p>
        </w:tc>
        <w:tc>
          <w:tcPr>
            <w:tcW w:type="dxa" w:w="2160"/>
          </w:tcPr>
          <w:p>
            <w:r>
              <w:t>What software or tools do you use for route planning, and how do they improve delivery times?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1070-0384</w:t>
            </w:r>
          </w:p>
        </w:tc>
        <w:tc>
          <w:tcPr>
            <w:tcW w:type="dxa" w:w="2160"/>
          </w:tcPr>
          <w:p>
            <w:r>
              <w:t>Supply Chain Partnerships</w:t>
            </w:r>
          </w:p>
        </w:tc>
        <w:tc>
          <w:tcPr>
            <w:tcW w:type="dxa" w:w="2160"/>
          </w:tcPr>
          <w:p>
            <w:r>
              <w:t>How do you evaluate the performance of your logistics partners in terms of apple delivery?</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1070-0385</w:t>
            </w:r>
          </w:p>
        </w:tc>
        <w:tc>
          <w:tcPr>
            <w:tcW w:type="dxa" w:w="2160"/>
          </w:tcPr>
          <w:p>
            <w:r>
              <w:t>Cost Efficiency</w:t>
            </w:r>
          </w:p>
        </w:tc>
        <w:tc>
          <w:tcPr>
            <w:tcW w:type="dxa" w:w="2160"/>
          </w:tcPr>
          <w:p>
            <w:r>
              <w:t>What percentage of your overall budget is allocated to transportation costs for apple distribution?</w:t>
              <w:br/>
              <w:t>Answer type: Percentage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1070-0386</w:t>
            </w:r>
          </w:p>
        </w:tc>
        <w:tc>
          <w:tcPr>
            <w:tcW w:type="dxa" w:w="2160"/>
          </w:tcPr>
          <w:p>
            <w:r>
              <w:t>Cold Chain Management</w:t>
            </w:r>
          </w:p>
        </w:tc>
        <w:tc>
          <w:tcPr>
            <w:tcW w:type="dxa" w:w="2160"/>
          </w:tcPr>
          <w:p>
            <w:r>
              <w:t>What challenges have you faced in maintaining the cold chain, and how have you addressed them?</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1070-0387</w:t>
            </w:r>
          </w:p>
        </w:tc>
        <w:tc>
          <w:tcPr>
            <w:tcW w:type="dxa" w:w="2160"/>
          </w:tcPr>
          <w:p>
            <w:r>
              <w:t>Shipping Regulations</w:t>
            </w:r>
          </w:p>
        </w:tc>
        <w:tc>
          <w:tcPr>
            <w:tcW w:type="dxa" w:w="2160"/>
          </w:tcPr>
          <w:p>
            <w:r>
              <w:t>Do you have a compliance officer or team responsible for shipping regulations? If yes, please describe their role.</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1070-0388</w:t>
            </w:r>
          </w:p>
        </w:tc>
        <w:tc>
          <w:tcPr>
            <w:tcW w:type="dxa" w:w="2160"/>
          </w:tcPr>
          <w:p>
            <w:r>
              <w:t>Inventory Management</w:t>
            </w:r>
          </w:p>
        </w:tc>
        <w:tc>
          <w:tcPr>
            <w:tcW w:type="dxa" w:w="2160"/>
          </w:tcPr>
          <w:p>
            <w:r>
              <w:t>What methods do you use to forecast demand for apples, and how does this impact your transportation planning?</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1070-0389</w:t>
            </w:r>
          </w:p>
        </w:tc>
        <w:tc>
          <w:tcPr>
            <w:tcW w:type="dxa" w:w="2160"/>
          </w:tcPr>
          <w:p>
            <w:r>
              <w:t>Route Optimization</w:t>
            </w:r>
          </w:p>
        </w:tc>
        <w:tc>
          <w:tcPr>
            <w:tcW w:type="dxa" w:w="2160"/>
          </w:tcPr>
          <w:p>
            <w:r>
              <w:t>What are the key performance indicators (KPIs) you track for transportation efficiency in apple distribution?</w:t>
              <w:br/>
              <w:t>Answer type: Multi-select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1070-0390</w:t>
            </w:r>
          </w:p>
        </w:tc>
        <w:tc>
          <w:tcPr>
            <w:tcW w:type="dxa" w:w="2160"/>
          </w:tcPr>
          <w:p>
            <w:r>
              <w:t>Logistics Management</w:t>
            </w:r>
          </w:p>
        </w:tc>
        <w:tc>
          <w:tcPr>
            <w:tcW w:type="dxa" w:w="2160"/>
          </w:tcPr>
          <w:p>
            <w:r>
              <w:t>How do you manage the logistics of transporting apples from your orchards to processing facilities?</w:t>
              <w:br/>
              <w:t>Answer type: text</w:t>
              <w:br/>
              <w:t>Trigger: None</w:t>
              <w:br/>
              <w:t>Required: Yes</w:t>
              <w:br/>
              <w:t>Risk: Medium</w:t>
            </w:r>
          </w:p>
        </w:tc>
        <w:tc>
          <w:tcPr>
            <w:tcW w:type="dxa" w:w="2160"/>
          </w:tcPr>
          <w:p>
            <w:r>
              <w:t>Primary authority: California FTB</w:t>
              <w:br/>
              <w:t>Response: ___________________________</w:t>
              <w:br/>
              <w:t>Evidence: ___________________________</w:t>
              <w:br/>
              <w:t>Reviewer conclusion: ___________________________</w:t>
            </w:r>
          </w:p>
        </w:tc>
      </w:tr>
    </w:tbl>
    <w:p/>
    <w:p>
      <w:pPr>
        <w:pStyle w:val="Heading2"/>
      </w:pPr>
      <w:r>
        <w:t>MARKETING-STRATEGIES-CONSUMER-ENGAGEMENT (13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1070-0391</w:t>
            </w:r>
          </w:p>
        </w:tc>
        <w:tc>
          <w:tcPr>
            <w:tcW w:type="dxa" w:w="2160"/>
          </w:tcPr>
          <w:p>
            <w:r>
              <w:t>Branding</w:t>
            </w:r>
          </w:p>
        </w:tc>
        <w:tc>
          <w:tcPr>
            <w:tcW w:type="dxa" w:w="2160"/>
          </w:tcPr>
          <w:p>
            <w:r>
              <w:t>What specific branding elements have you developed or modified for your apple products in the last year, and what was the rationale behind these changes?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1070-0392</w:t>
            </w:r>
          </w:p>
        </w:tc>
        <w:tc>
          <w:tcPr>
            <w:tcW w:type="dxa" w:w="2160"/>
          </w:tcPr>
          <w:p>
            <w:r>
              <w:t>Digital Marketing</w:t>
            </w:r>
          </w:p>
        </w:tc>
        <w:tc>
          <w:tcPr>
            <w:tcW w:type="dxa" w:w="2160"/>
          </w:tcPr>
          <w:p>
            <w:r>
              <w:t>Can you detail the digital marketing campaigns you executed for your apple products in 2025, including platforms used and any innovative strategies implemented?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1070-0393</w:t>
            </w:r>
          </w:p>
        </w:tc>
        <w:tc>
          <w:tcPr>
            <w:tcW w:type="dxa" w:w="2160"/>
          </w:tcPr>
          <w:p>
            <w:r>
              <w:t>Customer Feedback</w:t>
            </w:r>
          </w:p>
        </w:tc>
        <w:tc>
          <w:tcPr>
            <w:tcW w:type="dxa" w:w="2160"/>
          </w:tcPr>
          <w:p>
            <w:r>
              <w:t>What methods did you use to gather customer feedback on your apple products, and how did this feedback influence your marketing strategies?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1070-0394</w:t>
            </w:r>
          </w:p>
        </w:tc>
        <w:tc>
          <w:tcPr>
            <w:tcW w:type="dxa" w:w="2160"/>
          </w:tcPr>
          <w:p>
            <w:r>
              <w:t>Promotional Campaigns</w:t>
            </w:r>
          </w:p>
        </w:tc>
        <w:tc>
          <w:tcPr>
            <w:tcW w:type="dxa" w:w="2160"/>
          </w:tcPr>
          <w:p>
            <w:r>
              <w:t>Describe any promotional campaigns launched for your apple products in 2025, including objectives, target audience, and outcomes. What experimentation did you conduct to optimize these campaigns?</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1070-0395</w:t>
            </w:r>
          </w:p>
        </w:tc>
        <w:tc>
          <w:tcPr>
            <w:tcW w:type="dxa" w:w="2160"/>
          </w:tcPr>
          <w:p>
            <w:r>
              <w:t>Market Research</w:t>
            </w:r>
          </w:p>
        </w:tc>
        <w:tc>
          <w:tcPr>
            <w:tcW w:type="dxa" w:w="2160"/>
          </w:tcPr>
          <w:p>
            <w:r>
              <w:t>What specific market research activities did you undertake to understand consumer preferences for apple products, and what were the key findings?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1070-0396</w:t>
            </w:r>
          </w:p>
        </w:tc>
        <w:tc>
          <w:tcPr>
            <w:tcW w:type="dxa" w:w="2160"/>
          </w:tcPr>
          <w:p>
            <w:r>
              <w:t>Community Outreach</w:t>
            </w:r>
          </w:p>
        </w:tc>
        <w:tc>
          <w:tcPr>
            <w:tcW w:type="dxa" w:w="2160"/>
          </w:tcPr>
          <w:p>
            <w:r>
              <w:t>Can you provide examples of community outreach initiatives related to your apple products in 2025, and how did these initiatives impact consumer engagement?</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1070-0397</w:t>
            </w:r>
          </w:p>
        </w:tc>
        <w:tc>
          <w:tcPr>
            <w:tcW w:type="dxa" w:w="2160"/>
          </w:tcPr>
          <w:p>
            <w:r>
              <w:t>Branding</w:t>
            </w:r>
          </w:p>
        </w:tc>
        <w:tc>
          <w:tcPr>
            <w:tcW w:type="dxa" w:w="2160"/>
          </w:tcPr>
          <w:p>
            <w:r>
              <w:t>Have you conducted any experiments to test different branding messages for your apple products? If so, what were the hypotheses and results?</w:t>
              <w:br/>
              <w:t>Answer type: Long text + evidence</w:t>
              <w:br/>
              <w:t>Trigger: Yes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1070-0398</w:t>
            </w:r>
          </w:p>
        </w:tc>
        <w:tc>
          <w:tcPr>
            <w:tcW w:type="dxa" w:w="2160"/>
          </w:tcPr>
          <w:p>
            <w:r>
              <w:t>Digital Marketing</w:t>
            </w:r>
          </w:p>
        </w:tc>
        <w:tc>
          <w:tcPr>
            <w:tcW w:type="dxa" w:w="2160"/>
          </w:tcPr>
          <w:p>
            <w:r>
              <w:t>What percentage of your marketing budget was allocated to digital marketing for apple products in 2025, and how does this compare to previous years?</w:t>
              <w:br/>
              <w:t>Answer type: Percentage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1070-0399</w:t>
            </w:r>
          </w:p>
        </w:tc>
        <w:tc>
          <w:tcPr>
            <w:tcW w:type="dxa" w:w="2160"/>
          </w:tcPr>
          <w:p>
            <w:r>
              <w:t>Customer Feedback</w:t>
            </w:r>
          </w:p>
        </w:tc>
        <w:tc>
          <w:tcPr>
            <w:tcW w:type="dxa" w:w="2160"/>
          </w:tcPr>
          <w:p>
            <w:r>
              <w:t>How frequently do you analyze customer feedback data for your apple products, and what specific changes have you made based on this analysis?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1070-0400</w:t>
            </w:r>
          </w:p>
        </w:tc>
        <w:tc>
          <w:tcPr>
            <w:tcW w:type="dxa" w:w="2160"/>
          </w:tcPr>
          <w:p>
            <w:r>
              <w:t>Promotional Campaigns</w:t>
            </w:r>
          </w:p>
        </w:tc>
        <w:tc>
          <w:tcPr>
            <w:tcW w:type="dxa" w:w="2160"/>
          </w:tcPr>
          <w:p>
            <w:r>
              <w:t>What was the average duration of your promotional campaigns for apple products in 2025, and how did you measure their success?</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1070-0401</w:t>
            </w:r>
          </w:p>
        </w:tc>
        <w:tc>
          <w:tcPr>
            <w:tcW w:type="dxa" w:w="2160"/>
          </w:tcPr>
          <w:p>
            <w:r>
              <w:t>Market Research</w:t>
            </w:r>
          </w:p>
        </w:tc>
        <w:tc>
          <w:tcPr>
            <w:tcW w:type="dxa" w:w="2160"/>
          </w:tcPr>
          <w:p>
            <w:r>
              <w:t>Did you engage in any experimental market research techniques for your apple products in 2025? If so, please describe the techniques and their outcomes.</w:t>
              <w:br/>
              <w:t>Answer type: Long text + evidence</w:t>
              <w:br/>
              <w:t>Trigger: Yes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1070-0402</w:t>
            </w:r>
          </w:p>
        </w:tc>
        <w:tc>
          <w:tcPr>
            <w:tcW w:type="dxa" w:w="2160"/>
          </w:tcPr>
          <w:p>
            <w:r>
              <w:t>Community Outreach</w:t>
            </w:r>
          </w:p>
        </w:tc>
        <w:tc>
          <w:tcPr>
            <w:tcW w:type="dxa" w:w="2160"/>
          </w:tcPr>
          <w:p>
            <w:r>
              <w:t>What specific metrics do you use to evaluate the effectiveness of your community outreach efforts for apple products?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1070-0403</w:t>
            </w:r>
          </w:p>
        </w:tc>
        <w:tc>
          <w:tcPr>
            <w:tcW w:type="dxa" w:w="2160"/>
          </w:tcPr>
          <w:p>
            <w:r>
              <w:t>Branding</w:t>
            </w:r>
          </w:p>
        </w:tc>
        <w:tc>
          <w:tcPr>
            <w:tcW w:type="dxa" w:w="2160"/>
          </w:tcPr>
          <w:p>
            <w:r>
              <w:t>How do you differentiate your apple products from competitors through branding, and what innovative approaches have you taken in 2025?</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RESEARCH-DEVELOPMENT-INNOVATIONS (15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1070-0404</w:t>
            </w:r>
          </w:p>
        </w:tc>
        <w:tc>
          <w:tcPr>
            <w:tcW w:type="dxa" w:w="2160"/>
          </w:tcPr>
          <w:p>
            <w:r>
              <w:t>New Varietals</w:t>
            </w:r>
          </w:p>
        </w:tc>
        <w:tc>
          <w:tcPr>
            <w:tcW w:type="dxa" w:w="2160"/>
          </w:tcPr>
          <w:p>
            <w:r>
              <w:t>What specific new apple varietals are you currently developing or testing, and what are the key characteristics or traits you aim to improve?</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1070-0405</w:t>
            </w:r>
          </w:p>
        </w:tc>
        <w:tc>
          <w:tcPr>
            <w:tcW w:type="dxa" w:w="2160"/>
          </w:tcPr>
          <w:p>
            <w:r>
              <w:t>Biotechnology</w:t>
            </w:r>
          </w:p>
        </w:tc>
        <w:tc>
          <w:tcPr>
            <w:tcW w:type="dxa" w:w="2160"/>
          </w:tcPr>
          <w:p>
            <w:r>
              <w:t>Have you employed any biotechnological methods (e.g., genetic modification, CRISPR) in your apple cultivation? If so, please describe the methods and their intended outcomes.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1070-0406</w:t>
            </w:r>
          </w:p>
        </w:tc>
        <w:tc>
          <w:tcPr>
            <w:tcW w:type="dxa" w:w="2160"/>
          </w:tcPr>
          <w:p>
            <w:r>
              <w:t>Sustainable Practices</w:t>
            </w:r>
          </w:p>
        </w:tc>
        <w:tc>
          <w:tcPr>
            <w:tcW w:type="dxa" w:w="2160"/>
          </w:tcPr>
          <w:p>
            <w:r>
              <w:t>What innovative sustainable practices are you researching or implementing in your apple farming operations, and how do they differ from traditional methods?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1070-0407</w:t>
            </w:r>
          </w:p>
        </w:tc>
        <w:tc>
          <w:tcPr>
            <w:tcW w:type="dxa" w:w="2160"/>
          </w:tcPr>
          <w:p>
            <w:r>
              <w:t>Product Innovation</w:t>
            </w:r>
          </w:p>
        </w:tc>
        <w:tc>
          <w:tcPr>
            <w:tcW w:type="dxa" w:w="2160"/>
          </w:tcPr>
          <w:p>
            <w:r>
              <w:t>Can you detail any new apple-based products you are developing, including their unique features and the research behind their formulation?</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1070-0408</w:t>
            </w:r>
          </w:p>
        </w:tc>
        <w:tc>
          <w:tcPr>
            <w:tcW w:type="dxa" w:w="2160"/>
          </w:tcPr>
          <w:p>
            <w:r>
              <w:t>Collaborations</w:t>
            </w:r>
          </w:p>
        </w:tc>
        <w:tc>
          <w:tcPr>
            <w:tcW w:type="dxa" w:w="2160"/>
          </w:tcPr>
          <w:p>
            <w:r>
              <w:t>Are you collaborating with any universities, research institutions, or industry partners on apple research? If yes, please describe the nature of these collaborations and their objectives.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1070-0409</w:t>
            </w:r>
          </w:p>
        </w:tc>
        <w:tc>
          <w:tcPr>
            <w:tcW w:type="dxa" w:w="2160"/>
          </w:tcPr>
          <w:p>
            <w:r>
              <w:t>Industry Trends</w:t>
            </w:r>
          </w:p>
        </w:tc>
        <w:tc>
          <w:tcPr>
            <w:tcW w:type="dxa" w:w="2160"/>
          </w:tcPr>
          <w:p>
            <w:r>
              <w:t>What emerging trends in apple cultivation or processing are you actively researching, and how do they inform your R&amp;D strategy?</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1070-0410</w:t>
            </w:r>
          </w:p>
        </w:tc>
        <w:tc>
          <w:tcPr>
            <w:tcW w:type="dxa" w:w="2160"/>
          </w:tcPr>
          <w:p>
            <w:r>
              <w:t>New Varietals</w:t>
            </w:r>
          </w:p>
        </w:tc>
        <w:tc>
          <w:tcPr>
            <w:tcW w:type="dxa" w:w="2160"/>
          </w:tcPr>
          <w:p>
            <w:r>
              <w:t>How do you evaluate the success of new varietals in terms of yield, disease resistance, and consumer acceptance?</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1070-0411</w:t>
            </w:r>
          </w:p>
        </w:tc>
        <w:tc>
          <w:tcPr>
            <w:tcW w:type="dxa" w:w="2160"/>
          </w:tcPr>
          <w:p>
            <w:r>
              <w:t>Biotechnology</w:t>
            </w:r>
          </w:p>
        </w:tc>
        <w:tc>
          <w:tcPr>
            <w:tcW w:type="dxa" w:w="2160"/>
          </w:tcPr>
          <w:p>
            <w:r>
              <w:t>What challenges have you faced in applying biotechnological approaches to apple cultivation, and how have you addressed them?</w:t>
              <w:br/>
              <w:t>Answer type: Long text</w:t>
              <w:br/>
              <w:t>Trigger: Yes-No + details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1070-0412</w:t>
            </w:r>
          </w:p>
        </w:tc>
        <w:tc>
          <w:tcPr>
            <w:tcW w:type="dxa" w:w="2160"/>
          </w:tcPr>
          <w:p>
            <w:r>
              <w:t>Sustainable Practices</w:t>
            </w:r>
          </w:p>
        </w:tc>
        <w:tc>
          <w:tcPr>
            <w:tcW w:type="dxa" w:w="2160"/>
          </w:tcPr>
          <w:p>
            <w:r>
              <w:t>What metrics do you use to measure the effectiveness of the sustainable practices you are researching or implementing?</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1070-0413</w:t>
            </w:r>
          </w:p>
        </w:tc>
        <w:tc>
          <w:tcPr>
            <w:tcW w:type="dxa" w:w="2160"/>
          </w:tcPr>
          <w:p>
            <w:r>
              <w:t>Product Innovation</w:t>
            </w:r>
          </w:p>
        </w:tc>
        <w:tc>
          <w:tcPr>
            <w:tcW w:type="dxa" w:w="2160"/>
          </w:tcPr>
          <w:p>
            <w:r>
              <w:t>What is the timeline for the development and market introduction of your new apple-based products?</w:t>
              <w:br/>
              <w:t>Answer type: Date range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1070-0414</w:t>
            </w:r>
          </w:p>
        </w:tc>
        <w:tc>
          <w:tcPr>
            <w:tcW w:type="dxa" w:w="2160"/>
          </w:tcPr>
          <w:p>
            <w:r>
              <w:t>Collaborations</w:t>
            </w:r>
          </w:p>
        </w:tc>
        <w:tc>
          <w:tcPr>
            <w:tcW w:type="dxa" w:w="2160"/>
          </w:tcPr>
          <w:p>
            <w:r>
              <w:t>What specific outcomes or advancements have resulted from your collaborations in apple research?</w:t>
              <w:br/>
              <w:t>Answer type: Long text</w:t>
              <w:br/>
              <w:t>Trigger: Yes-No + details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1070-0415</w:t>
            </w:r>
          </w:p>
        </w:tc>
        <w:tc>
          <w:tcPr>
            <w:tcW w:type="dxa" w:w="2160"/>
          </w:tcPr>
          <w:p>
            <w:r>
              <w:t>Industry Trends</w:t>
            </w:r>
          </w:p>
        </w:tc>
        <w:tc>
          <w:tcPr>
            <w:tcW w:type="dxa" w:w="2160"/>
          </w:tcPr>
          <w:p>
            <w:r>
              <w:t>How do you stay informed about industry trends that impact your R&amp;D efforts in apple cultivation and processing?</w:t>
              <w:br/>
              <w:t>Answer type: Long text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1070-0416</w:t>
            </w:r>
          </w:p>
        </w:tc>
        <w:tc>
          <w:tcPr>
            <w:tcW w:type="dxa" w:w="2160"/>
          </w:tcPr>
          <w:p>
            <w:r>
              <w:t>New Varietals</w:t>
            </w:r>
          </w:p>
        </w:tc>
        <w:tc>
          <w:tcPr>
            <w:tcW w:type="dxa" w:w="2160"/>
          </w:tcPr>
          <w:p>
            <w:r>
              <w:t>What trials or experiments have you conducted to determine the viability of new apple varietals? Please provide details.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1070-0417</w:t>
            </w:r>
          </w:p>
        </w:tc>
        <w:tc>
          <w:tcPr>
            <w:tcW w:type="dxa" w:w="2160"/>
          </w:tcPr>
          <w:p>
            <w:r>
              <w:t>Biotechnology</w:t>
            </w:r>
          </w:p>
        </w:tc>
        <w:tc>
          <w:tcPr>
            <w:tcW w:type="dxa" w:w="2160"/>
          </w:tcPr>
          <w:p>
            <w:r>
              <w:t>What regulatory considerations have you encountered in your biotechnological research for apple cultivation?</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1070-0418</w:t>
            </w:r>
          </w:p>
        </w:tc>
        <w:tc>
          <w:tcPr>
            <w:tcW w:type="dxa" w:w="2160"/>
          </w:tcPr>
          <w:p>
            <w:r>
              <w:t>Sustainable Practices</w:t>
            </w:r>
          </w:p>
        </w:tc>
        <w:tc>
          <w:tcPr>
            <w:tcW w:type="dxa" w:w="2160"/>
          </w:tcPr>
          <w:p>
            <w:r>
              <w:t>What funding or grants have you pursued to support your research into sustainable practices in apple cultivation?</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CROP-MANAGEMENT-TECHNOLOGIES (18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1070-0419</w:t>
            </w:r>
          </w:p>
        </w:tc>
        <w:tc>
          <w:tcPr>
            <w:tcW w:type="dxa" w:w="2160"/>
          </w:tcPr>
          <w:p>
            <w:r>
              <w:t>Drones for Monitoring</w:t>
            </w:r>
          </w:p>
        </w:tc>
        <w:tc>
          <w:tcPr>
            <w:tcW w:type="dxa" w:w="2160"/>
          </w:tcPr>
          <w:p>
            <w:r>
              <w:t>What specific types of drones are utilized in your apple orchards for monitoring crop health, and what data do they collect?</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1070-0420</w:t>
            </w:r>
          </w:p>
        </w:tc>
        <w:tc>
          <w:tcPr>
            <w:tcW w:type="dxa" w:w="2160"/>
          </w:tcPr>
          <w:p>
            <w:r>
              <w:t>Drones for Monitoring</w:t>
            </w:r>
          </w:p>
        </w:tc>
        <w:tc>
          <w:tcPr>
            <w:tcW w:type="dxa" w:w="2160"/>
          </w:tcPr>
          <w:p>
            <w:r>
              <w:t>How do you analyze the data collected from drones to inform your crop management decisions?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1070-0421</w:t>
            </w:r>
          </w:p>
        </w:tc>
        <w:tc>
          <w:tcPr>
            <w:tcW w:type="dxa" w:w="2160"/>
          </w:tcPr>
          <w:p>
            <w:r>
              <w:t>Soil Sensors</w:t>
            </w:r>
          </w:p>
        </w:tc>
        <w:tc>
          <w:tcPr>
            <w:tcW w:type="dxa" w:w="2160"/>
          </w:tcPr>
          <w:p>
            <w:r>
              <w:t>What types of soil sensors are deployed in your orchards, and what specific parameters do they measure?</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1070-0422</w:t>
            </w:r>
          </w:p>
        </w:tc>
        <w:tc>
          <w:tcPr>
            <w:tcW w:type="dxa" w:w="2160"/>
          </w:tcPr>
          <w:p>
            <w:r>
              <w:t>Soil Sensors</w:t>
            </w:r>
          </w:p>
        </w:tc>
        <w:tc>
          <w:tcPr>
            <w:tcW w:type="dxa" w:w="2160"/>
          </w:tcPr>
          <w:p>
            <w:r>
              <w:t>Can you describe any experimental methods used to evaluate the effectiveness of soil sensors in improving apple yield?</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1070-0423</w:t>
            </w:r>
          </w:p>
        </w:tc>
        <w:tc>
          <w:tcPr>
            <w:tcW w:type="dxa" w:w="2160"/>
          </w:tcPr>
          <w:p>
            <w:r>
              <w:t>Weather Forecasting</w:t>
            </w:r>
          </w:p>
        </w:tc>
        <w:tc>
          <w:tcPr>
            <w:tcW w:type="dxa" w:w="2160"/>
          </w:tcPr>
          <w:p>
            <w:r>
              <w:t>What weather forecasting technologies do you use, and how do they impact your operational decisions in apple cultivation?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1070-0424</w:t>
            </w:r>
          </w:p>
        </w:tc>
        <w:tc>
          <w:tcPr>
            <w:tcW w:type="dxa" w:w="2160"/>
          </w:tcPr>
          <w:p>
            <w:r>
              <w:t>Weather Forecasting</w:t>
            </w:r>
          </w:p>
        </w:tc>
        <w:tc>
          <w:tcPr>
            <w:tcW w:type="dxa" w:w="2160"/>
          </w:tcPr>
          <w:p>
            <w:r>
              <w:t>Have you conducted any trials to assess the accuracy of weather forecasts in predicting conditions that affect apple growth? If so, please describe.</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1070-0425</w:t>
            </w:r>
          </w:p>
        </w:tc>
        <w:tc>
          <w:tcPr>
            <w:tcW w:type="dxa" w:w="2160"/>
          </w:tcPr>
          <w:p>
            <w:r>
              <w:t>Pest Detection</w:t>
            </w:r>
          </w:p>
        </w:tc>
        <w:tc>
          <w:tcPr>
            <w:tcW w:type="dxa" w:w="2160"/>
          </w:tcPr>
          <w:p>
            <w:r>
              <w:t>What technologies do you employ for pest detection in your apple orchards, and how do you evaluate their effectiveness?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1070-0426</w:t>
            </w:r>
          </w:p>
        </w:tc>
        <w:tc>
          <w:tcPr>
            <w:tcW w:type="dxa" w:w="2160"/>
          </w:tcPr>
          <w:p>
            <w:r>
              <w:t>Pest Detection</w:t>
            </w:r>
          </w:p>
        </w:tc>
        <w:tc>
          <w:tcPr>
            <w:tcW w:type="dxa" w:w="2160"/>
          </w:tcPr>
          <w:p>
            <w:r>
              <w:t>Can you provide examples of any experimental approaches you've taken to improve pest detection methods?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1070-0427</w:t>
            </w:r>
          </w:p>
        </w:tc>
        <w:tc>
          <w:tcPr>
            <w:tcW w:type="dxa" w:w="2160"/>
          </w:tcPr>
          <w:p>
            <w:r>
              <w:t>Growth Modeling</w:t>
            </w:r>
          </w:p>
        </w:tc>
        <w:tc>
          <w:tcPr>
            <w:tcW w:type="dxa" w:w="2160"/>
          </w:tcPr>
          <w:p>
            <w:r>
              <w:t>What growth modeling software or techniques do you use to predict apple tree growth, and what variables do you factor in?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1070-0428</w:t>
            </w:r>
          </w:p>
        </w:tc>
        <w:tc>
          <w:tcPr>
            <w:tcW w:type="dxa" w:w="2160"/>
          </w:tcPr>
          <w:p>
            <w:r>
              <w:t>Growth Modeling</w:t>
            </w:r>
          </w:p>
        </w:tc>
        <w:tc>
          <w:tcPr>
            <w:tcW w:type="dxa" w:w="2160"/>
          </w:tcPr>
          <w:p>
            <w:r>
              <w:t>Describe any experimental validations you have performed to assess the accuracy of your growth models in predicting apple yield.</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1070-0429</w:t>
            </w:r>
          </w:p>
        </w:tc>
        <w:tc>
          <w:tcPr>
            <w:tcW w:type="dxa" w:w="2160"/>
          </w:tcPr>
          <w:p>
            <w:r>
              <w:t>Yield Prediction</w:t>
            </w:r>
          </w:p>
        </w:tc>
        <w:tc>
          <w:tcPr>
            <w:tcW w:type="dxa" w:w="2160"/>
          </w:tcPr>
          <w:p>
            <w:r>
              <w:t>What methods do you use for yield prediction in your apple orchards, and how do you validate these predictions?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1070-0430</w:t>
            </w:r>
          </w:p>
        </w:tc>
        <w:tc>
          <w:tcPr>
            <w:tcW w:type="dxa" w:w="2160"/>
          </w:tcPr>
          <w:p>
            <w:r>
              <w:t>Yield Prediction</w:t>
            </w:r>
          </w:p>
        </w:tc>
        <w:tc>
          <w:tcPr>
            <w:tcW w:type="dxa" w:w="2160"/>
          </w:tcPr>
          <w:p>
            <w:r>
              <w:t>Have you implemented any innovative techniques to improve the accuracy of your yield predictions? Please elaborate.</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1070-0431</w:t>
            </w:r>
          </w:p>
        </w:tc>
        <w:tc>
          <w:tcPr>
            <w:tcW w:type="dxa" w:w="2160"/>
          </w:tcPr>
          <w:p>
            <w:r>
              <w:t>Data Integration</w:t>
            </w:r>
          </w:p>
        </w:tc>
        <w:tc>
          <w:tcPr>
            <w:tcW w:type="dxa" w:w="2160"/>
          </w:tcPr>
          <w:p>
            <w:r>
              <w:t>How do you integrate data from different technologies (drones, sensors, forecasting) to inform your crop management strategies?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1070-0432</w:t>
            </w:r>
          </w:p>
        </w:tc>
        <w:tc>
          <w:tcPr>
            <w:tcW w:type="dxa" w:w="2160"/>
          </w:tcPr>
          <w:p>
            <w:r>
              <w:t>Data Integration</w:t>
            </w:r>
          </w:p>
        </w:tc>
        <w:tc>
          <w:tcPr>
            <w:tcW w:type="dxa" w:w="2160"/>
          </w:tcPr>
          <w:p>
            <w:r>
              <w:t>Can you provide examples of any experimental approaches you've taken to enhance data integration across your crop management technologies?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1070-0433</w:t>
            </w:r>
          </w:p>
        </w:tc>
        <w:tc>
          <w:tcPr>
            <w:tcW w:type="dxa" w:w="2160"/>
          </w:tcPr>
          <w:p>
            <w:r>
              <w:t>Cost Analysis</w:t>
            </w:r>
          </w:p>
        </w:tc>
        <w:tc>
          <w:tcPr>
            <w:tcW w:type="dxa" w:w="2160"/>
          </w:tcPr>
          <w:p>
            <w:r>
              <w:t>What are the estimated costs associated with implementing these technologies in your apple orchards, and how do you measure their ROI?</w:t>
              <w:br/>
              <w:t>Answer type: Currency</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1070-0434</w:t>
            </w:r>
          </w:p>
        </w:tc>
        <w:tc>
          <w:tcPr>
            <w:tcW w:type="dxa" w:w="2160"/>
          </w:tcPr>
          <w:p>
            <w:r>
              <w:t>Cost Analysis</w:t>
            </w:r>
          </w:p>
        </w:tc>
        <w:tc>
          <w:tcPr>
            <w:tcW w:type="dxa" w:w="2160"/>
          </w:tcPr>
          <w:p>
            <w:r>
              <w:t>Have you conducted any cost-benefit analysis on the technologies used for crop management? If so, please provide details.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1070-0435</w:t>
            </w:r>
          </w:p>
        </w:tc>
        <w:tc>
          <w:tcPr>
            <w:tcW w:type="dxa" w:w="2160"/>
          </w:tcPr>
          <w:p>
            <w:r>
              <w:t>Regulatory Compliance</w:t>
            </w:r>
          </w:p>
        </w:tc>
        <w:tc>
          <w:tcPr>
            <w:tcW w:type="dxa" w:w="2160"/>
          </w:tcPr>
          <w:p>
            <w:r>
              <w:t>What regulatory considerations do you take into account when implementing these technologies in your apple orchards?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1070-0436</w:t>
            </w:r>
          </w:p>
        </w:tc>
        <w:tc>
          <w:tcPr>
            <w:tcW w:type="dxa" w:w="2160"/>
          </w:tcPr>
          <w:p>
            <w:r>
              <w:t>Technology Adoption</w:t>
            </w:r>
          </w:p>
        </w:tc>
        <w:tc>
          <w:tcPr>
            <w:tcW w:type="dxa" w:w="2160"/>
          </w:tcPr>
          <w:p>
            <w:r>
              <w:t>What crop management technologies have you adopted to enhance apple yield?</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HUMAN-RESOURCES-TRAINING-AND-DEVELOPMENT (13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1070-0437</w:t>
            </w:r>
          </w:p>
        </w:tc>
        <w:tc>
          <w:tcPr>
            <w:tcW w:type="dxa" w:w="2160"/>
          </w:tcPr>
          <w:p>
            <w:r>
              <w:t>Safety Training</w:t>
            </w:r>
          </w:p>
        </w:tc>
        <w:tc>
          <w:tcPr>
            <w:tcW w:type="dxa" w:w="2160"/>
          </w:tcPr>
          <w:p>
            <w:r>
              <w:t>What specific safety training programs have been implemented for workers handling pesticides and other chemicals in the apple orchards? Please provide details on the training content and duration.</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1070-0438</w:t>
            </w:r>
          </w:p>
        </w:tc>
        <w:tc>
          <w:tcPr>
            <w:tcW w:type="dxa" w:w="2160"/>
          </w:tcPr>
          <w:p>
            <w:r>
              <w:t>Skills Development</w:t>
            </w:r>
          </w:p>
        </w:tc>
        <w:tc>
          <w:tcPr>
            <w:tcW w:type="dxa" w:w="2160"/>
          </w:tcPr>
          <w:p>
            <w:r>
              <w:t>Can you describe any specialized skills development programs offered to employees that focus on advanced apple cultivation techniques or pest management strategies?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1070-0439</w:t>
            </w:r>
          </w:p>
        </w:tc>
        <w:tc>
          <w:tcPr>
            <w:tcW w:type="dxa" w:w="2160"/>
          </w:tcPr>
          <w:p>
            <w:r>
              <w:t>Employee Retention</w:t>
            </w:r>
          </w:p>
        </w:tc>
        <w:tc>
          <w:tcPr>
            <w:tcW w:type="dxa" w:w="2160"/>
          </w:tcPr>
          <w:p>
            <w:r>
              <w:t>What retention strategies have been implemented to reduce turnover among seasonal workers, particularly during peak harvest periods?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1070-0440</w:t>
            </w:r>
          </w:p>
        </w:tc>
        <w:tc>
          <w:tcPr>
            <w:tcW w:type="dxa" w:w="2160"/>
          </w:tcPr>
          <w:p>
            <w:r>
              <w:t>Certification Programs</w:t>
            </w:r>
          </w:p>
        </w:tc>
        <w:tc>
          <w:tcPr>
            <w:tcW w:type="dxa" w:w="2160"/>
          </w:tcPr>
          <w:p>
            <w:r>
              <w:t>Are there any certification programs that your employees can pursue related to apple growing or agricultural best practices? If so, please list them and indicate how many employees have completed these certifications.</w:t>
              <w:br/>
              <w:t>Answer type: Repeating table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1070-0441</w:t>
            </w:r>
          </w:p>
        </w:tc>
        <w:tc>
          <w:tcPr>
            <w:tcW w:type="dxa" w:w="2160"/>
          </w:tcPr>
          <w:p>
            <w:r>
              <w:t>Workforce Diversity</w:t>
            </w:r>
          </w:p>
        </w:tc>
        <w:tc>
          <w:tcPr>
            <w:tcW w:type="dxa" w:w="2160"/>
          </w:tcPr>
          <w:p>
            <w:r>
              <w:t>What initiatives are in place to promote workforce diversity among your apple growing staff, and how do you measure the effectiveness of these initiatives?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1070-0442</w:t>
            </w:r>
          </w:p>
        </w:tc>
        <w:tc>
          <w:tcPr>
            <w:tcW w:type="dxa" w:w="2160"/>
          </w:tcPr>
          <w:p>
            <w:r>
              <w:t>Performance Evaluation</w:t>
            </w:r>
          </w:p>
        </w:tc>
        <w:tc>
          <w:tcPr>
            <w:tcW w:type="dxa" w:w="2160"/>
          </w:tcPr>
          <w:p>
            <w:r>
              <w:t>How is employee performance evaluated in relation to their training and development in apple growing practices? Please provide examples of metrics used.</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1070-0443</w:t>
            </w:r>
          </w:p>
        </w:tc>
        <w:tc>
          <w:tcPr>
            <w:tcW w:type="dxa" w:w="2160"/>
          </w:tcPr>
          <w:p>
            <w:r>
              <w:t>Safety Training</w:t>
            </w:r>
          </w:p>
        </w:tc>
        <w:tc>
          <w:tcPr>
            <w:tcW w:type="dxa" w:w="2160"/>
          </w:tcPr>
          <w:p>
            <w:r>
              <w:t>How frequently are safety training sessions conducted for new hires in the apple orchards, and what is the format of these sessions?</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1070-0444</w:t>
            </w:r>
          </w:p>
        </w:tc>
        <w:tc>
          <w:tcPr>
            <w:tcW w:type="dxa" w:w="2160"/>
          </w:tcPr>
          <w:p>
            <w:r>
              <w:t>Skills Development</w:t>
            </w:r>
          </w:p>
        </w:tc>
        <w:tc>
          <w:tcPr>
            <w:tcW w:type="dxa" w:w="2160"/>
          </w:tcPr>
          <w:p>
            <w:r>
              <w:t>What types of ongoing skills development workshops or seminars are provided to employees to enhance their knowledge of apple varieties and cultivation methods?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1070-0445</w:t>
            </w:r>
          </w:p>
        </w:tc>
        <w:tc>
          <w:tcPr>
            <w:tcW w:type="dxa" w:w="2160"/>
          </w:tcPr>
          <w:p>
            <w:r>
              <w:t>Employee Retention</w:t>
            </w:r>
          </w:p>
        </w:tc>
        <w:tc>
          <w:tcPr>
            <w:tcW w:type="dxa" w:w="2160"/>
          </w:tcPr>
          <w:p>
            <w:r>
              <w:t>What feedback mechanisms are in place to gather employee input on training needs and retention strategies?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1070-0446</w:t>
            </w:r>
          </w:p>
        </w:tc>
        <w:tc>
          <w:tcPr>
            <w:tcW w:type="dxa" w:w="2160"/>
          </w:tcPr>
          <w:p>
            <w:r>
              <w:t>Certification Programs</w:t>
            </w:r>
          </w:p>
        </w:tc>
        <w:tc>
          <w:tcPr>
            <w:tcW w:type="dxa" w:w="2160"/>
          </w:tcPr>
          <w:p>
            <w:r>
              <w:t>How do you support employees in obtaining certifications relevant to apple growing, including financial assistance or time off for study?</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1070-0447</w:t>
            </w:r>
          </w:p>
        </w:tc>
        <w:tc>
          <w:tcPr>
            <w:tcW w:type="dxa" w:w="2160"/>
          </w:tcPr>
          <w:p>
            <w:r>
              <w:t>Workforce Diversity</w:t>
            </w:r>
          </w:p>
        </w:tc>
        <w:tc>
          <w:tcPr>
            <w:tcW w:type="dxa" w:w="2160"/>
          </w:tcPr>
          <w:p>
            <w:r>
              <w:t>What specific training programs are in place to address diversity and inclusion in the apple growing workforce?</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1070-0448</w:t>
            </w:r>
          </w:p>
        </w:tc>
        <w:tc>
          <w:tcPr>
            <w:tcW w:type="dxa" w:w="2160"/>
          </w:tcPr>
          <w:p>
            <w:r>
              <w:t>Performance Evaluation</w:t>
            </w:r>
          </w:p>
        </w:tc>
        <w:tc>
          <w:tcPr>
            <w:tcW w:type="dxa" w:w="2160"/>
          </w:tcPr>
          <w:p>
            <w:r>
              <w:t>Describe how the outcomes of employee training programs are linked to performance evaluations and any resulting changes in job roles or responsibilities.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1070-0449</w:t>
            </w:r>
          </w:p>
        </w:tc>
        <w:tc>
          <w:tcPr>
            <w:tcW w:type="dxa" w:w="2160"/>
          </w:tcPr>
          <w:p>
            <w:r>
              <w:t>Safety Training</w:t>
            </w:r>
          </w:p>
        </w:tc>
        <w:tc>
          <w:tcPr>
            <w:tcW w:type="dxa" w:w="2160"/>
          </w:tcPr>
          <w:p>
            <w:r>
              <w:t>What documentation is maintained to track employee participation in safety training sessions for apple growers?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INTEGRATED-PEST-MANAGEMENT-STRATEGIES (15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1070-0450</w:t>
            </w:r>
          </w:p>
        </w:tc>
        <w:tc>
          <w:tcPr>
            <w:tcW w:type="dxa" w:w="2160"/>
          </w:tcPr>
          <w:p>
            <w:r>
              <w:t>Biological Controls</w:t>
            </w:r>
          </w:p>
        </w:tc>
        <w:tc>
          <w:tcPr>
            <w:tcW w:type="dxa" w:w="2160"/>
          </w:tcPr>
          <w:p>
            <w:r>
              <w:t>What specific biological control agents have you tested in your apple orchards, and what were the observed effects on pest populations?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1070-0451</w:t>
            </w:r>
          </w:p>
        </w:tc>
        <w:tc>
          <w:tcPr>
            <w:tcW w:type="dxa" w:w="2160"/>
          </w:tcPr>
          <w:p>
            <w:r>
              <w:t>Chemical Applications</w:t>
            </w:r>
          </w:p>
        </w:tc>
        <w:tc>
          <w:tcPr>
            <w:tcW w:type="dxa" w:w="2160"/>
          </w:tcPr>
          <w:p>
            <w:r>
              <w:t>Can you detail any experimental chemical applications you have implemented, including the specific products used and their intended outcomes?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1070-0452</w:t>
            </w:r>
          </w:p>
        </w:tc>
        <w:tc>
          <w:tcPr>
            <w:tcW w:type="dxa" w:w="2160"/>
          </w:tcPr>
          <w:p>
            <w:r>
              <w:t>Pest Monitoring</w:t>
            </w:r>
          </w:p>
        </w:tc>
        <w:tc>
          <w:tcPr>
            <w:tcW w:type="dxa" w:w="2160"/>
          </w:tcPr>
          <w:p>
            <w:r>
              <w:t>What innovative pest monitoring techniques have you developed or employed, and how do they differ from standard practices?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1070-0453</w:t>
            </w:r>
          </w:p>
        </w:tc>
        <w:tc>
          <w:tcPr>
            <w:tcW w:type="dxa" w:w="2160"/>
          </w:tcPr>
          <w:p>
            <w:r>
              <w:t>Cultural Practices</w:t>
            </w:r>
          </w:p>
        </w:tc>
        <w:tc>
          <w:tcPr>
            <w:tcW w:type="dxa" w:w="2160"/>
          </w:tcPr>
          <w:p>
            <w:r>
              <w:t>Describe any new cultural practices you have implemented to enhance pest resistance in your apple crops. What were the results?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1070-0454</w:t>
            </w:r>
          </w:p>
        </w:tc>
        <w:tc>
          <w:tcPr>
            <w:tcW w:type="dxa" w:w="2160"/>
          </w:tcPr>
          <w:p>
            <w:r>
              <w:t>Resistance Management</w:t>
            </w:r>
          </w:p>
        </w:tc>
        <w:tc>
          <w:tcPr>
            <w:tcW w:type="dxa" w:w="2160"/>
          </w:tcPr>
          <w:p>
            <w:r>
              <w:t>Have you conducted any experiments to assess the effectiveness of resistance management strategies in your apple orchards? If so, please describe them.</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1070-0455</w:t>
            </w:r>
          </w:p>
        </w:tc>
        <w:tc>
          <w:tcPr>
            <w:tcW w:type="dxa" w:w="2160"/>
          </w:tcPr>
          <w:p>
            <w:r>
              <w:t>Regulatory Compliance</w:t>
            </w:r>
          </w:p>
        </w:tc>
        <w:tc>
          <w:tcPr>
            <w:tcW w:type="dxa" w:w="2160"/>
          </w:tcPr>
          <w:p>
            <w:r>
              <w:t>What specific regulatory requirements have you addressed in your pest management strategies, and how have you documented compliance?</w:t>
              <w:br/>
              <w:t>Answer type: Long text + evidence</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1070-0456</w:t>
            </w:r>
          </w:p>
        </w:tc>
        <w:tc>
          <w:tcPr>
            <w:tcW w:type="dxa" w:w="2160"/>
          </w:tcPr>
          <w:p>
            <w:r>
              <w:t>Biological Controls</w:t>
            </w:r>
          </w:p>
        </w:tc>
        <w:tc>
          <w:tcPr>
            <w:tcW w:type="dxa" w:w="2160"/>
          </w:tcPr>
          <w:p>
            <w:r>
              <w:t>How do you evaluate the effectiveness of biological controls in your pest management program?</w:t>
              <w:br/>
              <w:t>Answer type: Short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1070-0457</w:t>
            </w:r>
          </w:p>
        </w:tc>
        <w:tc>
          <w:tcPr>
            <w:tcW w:type="dxa" w:w="2160"/>
          </w:tcPr>
          <w:p>
            <w:r>
              <w:t>Chemical Applications</w:t>
            </w:r>
          </w:p>
        </w:tc>
        <w:tc>
          <w:tcPr>
            <w:tcW w:type="dxa" w:w="2160"/>
          </w:tcPr>
          <w:p>
            <w:r>
              <w:t>What criteria do you use to select chemical applications for pest control in your apple orchards?</w:t>
              <w:br/>
              <w:t>Answer type: Short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1070-0458</w:t>
            </w:r>
          </w:p>
        </w:tc>
        <w:tc>
          <w:tcPr>
            <w:tcW w:type="dxa" w:w="2160"/>
          </w:tcPr>
          <w:p>
            <w:r>
              <w:t>Pest Monitoring</w:t>
            </w:r>
          </w:p>
        </w:tc>
        <w:tc>
          <w:tcPr>
            <w:tcW w:type="dxa" w:w="2160"/>
          </w:tcPr>
          <w:p>
            <w:r>
              <w:t>What metrics do you track to assess the success of your pest monitoring strategies?</w:t>
              <w:br/>
              <w:t>Answer type: Short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1070-0459</w:t>
            </w:r>
          </w:p>
        </w:tc>
        <w:tc>
          <w:tcPr>
            <w:tcW w:type="dxa" w:w="2160"/>
          </w:tcPr>
          <w:p>
            <w:r>
              <w:t>Cultural Practices</w:t>
            </w:r>
          </w:p>
        </w:tc>
        <w:tc>
          <w:tcPr>
            <w:tcW w:type="dxa" w:w="2160"/>
          </w:tcPr>
          <w:p>
            <w:r>
              <w:t>Have you documented any failures or challenges in implementing new cultural practices for pest management? Please provide details.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1070-0460</w:t>
            </w:r>
          </w:p>
        </w:tc>
        <w:tc>
          <w:tcPr>
            <w:tcW w:type="dxa" w:w="2160"/>
          </w:tcPr>
          <w:p>
            <w:r>
              <w:t>Resistance Management</w:t>
            </w:r>
          </w:p>
        </w:tc>
        <w:tc>
          <w:tcPr>
            <w:tcW w:type="dxa" w:w="2160"/>
          </w:tcPr>
          <w:p>
            <w:r>
              <w:t>What ongoing research or trials are you conducting to improve resistance management in your apple crops?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1070-0461</w:t>
            </w:r>
          </w:p>
        </w:tc>
        <w:tc>
          <w:tcPr>
            <w:tcW w:type="dxa" w:w="2160"/>
          </w:tcPr>
          <w:p>
            <w:r>
              <w:t>Regulatory Compliance</w:t>
            </w:r>
          </w:p>
        </w:tc>
        <w:tc>
          <w:tcPr>
            <w:tcW w:type="dxa" w:w="2160"/>
          </w:tcPr>
          <w:p>
            <w:r>
              <w:t>Have you received any audits or inspections related to your pest management practices? If so, what were the findings?</w:t>
              <w:br/>
              <w:t>Answer type: Long text + evidence</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1070-0462</w:t>
            </w:r>
          </w:p>
        </w:tc>
        <w:tc>
          <w:tcPr>
            <w:tcW w:type="dxa" w:w="2160"/>
          </w:tcPr>
          <w:p>
            <w:r>
              <w:t>Biological Controls</w:t>
            </w:r>
          </w:p>
        </w:tc>
        <w:tc>
          <w:tcPr>
            <w:tcW w:type="dxa" w:w="2160"/>
          </w:tcPr>
          <w:p>
            <w:r>
              <w:t>What challenges have you faced when integrating biological controls into your existing pest management practices?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1070-0463</w:t>
            </w:r>
          </w:p>
        </w:tc>
        <w:tc>
          <w:tcPr>
            <w:tcW w:type="dxa" w:w="2160"/>
          </w:tcPr>
          <w:p>
            <w:r>
              <w:t>Chemical Applications</w:t>
            </w:r>
          </w:p>
        </w:tc>
        <w:tc>
          <w:tcPr>
            <w:tcW w:type="dxa" w:w="2160"/>
          </w:tcPr>
          <w:p>
            <w:r>
              <w:t>How do you measure the impact of chemical applications on non-target species in your apple orchards?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1070-0464</w:t>
            </w:r>
          </w:p>
        </w:tc>
        <w:tc>
          <w:tcPr>
            <w:tcW w:type="dxa" w:w="2160"/>
          </w:tcPr>
          <w:p>
            <w:r>
              <w:t>Pest Monitoring</w:t>
            </w:r>
          </w:p>
        </w:tc>
        <w:tc>
          <w:tcPr>
            <w:tcW w:type="dxa" w:w="2160"/>
          </w:tcPr>
          <w:p>
            <w:r>
              <w:t>What innovative technologies or tools are you utilizing for pest monitoring, and how have they changed your approach?</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IRRIGATION-MANAGEMENT-TECHNOLOGIES (13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1070-0465</w:t>
            </w:r>
          </w:p>
        </w:tc>
        <w:tc>
          <w:tcPr>
            <w:tcW w:type="dxa" w:w="2160"/>
          </w:tcPr>
          <w:p>
            <w:r>
              <w:t>Drip Irrigation</w:t>
            </w:r>
          </w:p>
        </w:tc>
        <w:tc>
          <w:tcPr>
            <w:tcW w:type="dxa" w:w="2160"/>
          </w:tcPr>
          <w:p>
            <w:r>
              <w:t>What specific innovations or modifications have you implemented in your drip irrigation system to enhance water use efficiency in your apple orchards?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1070-0466</w:t>
            </w:r>
          </w:p>
        </w:tc>
        <w:tc>
          <w:tcPr>
            <w:tcW w:type="dxa" w:w="2160"/>
          </w:tcPr>
          <w:p>
            <w:r>
              <w:t>Water Use Efficiency</w:t>
            </w:r>
          </w:p>
        </w:tc>
        <w:tc>
          <w:tcPr>
            <w:tcW w:type="dxa" w:w="2160"/>
          </w:tcPr>
          <w:p>
            <w:r>
              <w:t>Can you quantify the percentage reduction in water usage achieved through your new irrigation management practices compared to previous years?</w:t>
              <w:br/>
              <w:t>Answer type: Percentage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1070-0467</w:t>
            </w:r>
          </w:p>
        </w:tc>
        <w:tc>
          <w:tcPr>
            <w:tcW w:type="dxa" w:w="2160"/>
          </w:tcPr>
          <w:p>
            <w:r>
              <w:t>Soil Moisture Sensors</w:t>
            </w:r>
          </w:p>
        </w:tc>
        <w:tc>
          <w:tcPr>
            <w:tcW w:type="dxa" w:w="2160"/>
          </w:tcPr>
          <w:p>
            <w:r>
              <w:t>What types of soil moisture sensors have you integrated into your irrigation management system, and how have they influenced your irrigation scheduling decisions?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1070-0468</w:t>
            </w:r>
          </w:p>
        </w:tc>
        <w:tc>
          <w:tcPr>
            <w:tcW w:type="dxa" w:w="2160"/>
          </w:tcPr>
          <w:p>
            <w:r>
              <w:t>Irrigation Scheduling</w:t>
            </w:r>
          </w:p>
        </w:tc>
        <w:tc>
          <w:tcPr>
            <w:tcW w:type="dxa" w:w="2160"/>
          </w:tcPr>
          <w:p>
            <w:r>
              <w:t>Describe the process you use for irrigation scheduling and how it has evolved with the introduction of new technologies or methodologies. Please include any data analysis techniques employed.</w:t>
              <w:br/>
              <w:t>Answer type: Long text</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1070-0469</w:t>
            </w:r>
          </w:p>
        </w:tc>
        <w:tc>
          <w:tcPr>
            <w:tcW w:type="dxa" w:w="2160"/>
          </w:tcPr>
          <w:p>
            <w:r>
              <w:t>Climate Impact</w:t>
            </w:r>
          </w:p>
        </w:tc>
        <w:tc>
          <w:tcPr>
            <w:tcW w:type="dxa" w:w="2160"/>
          </w:tcPr>
          <w:p>
            <w:r>
              <w:t>How have you assessed the impact of climate variability on your irrigation practices, and what adaptations have you made in response to these assessments?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1070-0470</w:t>
            </w:r>
          </w:p>
        </w:tc>
        <w:tc>
          <w:tcPr>
            <w:tcW w:type="dxa" w:w="2160"/>
          </w:tcPr>
          <w:p>
            <w:r>
              <w:t>Regulatory Frameworks</w:t>
            </w:r>
          </w:p>
        </w:tc>
        <w:tc>
          <w:tcPr>
            <w:tcW w:type="dxa" w:w="2160"/>
          </w:tcPr>
          <w:p>
            <w:r>
              <w:t>What regulatory requirements related to water usage and irrigation management do you comply with, and how have these influenced your R&amp;D efforts in irrigation technologies?</w:t>
              <w:br/>
              <w:t>Answer type: Long text</w:t>
              <w:br/>
              <w:t>Trigger: Always</w:t>
              <w:br/>
              <w:t>Required: No</w:t>
              <w:br/>
              <w:t>Risk: Medium</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1070-0471</w:t>
            </w:r>
          </w:p>
        </w:tc>
        <w:tc>
          <w:tcPr>
            <w:tcW w:type="dxa" w:w="2160"/>
          </w:tcPr>
          <w:p>
            <w:r>
              <w:t>Drip Irrigation</w:t>
            </w:r>
          </w:p>
        </w:tc>
        <w:tc>
          <w:tcPr>
            <w:tcW w:type="dxa" w:w="2160"/>
          </w:tcPr>
          <w:p>
            <w:r>
              <w:t>What challenges did you face when implementing your drip irrigation system, and what experimental approaches did you take to overcome them?</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1070-0472</w:t>
            </w:r>
          </w:p>
        </w:tc>
        <w:tc>
          <w:tcPr>
            <w:tcW w:type="dxa" w:w="2160"/>
          </w:tcPr>
          <w:p>
            <w:r>
              <w:t>Water Use Efficiency</w:t>
            </w:r>
          </w:p>
        </w:tc>
        <w:tc>
          <w:tcPr>
            <w:tcW w:type="dxa" w:w="2160"/>
          </w:tcPr>
          <w:p>
            <w:r>
              <w:t>What metrics do you use to evaluate the effectiveness of your irrigation management technologies in improving water use efficiency?</w:t>
              <w:br/>
              <w:t>Answer type: Multi-select</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1070-0473</w:t>
            </w:r>
          </w:p>
        </w:tc>
        <w:tc>
          <w:tcPr>
            <w:tcW w:type="dxa" w:w="2160"/>
          </w:tcPr>
          <w:p>
            <w:r>
              <w:t>Soil Moisture Sensors</w:t>
            </w:r>
          </w:p>
        </w:tc>
        <w:tc>
          <w:tcPr>
            <w:tcW w:type="dxa" w:w="2160"/>
          </w:tcPr>
          <w:p>
            <w:r>
              <w:t>How frequently do you calibrate your soil moisture sensors, and what protocols do you follow to ensure their accuracy?</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1070-0474</w:t>
            </w:r>
          </w:p>
        </w:tc>
        <w:tc>
          <w:tcPr>
            <w:tcW w:type="dxa" w:w="2160"/>
          </w:tcPr>
          <w:p>
            <w:r>
              <w:t>Irrigation Scheduling</w:t>
            </w:r>
          </w:p>
        </w:tc>
        <w:tc>
          <w:tcPr>
            <w:tcW w:type="dxa" w:w="2160"/>
          </w:tcPr>
          <w:p>
            <w:r>
              <w:t>What software or tools do you utilize for irrigation scheduling, and how do they contribute to your R&amp;D efforts in improving irrigation practices?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1070-0475</w:t>
            </w:r>
          </w:p>
        </w:tc>
        <w:tc>
          <w:tcPr>
            <w:tcW w:type="dxa" w:w="2160"/>
          </w:tcPr>
          <w:p>
            <w:r>
              <w:t>Climate Impact</w:t>
            </w:r>
          </w:p>
        </w:tc>
        <w:tc>
          <w:tcPr>
            <w:tcW w:type="dxa" w:w="2160"/>
          </w:tcPr>
          <w:p>
            <w:r>
              <w:t>Have you conducted any experiments to test the effectiveness of different irrigation strategies under varying climate conditions? If so, please describe the outcomes.</w:t>
              <w:br/>
              <w:t>Answer type: Long text</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1070-0476</w:t>
            </w:r>
          </w:p>
        </w:tc>
        <w:tc>
          <w:tcPr>
            <w:tcW w:type="dxa" w:w="2160"/>
          </w:tcPr>
          <w:p>
            <w:r>
              <w:t>Regulatory Frameworks</w:t>
            </w:r>
          </w:p>
        </w:tc>
        <w:tc>
          <w:tcPr>
            <w:tcW w:type="dxa" w:w="2160"/>
          </w:tcPr>
          <w:p>
            <w:r>
              <w:t>How do you stay informed about changes in regulations that affect your irrigation management practices, and what steps do you take to adapt your R&amp;D accordingly?</w:t>
              <w:br/>
              <w:t>Answer type: Long text</w:t>
              <w:br/>
              <w:t>Trigger: Always</w:t>
              <w:br/>
              <w:t>Required: No</w:t>
              <w:br/>
              <w:t>Risk: Medium</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1070-0477</w:t>
            </w:r>
          </w:p>
        </w:tc>
        <w:tc>
          <w:tcPr>
            <w:tcW w:type="dxa" w:w="2160"/>
          </w:tcPr>
          <w:p>
            <w:r>
              <w:t>General R&amp;D</w:t>
            </w:r>
          </w:p>
        </w:tc>
        <w:tc>
          <w:tcPr>
            <w:tcW w:type="dxa" w:w="2160"/>
          </w:tcPr>
          <w:p>
            <w:r>
              <w:t>What future R&amp;D projects do you have planned that focus on irrigation management technologies, and what specific goals do you aim to achieve?</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bl>
    <w:p/>
    <w:p>
      <w:r>
        <w:br w:type="page"/>
      </w:r>
    </w:p>
    <w:p>
      <w:pPr>
        <w:pStyle w:val="Heading1"/>
      </w:pPr>
      <w:r>
        <w:t>Sources</w:t>
      </w:r>
    </w:p>
    <w:p>
      <w:pPr>
        <w:pStyle w:val="ListBullet"/>
      </w:pPr>
      <w:r>
        <w:t>IRS Form 6765 Instructions -- https://www.irs.gov/forms-pubs/about-form-6765</w:t>
      </w:r>
    </w:p>
    <w:p>
      <w:pPr>
        <w:pStyle w:val="ListBullet"/>
      </w:pPr>
      <w:r>
        <w:t>IRC Section 41 -- https://www.law.cornell.edu/uscode/text/26/41</w:t>
      </w:r>
    </w:p>
    <w:p>
      <w:pPr>
        <w:pStyle w:val="ListBullet"/>
      </w:pPr>
      <w:r>
        <w:t>California FTB Form 3523 Instructions -- https://www.ftb.ca.gov/forms/</w:t>
      </w:r>
    </w:p>
    <w:p>
      <w:pPr>
        <w:pStyle w:val="ListBullet"/>
      </w:pPr>
      <w:r>
        <w:t>U.S. Census NAICS -- https://www.census.gov/naics/</w:t>
      </w:r>
    </w:p>
    <w:p>
      <w:pPr>
        <w:pStyle w:val="Heading1"/>
      </w:pPr>
      <w:r>
        <w:t>Review Controls and Limitations</w:t>
      </w:r>
    </w:p>
    <w:p>
      <w:r>
        <w:t>A qualified U.S. tax professional must approve Section 41 conclusions, Section 174 coordination, funded-research positions, QRE classifications, controlled-group treatment, Section 280C treatment, elections, calculations, state allocations, and filing positions. Industry technical specialists should review matters within their disciplines when needed. This guide and its companion workbook do not guarantee a tax credit and do not replace professional tax, legal, regulatory, engineering, scientific, food-safety, environmental, or other technical advice.</w:t>
      </w:r>
    </w:p>
    <w:p>
      <w:pPr>
        <w:pStyle w:val="Heading1"/>
      </w:pPr>
      <w:r>
        <w:t>Permanent Numbering</w:t>
      </w:r>
    </w:p>
    <w:p>
      <w:r>
        <w:t>Business IDs and Question IDs are permanent and are never renumbered or reused. This pack is Business ID 1070 (Apple growers). Next Business ID:  ((not yet assigned)).</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