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1071 -- Pear growers</w:t>
      </w:r>
    </w:p>
    <w:p>
      <w:pPr>
        <w:jc w:val="center"/>
      </w:pPr>
      <w:r>
        <w:t>Business ID: 1071</w:t>
        <w:br/>
        <w:t>Business Type: Pear growers</w:t>
        <w:br/>
        <w:t>Tax Year Design Basis: 2025</w:t>
        <w:br/>
        <w:t>Federal + California</w:t>
        <w:br/>
        <w:t>Question Range: 1071-0001 through 1071-0478</w:t>
        <w:br/>
        <w:t>Primary NAICS Candidate: Not yet researched -- verify before use</w:t>
        <w:br/>
        <w:t>Pack Complete (478/478): Yes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RECEIVING-INPUTS-QUALITY-CONTROL</w:t>
            </w:r>
          </w:p>
        </w:tc>
        <w:tc>
          <w:tcPr>
            <w:tcW w:type="dxa" w:w="2880"/>
          </w:tcPr>
          <w:p>
            <w:r>
              <w:t>21</w:t>
            </w:r>
          </w:p>
        </w:tc>
        <w:tc>
          <w:tcPr>
            <w:tcW w:type="dxa" w:w="2880"/>
          </w:tcPr>
          <w:p>
            <w:r>
              <w:t>Assessing the quality control measures during the receiving of raw pears and other inputs.</w:t>
            </w:r>
          </w:p>
        </w:tc>
      </w:tr>
      <w:tr>
        <w:tc>
          <w:tcPr>
            <w:tcW w:type="dxa" w:w="2880"/>
          </w:tcPr>
          <w:p>
            <w:r>
              <w:t>PRE-PROCESSING-CLEANING-TECHNIQUES</w:t>
            </w:r>
          </w:p>
        </w:tc>
        <w:tc>
          <w:tcPr>
            <w:tcW w:type="dxa" w:w="2880"/>
          </w:tcPr>
          <w:p>
            <w:r>
              <w:t>17</w:t>
            </w:r>
          </w:p>
        </w:tc>
        <w:tc>
          <w:tcPr>
            <w:tcW w:type="dxa" w:w="2880"/>
          </w:tcPr>
          <w:p>
            <w:r>
              <w:t>Exploring the cleaning and pre-processing techniques applied to pears before further processing.</w:t>
            </w:r>
          </w:p>
        </w:tc>
      </w:tr>
      <w:tr>
        <w:tc>
          <w:tcPr>
            <w:tcW w:type="dxa" w:w="2880"/>
          </w:tcPr>
          <w:p>
            <w:r>
              <w:t>EXTRACTION-FERMENTATION-PROCESSING</w:t>
            </w:r>
          </w:p>
        </w:tc>
        <w:tc>
          <w:tcPr>
            <w:tcW w:type="dxa" w:w="2880"/>
          </w:tcPr>
          <w:p>
            <w:r>
              <w:t>23</w:t>
            </w:r>
          </w:p>
        </w:tc>
        <w:tc>
          <w:tcPr>
            <w:tcW w:type="dxa" w:w="2880"/>
          </w:tcPr>
          <w:p>
            <w:r>
              <w:t>Examining the extraction and fermentation processes used in pear juice production.</w:t>
            </w:r>
          </w:p>
        </w:tc>
      </w:tr>
      <w:tr>
        <w:tc>
          <w:tcPr>
            <w:tcW w:type="dxa" w:w="2880"/>
          </w:tcPr>
          <w:p>
            <w:r>
              <w:t>CONCENTRATION-CLARIFICATION-TECHNOLOGIES</w:t>
            </w:r>
          </w:p>
        </w:tc>
        <w:tc>
          <w:tcPr>
            <w:tcW w:type="dxa" w:w="2880"/>
          </w:tcPr>
          <w:p>
            <w:r>
              <w:t>19</w:t>
            </w:r>
          </w:p>
        </w:tc>
        <w:tc>
          <w:tcPr>
            <w:tcW w:type="dxa" w:w="2880"/>
          </w:tcPr>
          <w:p>
            <w:r>
              <w:t>Investigating the concentration and clarification technologies employed in juice processing.</w:t>
            </w:r>
          </w:p>
        </w:tc>
      </w:tr>
      <w:tr>
        <w:tc>
          <w:tcPr>
            <w:tcW w:type="dxa" w:w="2880"/>
          </w:tcPr>
          <w:p>
            <w:r>
              <w:t>PACKAGING-TRACEABILITY-SYSTEMS</w:t>
            </w:r>
          </w:p>
        </w:tc>
        <w:tc>
          <w:tcPr>
            <w:tcW w:type="dxa" w:w="2880"/>
          </w:tcPr>
          <w:p>
            <w:r>
              <w:t>15</w:t>
            </w:r>
          </w:p>
        </w:tc>
        <w:tc>
          <w:tcPr>
            <w:tcW w:type="dxa" w:w="2880"/>
          </w:tcPr>
          <w:p>
            <w:r>
              <w:t>Analyzing the packaging methods and traceability systems for finished pear products.</w:t>
            </w:r>
          </w:p>
        </w:tc>
      </w:tr>
      <w:tr>
        <w:tc>
          <w:tcPr>
            <w:tcW w:type="dxa" w:w="2880"/>
          </w:tcPr>
          <w:p>
            <w:r>
              <w:t>LAB-TESTING-QUALITY-ASSURANCE</w:t>
            </w:r>
          </w:p>
        </w:tc>
        <w:tc>
          <w:tcPr>
            <w:tcW w:type="dxa" w:w="2880"/>
          </w:tcPr>
          <w:p>
            <w:r>
              <w:t>21</w:t>
            </w:r>
          </w:p>
        </w:tc>
        <w:tc>
          <w:tcPr>
            <w:tcW w:type="dxa" w:w="2880"/>
          </w:tcPr>
          <w:p>
            <w:r>
              <w:t>Understanding the lab testing and quality assurance measures for pear products.</w:t>
            </w:r>
          </w:p>
        </w:tc>
      </w:tr>
      <w:tr>
        <w:tc>
          <w:tcPr>
            <w:tcW w:type="dxa" w:w="2880"/>
          </w:tcPr>
          <w:p>
            <w:r>
              <w:t>REGULATORY-COMPLIANCE-FOOD-SAFETY</w:t>
            </w:r>
          </w:p>
        </w:tc>
        <w:tc>
          <w:tcPr>
            <w:tcW w:type="dxa" w:w="2880"/>
          </w:tcPr>
          <w:p>
            <w:r>
              <w:t>17</w:t>
            </w:r>
          </w:p>
        </w:tc>
        <w:tc>
          <w:tcPr>
            <w:tcW w:type="dxa" w:w="2880"/>
          </w:tcPr>
          <w:p>
            <w:r>
              <w:t>Evaluating the regulatory compliance and food safety measures in pear production.</w:t>
            </w:r>
          </w:p>
        </w:tc>
      </w:tr>
      <w:tr>
        <w:tc>
          <w:tcPr>
            <w:tcW w:type="dxa" w:w="2880"/>
          </w:tcPr>
          <w:p>
            <w:r>
              <w:t>SUSTAINABILITY-PRACTICES-ENVIRONMENTAL</w:t>
            </w:r>
          </w:p>
        </w:tc>
        <w:tc>
          <w:tcPr>
            <w:tcW w:type="dxa" w:w="2880"/>
          </w:tcPr>
          <w:p>
            <w:r>
              <w:t>13</w:t>
            </w:r>
          </w:p>
        </w:tc>
        <w:tc>
          <w:tcPr>
            <w:tcW w:type="dxa" w:w="2880"/>
          </w:tcPr>
          <w:p>
            <w:r>
              <w:t>Exploring sustainability practices and environmental considerations in pear growing.</w:t>
            </w:r>
          </w:p>
        </w:tc>
      </w:tr>
      <w:tr>
        <w:tc>
          <w:tcPr>
            <w:tcW w:type="dxa" w:w="2880"/>
          </w:tcPr>
          <w:p>
            <w:r>
              <w:t>AUTOMATION-TECHNOLOGIES-IMPLEMENTATION</w:t>
            </w:r>
          </w:p>
        </w:tc>
        <w:tc>
          <w:tcPr>
            <w:tcW w:type="dxa" w:w="2880"/>
          </w:tcPr>
          <w:p>
            <w:r>
              <w:t>23</w:t>
            </w:r>
          </w:p>
        </w:tc>
        <w:tc>
          <w:tcPr>
            <w:tcW w:type="dxa" w:w="2880"/>
          </w:tcPr>
          <w:p>
            <w:r>
              <w:t>Investigating the automation technologies implemented in pear processing and packaging.</w:t>
            </w:r>
          </w:p>
        </w:tc>
      </w:tr>
      <w:tr>
        <w:tc>
          <w:tcPr>
            <w:tcW w:type="dxa" w:w="2880"/>
          </w:tcPr>
          <w:p>
            <w:r>
              <w:t>DATA-SOFTWARE-MANAGEMENT-SYSTEMS</w:t>
            </w:r>
          </w:p>
        </w:tc>
        <w:tc>
          <w:tcPr>
            <w:tcW w:type="dxa" w:w="2880"/>
          </w:tcPr>
          <w:p>
            <w:r>
              <w:t>19</w:t>
            </w:r>
          </w:p>
        </w:tc>
        <w:tc>
          <w:tcPr>
            <w:tcW w:type="dxa" w:w="2880"/>
          </w:tcPr>
          <w:p>
            <w:r>
              <w:t>Assessing the data and software management systems utilized in pear production.</w:t>
            </w:r>
          </w:p>
        </w:tc>
      </w:tr>
      <w:tr>
        <w:tc>
          <w:tcPr>
            <w:tcW w:type="dxa" w:w="2880"/>
          </w:tcPr>
          <w:p>
            <w:r>
              <w:t>BYPRODUCTS-UTILIZATION-SUSTAINABILITY</w:t>
            </w:r>
          </w:p>
        </w:tc>
        <w:tc>
          <w:tcPr>
            <w:tcW w:type="dxa" w:w="2880"/>
          </w:tcPr>
          <w:p>
            <w:r>
              <w:t>15</w:t>
            </w:r>
          </w:p>
        </w:tc>
        <w:tc>
          <w:tcPr>
            <w:tcW w:type="dxa" w:w="2880"/>
          </w:tcPr>
          <w:p>
            <w:r>
              <w:t>Examining the utilization of byproducts in pear processing for sustainability.</w:t>
            </w:r>
          </w:p>
        </w:tc>
      </w:tr>
      <w:tr>
        <w:tc>
          <w:tcPr>
            <w:tcW w:type="dxa" w:w="2880"/>
          </w:tcPr>
          <w:p>
            <w:r>
              <w:t>CROP-MANAGEMENT-TECHNIQUES</w:t>
            </w:r>
          </w:p>
        </w:tc>
        <w:tc>
          <w:tcPr>
            <w:tcW w:type="dxa" w:w="2880"/>
          </w:tcPr>
          <w:p>
            <w:r>
              <w:t>17</w:t>
            </w:r>
          </w:p>
        </w:tc>
        <w:tc>
          <w:tcPr>
            <w:tcW w:type="dxa" w:w="2880"/>
          </w:tcPr>
          <w:p>
            <w:r>
              <w:t>Understanding the crop management techniques used in pear cultivation.</w:t>
            </w:r>
          </w:p>
        </w:tc>
      </w:tr>
      <w:tr>
        <w:tc>
          <w:tcPr>
            <w:tcW w:type="dxa" w:w="2880"/>
          </w:tcPr>
          <w:p>
            <w:r>
              <w:t>POST-HARVEST-HANDLING-PROCESSES</w:t>
            </w:r>
          </w:p>
        </w:tc>
        <w:tc>
          <w:tcPr>
            <w:tcW w:type="dxa" w:w="2880"/>
          </w:tcPr>
          <w:p>
            <w:r>
              <w:t>13</w:t>
            </w:r>
          </w:p>
        </w:tc>
        <w:tc>
          <w:tcPr>
            <w:tcW w:type="dxa" w:w="2880"/>
          </w:tcPr>
          <w:p>
            <w:r>
              <w:t>Evaluating the post-harvest handling processes for pears to maintain quality.</w:t>
            </w:r>
          </w:p>
        </w:tc>
      </w:tr>
      <w:tr>
        <w:tc>
          <w:tcPr>
            <w:tcW w:type="dxa" w:w="2880"/>
          </w:tcPr>
          <w:p>
            <w:r>
              <w:t>MARKETING-STRATEGIES-REGULATORY</w:t>
            </w:r>
          </w:p>
        </w:tc>
        <w:tc>
          <w:tcPr>
            <w:tcW w:type="dxa" w:w="2880"/>
          </w:tcPr>
          <w:p>
            <w:r>
              <w:t>13</w:t>
            </w:r>
          </w:p>
        </w:tc>
        <w:tc>
          <w:tcPr>
            <w:tcW w:type="dxa" w:w="2880"/>
          </w:tcPr>
          <w:p>
            <w:r>
              <w:t>Assessing marketing strategies and regulatory requirements for pear products.</w:t>
            </w:r>
          </w:p>
        </w:tc>
      </w:tr>
      <w:tr>
        <w:tc>
          <w:tcPr>
            <w:tcW w:type="dxa" w:w="2880"/>
          </w:tcPr>
          <w:p>
            <w:r>
              <w:t>RESEARCH-DEVELOPMENT-NEW-PRODUCTS</w:t>
            </w:r>
          </w:p>
        </w:tc>
        <w:tc>
          <w:tcPr>
            <w:tcW w:type="dxa" w:w="2880"/>
          </w:tcPr>
          <w:p>
            <w:r>
              <w:t>19</w:t>
            </w:r>
          </w:p>
        </w:tc>
        <w:tc>
          <w:tcPr>
            <w:tcW w:type="dxa" w:w="2880"/>
          </w:tcPr>
          <w:p>
            <w:r>
              <w:t>Exploring R&amp;D efforts focused on new pear products and innovations.</w:t>
            </w:r>
          </w:p>
        </w:tc>
      </w:tr>
      <w:tr>
        <w:tc>
          <w:tcPr>
            <w:tcW w:type="dxa" w:w="2880"/>
          </w:tcPr>
          <w:p>
            <w:r>
              <w:t>EQUIPMENT-MAINTENANCE-OPTIMIZATION</w:t>
            </w:r>
          </w:p>
        </w:tc>
        <w:tc>
          <w:tcPr>
            <w:tcW w:type="dxa" w:w="2880"/>
          </w:tcPr>
          <w:p>
            <w:r>
              <w:t>15</w:t>
            </w:r>
          </w:p>
        </w:tc>
        <w:tc>
          <w:tcPr>
            <w:tcW w:type="dxa" w:w="2880"/>
          </w:tcPr>
          <w:p>
            <w:r>
              <w:t>Investigating equipment maintenance and optimization practices in pear processing.</w:t>
            </w:r>
          </w:p>
        </w:tc>
      </w:tr>
      <w:tr>
        <w:tc>
          <w:tcPr>
            <w:tcW w:type="dxa" w:w="2880"/>
          </w:tcPr>
          <w:p>
            <w:r>
              <w:t>CLIMATE-CHANGE-ADAPTATION-STRATEGIES</w:t>
            </w:r>
          </w:p>
        </w:tc>
        <w:tc>
          <w:tcPr>
            <w:tcW w:type="dxa" w:w="2880"/>
          </w:tcPr>
          <w:p>
            <w:r>
              <w:t>14</w:t>
            </w:r>
          </w:p>
        </w:tc>
        <w:tc>
          <w:tcPr>
            <w:tcW w:type="dxa" w:w="2880"/>
          </w:tcPr>
          <w:p>
            <w:r>
              <w:t>Evaluating strategies for adapting pear production to climate change impacts.</w:t>
            </w:r>
          </w:p>
        </w:tc>
      </w:tr>
      <w:tr>
        <w:tc>
          <w:tcPr>
            <w:tcW w:type="dxa" w:w="2880"/>
          </w:tcPr>
          <w:p>
            <w:r>
              <w:t>INNOVATION-TECHNOLOGY-ADOPTION</w:t>
            </w:r>
          </w:p>
        </w:tc>
        <w:tc>
          <w:tcPr>
            <w:tcW w:type="dxa" w:w="2880"/>
          </w:tcPr>
          <w:p>
            <w:r>
              <w:t>19</w:t>
            </w:r>
          </w:p>
        </w:tc>
        <w:tc>
          <w:tcPr>
            <w:tcW w:type="dxa" w:w="2880"/>
          </w:tcPr>
          <w:p>
            <w:r>
              <w:t>Assessing the adoption of innovative technologies in pear production and processing.</w:t>
            </w:r>
          </w:p>
        </w:tc>
      </w:tr>
      <w:tr>
        <w:tc>
          <w:tcPr>
            <w:tcW w:type="dxa" w:w="2880"/>
          </w:tcPr>
          <w:p>
            <w:r>
              <w:t>SOIL-HEALTH-MANAGEMENT-PRACTICES</w:t>
            </w:r>
          </w:p>
        </w:tc>
        <w:tc>
          <w:tcPr>
            <w:tcW w:type="dxa" w:w="2880"/>
          </w:tcPr>
          <w:p>
            <w:r>
              <w:t>14</w:t>
            </w:r>
          </w:p>
        </w:tc>
        <w:tc>
          <w:tcPr>
            <w:tcW w:type="dxa" w:w="2880"/>
          </w:tcPr>
          <w:p>
            <w:r>
              <w:t>Exploring soil health management practices in pear orchards.</w:t>
            </w:r>
          </w:p>
        </w:tc>
      </w:tr>
      <w:tr>
        <w:tc>
          <w:tcPr>
            <w:tcW w:type="dxa" w:w="2880"/>
          </w:tcPr>
          <w:p>
            <w:r>
              <w:t>CONSUMER-TRENDS-HEALTH-FOOD</w:t>
            </w:r>
          </w:p>
        </w:tc>
        <w:tc>
          <w:tcPr>
            <w:tcW w:type="dxa" w:w="2880"/>
          </w:tcPr>
          <w:p>
            <w:r>
              <w:t>15</w:t>
            </w:r>
          </w:p>
        </w:tc>
        <w:tc>
          <w:tcPr>
            <w:tcW w:type="dxa" w:w="2880"/>
          </w:tcPr>
          <w:p>
            <w:r>
              <w:t>Understanding consumer trends and health considerations in pear products.</w:t>
            </w:r>
          </w:p>
        </w:tc>
      </w:tr>
    </w:tbl>
    <w:p>
      <w:r>
        <w:t>Total questions in this pack: 478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1071-0001</w:t>
            </w:r>
          </w:p>
        </w:tc>
        <w:tc>
          <w:tcPr>
            <w:tcW w:type="dxa" w:w="2160"/>
          </w:tcPr>
          <w:p>
            <w:r>
              <w:t>Entity Structure</w:t>
            </w:r>
          </w:p>
        </w:tc>
        <w:tc>
          <w:tcPr>
            <w:tcW w:type="dxa" w:w="2160"/>
          </w:tcPr>
          <w:p>
            <w:r>
              <w:t>What is the legal structure of your pear growing business (e.g., LLC, Corporation, Partnership)?</w:t>
              <w:br/>
              <w:t>Answer type: Single 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1071-0002</w:t>
            </w:r>
          </w:p>
        </w:tc>
        <w:tc>
          <w:tcPr>
            <w:tcW w:type="dxa" w:w="2160"/>
          </w:tcPr>
          <w:p>
            <w:r>
              <w:t>Ownership</w:t>
            </w:r>
          </w:p>
        </w:tc>
        <w:tc>
          <w:tcPr>
            <w:tcW w:type="dxa" w:w="2160"/>
          </w:tcPr>
          <w:p>
            <w:r>
              <w:t>Who are the primary owners of the business, and what percentage of ownership does each hold?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1071-0003</w:t>
            </w:r>
          </w:p>
        </w:tc>
        <w:tc>
          <w:tcPr>
            <w:tcW w:type="dxa" w:w="2160"/>
          </w:tcPr>
          <w:p>
            <w:r>
              <w:t>Locations</w:t>
            </w:r>
          </w:p>
        </w:tc>
        <w:tc>
          <w:tcPr>
            <w:tcW w:type="dxa" w:w="2160"/>
          </w:tcPr>
          <w:p>
            <w:r>
              <w:t>List all locations where pear cultivation occurs, including addresses and any relevant details about land ownership or leasing agreements.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1071-0004</w:t>
            </w:r>
          </w:p>
        </w:tc>
        <w:tc>
          <w:tcPr>
            <w:tcW w:type="dxa" w:w="2160"/>
          </w:tcPr>
          <w:p>
            <w:r>
              <w:t>Products</w:t>
            </w:r>
          </w:p>
        </w:tc>
        <w:tc>
          <w:tcPr>
            <w:tcW w:type="dxa" w:w="2160"/>
          </w:tcPr>
          <w:p>
            <w:r>
              <w:t>What specific varieties of pears are grown, and how do they differ in terms of cultivation techniques?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1071-0005</w:t>
            </w:r>
          </w:p>
        </w:tc>
        <w:tc>
          <w:tcPr>
            <w:tcW w:type="dxa" w:w="2160"/>
          </w:tcPr>
          <w:p>
            <w:r>
              <w:t>Revenue</w:t>
            </w:r>
          </w:p>
        </w:tc>
        <w:tc>
          <w:tcPr>
            <w:tcW w:type="dxa" w:w="2160"/>
          </w:tcPr>
          <w:p>
            <w:r>
              <w:t>What was the total revenue generated from pear sales during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1071-0006</w:t>
            </w:r>
          </w:p>
        </w:tc>
        <w:tc>
          <w:tcPr>
            <w:tcW w:type="dxa" w:w="2160"/>
          </w:tcPr>
          <w:p>
            <w:r>
              <w:t>Personnel</w:t>
            </w:r>
          </w:p>
        </w:tc>
        <w:tc>
          <w:tcPr>
            <w:tcW w:type="dxa" w:w="2160"/>
          </w:tcPr>
          <w:p>
            <w:r>
              <w:t>How many employees are directly involved in the cultivation and harvesting of pears?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1071-0007</w:t>
            </w:r>
          </w:p>
        </w:tc>
        <w:tc>
          <w:tcPr>
            <w:tcW w:type="dxa" w:w="2160"/>
          </w:tcPr>
          <w:p>
            <w:r>
              <w:t>Records</w:t>
            </w:r>
          </w:p>
        </w:tc>
        <w:tc>
          <w:tcPr>
            <w:tcW w:type="dxa" w:w="2160"/>
          </w:tcPr>
          <w:p>
            <w:r>
              <w:t>What types of records do you maintain related to pear cultivation (e.g., planting dates, harvest yields, pest management)? Please specify.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1071-0008</w:t>
            </w:r>
          </w:p>
        </w:tc>
        <w:tc>
          <w:tcPr>
            <w:tcW w:type="dxa" w:w="2160"/>
          </w:tcPr>
          <w:p>
            <w:r>
              <w:t>Lead Facts</w:t>
            </w:r>
          </w:p>
        </w:tc>
        <w:tc>
          <w:tcPr>
            <w:tcW w:type="dxa" w:w="2160"/>
          </w:tcPr>
          <w:p>
            <w:r>
              <w:t>What innovative practices or technologies have you implemented in pear cultivation to improve yield or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1071-0009</w:t>
            </w:r>
          </w:p>
        </w:tc>
        <w:tc>
          <w:tcPr>
            <w:tcW w:type="dxa" w:w="2160"/>
          </w:tcPr>
          <w:p>
            <w:r>
              <w:t>Entity Structure</w:t>
            </w:r>
          </w:p>
        </w:tc>
        <w:tc>
          <w:tcPr>
            <w:tcW w:type="dxa" w:w="2160"/>
          </w:tcPr>
          <w:p>
            <w:r>
              <w:t>Is your business part of a larger agricultural group or cooperative? If so, please describe the relationship.</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1071-0010</w:t>
            </w:r>
          </w:p>
        </w:tc>
        <w:tc>
          <w:tcPr>
            <w:tcW w:type="dxa" w:w="2160"/>
          </w:tcPr>
          <w:p>
            <w:r>
              <w:t>Locations</w:t>
            </w:r>
          </w:p>
        </w:tc>
        <w:tc>
          <w:tcPr>
            <w:tcW w:type="dxa" w:w="2160"/>
          </w:tcPr>
          <w:p>
            <w:r>
              <w:t>Do you utilize any third-party farms or facilities for pear production?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1071-0011</w:t>
            </w:r>
          </w:p>
        </w:tc>
        <w:tc>
          <w:tcPr>
            <w:tcW w:type="dxa" w:w="2160"/>
          </w:tcPr>
          <w:p>
            <w:r>
              <w:t>Products</w:t>
            </w:r>
          </w:p>
        </w:tc>
        <w:tc>
          <w:tcPr>
            <w:tcW w:type="dxa" w:w="2160"/>
          </w:tcPr>
          <w:p>
            <w:r>
              <w:t>What are the main markets or distribution channels for your pears (e.g., wholesale, retail, direct-to-consumer)?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1071-0012</w:t>
            </w:r>
          </w:p>
        </w:tc>
        <w:tc>
          <w:tcPr>
            <w:tcW w:type="dxa" w:w="2160"/>
          </w:tcPr>
          <w:p>
            <w:r>
              <w:t>Revenue</w:t>
            </w:r>
          </w:p>
        </w:tc>
        <w:tc>
          <w:tcPr>
            <w:tcW w:type="dxa" w:w="2160"/>
          </w:tcPr>
          <w:p>
            <w:r>
              <w:t>What percentage of your total revenue comes from pear sales compared to other products or services?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1071-0013</w:t>
            </w:r>
          </w:p>
        </w:tc>
        <w:tc>
          <w:tcPr>
            <w:tcW w:type="dxa" w:w="2160"/>
          </w:tcPr>
          <w:p>
            <w:r>
              <w:t>Personnel</w:t>
            </w:r>
          </w:p>
        </w:tc>
        <w:tc>
          <w:tcPr>
            <w:tcW w:type="dxa" w:w="2160"/>
          </w:tcPr>
          <w:p>
            <w:r>
              <w:t>What specific roles do employees play in the R&amp;D efforts related to pear cultivation?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1071-0014</w:t>
            </w:r>
          </w:p>
        </w:tc>
        <w:tc>
          <w:tcPr>
            <w:tcW w:type="dxa" w:w="2160"/>
          </w:tcPr>
          <w:p>
            <w:r>
              <w:t>Records</w:t>
            </w:r>
          </w:p>
        </w:tc>
        <w:tc>
          <w:tcPr>
            <w:tcW w:type="dxa" w:w="2160"/>
          </w:tcPr>
          <w:p>
            <w:r>
              <w:t>How do you document the experimental processes or trials conducted in pear cultivation?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1071-0015</w:t>
            </w:r>
          </w:p>
        </w:tc>
        <w:tc>
          <w:tcPr>
            <w:tcW w:type="dxa" w:w="2160"/>
          </w:tcPr>
          <w:p>
            <w:r>
              <w:t>Lead Facts</w:t>
            </w:r>
          </w:p>
        </w:tc>
        <w:tc>
          <w:tcPr>
            <w:tcW w:type="dxa" w:w="2160"/>
          </w:tcPr>
          <w:p>
            <w:r>
              <w:t>What challenges or uncertainties have you faced in the cultivation of pears that required innovative solutions?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1071-0016</w:t>
            </w:r>
          </w:p>
        </w:tc>
        <w:tc>
          <w:tcPr>
            <w:tcW w:type="dxa" w:w="2160"/>
          </w:tcPr>
          <w:p>
            <w:r>
              <w:t>Entity Structure</w:t>
            </w:r>
          </w:p>
        </w:tc>
        <w:tc>
          <w:tcPr>
            <w:tcW w:type="dxa" w:w="2160"/>
          </w:tcPr>
          <w:p>
            <w:r>
              <w:t>Are there any subsidiaries or affiliated entities involved in the pear growing operations? If so, please list them.</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1071-0017</w:t>
            </w:r>
          </w:p>
        </w:tc>
        <w:tc>
          <w:tcPr>
            <w:tcW w:type="dxa" w:w="2160"/>
          </w:tcPr>
          <w:p>
            <w:r>
              <w:t>Locations</w:t>
            </w:r>
          </w:p>
        </w:tc>
        <w:tc>
          <w:tcPr>
            <w:tcW w:type="dxa" w:w="2160"/>
          </w:tcPr>
          <w:p>
            <w:r>
              <w:t>Have you made any recent investments in new facilities or technology for pear cultivation? If yes, please describe.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1071-0018</w:t>
            </w:r>
          </w:p>
        </w:tc>
        <w:tc>
          <w:tcPr>
            <w:tcW w:type="dxa" w:w="2160"/>
          </w:tcPr>
          <w:p>
            <w:r>
              <w:t>Products</w:t>
            </w:r>
          </w:p>
        </w:tc>
        <w:tc>
          <w:tcPr>
            <w:tcW w:type="dxa" w:w="2160"/>
          </w:tcPr>
          <w:p>
            <w:r>
              <w:t>What methods do you use for pest and disease management in your pear orchards?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1071-0019</w:t>
            </w:r>
          </w:p>
        </w:tc>
        <w:tc>
          <w:tcPr>
            <w:tcW w:type="dxa" w:w="2160"/>
          </w:tcPr>
          <w:p>
            <w:r>
              <w:t>Revenue</w:t>
            </w:r>
          </w:p>
        </w:tc>
        <w:tc>
          <w:tcPr>
            <w:tcW w:type="dxa" w:w="2160"/>
          </w:tcPr>
          <w:p>
            <w:r>
              <w:t>What is the projected revenue for pear sales in the next tax year (2026)?</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1071-0020</w:t>
            </w:r>
          </w:p>
        </w:tc>
        <w:tc>
          <w:tcPr>
            <w:tcW w:type="dxa" w:w="2160"/>
          </w:tcPr>
          <w:p>
            <w:r>
              <w:t>Personnel</w:t>
            </w:r>
          </w:p>
        </w:tc>
        <w:tc>
          <w:tcPr>
            <w:tcW w:type="dxa" w:w="2160"/>
          </w:tcPr>
          <w:p>
            <w:r>
              <w:t>What training or qualifications do your employees have related to agricultural R&amp;D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1071-0021</w:t>
            </w:r>
          </w:p>
        </w:tc>
        <w:tc>
          <w:tcPr>
            <w:tcW w:type="dxa" w:w="2160"/>
          </w:tcPr>
          <w:p>
            <w:r>
              <w:t>Records</w:t>
            </w:r>
          </w:p>
        </w:tc>
        <w:tc>
          <w:tcPr>
            <w:tcW w:type="dxa" w:w="2160"/>
          </w:tcPr>
          <w:p>
            <w:r>
              <w:t>How do you ensure compliance with agricultural regulations related to pear production?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1071-0022</w:t>
            </w:r>
          </w:p>
        </w:tc>
        <w:tc>
          <w:tcPr>
            <w:tcW w:type="dxa" w:w="2160"/>
          </w:tcPr>
          <w:p>
            <w:r>
              <w:t>Operational</w:t>
            </w:r>
          </w:p>
        </w:tc>
        <w:tc>
          <w:tcPr>
            <w:tcW w:type="dxa" w:w="2160"/>
          </w:tcPr>
          <w:p>
            <w:r>
              <w:t>What specific criteria do you use to select pear varieties for cultivation each season?</w:t>
              <w:br/>
              <w:t>Answer type: Open-ended</w:t>
              <w:br/>
              <w:t>Trigger: None</w:t>
              <w:br/>
              <w:t>Required: Yes</w:t>
              <w:br/>
              <w:t>Risk: Medium</w:t>
            </w:r>
          </w:p>
        </w:tc>
        <w:tc>
          <w:tcPr>
            <w:tcW w:type="dxa" w:w="2160"/>
          </w:tcPr>
          <w:p>
            <w:r>
              <w:t>Primary authority: Agricultural Practices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1071-0023</w:t>
            </w:r>
          </w:p>
        </w:tc>
        <w:tc>
          <w:tcPr>
            <w:tcW w:type="dxa" w:w="2160"/>
          </w:tcPr>
          <w:p>
            <w:r>
              <w:t>Return Status</w:t>
            </w:r>
          </w:p>
        </w:tc>
        <w:tc>
          <w:tcPr>
            <w:tcW w:type="dxa" w:w="2160"/>
          </w:tcPr>
          <w:p>
            <w:r>
              <w:t>What is the current status of your R&amp;D tax credit claim for the 2025 tax year?</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1071-0024</w:t>
            </w:r>
          </w:p>
        </w:tc>
        <w:tc>
          <w:tcPr>
            <w:tcW w:type="dxa" w:w="2160"/>
          </w:tcPr>
          <w:p>
            <w:r>
              <w:t>Prior Credits</w:t>
            </w:r>
          </w:p>
        </w:tc>
        <w:tc>
          <w:tcPr>
            <w:tcW w:type="dxa" w:w="2160"/>
          </w:tcPr>
          <w:p>
            <w:r>
              <w:t>Have you previously claimed R&amp;D tax credits in the last three tax years? If so, please provide details of the amounts claimed.</w:t>
              <w:br/>
              <w:t>Answer type: Long text</w:t>
              <w:br/>
              <w:t>Trigger: Always</w:t>
              <w:br/>
              <w:t>Required: No</w:t>
              <w:br/>
              <w:t>Risk: Medium</w:t>
            </w:r>
          </w:p>
        </w:tc>
        <w:tc>
          <w:tcPr>
            <w:tcW w:type="dxa" w:w="2160"/>
          </w:tcPr>
          <w:p>
            <w:r>
              <w:t>Primary authority: IRC Section 41(a)</w:t>
              <w:br/>
              <w:t>Response: ___________________________</w:t>
              <w:br/>
              <w:t>Evidence: ___________________________</w:t>
              <w:br/>
              <w:t>Reviewer conclusion: ___________________________</w:t>
            </w:r>
          </w:p>
        </w:tc>
      </w:tr>
      <w:tr>
        <w:tc>
          <w:tcPr>
            <w:tcW w:type="dxa" w:w="2160"/>
          </w:tcPr>
          <w:p>
            <w:r>
              <w:t>1071-0025</w:t>
            </w:r>
          </w:p>
        </w:tc>
        <w:tc>
          <w:tcPr>
            <w:tcW w:type="dxa" w:w="2160"/>
          </w:tcPr>
          <w:p>
            <w:r>
              <w:t>Aggregation</w:t>
            </w:r>
          </w:p>
        </w:tc>
        <w:tc>
          <w:tcPr>
            <w:tcW w:type="dxa" w:w="2160"/>
          </w:tcPr>
          <w:p>
            <w:r>
              <w:t>Are you aggregating R&amp;D expenditures across multiple entities or projects for the 2025 tax year? If yes, please list the entities or projects involved.</w:t>
              <w:br/>
              <w:t>Answer type: Repeating table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1071-0026</w:t>
            </w:r>
          </w:p>
        </w:tc>
        <w:tc>
          <w:tcPr>
            <w:tcW w:type="dxa" w:w="2160"/>
          </w:tcPr>
          <w:p>
            <w:r>
              <w:t>Elections</w:t>
            </w:r>
          </w:p>
        </w:tc>
        <w:tc>
          <w:tcPr>
            <w:tcW w:type="dxa" w:w="2160"/>
          </w:tcPr>
          <w:p>
            <w:r>
              <w:t>Have you made any elections under Section 41 to change the method of calculating your R&amp;D credit? If so, please specify the election made and the reason.</w:t>
              <w:br/>
              <w:t>Answer type: Long text</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1071-0027</w:t>
            </w:r>
          </w:p>
        </w:tc>
        <w:tc>
          <w:tcPr>
            <w:tcW w:type="dxa" w:w="2160"/>
          </w:tcPr>
          <w:p>
            <w:r>
              <w:t>Amended Returns</w:t>
            </w:r>
          </w:p>
        </w:tc>
        <w:tc>
          <w:tcPr>
            <w:tcW w:type="dxa" w:w="2160"/>
          </w:tcPr>
          <w:p>
            <w:r>
              <w:t>Have you filed any amended returns for prior years that affect your R&amp;D tax credit calculations? If yes, please provide details.</w:t>
              <w:br/>
              <w:t>Answer type: Long text</w:t>
              <w:br/>
              <w:t>Trigger: Always</w:t>
              <w:br/>
              <w:t>Required: No</w:t>
              <w:br/>
              <w:t>Risk: Medium</w:t>
            </w:r>
          </w:p>
        </w:tc>
        <w:tc>
          <w:tcPr>
            <w:tcW w:type="dxa" w:w="2160"/>
          </w:tcPr>
          <w:p>
            <w:r>
              <w:t>Primary authority: Form 6765 Part V</w:t>
              <w:br/>
              <w:t>Response: ___________________________</w:t>
              <w:br/>
              <w:t>Evidence: ___________________________</w:t>
              <w:br/>
              <w:t>Reviewer conclusion: ___________________________</w:t>
            </w:r>
          </w:p>
        </w:tc>
      </w:tr>
      <w:tr>
        <w:tc>
          <w:tcPr>
            <w:tcW w:type="dxa" w:w="2160"/>
          </w:tcPr>
          <w:p>
            <w:r>
              <w:t>1071-0028</w:t>
            </w:r>
          </w:p>
        </w:tc>
        <w:tc>
          <w:tcPr>
            <w:tcW w:type="dxa" w:w="2160"/>
          </w:tcPr>
          <w:p>
            <w:r>
              <w:t>Section 174</w:t>
            </w:r>
          </w:p>
        </w:tc>
        <w:tc>
          <w:tcPr>
            <w:tcW w:type="dxa" w:w="2160"/>
          </w:tcPr>
          <w:p>
            <w:r>
              <w:t>Have you incurred any R&amp;D expenses that are subject to capitalization under Section 174 for the 2025 tax year? Please list these expenses.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1071-0029</w:t>
            </w:r>
          </w:p>
        </w:tc>
        <w:tc>
          <w:tcPr>
            <w:tcW w:type="dxa" w:w="2160"/>
          </w:tcPr>
          <w:p>
            <w:r>
              <w:t>Return Status</w:t>
            </w:r>
          </w:p>
        </w:tc>
        <w:tc>
          <w:tcPr>
            <w:tcW w:type="dxa" w:w="2160"/>
          </w:tcPr>
          <w:p>
            <w:r>
              <w:t>Have you received any correspondence from the IRS or state tax authority regarding your R&amp;D tax credit claim? If yes, please describe the correspondence.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1071-0030</w:t>
            </w:r>
          </w:p>
        </w:tc>
        <w:tc>
          <w:tcPr>
            <w:tcW w:type="dxa" w:w="2160"/>
          </w:tcPr>
          <w:p>
            <w:r>
              <w:t>Prior Credits</w:t>
            </w:r>
          </w:p>
        </w:tc>
        <w:tc>
          <w:tcPr>
            <w:tcW w:type="dxa" w:w="2160"/>
          </w:tcPr>
          <w:p>
            <w:r>
              <w:t>What specific projects or activities did you claim R&amp;D credits for in your last successful claim? Please provide a brief description.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1071-0031</w:t>
            </w:r>
          </w:p>
        </w:tc>
        <w:tc>
          <w:tcPr>
            <w:tcW w:type="dxa" w:w="2160"/>
          </w:tcPr>
          <w:p>
            <w:r>
              <w:t>Aggregation</w:t>
            </w:r>
          </w:p>
        </w:tc>
        <w:tc>
          <w:tcPr>
            <w:tcW w:type="dxa" w:w="2160"/>
          </w:tcPr>
          <w:p>
            <w:r>
              <w:t>How do you allocate R&amp;D expenses among different projects or entities? Please describe your allocation methodology.</w:t>
              <w:br/>
              <w:t>Answer type: Long text</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1071-0032</w:t>
            </w:r>
          </w:p>
        </w:tc>
        <w:tc>
          <w:tcPr>
            <w:tcW w:type="dxa" w:w="2160"/>
          </w:tcPr>
          <w:p>
            <w:r>
              <w:t>Elections</w:t>
            </w:r>
          </w:p>
        </w:tc>
        <w:tc>
          <w:tcPr>
            <w:tcW w:type="dxa" w:w="2160"/>
          </w:tcPr>
          <w:p>
            <w:r>
              <w:t>Have you opted for the alternative simplified credit (ASC) method for calculating your R&amp;D tax credit? If yes, please provide the rationale for this choice.</w:t>
              <w:br/>
              <w:t>Answer type: Yes-No + details</w:t>
              <w:br/>
              <w:t>Trigger: Always</w:t>
              <w:br/>
              <w:t>Required: No</w:t>
              <w:br/>
              <w:t>Risk: Medium</w:t>
            </w:r>
          </w:p>
        </w:tc>
        <w:tc>
          <w:tcPr>
            <w:tcW w:type="dxa" w:w="2160"/>
          </w:tcPr>
          <w:p>
            <w:r>
              <w:t>Primary authority: IRC Section 41(c)(5)</w:t>
              <w:br/>
              <w:t>Response: ___________________________</w:t>
              <w:br/>
              <w:t>Evidence: ___________________________</w:t>
              <w:br/>
              <w:t>Reviewer conclusion: ___________________________</w:t>
            </w:r>
          </w:p>
        </w:tc>
      </w:tr>
      <w:tr>
        <w:tc>
          <w:tcPr>
            <w:tcW w:type="dxa" w:w="2160"/>
          </w:tcPr>
          <w:p>
            <w:r>
              <w:t>1071-0033</w:t>
            </w:r>
          </w:p>
        </w:tc>
        <w:tc>
          <w:tcPr>
            <w:tcW w:type="dxa" w:w="2160"/>
          </w:tcPr>
          <w:p>
            <w:r>
              <w:t>Amended Returns</w:t>
            </w:r>
          </w:p>
        </w:tc>
        <w:tc>
          <w:tcPr>
            <w:tcW w:type="dxa" w:w="2160"/>
          </w:tcPr>
          <w:p>
            <w:r>
              <w:t>If you have filed amended returns, what was the reason for the amendments, particularly concerning R&amp;D credits?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1071-0034</w:t>
            </w:r>
          </w:p>
        </w:tc>
        <w:tc>
          <w:tcPr>
            <w:tcW w:type="dxa" w:w="2160"/>
          </w:tcPr>
          <w:p>
            <w:r>
              <w:t>Section 174</w:t>
            </w:r>
          </w:p>
        </w:tc>
        <w:tc>
          <w:tcPr>
            <w:tcW w:type="dxa" w:w="2160"/>
          </w:tcPr>
          <w:p>
            <w:r>
              <w:t>What types of research activities did you engage in that you believe qualify under Section 174 for the 2025 tax year? Please provide specific examples.</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1071-0035</w:t>
            </w:r>
          </w:p>
        </w:tc>
        <w:tc>
          <w:tcPr>
            <w:tcW w:type="dxa" w:w="2160"/>
          </w:tcPr>
          <w:p>
            <w:r>
              <w:t>Return Status</w:t>
            </w:r>
          </w:p>
        </w:tc>
        <w:tc>
          <w:tcPr>
            <w:tcW w:type="dxa" w:w="2160"/>
          </w:tcPr>
          <w:p>
            <w:r>
              <w:t>Have you discussed your R&amp;D tax credit claims with a tax advisor or consultant? If yes, what were the main points of discussion?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1071-0036</w:t>
            </w:r>
          </w:p>
        </w:tc>
        <w:tc>
          <w:tcPr>
            <w:tcW w:type="dxa" w:w="2160"/>
          </w:tcPr>
          <w:p>
            <w:r>
              <w:t>Prior Credits</w:t>
            </w:r>
          </w:p>
        </w:tc>
        <w:tc>
          <w:tcPr>
            <w:tcW w:type="dxa" w:w="2160"/>
          </w:tcPr>
          <w:p>
            <w:r>
              <w:t>What documentation do you have to support your prior R&amp;D credit claims? Please list the types of documents available.</w:t>
              <w:br/>
              <w:t>Answer type: Long text + evidence</w:t>
              <w:br/>
              <w:t>Trigger: Always</w:t>
              <w:br/>
              <w:t>Required: No</w:t>
              <w:br/>
              <w:t>Risk: Medium</w:t>
            </w:r>
          </w:p>
        </w:tc>
        <w:tc>
          <w:tcPr>
            <w:tcW w:type="dxa" w:w="2160"/>
          </w:tcPr>
          <w:p>
            <w:r>
              <w:t>Primary authority: Form 6765 Part III</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1071-0037</w:t>
            </w:r>
          </w:p>
        </w:tc>
        <w:tc>
          <w:tcPr>
            <w:tcW w:type="dxa" w:w="2160"/>
          </w:tcPr>
          <w:p>
            <w:r>
              <w:t>Project Inventory</w:t>
            </w:r>
          </w:p>
        </w:tc>
        <w:tc>
          <w:tcPr>
            <w:tcW w:type="dxa" w:w="2160"/>
          </w:tcPr>
          <w:p>
            <w:r>
              <w:t>What specific projects were undertaken in 2025 to develop new pear varieties or improve existing ones, and how were these projects documented?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1071-0038</w:t>
            </w:r>
          </w:p>
        </w:tc>
        <w:tc>
          <w:tcPr>
            <w:tcW w:type="dxa" w:w="2160"/>
          </w:tcPr>
          <w:p>
            <w:r>
              <w:t>Uncertainty</w:t>
            </w:r>
          </w:p>
        </w:tc>
        <w:tc>
          <w:tcPr>
            <w:tcW w:type="dxa" w:w="2160"/>
          </w:tcPr>
          <w:p>
            <w:r>
              <w:t>Can you describe any uncertainties faced during the development of new pear varieties in 2025, and how these uncertainties impacted your project decisions?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1071-0039</w:t>
            </w:r>
          </w:p>
        </w:tc>
        <w:tc>
          <w:tcPr>
            <w:tcW w:type="dxa" w:w="2160"/>
          </w:tcPr>
          <w:p>
            <w:r>
              <w:t>Alternatives</w:t>
            </w:r>
          </w:p>
        </w:tc>
        <w:tc>
          <w:tcPr>
            <w:tcW w:type="dxa" w:w="2160"/>
          </w:tcPr>
          <w:p>
            <w:r>
              <w:t>What alternative methods or techniques were considered in your pear growing projects in 2025, and why were they ultimately not pursued?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1071-0040</w:t>
            </w:r>
          </w:p>
        </w:tc>
        <w:tc>
          <w:tcPr>
            <w:tcW w:type="dxa" w:w="2160"/>
          </w:tcPr>
          <w:p>
            <w:r>
              <w:t>Experiments</w:t>
            </w:r>
          </w:p>
        </w:tc>
        <w:tc>
          <w:tcPr>
            <w:tcW w:type="dxa" w:w="2160"/>
          </w:tcPr>
          <w:p>
            <w:r>
              <w:t>What specific experiments were conducted in 2025 to test new agricultural practices or technologies for pear cultivation? Please provide details on the experimental design.</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1071-0041</w:t>
            </w:r>
          </w:p>
        </w:tc>
        <w:tc>
          <w:tcPr>
            <w:tcW w:type="dxa" w:w="2160"/>
          </w:tcPr>
          <w:p>
            <w:r>
              <w:t>Measurements</w:t>
            </w:r>
          </w:p>
        </w:tc>
        <w:tc>
          <w:tcPr>
            <w:tcW w:type="dxa" w:w="2160"/>
          </w:tcPr>
          <w:p>
            <w:r>
              <w:t>What measurements were taken to assess the outcomes of your pear cultivation projects in 2025? Please specify the metrics used and the methods of collection.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1071-0042</w:t>
            </w:r>
          </w:p>
        </w:tc>
        <w:tc>
          <w:tcPr>
            <w:tcW w:type="dxa" w:w="2160"/>
          </w:tcPr>
          <w:p>
            <w:r>
              <w:t>Costs</w:t>
            </w:r>
          </w:p>
        </w:tc>
        <w:tc>
          <w:tcPr>
            <w:tcW w:type="dxa" w:w="2160"/>
          </w:tcPr>
          <w:p>
            <w:r>
              <w:t>What were the total costs associated with the R&amp;D projects for pear growing in 2025, and how were these costs allocated across different projects?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1071-0043</w:t>
            </w:r>
          </w:p>
        </w:tc>
        <w:tc>
          <w:tcPr>
            <w:tcW w:type="dxa" w:w="2160"/>
          </w:tcPr>
          <w:p>
            <w:r>
              <w:t>Evidence</w:t>
            </w:r>
          </w:p>
        </w:tc>
        <w:tc>
          <w:tcPr>
            <w:tcW w:type="dxa" w:w="2160"/>
          </w:tcPr>
          <w:p>
            <w:r>
              <w:t>What documentation do you have to support the R&amp;D activities conducted in 2025, including project plans, experiment results, and cost records?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1071-0044</w:t>
            </w:r>
          </w:p>
        </w:tc>
        <w:tc>
          <w:tcPr>
            <w:tcW w:type="dxa" w:w="2160"/>
          </w:tcPr>
          <w:p>
            <w:r>
              <w:t>Project Inventory</w:t>
            </w:r>
          </w:p>
        </w:tc>
        <w:tc>
          <w:tcPr>
            <w:tcW w:type="dxa" w:w="2160"/>
          </w:tcPr>
          <w:p>
            <w:r>
              <w:t>How many distinct R&amp;D projects related to pear growing were initiated in 2025?</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1071-0045</w:t>
            </w:r>
          </w:p>
        </w:tc>
        <w:tc>
          <w:tcPr>
            <w:tcW w:type="dxa" w:w="2160"/>
          </w:tcPr>
          <w:p>
            <w:r>
              <w:t>Uncertainty</w:t>
            </w:r>
          </w:p>
        </w:tc>
        <w:tc>
          <w:tcPr>
            <w:tcW w:type="dxa" w:w="2160"/>
          </w:tcPr>
          <w:p>
            <w:r>
              <w:t>What specific technical challenges did you encounter in your R&amp;D efforts for pear cultivation in 2025, and how did you address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1071-0046</w:t>
            </w:r>
          </w:p>
        </w:tc>
        <w:tc>
          <w:tcPr>
            <w:tcW w:type="dxa" w:w="2160"/>
          </w:tcPr>
          <w:p>
            <w:r>
              <w:t>Alternatives</w:t>
            </w:r>
          </w:p>
        </w:tc>
        <w:tc>
          <w:tcPr>
            <w:tcW w:type="dxa" w:w="2160"/>
          </w:tcPr>
          <w:p>
            <w:r>
              <w:t>In 2025, what alternative pear growing techniques were explored, and what criteria were used to evaluate their feasibility?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1071-0047</w:t>
            </w:r>
          </w:p>
        </w:tc>
        <w:tc>
          <w:tcPr>
            <w:tcW w:type="dxa" w:w="2160"/>
          </w:tcPr>
          <w:p>
            <w:r>
              <w:t>Experiments</w:t>
            </w:r>
          </w:p>
        </w:tc>
        <w:tc>
          <w:tcPr>
            <w:tcW w:type="dxa" w:w="2160"/>
          </w:tcPr>
          <w:p>
            <w:r>
              <w:t>What specific hypotheses were tested during your R&amp;D experiments in 2025 related to pear growth, and what were the outcomes?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1071-0048</w:t>
            </w:r>
          </w:p>
        </w:tc>
        <w:tc>
          <w:tcPr>
            <w:tcW w:type="dxa" w:w="2160"/>
          </w:tcPr>
          <w:p>
            <w:r>
              <w:t>Measurements</w:t>
            </w:r>
          </w:p>
        </w:tc>
        <w:tc>
          <w:tcPr>
            <w:tcW w:type="dxa" w:w="2160"/>
          </w:tcPr>
          <w:p>
            <w:r>
              <w:t>What tools or technologies were employed to measure the growth and yield of pears during your R&amp;D projects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1071-0049</w:t>
            </w:r>
          </w:p>
        </w:tc>
        <w:tc>
          <w:tcPr>
            <w:tcW w:type="dxa" w:w="2160"/>
          </w:tcPr>
          <w:p>
            <w:r>
              <w:t>Costs</w:t>
            </w:r>
          </w:p>
        </w:tc>
        <w:tc>
          <w:tcPr>
            <w:tcW w:type="dxa" w:w="2160"/>
          </w:tcPr>
          <w:p>
            <w:r>
              <w:t>Please detail any external costs incurred for consulting or specialized services related to your R&amp;D projects in 2025. How were these costs justified?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1071-0050</w:t>
            </w:r>
          </w:p>
        </w:tc>
        <w:tc>
          <w:tcPr>
            <w:tcW w:type="dxa" w:w="2160"/>
          </w:tcPr>
          <w:p>
            <w:r>
              <w:t>Evidence</w:t>
            </w:r>
          </w:p>
        </w:tc>
        <w:tc>
          <w:tcPr>
            <w:tcW w:type="dxa" w:w="2160"/>
          </w:tcPr>
          <w:p>
            <w:r>
              <w:t>What internal review processes were implemented to validate the R&amp;D activities conducted in 2025 for pear growing?</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1071-0051</w:t>
            </w:r>
          </w:p>
        </w:tc>
        <w:tc>
          <w:tcPr>
            <w:tcW w:type="dxa" w:w="2160"/>
          </w:tcPr>
          <w:p>
            <w:r>
              <w:t>Project Inventory</w:t>
            </w:r>
          </w:p>
        </w:tc>
        <w:tc>
          <w:tcPr>
            <w:tcW w:type="dxa" w:w="2160"/>
          </w:tcPr>
          <w:p>
            <w:r>
              <w:t>What was the timeline for each R&amp;D project undertaken in 2025, including key milestones?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1071-0052</w:t>
            </w:r>
          </w:p>
        </w:tc>
        <w:tc>
          <w:tcPr>
            <w:tcW w:type="dxa" w:w="2160"/>
          </w:tcPr>
          <w:p>
            <w:r>
              <w:t>Uncertainty</w:t>
            </w:r>
          </w:p>
        </w:tc>
        <w:tc>
          <w:tcPr>
            <w:tcW w:type="dxa" w:w="2160"/>
          </w:tcPr>
          <w:p>
            <w:r>
              <w:t>How did you document and analyze risks associated with your R&amp;D projects for pear cultivation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1071-0053</w:t>
            </w:r>
          </w:p>
        </w:tc>
        <w:tc>
          <w:tcPr>
            <w:tcW w:type="dxa" w:w="2160"/>
          </w:tcPr>
          <w:p>
            <w:r>
              <w:t>Alternatives</w:t>
            </w:r>
          </w:p>
        </w:tc>
        <w:tc>
          <w:tcPr>
            <w:tcW w:type="dxa" w:w="2160"/>
          </w:tcPr>
          <w:p>
            <w:r>
              <w:t>What was the process for selecting the final methods used in your 2025 pear R&amp;D projects, and what alternatives were ruled out?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1071-0054</w:t>
            </w:r>
          </w:p>
        </w:tc>
        <w:tc>
          <w:tcPr>
            <w:tcW w:type="dxa" w:w="2160"/>
          </w:tcPr>
          <w:p>
            <w:r>
              <w:t>Experiments</w:t>
            </w:r>
          </w:p>
        </w:tc>
        <w:tc>
          <w:tcPr>
            <w:tcW w:type="dxa" w:w="2160"/>
          </w:tcPr>
          <w:p>
            <w:r>
              <w:t>Can you provide details on any trials conducted to evaluate the effectiveness of new pest management strategies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1071-0055</w:t>
            </w:r>
          </w:p>
        </w:tc>
        <w:tc>
          <w:tcPr>
            <w:tcW w:type="dxa" w:w="2160"/>
          </w:tcPr>
          <w:p>
            <w:r>
              <w:t>Measurements</w:t>
            </w:r>
          </w:p>
        </w:tc>
        <w:tc>
          <w:tcPr>
            <w:tcW w:type="dxa" w:w="2160"/>
          </w:tcPr>
          <w:p>
            <w:r>
              <w:t>What statistical methods were used to analyze the data collected from your R&amp;D projects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1071-0056</w:t>
            </w:r>
          </w:p>
        </w:tc>
        <w:tc>
          <w:tcPr>
            <w:tcW w:type="dxa" w:w="2160"/>
          </w:tcPr>
          <w:p>
            <w:r>
              <w:t>Operational</w:t>
            </w:r>
          </w:p>
        </w:tc>
        <w:tc>
          <w:tcPr>
            <w:tcW w:type="dxa" w:w="2160"/>
          </w:tcPr>
          <w:p>
            <w:r>
              <w:t>Can you describe a recent project aimed at improving pear yield or quality?</w:t>
              <w:br/>
              <w:t>Answer type: Open-ended</w:t>
              <w:br/>
              <w:t>Trigger: None</w:t>
              <w:br/>
              <w:t>Required: Yes</w:t>
              <w:br/>
              <w:t>Risk: Medium</w:t>
            </w:r>
          </w:p>
        </w:tc>
        <w:tc>
          <w:tcPr>
            <w:tcW w:type="dxa" w:w="2160"/>
          </w:tcPr>
          <w:p>
            <w:r>
              <w:t>Primary authority: Agricultural Research</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1071-0057</w:t>
            </w:r>
          </w:p>
        </w:tc>
        <w:tc>
          <w:tcPr>
            <w:tcW w:type="dxa" w:w="2160"/>
          </w:tcPr>
          <w:p>
            <w:r>
              <w:t>Technological Nature</w:t>
            </w:r>
          </w:p>
        </w:tc>
        <w:tc>
          <w:tcPr>
            <w:tcW w:type="dxa" w:w="2160"/>
          </w:tcPr>
          <w:p>
            <w:r>
              <w:t>Describe any new techniques or technologies you implemented in your pear growing processes during 2025 that aimed to improve yield or disease resistance. What specific uncertainties did you face in their application?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1071-0058</w:t>
            </w:r>
          </w:p>
        </w:tc>
        <w:tc>
          <w:tcPr>
            <w:tcW w:type="dxa" w:w="2160"/>
          </w:tcPr>
          <w:p>
            <w:r>
              <w:t>Experimentation</w:t>
            </w:r>
          </w:p>
        </w:tc>
        <w:tc>
          <w:tcPr>
            <w:tcW w:type="dxa" w:w="2160"/>
          </w:tcPr>
          <w:p>
            <w:r>
              <w:t>For the 2025 tax year, list any experimental methods you employed to test new pear varieties or cultivation practices. How did you document the outcomes of these experiments?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1071-0059</w:t>
            </w:r>
          </w:p>
        </w:tc>
        <w:tc>
          <w:tcPr>
            <w:tcW w:type="dxa" w:w="2160"/>
          </w:tcPr>
          <w:p>
            <w:r>
              <w:t>Permitted Purpose</w:t>
            </w:r>
          </w:p>
        </w:tc>
        <w:tc>
          <w:tcPr>
            <w:tcW w:type="dxa" w:w="2160"/>
          </w:tcPr>
          <w:p>
            <w:r>
              <w:t>What specific business objectives were you aiming to achieve through your R&amp;D activities in 2025? Please provide details on how these objectives relate to improving your pear production processes.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1071-0060</w:t>
            </w:r>
          </w:p>
        </w:tc>
        <w:tc>
          <w:tcPr>
            <w:tcW w:type="dxa" w:w="2160"/>
          </w:tcPr>
          <w:p>
            <w:r>
              <w:t>Business Component</w:t>
            </w:r>
          </w:p>
        </w:tc>
        <w:tc>
          <w:tcPr>
            <w:tcW w:type="dxa" w:w="2160"/>
          </w:tcPr>
          <w:p>
            <w:r>
              <w:t>Identify the specific business components (e.g., new pear varieties, pest management strategies) that were the focus of your R&amp;D efforts in 2025. How did you assess the technological risks associated with these components?</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1071-0061</w:t>
            </w:r>
          </w:p>
        </w:tc>
        <w:tc>
          <w:tcPr>
            <w:tcW w:type="dxa" w:w="2160"/>
          </w:tcPr>
          <w:p>
            <w:r>
              <w:t>Section 174 Uncertainty</w:t>
            </w:r>
          </w:p>
        </w:tc>
        <w:tc>
          <w:tcPr>
            <w:tcW w:type="dxa" w:w="2160"/>
          </w:tcPr>
          <w:p>
            <w:r>
              <w:t>Explain any uncertainties you encountered regarding the regulatory compliance of your new pear cultivation methods in 2025. How did these uncertainties influence your R&amp;D decisions?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1071-0062</w:t>
            </w:r>
          </w:p>
        </w:tc>
        <w:tc>
          <w:tcPr>
            <w:tcW w:type="dxa" w:w="2160"/>
          </w:tcPr>
          <w:p>
            <w:r>
              <w:t>Commercial Production</w:t>
            </w:r>
          </w:p>
        </w:tc>
        <w:tc>
          <w:tcPr>
            <w:tcW w:type="dxa" w:w="2160"/>
          </w:tcPr>
          <w:p>
            <w:r>
              <w:t>Can you describe any specific processes or techniques you employed in the cultivation of pears that were experimental or aimed at improving yield or quality beyond standard agricultural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1071-0063</w:t>
            </w:r>
          </w:p>
        </w:tc>
        <w:tc>
          <w:tcPr>
            <w:tcW w:type="dxa" w:w="2160"/>
          </w:tcPr>
          <w:p>
            <w:r>
              <w:t>Adaptation</w:t>
            </w:r>
          </w:p>
        </w:tc>
        <w:tc>
          <w:tcPr>
            <w:tcW w:type="dxa" w:w="2160"/>
          </w:tcPr>
          <w:p>
            <w:r>
              <w:t>Have you made any significant modifications to existing pear varieties to enhance disease resistance or adaptability to local climate conditions? Please detail these adaptations.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1071-0064</w:t>
            </w:r>
          </w:p>
        </w:tc>
        <w:tc>
          <w:tcPr>
            <w:tcW w:type="dxa" w:w="2160"/>
          </w:tcPr>
          <w:p>
            <w:r>
              <w:t>Duplication</w:t>
            </w:r>
          </w:p>
        </w:tc>
        <w:tc>
          <w:tcPr>
            <w:tcW w:type="dxa" w:w="2160"/>
          </w:tcPr>
          <w:p>
            <w:r>
              <w:t>During the tax year, did you replicate any existing agricultural methods or processes without any innovation or experimentation? If yes, please specify the methods used.</w:t>
              <w:br/>
              <w:t>Answer type: Yes-No + details</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1071-0065</w:t>
            </w:r>
          </w:p>
        </w:tc>
        <w:tc>
          <w:tcPr>
            <w:tcW w:type="dxa" w:w="2160"/>
          </w:tcPr>
          <w:p>
            <w:r>
              <w:t>Routine Testing</w:t>
            </w:r>
          </w:p>
        </w:tc>
        <w:tc>
          <w:tcPr>
            <w:tcW w:type="dxa" w:w="2160"/>
          </w:tcPr>
          <w:p>
            <w:r>
              <w:t>What routine testing did you perform on your pear crops, and how did these tests differ from experimental trials aimed at innovation?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1071-0066</w:t>
            </w:r>
          </w:p>
        </w:tc>
        <w:tc>
          <w:tcPr>
            <w:tcW w:type="dxa" w:w="2160"/>
          </w:tcPr>
          <w:p>
            <w:r>
              <w:t>Foreign/Funded Research</w:t>
            </w:r>
          </w:p>
        </w:tc>
        <w:tc>
          <w:tcPr>
            <w:tcW w:type="dxa" w:w="2160"/>
          </w:tcPr>
          <w:p>
            <w:r>
              <w:t>Did you engage in any research activities funded by external sources or conducted outside of the U.S. during the tax year? If so, please provide details.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1071-0067</w:t>
            </w:r>
          </w:p>
        </w:tc>
        <w:tc>
          <w:tcPr>
            <w:tcW w:type="dxa" w:w="2160"/>
          </w:tcPr>
          <w:p>
            <w:r>
              <w:t>Unsupported Estimates</w:t>
            </w:r>
          </w:p>
        </w:tc>
        <w:tc>
          <w:tcPr>
            <w:tcW w:type="dxa" w:w="2160"/>
          </w:tcPr>
          <w:p>
            <w:r>
              <w:t>Did you rely on any estimates for costs related to R&amp;D activities in your pear cultivation? If yes, please describe how these estimates were derived and their basis.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1071-0068</w:t>
            </w:r>
          </w:p>
        </w:tc>
        <w:tc>
          <w:tcPr>
            <w:tcW w:type="dxa" w:w="2160"/>
          </w:tcPr>
          <w:p>
            <w:r>
              <w:t>Commercial Production</w:t>
            </w:r>
          </w:p>
        </w:tc>
        <w:tc>
          <w:tcPr>
            <w:tcW w:type="dxa" w:w="2160"/>
          </w:tcPr>
          <w:p>
            <w:r>
              <w:t>What percentage of your pear production was dedicated to experimental trials versus commercial sales in the tax year?</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1071-0069</w:t>
            </w:r>
          </w:p>
        </w:tc>
        <w:tc>
          <w:tcPr>
            <w:tcW w:type="dxa" w:w="2160"/>
          </w:tcPr>
          <w:p>
            <w:r>
              <w:t>Adaptation</w:t>
            </w:r>
          </w:p>
        </w:tc>
        <w:tc>
          <w:tcPr>
            <w:tcW w:type="dxa" w:w="2160"/>
          </w:tcPr>
          <w:p>
            <w:r>
              <w:t>Can you provide documentation or evidence of any trials conducted to adapt pear cultivation methods for better performance in your specific growing conditions?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1071-0070</w:t>
            </w:r>
          </w:p>
        </w:tc>
        <w:tc>
          <w:tcPr>
            <w:tcW w:type="dxa" w:w="2160"/>
          </w:tcPr>
          <w:p>
            <w:r>
              <w:t>Routine Testing</w:t>
            </w:r>
          </w:p>
        </w:tc>
        <w:tc>
          <w:tcPr>
            <w:tcW w:type="dxa" w:w="2160"/>
          </w:tcPr>
          <w:p>
            <w:r>
              <w:t>What specific metrics do you track during routine testing of your pear crops, and how do these metrics inform your production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1071-0071</w:t>
            </w:r>
          </w:p>
        </w:tc>
        <w:tc>
          <w:tcPr>
            <w:tcW w:type="dxa" w:w="2160"/>
          </w:tcPr>
          <w:p>
            <w:r>
              <w:t>Employee Roles</w:t>
            </w:r>
          </w:p>
        </w:tc>
        <w:tc>
          <w:tcPr>
            <w:tcW w:type="dxa" w:w="2160"/>
          </w:tcPr>
          <w:p>
            <w:r>
              <w:t>What specific roles did your employees play in the development of new pear varieties or cultivation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1071-0072</w:t>
            </w:r>
          </w:p>
        </w:tc>
        <w:tc>
          <w:tcPr>
            <w:tcW w:type="dxa" w:w="2160"/>
          </w:tcPr>
          <w:p>
            <w:r>
              <w:t>Wage Allocation</w:t>
            </w:r>
          </w:p>
        </w:tc>
        <w:tc>
          <w:tcPr>
            <w:tcW w:type="dxa" w:w="2160"/>
          </w:tcPr>
          <w:p>
            <w:r>
              <w:t>What percentage of each qualified employee's time was dedicated to R&amp;D activities related to pear cultivation in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1071-0073</w:t>
            </w:r>
          </w:p>
        </w:tc>
        <w:tc>
          <w:tcPr>
            <w:tcW w:type="dxa" w:w="2160"/>
          </w:tcPr>
          <w:p>
            <w:r>
              <w:t>Documentation</w:t>
            </w:r>
          </w:p>
        </w:tc>
        <w:tc>
          <w:tcPr>
            <w:tcW w:type="dxa" w:w="2160"/>
          </w:tcPr>
          <w:p>
            <w:r>
              <w:t>Can you provide documentation (e.g., timesheets, project logs) that supports the time allocation of employees working on R&amp;D projects for the tax year 2025?</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1071-0074</w:t>
            </w:r>
          </w:p>
        </w:tc>
        <w:tc>
          <w:tcPr>
            <w:tcW w:type="dxa" w:w="2160"/>
          </w:tcPr>
          <w:p>
            <w:r>
              <w:t>Compensation Structure</w:t>
            </w:r>
          </w:p>
        </w:tc>
        <w:tc>
          <w:tcPr>
            <w:tcW w:type="dxa" w:w="2160"/>
          </w:tcPr>
          <w:p>
            <w:r>
              <w:t>What is the total annual compensation for each employee involved in R&amp;D activities for the year 2025? Please include base salary and any bonuses.</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1071-0075</w:t>
            </w:r>
          </w:p>
        </w:tc>
        <w:tc>
          <w:tcPr>
            <w:tcW w:type="dxa" w:w="2160"/>
          </w:tcPr>
          <w:p>
            <w:r>
              <w:t>Employee Training</w:t>
            </w:r>
          </w:p>
        </w:tc>
        <w:tc>
          <w:tcPr>
            <w:tcW w:type="dxa" w:w="2160"/>
          </w:tcPr>
          <w:p>
            <w:r>
              <w:t>Did any of your employees receive specialized training in 2025 that directly contributed to the R&amp;D of new pear varieties or cultivation methods? If yes, please describe.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1071-0076</w:t>
            </w:r>
          </w:p>
        </w:tc>
        <w:tc>
          <w:tcPr>
            <w:tcW w:type="dxa" w:w="2160"/>
          </w:tcPr>
          <w:p>
            <w:r>
              <w:t>Project Involvement</w:t>
            </w:r>
          </w:p>
        </w:tc>
        <w:tc>
          <w:tcPr>
            <w:tcW w:type="dxa" w:w="2160"/>
          </w:tcPr>
          <w:p>
            <w:r>
              <w:t>List the specific R&amp;D projects related to pear cultivation that each employee participated in during 2025, including their contributions.</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1071-0077</w:t>
            </w:r>
          </w:p>
        </w:tc>
        <w:tc>
          <w:tcPr>
            <w:tcW w:type="dxa" w:w="2160"/>
          </w:tcPr>
          <w:p>
            <w:r>
              <w:t>Employee Retention</w:t>
            </w:r>
          </w:p>
        </w:tc>
        <w:tc>
          <w:tcPr>
            <w:tcW w:type="dxa" w:w="2160"/>
          </w:tcPr>
          <w:p>
            <w:r>
              <w:t>How many employees involved in R&amp;D activities were retained throughout the entire tax year 2025?</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1071-0078</w:t>
            </w:r>
          </w:p>
        </w:tc>
        <w:tc>
          <w:tcPr>
            <w:tcW w:type="dxa" w:w="2160"/>
          </w:tcPr>
          <w:p>
            <w:r>
              <w:t>Contractor Involvement</w:t>
            </w:r>
          </w:p>
        </w:tc>
        <w:tc>
          <w:tcPr>
            <w:tcW w:type="dxa" w:w="2160"/>
          </w:tcPr>
          <w:p>
            <w:r>
              <w:t>Did you engage any contractors or temporary employees for R&amp;D activities in 2025? If so, how were their wages allocated to R&amp;D?</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1071-0079</w:t>
            </w:r>
          </w:p>
        </w:tc>
        <w:tc>
          <w:tcPr>
            <w:tcW w:type="dxa" w:w="2160"/>
          </w:tcPr>
          <w:p>
            <w:r>
              <w:t>R&amp;D Activities</w:t>
            </w:r>
          </w:p>
        </w:tc>
        <w:tc>
          <w:tcPr>
            <w:tcW w:type="dxa" w:w="2160"/>
          </w:tcPr>
          <w:p>
            <w:r>
              <w:t>What specific R&amp;D activities did your employees perform that involved experimentation or technical uncertainty in the cultivation of pears during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1071-0080</w:t>
            </w:r>
          </w:p>
        </w:tc>
        <w:tc>
          <w:tcPr>
            <w:tcW w:type="dxa" w:w="2160"/>
          </w:tcPr>
          <w:p>
            <w:r>
              <w:t>Employee Identification</w:t>
            </w:r>
          </w:p>
        </w:tc>
        <w:tc>
          <w:tcPr>
            <w:tcW w:type="dxa" w:w="2160"/>
          </w:tcPr>
          <w:p>
            <w:r>
              <w:t>Please identify the employees who were directly involved in R&amp;D activities for pear cultivation in 2025, including their job titles and responsibilities.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1071-0081</w:t>
            </w:r>
          </w:p>
        </w:tc>
        <w:tc>
          <w:tcPr>
            <w:tcW w:type="dxa" w:w="2160"/>
          </w:tcPr>
          <w:p>
            <w:r>
              <w:t>Experimental Supplies Identification</w:t>
            </w:r>
          </w:p>
        </w:tc>
        <w:tc>
          <w:tcPr>
            <w:tcW w:type="dxa" w:w="2160"/>
          </w:tcPr>
          <w:p>
            <w:r>
              <w:t>What specific experimental supplies did you utilize in your pear growing processes during the 2025 tax year, and how did these supplies contribute to the development of new or improved pear varieties?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1071-0082</w:t>
            </w:r>
          </w:p>
        </w:tc>
        <w:tc>
          <w:tcPr>
            <w:tcW w:type="dxa" w:w="2160"/>
          </w:tcPr>
          <w:p>
            <w:r>
              <w:t>Exclusions from QRE</w:t>
            </w:r>
          </w:p>
        </w:tc>
        <w:tc>
          <w:tcPr>
            <w:tcW w:type="dxa" w:w="2160"/>
          </w:tcPr>
          <w:p>
            <w:r>
              <w:t>Were there any supplies used in your pear growing operations that were primarily for routine maintenance or production rather than experimentation? If so, please list them and explain their purpose.</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1071-0083</w:t>
            </w:r>
          </w:p>
        </w:tc>
        <w:tc>
          <w:tcPr>
            <w:tcW w:type="dxa" w:w="2160"/>
          </w:tcPr>
          <w:p>
            <w:r>
              <w:t>Supply Cost Allocation</w:t>
            </w:r>
          </w:p>
        </w:tc>
        <w:tc>
          <w:tcPr>
            <w:tcW w:type="dxa" w:w="2160"/>
          </w:tcPr>
          <w:p>
            <w:r>
              <w:t>What was the total cost of the experimental supplies used in your pear growing activities for the 2025 tax year? Please provide a breakdown of these costs by type of supply.</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1071-0084</w:t>
            </w:r>
          </w:p>
        </w:tc>
        <w:tc>
          <w:tcPr>
            <w:tcW w:type="dxa" w:w="2160"/>
          </w:tcPr>
          <w:p>
            <w:r>
              <w:t>Documentation of Experimental Use</w:t>
            </w:r>
          </w:p>
        </w:tc>
        <w:tc>
          <w:tcPr>
            <w:tcW w:type="dxa" w:w="2160"/>
          </w:tcPr>
          <w:p>
            <w:r>
              <w:t>Can you provide documentation that demonstrates how the experimental supplies were used in the pear growing process? This may include lab notes, project plans, or experimental results.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1071-0085</w:t>
            </w:r>
          </w:p>
        </w:tc>
        <w:tc>
          <w:tcPr>
            <w:tcW w:type="dxa" w:w="2160"/>
          </w:tcPr>
          <w:p>
            <w:r>
              <w:t>Supplier Information</w:t>
            </w:r>
          </w:p>
        </w:tc>
        <w:tc>
          <w:tcPr>
            <w:tcW w:type="dxa" w:w="2160"/>
          </w:tcPr>
          <w:p>
            <w:r>
              <w:t>Who were the suppliers of the experimental supplies used in your pear growing operations? Please provide their names and the types of supplies provided.</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1071-0086</w:t>
            </w:r>
          </w:p>
        </w:tc>
        <w:tc>
          <w:tcPr>
            <w:tcW w:type="dxa" w:w="2160"/>
          </w:tcPr>
          <w:p>
            <w:r>
              <w:t>Contractor Services</w:t>
            </w:r>
          </w:p>
        </w:tc>
        <w:tc>
          <w:tcPr>
            <w:tcW w:type="dxa" w:w="2160"/>
          </w:tcPr>
          <w:p>
            <w:r>
              <w:t>What specific contractor services were engaged to support the development of new pear varieties or cultivation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1071-0087</w:t>
            </w:r>
          </w:p>
        </w:tc>
        <w:tc>
          <w:tcPr>
            <w:tcW w:type="dxa" w:w="2160"/>
          </w:tcPr>
          <w:p>
            <w:r>
              <w:t>U.S. Location</w:t>
            </w:r>
          </w:p>
        </w:tc>
        <w:tc>
          <w:tcPr>
            <w:tcW w:type="dxa" w:w="2160"/>
          </w:tcPr>
          <w:p>
            <w:r>
              <w:t>Were all contractor services performed within the United States, and if not, please specify the locations and the nature of the work conducted outside the U.S.?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1071-0088</w:t>
            </w:r>
          </w:p>
        </w:tc>
        <w:tc>
          <w:tcPr>
            <w:tcW w:type="dxa" w:w="2160"/>
          </w:tcPr>
          <w:p>
            <w:r>
              <w:t>Rights</w:t>
            </w:r>
          </w:p>
        </w:tc>
        <w:tc>
          <w:tcPr>
            <w:tcW w:type="dxa" w:w="2160"/>
          </w:tcPr>
          <w:p>
            <w:r>
              <w:t>What rights did your business retain over the results or products developed by the contractors, and how does this impact your eligibility for the R&amp;D tax credit?</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1071-0089</w:t>
            </w:r>
          </w:p>
        </w:tc>
        <w:tc>
          <w:tcPr>
            <w:tcW w:type="dxa" w:w="2160"/>
          </w:tcPr>
          <w:p>
            <w:r>
              <w:t>Economic Risk</w:t>
            </w:r>
          </w:p>
        </w:tc>
        <w:tc>
          <w:tcPr>
            <w:tcW w:type="dxa" w:w="2160"/>
          </w:tcPr>
          <w:p>
            <w:r>
              <w:t>Can you describe the economic risks assumed by your business in relation to the contractor services provided for R&amp;D activities?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1071-0090</w:t>
            </w:r>
          </w:p>
        </w:tc>
        <w:tc>
          <w:tcPr>
            <w:tcW w:type="dxa" w:w="2160"/>
          </w:tcPr>
          <w:p>
            <w:r>
              <w:t>Eligible Amount</w:t>
            </w:r>
          </w:p>
        </w:tc>
        <w:tc>
          <w:tcPr>
            <w:tcW w:type="dxa" w:w="2160"/>
          </w:tcPr>
          <w:p>
            <w:r>
              <w:t>What was the total amount paid to contractors for R&amp;D services related to pear cultivation in 2025, and how was this amount determined?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1071-0091</w:t>
            </w:r>
          </w:p>
        </w:tc>
        <w:tc>
          <w:tcPr>
            <w:tcW w:type="dxa" w:w="2160"/>
          </w:tcPr>
          <w:p>
            <w:r>
              <w:t>Contractor Agreements</w:t>
            </w:r>
          </w:p>
        </w:tc>
        <w:tc>
          <w:tcPr>
            <w:tcW w:type="dxa" w:w="2160"/>
          </w:tcPr>
          <w:p>
            <w:r>
              <w:t>Please provide details of any written agreements or contracts with contractors that outline the scope of work related to R&amp;D activities for the pear growing process. Are these agreements available for review?</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1071-0092</w:t>
            </w:r>
          </w:p>
        </w:tc>
        <w:tc>
          <w:tcPr>
            <w:tcW w:type="dxa" w:w="2160"/>
          </w:tcPr>
          <w:p>
            <w:r>
              <w:t>Documentation</w:t>
            </w:r>
          </w:p>
        </w:tc>
        <w:tc>
          <w:tcPr>
            <w:tcW w:type="dxa" w:w="2160"/>
          </w:tcPr>
          <w:p>
            <w:r>
              <w:t>What documentation do you have to support the R&amp;D activities performed by contractors, including invoices, project descriptions, and outcomes achieved?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1071-0093</w:t>
            </w:r>
          </w:p>
        </w:tc>
        <w:tc>
          <w:tcPr>
            <w:tcW w:type="dxa" w:w="2160"/>
          </w:tcPr>
          <w:p>
            <w:r>
              <w:t>Third-party cloud services</w:t>
            </w:r>
          </w:p>
        </w:tc>
        <w:tc>
          <w:tcPr>
            <w:tcW w:type="dxa" w:w="2160"/>
          </w:tcPr>
          <w:p>
            <w:r>
              <w:t>Did your pear growing operations utilize any third-party cloud computing services to develop software or systems aimed at improving crop yield or pest management during the tax year 2025? If yes, please specify the services used and their purpose.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1071-0094</w:t>
            </w:r>
          </w:p>
        </w:tc>
        <w:tc>
          <w:tcPr>
            <w:tcW w:type="dxa" w:w="2160"/>
          </w:tcPr>
          <w:p>
            <w:r>
              <w:t>Third-party software development</w:t>
            </w:r>
          </w:p>
        </w:tc>
        <w:tc>
          <w:tcPr>
            <w:tcW w:type="dxa" w:w="2160"/>
          </w:tcPr>
          <w:p>
            <w:r>
              <w:t>If you engaged third-party vendors for software development related to agricultural processes in 2025, please provide details on the nature of the projects, including the objectives and any experimental methods employed.</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1071-0095</w:t>
            </w:r>
          </w:p>
        </w:tc>
        <w:tc>
          <w:tcPr>
            <w:tcW w:type="dxa" w:w="2160"/>
          </w:tcPr>
          <w:p>
            <w:r>
              <w:t>Project Documentation</w:t>
            </w:r>
          </w:p>
        </w:tc>
        <w:tc>
          <w:tcPr>
            <w:tcW w:type="dxa" w:w="2160"/>
          </w:tcPr>
          <w:p>
            <w:r>
              <w:t>Can you provide documentation that outlines the specific objectives and hypotheses for the pear cultivation improvements you undertook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1071-0096</w:t>
            </w:r>
          </w:p>
        </w:tc>
        <w:tc>
          <w:tcPr>
            <w:tcW w:type="dxa" w:w="2160"/>
          </w:tcPr>
          <w:p>
            <w:r>
              <w:t>Cost Tracking</w:t>
            </w:r>
          </w:p>
        </w:tc>
        <w:tc>
          <w:tcPr>
            <w:tcW w:type="dxa" w:w="2160"/>
          </w:tcPr>
          <w:p>
            <w:r>
              <w:t>What specific costs did you incur related to the experimental techniques used in your pear growing operations in 2025? Please itemize these costs.</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1071-0097</w:t>
            </w:r>
          </w:p>
        </w:tc>
        <w:tc>
          <w:tcPr>
            <w:tcW w:type="dxa" w:w="2160"/>
          </w:tcPr>
          <w:p>
            <w:r>
              <w:t>Project Timeline</w:t>
            </w:r>
          </w:p>
        </w:tc>
        <w:tc>
          <w:tcPr>
            <w:tcW w:type="dxa" w:w="2160"/>
          </w:tcPr>
          <w:p>
            <w:r>
              <w:t>What was the timeline for the experimental projects undertaken in 2025, including start and end dates for each project?</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1071-0098</w:t>
            </w:r>
          </w:p>
        </w:tc>
        <w:tc>
          <w:tcPr>
            <w:tcW w:type="dxa" w:w="2160"/>
          </w:tcPr>
          <w:p>
            <w:r>
              <w:t>Experimental Methods</w:t>
            </w:r>
          </w:p>
        </w:tc>
        <w:tc>
          <w:tcPr>
            <w:tcW w:type="dxa" w:w="2160"/>
          </w:tcPr>
          <w:p>
            <w:r>
              <w:t>Describe the experimental methods you employed to improve pear yield or disease resistance in 2025. How did these methods differ from standard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1071-0099</w:t>
            </w:r>
          </w:p>
        </w:tc>
        <w:tc>
          <w:tcPr>
            <w:tcW w:type="dxa" w:w="2160"/>
          </w:tcPr>
          <w:p>
            <w:r>
              <w:t>Record Keeping</w:t>
            </w:r>
          </w:p>
        </w:tc>
        <w:tc>
          <w:tcPr>
            <w:tcW w:type="dxa" w:w="2160"/>
          </w:tcPr>
          <w:p>
            <w:r>
              <w:t>What records do you maintain to demonstrate the changes in pear yield or quality as a result of your experimental efforts in 2025?</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1071-0100</w:t>
            </w:r>
          </w:p>
        </w:tc>
        <w:tc>
          <w:tcPr>
            <w:tcW w:type="dxa" w:w="2160"/>
          </w:tcPr>
          <w:p>
            <w:r>
              <w:t>Personnel Involvement</w:t>
            </w:r>
          </w:p>
        </w:tc>
        <w:tc>
          <w:tcPr>
            <w:tcW w:type="dxa" w:w="2160"/>
          </w:tcPr>
          <w:p>
            <w:r>
              <w:t>Who were the key personnel involved in the R&amp;D projects for pear cultivation in 2025, and what roles did they play?</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1071-0101</w:t>
            </w:r>
          </w:p>
        </w:tc>
        <w:tc>
          <w:tcPr>
            <w:tcW w:type="dxa" w:w="2160"/>
          </w:tcPr>
          <w:p>
            <w:r>
              <w:t>Technical Challenges</w:t>
            </w:r>
          </w:p>
        </w:tc>
        <w:tc>
          <w:tcPr>
            <w:tcW w:type="dxa" w:w="2160"/>
          </w:tcPr>
          <w:p>
            <w:r>
              <w:t>What specific technical challenges did you encounter during your R&amp;D projects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1071-0102</w:t>
            </w:r>
          </w:p>
        </w:tc>
        <w:tc>
          <w:tcPr>
            <w:tcW w:type="dxa" w:w="2160"/>
          </w:tcPr>
          <w:p>
            <w:r>
              <w:t>Outcome Measurement</w:t>
            </w:r>
          </w:p>
        </w:tc>
        <w:tc>
          <w:tcPr>
            <w:tcW w:type="dxa" w:w="2160"/>
          </w:tcPr>
          <w:p>
            <w:r>
              <w:t>How did you measure the outcomes of your R&amp;D projects in 2025, and what metrics did you use to evaluate success?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1071-0103</w:t>
            </w:r>
          </w:p>
        </w:tc>
        <w:tc>
          <w:tcPr>
            <w:tcW w:type="dxa" w:w="2160"/>
          </w:tcPr>
          <w:p>
            <w:r>
              <w:t>Compliance with Standards</w:t>
            </w:r>
          </w:p>
        </w:tc>
        <w:tc>
          <w:tcPr>
            <w:tcW w:type="dxa" w:w="2160"/>
          </w:tcPr>
          <w:p>
            <w:r>
              <w:t xml:space="preserve">Did you follow any specific agricultural or scientific standards while conducting your R&amp;D in 2025? If so, please specify which standards. </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1071-0104</w:t>
            </w:r>
          </w:p>
        </w:tc>
        <w:tc>
          <w:tcPr>
            <w:tcW w:type="dxa" w:w="2160"/>
          </w:tcPr>
          <w:p>
            <w:r>
              <w:t>Funding Sources</w:t>
            </w:r>
          </w:p>
        </w:tc>
        <w:tc>
          <w:tcPr>
            <w:tcW w:type="dxa" w:w="2160"/>
          </w:tcPr>
          <w:p>
            <w:r>
              <w:t>What sources of funding or grants did you utilize to support your R&amp;D activities in 2025, if any?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1071-0105</w:t>
            </w:r>
          </w:p>
        </w:tc>
        <w:tc>
          <w:tcPr>
            <w:tcW w:type="dxa" w:w="2160"/>
          </w:tcPr>
          <w:p>
            <w:r>
              <w:t>Qualified Research Activities (QRA)</w:t>
            </w:r>
          </w:p>
        </w:tc>
        <w:tc>
          <w:tcPr>
            <w:tcW w:type="dxa" w:w="2160"/>
          </w:tcPr>
          <w:p>
            <w:r>
              <w:t>During the tax year 2025, did your pear growing operations involve any experimental trials to develop new pear varieties or improve existing ones? Please describe the nature of these trials.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1071-0106</w:t>
            </w:r>
          </w:p>
        </w:tc>
        <w:tc>
          <w:tcPr>
            <w:tcW w:type="dxa" w:w="2160"/>
          </w:tcPr>
          <w:p>
            <w:r>
              <w:t>Qualified Research Activities (QRA)</w:t>
            </w:r>
          </w:p>
        </w:tc>
        <w:tc>
          <w:tcPr>
            <w:tcW w:type="dxa" w:w="2160"/>
          </w:tcPr>
          <w:p>
            <w:r>
              <w:t>What specific methodologies or scientific principles did you apply in your research to enhance pear yield or disease resistance?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1071-0107</w:t>
            </w:r>
          </w:p>
        </w:tc>
        <w:tc>
          <w:tcPr>
            <w:tcW w:type="dxa" w:w="2160"/>
          </w:tcPr>
          <w:p>
            <w:r>
              <w:t>Qualified Research Expenses (QRE)</w:t>
            </w:r>
          </w:p>
        </w:tc>
        <w:tc>
          <w:tcPr>
            <w:tcW w:type="dxa" w:w="2160"/>
          </w:tcPr>
          <w:p>
            <w:r>
              <w:t>For the tax year 2025, please provide a detailed breakdown of all wages paid to employees directly involved in R&amp;D activities related to pear cultivation.</w:t>
              <w:br/>
              <w:t>Answer type: Repeating table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1071-0108</w:t>
            </w:r>
          </w:p>
        </w:tc>
        <w:tc>
          <w:tcPr>
            <w:tcW w:type="dxa" w:w="2160"/>
          </w:tcPr>
          <w:p>
            <w:r>
              <w:t>Qualified Research Expenses (QRE)</w:t>
            </w:r>
          </w:p>
        </w:tc>
        <w:tc>
          <w:tcPr>
            <w:tcW w:type="dxa" w:w="2160"/>
          </w:tcPr>
          <w:p>
            <w:r>
              <w:t>Did you incur any costs for materials used in R&amp;D activities for pear growing? If yes, please specify the types of materials and their associated costs.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1071-0109</w:t>
            </w:r>
          </w:p>
        </w:tc>
        <w:tc>
          <w:tcPr>
            <w:tcW w:type="dxa" w:w="2160"/>
          </w:tcPr>
          <w:p>
            <w:r>
              <w:t>Contract Research</w:t>
            </w:r>
          </w:p>
        </w:tc>
        <w:tc>
          <w:tcPr>
            <w:tcW w:type="dxa" w:w="2160"/>
          </w:tcPr>
          <w:p>
            <w:r>
              <w:t>Did you engage any third-party contractors for R&amp;D activities related to pear production during 2025? If so, please provide details of the contracts and the nature of the work performed.</w:t>
              <w:br/>
              <w:t>Answer type: Yes-No + details</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1071-0110</w:t>
            </w:r>
          </w:p>
        </w:tc>
        <w:tc>
          <w:tcPr>
            <w:tcW w:type="dxa" w:w="2160"/>
          </w:tcPr>
          <w:p>
            <w:r>
              <w:t>Documentation and Evidence</w:t>
            </w:r>
          </w:p>
        </w:tc>
        <w:tc>
          <w:tcPr>
            <w:tcW w:type="dxa" w:w="2160"/>
          </w:tcPr>
          <w:p>
            <w:r>
              <w:t>What documentation do you have to support the R&amp;D activities conducted in 2025? Please list specific reports, lab results, or project summaries.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1071-0111</w:t>
            </w:r>
          </w:p>
        </w:tc>
        <w:tc>
          <w:tcPr>
            <w:tcW w:type="dxa" w:w="2160"/>
          </w:tcPr>
          <w:p>
            <w:r>
              <w:t>Time Tracking</w:t>
            </w:r>
          </w:p>
        </w:tc>
        <w:tc>
          <w:tcPr>
            <w:tcW w:type="dxa" w:w="2160"/>
          </w:tcPr>
          <w:p>
            <w:r>
              <w:t>How do you track the time spent by employees on R&amp;D activities versus routine agricultural operations? Please describe your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1071-0112</w:t>
            </w:r>
          </w:p>
        </w:tc>
        <w:tc>
          <w:tcPr>
            <w:tcW w:type="dxa" w:w="2160"/>
          </w:tcPr>
          <w:p>
            <w:r>
              <w:t>Experimentation</w:t>
            </w:r>
          </w:p>
        </w:tc>
        <w:tc>
          <w:tcPr>
            <w:tcW w:type="dxa" w:w="2160"/>
          </w:tcPr>
          <w:p>
            <w:r>
              <w:t>Can you provide examples of specific hypotheses tested during your R&amp;D efforts in pear cultivation? What were the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1071-0113</w:t>
            </w:r>
          </w:p>
        </w:tc>
        <w:tc>
          <w:tcPr>
            <w:tcW w:type="dxa" w:w="2160"/>
          </w:tcPr>
          <w:p>
            <w:r>
              <w:t>Innovation and Improvement</w:t>
            </w:r>
          </w:p>
        </w:tc>
        <w:tc>
          <w:tcPr>
            <w:tcW w:type="dxa" w:w="2160"/>
          </w:tcPr>
          <w:p>
            <w:r>
              <w:t>What innovative techniques or technologies have you implemented in your pear growing operations that qualify as experimental development?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1071-0114</w:t>
            </w:r>
          </w:p>
        </w:tc>
        <w:tc>
          <w:tcPr>
            <w:tcW w:type="dxa" w:w="2160"/>
          </w:tcPr>
          <w:p>
            <w:r>
              <w:t>Credit Calculation</w:t>
            </w:r>
          </w:p>
        </w:tc>
        <w:tc>
          <w:tcPr>
            <w:tcW w:type="dxa" w:w="2160"/>
          </w:tcPr>
          <w:p>
            <w:r>
              <w:t>Based on your R&amp;D activities and expenses, what is your estimated federal R&amp;D tax credit for the year 2025? Please provide calculations and assumptions used.</w:t>
              <w:br/>
              <w:t>Answer type: Calculation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1071-0115</w:t>
            </w:r>
          </w:p>
        </w:tc>
        <w:tc>
          <w:tcPr>
            <w:tcW w:type="dxa" w:w="2160"/>
          </w:tcPr>
          <w:p>
            <w:r>
              <w:t>Future Planning</w:t>
            </w:r>
          </w:p>
        </w:tc>
        <w:tc>
          <w:tcPr>
            <w:tcW w:type="dxa" w:w="2160"/>
          </w:tcPr>
          <w:p>
            <w:r>
              <w:t>Looking forward, what R&amp;D projects do you plan to undertake in the next tax year that may qualify for the R&amp;D tax credit? Please describe your objectives.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1071-0116</w:t>
            </w:r>
          </w:p>
        </w:tc>
        <w:tc>
          <w:tcPr>
            <w:tcW w:type="dxa" w:w="2160"/>
          </w:tcPr>
          <w:p>
            <w:r>
              <w:t>Qualified Research Activities</w:t>
            </w:r>
          </w:p>
        </w:tc>
        <w:tc>
          <w:tcPr>
            <w:tcW w:type="dxa" w:w="2160"/>
          </w:tcPr>
          <w:p>
            <w:r>
              <w:t>During the tax year 2025, did your pear growing operations involve developing new cultivation techniques or improving existing ones that required experimentation? If yes, please describe the specific techniques and the experimental process used.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1071-0117</w:t>
            </w:r>
          </w:p>
        </w:tc>
        <w:tc>
          <w:tcPr>
            <w:tcW w:type="dxa" w:w="2160"/>
          </w:tcPr>
          <w:p>
            <w:r>
              <w:t>Qualified Research Expenses</w:t>
            </w:r>
          </w:p>
        </w:tc>
        <w:tc>
          <w:tcPr>
            <w:tcW w:type="dxa" w:w="2160"/>
          </w:tcPr>
          <w:p>
            <w:r>
              <w:t>What were the total wages paid to employees directly engaged in R&amp;D activities related to pear cultivation during 2025? Please provide a breakdown of these wages by employee role.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1071-0118</w:t>
            </w:r>
          </w:p>
        </w:tc>
        <w:tc>
          <w:tcPr>
            <w:tcW w:type="dxa" w:w="2160"/>
          </w:tcPr>
          <w:p>
            <w:r>
              <w:t>Supplies and Materials</w:t>
            </w:r>
          </w:p>
        </w:tc>
        <w:tc>
          <w:tcPr>
            <w:tcW w:type="dxa" w:w="2160"/>
          </w:tcPr>
          <w:p>
            <w:r>
              <w:t>Did you incur any expenses for supplies used in R&amp;D activities for your pear growing operations in 2025? If so, please list the types of supplies and their costs.</w:t>
              <w:br/>
              <w:t>Answer type: Currency</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1071-0119</w:t>
            </w:r>
          </w:p>
        </w:tc>
        <w:tc>
          <w:tcPr>
            <w:tcW w:type="dxa" w:w="2160"/>
          </w:tcPr>
          <w:p>
            <w:r>
              <w:t>Contract Research</w:t>
            </w:r>
          </w:p>
        </w:tc>
        <w:tc>
          <w:tcPr>
            <w:tcW w:type="dxa" w:w="2160"/>
          </w:tcPr>
          <w:p>
            <w:r>
              <w:t>Did you engage any third-party contractors for R&amp;D activities related to pear growing in 2025? If yes, please provide details of the contracts and the nature of the work performed.</w:t>
              <w:br/>
              <w:t>Answer type: Long text + evidence</w:t>
              <w:br/>
              <w:t>Trigger: Always</w:t>
              <w:br/>
              <w:t>Required: No</w:t>
              <w:br/>
              <w:t>Risk: High</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1071-0120</w:t>
            </w:r>
          </w:p>
        </w:tc>
        <w:tc>
          <w:tcPr>
            <w:tcW w:type="dxa" w:w="2160"/>
          </w:tcPr>
          <w:p>
            <w:r>
              <w:t>Documentation</w:t>
            </w:r>
          </w:p>
        </w:tc>
        <w:tc>
          <w:tcPr>
            <w:tcW w:type="dxa" w:w="2160"/>
          </w:tcPr>
          <w:p>
            <w:r>
              <w:t>What documentation do you maintain to support your R&amp;D claims for the year 2025? Please specify the types of records (e.g., project reports, lab notebooks, expense receipts).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1071-0121</w:t>
            </w:r>
          </w:p>
        </w:tc>
        <w:tc>
          <w:tcPr>
            <w:tcW w:type="dxa" w:w="2160"/>
          </w:tcPr>
          <w:p>
            <w:r>
              <w:t>Experimentation</w:t>
            </w:r>
          </w:p>
        </w:tc>
        <w:tc>
          <w:tcPr>
            <w:tcW w:type="dxa" w:w="2160"/>
          </w:tcPr>
          <w:p>
            <w:r>
              <w:t>Can you describe any failures or setbacks encountered during your R&amp;D processes for pear cultivation in 2025? How did these inform your subsequent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1071-0122</w:t>
            </w:r>
          </w:p>
        </w:tc>
        <w:tc>
          <w:tcPr>
            <w:tcW w:type="dxa" w:w="2160"/>
          </w:tcPr>
          <w:p>
            <w:r>
              <w:t>Time Tracking</w:t>
            </w:r>
          </w:p>
        </w:tc>
        <w:tc>
          <w:tcPr>
            <w:tcW w:type="dxa" w:w="2160"/>
          </w:tcPr>
          <w:p>
            <w:r>
              <w:t>How do you track the time spent by employees on R&amp;D activities related to pear growing? Please provide details on your time-tracking methods.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1071-0123</w:t>
            </w:r>
          </w:p>
        </w:tc>
        <w:tc>
          <w:tcPr>
            <w:tcW w:type="dxa" w:w="2160"/>
          </w:tcPr>
          <w:p>
            <w:r>
              <w:t>R&amp;D Goals</w:t>
            </w:r>
          </w:p>
        </w:tc>
        <w:tc>
          <w:tcPr>
            <w:tcW w:type="dxa" w:w="2160"/>
          </w:tcPr>
          <w:p>
            <w:r>
              <w:t>What specific scientific or technological uncertainties did your pear growing R&amp;D efforts aim to resolve in 2025? Please describe the objectives of your R&amp;D projects.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1071-0124</w:t>
            </w:r>
          </w:p>
        </w:tc>
        <w:tc>
          <w:tcPr>
            <w:tcW w:type="dxa" w:w="2160"/>
          </w:tcPr>
          <w:p>
            <w:r>
              <w:t>Previous R&amp;D</w:t>
            </w:r>
          </w:p>
        </w:tc>
        <w:tc>
          <w:tcPr>
            <w:tcW w:type="dxa" w:w="2160"/>
          </w:tcPr>
          <w:p>
            <w:r>
              <w:t>Have you conducted any R&amp;D activities related to pear cultivation in prior years that influenced your 2025 projects? If so, please describe how these past activities impacted your current R&amp;D efforts.</w:t>
              <w:br/>
              <w:t>Answer type: Long text</w:t>
              <w:br/>
              <w:t>Trigger: Yes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1071-0125</w:t>
            </w:r>
          </w:p>
        </w:tc>
        <w:tc>
          <w:tcPr>
            <w:tcW w:type="dxa" w:w="2160"/>
          </w:tcPr>
          <w:p>
            <w:r>
              <w:t>Regulatory Compliance</w:t>
            </w:r>
          </w:p>
        </w:tc>
        <w:tc>
          <w:tcPr>
            <w:tcW w:type="dxa" w:w="2160"/>
          </w:tcPr>
          <w:p>
            <w:r>
              <w:t>Are there any state-specific regulations or compliance requirements that impacted your R&amp;D activities for pear cultivation in 2025? Please provide details.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1071-0126</w:t>
            </w:r>
          </w:p>
        </w:tc>
        <w:tc>
          <w:tcPr>
            <w:tcW w:type="dxa" w:w="2160"/>
          </w:tcPr>
          <w:p>
            <w:r>
              <w:t>Project Outcomes</w:t>
            </w:r>
          </w:p>
        </w:tc>
        <w:tc>
          <w:tcPr>
            <w:tcW w:type="dxa" w:w="2160"/>
          </w:tcPr>
          <w:p>
            <w:r>
              <w:t>What were the outcomes of your R&amp;D activities for pear cultivation in 2025? Please detail any new products, processes, or improvements that resulted from your research.</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1071-0127</w:t>
            </w:r>
          </w:p>
        </w:tc>
        <w:tc>
          <w:tcPr>
            <w:tcW w:type="dxa" w:w="2160"/>
          </w:tcPr>
          <w:p>
            <w:r>
              <w:t>Final Conclusions</w:t>
            </w:r>
          </w:p>
        </w:tc>
        <w:tc>
          <w:tcPr>
            <w:tcW w:type="dxa" w:w="2160"/>
          </w:tcPr>
          <w:p>
            <w:r>
              <w:t>What specific R&amp;D activities related to pear cultivation were undertaken in 2025 that you believe meet the IRS criteria for qualified research?</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1071-0128</w:t>
            </w:r>
          </w:p>
        </w:tc>
        <w:tc>
          <w:tcPr>
            <w:tcW w:type="dxa" w:w="2160"/>
          </w:tcPr>
          <w:p>
            <w:r>
              <w:t>Open Issues</w:t>
            </w:r>
          </w:p>
        </w:tc>
        <w:tc>
          <w:tcPr>
            <w:tcW w:type="dxa" w:w="2160"/>
          </w:tcPr>
          <w:p>
            <w:r>
              <w:t>Are there any unresolved issues from the 2025 R&amp;D tax credit claims that could impact future claims or require further documentation?</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1071-0129</w:t>
            </w:r>
          </w:p>
        </w:tc>
        <w:tc>
          <w:tcPr>
            <w:tcW w:type="dxa" w:w="2160"/>
          </w:tcPr>
          <w:p>
            <w:r>
              <w:t>Certification</w:t>
            </w:r>
          </w:p>
        </w:tc>
        <w:tc>
          <w:tcPr>
            <w:tcW w:type="dxa" w:w="2160"/>
          </w:tcPr>
          <w:p>
            <w:r>
              <w:t>Can you provide documentation that supports the experimental design and hypotheses tested during your R&amp;D activities in 2025?</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1071-0130</w:t>
            </w:r>
          </w:p>
        </w:tc>
        <w:tc>
          <w:tcPr>
            <w:tcW w:type="dxa" w:w="2160"/>
          </w:tcPr>
          <w:p>
            <w:r>
              <w:t>Review</w:t>
            </w:r>
          </w:p>
        </w:tc>
        <w:tc>
          <w:tcPr>
            <w:tcW w:type="dxa" w:w="2160"/>
          </w:tcPr>
          <w:p>
            <w:r>
              <w:t>What methodologies were used to assess the effectiveness of the new pear varieties developed through R&amp;D in 2025?</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1071-0131</w:t>
            </w:r>
          </w:p>
        </w:tc>
        <w:tc>
          <w:tcPr>
            <w:tcW w:type="dxa" w:w="2160"/>
          </w:tcPr>
          <w:p>
            <w:r>
              <w:t>Next-Year Controls</w:t>
            </w:r>
          </w:p>
        </w:tc>
        <w:tc>
          <w:tcPr>
            <w:tcW w:type="dxa" w:w="2160"/>
          </w:tcPr>
          <w:p>
            <w:r>
              <w:t>What changes to your R&amp;D processes do you plan to implement in 2026 based on the findings from your 2025 activities?</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1071-0132</w:t>
            </w:r>
          </w:p>
        </w:tc>
        <w:tc>
          <w:tcPr>
            <w:tcW w:type="dxa" w:w="2160"/>
          </w:tcPr>
          <w:p>
            <w:r>
              <w:t>Final Conclusions</w:t>
            </w:r>
          </w:p>
        </w:tc>
        <w:tc>
          <w:tcPr>
            <w:tcW w:type="dxa" w:w="2160"/>
          </w:tcPr>
          <w:p>
            <w:r>
              <w:t>What percentage of your total expenses in 2025 were allocated to R&amp;D activities related to pear cultivation?</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1071-0133</w:t>
            </w:r>
          </w:p>
        </w:tc>
        <w:tc>
          <w:tcPr>
            <w:tcW w:type="dxa" w:w="2160"/>
          </w:tcPr>
          <w:p>
            <w:r>
              <w:t>Open Issues</w:t>
            </w:r>
          </w:p>
        </w:tc>
        <w:tc>
          <w:tcPr>
            <w:tcW w:type="dxa" w:w="2160"/>
          </w:tcPr>
          <w:p>
            <w:r>
              <w:t>Were there any challenges or failures encountered during the R&amp;D process in 2025 that may affect the qualification of your claims?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1071-0134</w:t>
            </w:r>
          </w:p>
        </w:tc>
        <w:tc>
          <w:tcPr>
            <w:tcW w:type="dxa" w:w="2160"/>
          </w:tcPr>
          <w:p>
            <w:r>
              <w:t>Certification</w:t>
            </w:r>
          </w:p>
        </w:tc>
        <w:tc>
          <w:tcPr>
            <w:tcW w:type="dxa" w:w="2160"/>
          </w:tcPr>
          <w:p>
            <w:r>
              <w:t>Have you maintained a contemporaneous record of your R&amp;D activities, including dates, personnel involved, and results achieved in 2025?</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1071-0135</w:t>
            </w:r>
          </w:p>
        </w:tc>
        <w:tc>
          <w:tcPr>
            <w:tcW w:type="dxa" w:w="2160"/>
          </w:tcPr>
          <w:p>
            <w:r>
              <w:t>Review</w:t>
            </w:r>
          </w:p>
        </w:tc>
        <w:tc>
          <w:tcPr>
            <w:tcW w:type="dxa" w:w="2160"/>
          </w:tcPr>
          <w:p>
            <w:r>
              <w:t>What specific experiments were conducted to test the resistance of pear varieties to diseases in 2025?</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1071-0136</w:t>
            </w:r>
          </w:p>
        </w:tc>
        <w:tc>
          <w:tcPr>
            <w:tcW w:type="dxa" w:w="2160"/>
          </w:tcPr>
          <w:p>
            <w:r>
              <w:t>Next-Year Controls</w:t>
            </w:r>
          </w:p>
        </w:tc>
        <w:tc>
          <w:tcPr>
            <w:tcW w:type="dxa" w:w="2160"/>
          </w:tcPr>
          <w:p>
            <w:r>
              <w:t>What metrics will you use to evaluate the success of the R&amp;D initiatives in 2026 based on the outcomes from 2025?</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RECEIVING-INPUTS-QUALITY-CONTROL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1071-0137</w:t>
            </w:r>
          </w:p>
        </w:tc>
        <w:tc>
          <w:tcPr>
            <w:tcW w:type="dxa" w:w="2160"/>
          </w:tcPr>
          <w:p>
            <w:r>
              <w:t>Input Sourcing</w:t>
            </w:r>
          </w:p>
        </w:tc>
        <w:tc>
          <w:tcPr>
            <w:tcW w:type="dxa" w:w="2160"/>
          </w:tcPr>
          <w:p>
            <w:r>
              <w:t>What criteria do you use to select suppliers of raw pears, and how do you evaluate their compliance with these criteria?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1071-0138</w:t>
            </w:r>
          </w:p>
        </w:tc>
        <w:tc>
          <w:tcPr>
            <w:tcW w:type="dxa" w:w="2160"/>
          </w:tcPr>
          <w:p>
            <w:r>
              <w:t>Supplier Standards</w:t>
            </w:r>
          </w:p>
        </w:tc>
        <w:tc>
          <w:tcPr>
            <w:tcW w:type="dxa" w:w="2160"/>
          </w:tcPr>
          <w:p>
            <w:r>
              <w:t>Can you describe the specific quality standards that your suppliers must meet for raw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1071-0139</w:t>
            </w:r>
          </w:p>
        </w:tc>
        <w:tc>
          <w:tcPr>
            <w:tcW w:type="dxa" w:w="2160"/>
          </w:tcPr>
          <w:p>
            <w:r>
              <w:t>Initial Inspections</w:t>
            </w:r>
          </w:p>
        </w:tc>
        <w:tc>
          <w:tcPr>
            <w:tcW w:type="dxa" w:w="2160"/>
          </w:tcPr>
          <w:p>
            <w:r>
              <w:t>What specific tests or inspections do you perform on raw pears upon receiving them? Please list the methods used.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1071-0140</w:t>
            </w:r>
          </w:p>
        </w:tc>
        <w:tc>
          <w:tcPr>
            <w:tcW w:type="dxa" w:w="2160"/>
          </w:tcPr>
          <w:p>
            <w:r>
              <w:t>Quality Assessment</w:t>
            </w:r>
          </w:p>
        </w:tc>
        <w:tc>
          <w:tcPr>
            <w:tcW w:type="dxa" w:w="2160"/>
          </w:tcPr>
          <w:p>
            <w:r>
              <w:t>How do you document the results of the quality assessments performed on incoming raw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1071-0141</w:t>
            </w:r>
          </w:p>
        </w:tc>
        <w:tc>
          <w:tcPr>
            <w:tcW w:type="dxa" w:w="2160"/>
          </w:tcPr>
          <w:p>
            <w:r>
              <w:t>Storage Conditions</w:t>
            </w:r>
          </w:p>
        </w:tc>
        <w:tc>
          <w:tcPr>
            <w:tcW w:type="dxa" w:w="2160"/>
          </w:tcPr>
          <w:p>
            <w:r>
              <w:t>What are the specific storage conditions (temperature, humidity, etc.) maintained for raw pears upon receipt?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1071-0142</w:t>
            </w:r>
          </w:p>
        </w:tc>
        <w:tc>
          <w:tcPr>
            <w:tcW w:type="dxa" w:w="2160"/>
          </w:tcPr>
          <w:p>
            <w:r>
              <w:t>Inventory Tracking</w:t>
            </w:r>
          </w:p>
        </w:tc>
        <w:tc>
          <w:tcPr>
            <w:tcW w:type="dxa" w:w="2160"/>
          </w:tcPr>
          <w:p>
            <w:r>
              <w:t>What systems do you have in place for tracking the inventory of raw pears from receipt to storage?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1071-0143</w:t>
            </w:r>
          </w:p>
        </w:tc>
        <w:tc>
          <w:tcPr>
            <w:tcW w:type="dxa" w:w="2160"/>
          </w:tcPr>
          <w:p>
            <w:r>
              <w:t>Traceability Systems</w:t>
            </w:r>
          </w:p>
        </w:tc>
        <w:tc>
          <w:tcPr>
            <w:tcW w:type="dxa" w:w="2160"/>
          </w:tcPr>
          <w:p>
            <w:r>
              <w:t>How do you ensure traceability of raw pears back to their source? Please describe the systems used.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1071-0144</w:t>
            </w:r>
          </w:p>
        </w:tc>
        <w:tc>
          <w:tcPr>
            <w:tcW w:type="dxa" w:w="2160"/>
          </w:tcPr>
          <w:p>
            <w:r>
              <w:t>Quality Assessment</w:t>
            </w:r>
          </w:p>
        </w:tc>
        <w:tc>
          <w:tcPr>
            <w:tcW w:type="dxa" w:w="2160"/>
          </w:tcPr>
          <w:p>
            <w:r>
              <w:t>What thresholds do you use to determine if raw pears do not meet quality standards, and what actions do you take in such cases?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1071-0145</w:t>
            </w:r>
          </w:p>
        </w:tc>
        <w:tc>
          <w:tcPr>
            <w:tcW w:type="dxa" w:w="2160"/>
          </w:tcPr>
          <w:p>
            <w:r>
              <w:t>Supplier Standards</w:t>
            </w:r>
          </w:p>
        </w:tc>
        <w:tc>
          <w:tcPr>
            <w:tcW w:type="dxa" w:w="2160"/>
          </w:tcPr>
          <w:p>
            <w:r>
              <w:t>How frequently do you audit or review your suppliers to ensure they meet established quality standards?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1071-0146</w:t>
            </w:r>
          </w:p>
        </w:tc>
        <w:tc>
          <w:tcPr>
            <w:tcW w:type="dxa" w:w="2160"/>
          </w:tcPr>
          <w:p>
            <w:r>
              <w:t>Initial Inspections</w:t>
            </w:r>
          </w:p>
        </w:tc>
        <w:tc>
          <w:tcPr>
            <w:tcW w:type="dxa" w:w="2160"/>
          </w:tcPr>
          <w:p>
            <w:r>
              <w:t>What specific documentation do you require from suppliers at the time of delivery for raw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1071-0147</w:t>
            </w:r>
          </w:p>
        </w:tc>
        <w:tc>
          <w:tcPr>
            <w:tcW w:type="dxa" w:w="2160"/>
          </w:tcPr>
          <w:p>
            <w:r>
              <w:t>Storage Conditions</w:t>
            </w:r>
          </w:p>
        </w:tc>
        <w:tc>
          <w:tcPr>
            <w:tcW w:type="dxa" w:w="2160"/>
          </w:tcPr>
          <w:p>
            <w:r>
              <w:t>How do you monitor and record the storage conditions of raw pears after they are received?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1071-0148</w:t>
            </w:r>
          </w:p>
        </w:tc>
        <w:tc>
          <w:tcPr>
            <w:tcW w:type="dxa" w:w="2160"/>
          </w:tcPr>
          <w:p>
            <w:r>
              <w:t>Inventory Tracking</w:t>
            </w:r>
          </w:p>
        </w:tc>
        <w:tc>
          <w:tcPr>
            <w:tcW w:type="dxa" w:w="2160"/>
          </w:tcPr>
          <w:p>
            <w:r>
              <w:t>What software or systems do you use for inventory management of raw pears? Please specify.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1071-0149</w:t>
            </w:r>
          </w:p>
        </w:tc>
        <w:tc>
          <w:tcPr>
            <w:tcW w:type="dxa" w:w="2160"/>
          </w:tcPr>
          <w:p>
            <w:r>
              <w:t>Quality Assessment</w:t>
            </w:r>
          </w:p>
        </w:tc>
        <w:tc>
          <w:tcPr>
            <w:tcW w:type="dxa" w:w="2160"/>
          </w:tcPr>
          <w:p>
            <w:r>
              <w:t>Can you provide examples of quality control failures in the past year and how they were addressed?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1071-0150</w:t>
            </w:r>
          </w:p>
        </w:tc>
        <w:tc>
          <w:tcPr>
            <w:tcW w:type="dxa" w:w="2160"/>
          </w:tcPr>
          <w:p>
            <w:r>
              <w:t>Traceability Systems</w:t>
            </w:r>
          </w:p>
        </w:tc>
        <w:tc>
          <w:tcPr>
            <w:tcW w:type="dxa" w:w="2160"/>
          </w:tcPr>
          <w:p>
            <w:r>
              <w:t>What methods do you use to trace back any quality issues with raw pears to specific batches or suppliers?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1071-0151</w:t>
            </w:r>
          </w:p>
        </w:tc>
        <w:tc>
          <w:tcPr>
            <w:tcW w:type="dxa" w:w="2160"/>
          </w:tcPr>
          <w:p>
            <w:r>
              <w:t>Input Sourcing</w:t>
            </w:r>
          </w:p>
        </w:tc>
        <w:tc>
          <w:tcPr>
            <w:tcW w:type="dxa" w:w="2160"/>
          </w:tcPr>
          <w:p>
            <w:r>
              <w:t>How do you assess the reliability and quality history of new suppliers before sourcing raw pears from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1071-0152</w:t>
            </w:r>
          </w:p>
        </w:tc>
        <w:tc>
          <w:tcPr>
            <w:tcW w:type="dxa" w:w="2160"/>
          </w:tcPr>
          <w:p>
            <w:r>
              <w:t>Supplier Standards</w:t>
            </w:r>
          </w:p>
        </w:tc>
        <w:tc>
          <w:tcPr>
            <w:tcW w:type="dxa" w:w="2160"/>
          </w:tcPr>
          <w:p>
            <w:r>
              <w:t>What specific certifications or quality marks do your suppliers need to have for raw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1071-0153</w:t>
            </w:r>
          </w:p>
        </w:tc>
        <w:tc>
          <w:tcPr>
            <w:tcW w:type="dxa" w:w="2160"/>
          </w:tcPr>
          <w:p>
            <w:r>
              <w:t>Initial Inspections</w:t>
            </w:r>
          </w:p>
        </w:tc>
        <w:tc>
          <w:tcPr>
            <w:tcW w:type="dxa" w:w="2160"/>
          </w:tcPr>
          <w:p>
            <w:r>
              <w:t>How do you train your staff to perform initial inspections on raw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1071-0154</w:t>
            </w:r>
          </w:p>
        </w:tc>
        <w:tc>
          <w:tcPr>
            <w:tcW w:type="dxa" w:w="2160"/>
          </w:tcPr>
          <w:p>
            <w:r>
              <w:t>Inventory Tracking</w:t>
            </w:r>
          </w:p>
        </w:tc>
        <w:tc>
          <w:tcPr>
            <w:tcW w:type="dxa" w:w="2160"/>
          </w:tcPr>
          <w:p>
            <w:r>
              <w:t>How do you ensure that the inventory records for raw pears are accurate and up-to-date?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1071-0155</w:t>
            </w:r>
          </w:p>
        </w:tc>
        <w:tc>
          <w:tcPr>
            <w:tcW w:type="dxa" w:w="2160"/>
          </w:tcPr>
          <w:p>
            <w:r>
              <w:t>Traceability Systems</w:t>
            </w:r>
          </w:p>
        </w:tc>
        <w:tc>
          <w:tcPr>
            <w:tcW w:type="dxa" w:w="2160"/>
          </w:tcPr>
          <w:p>
            <w:r>
              <w:t>What challenges do you face in maintaining traceability of raw pears, and how do you address them?</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1071-0156</w:t>
            </w:r>
          </w:p>
        </w:tc>
        <w:tc>
          <w:tcPr>
            <w:tcW w:type="dxa" w:w="2160"/>
          </w:tcPr>
          <w:p>
            <w:r>
              <w:t>Quality Control</w:t>
            </w:r>
          </w:p>
        </w:tc>
        <w:tc>
          <w:tcPr>
            <w:tcW w:type="dxa" w:w="2160"/>
          </w:tcPr>
          <w:p>
            <w:r>
              <w:t>What quality control measures do you implement when receiving inputs for pear production?</w:t>
              <w:br/>
              <w:t>Answer type: Open-ended</w:t>
              <w:br/>
              <w:t>Trigger: None</w:t>
              <w:br/>
              <w:t>Required: Yes</w:t>
              <w:br/>
              <w:t>Risk: High</w:t>
            </w:r>
          </w:p>
        </w:tc>
        <w:tc>
          <w:tcPr>
            <w:tcW w:type="dxa" w:w="2160"/>
          </w:tcPr>
          <w:p>
            <w:r>
              <w:t>Primary authority: Quality Assurance Standards</w:t>
              <w:br/>
              <w:t>Response: ___________________________</w:t>
              <w:br/>
              <w:t>Evidence: ___________________________</w:t>
              <w:br/>
              <w:t>Reviewer conclusion: ___________________________</w:t>
            </w:r>
          </w:p>
        </w:tc>
      </w:tr>
      <w:tr>
        <w:tc>
          <w:tcPr>
            <w:tcW w:type="dxa" w:w="2160"/>
          </w:tcPr>
          <w:p>
            <w:r>
              <w:t>1071-0157</w:t>
            </w:r>
          </w:p>
        </w:tc>
        <w:tc>
          <w:tcPr>
            <w:tcW w:type="dxa" w:w="2160"/>
          </w:tcPr>
          <w:p>
            <w:r>
              <w:t>Operational</w:t>
            </w:r>
          </w:p>
        </w:tc>
        <w:tc>
          <w:tcPr>
            <w:tcW w:type="dxa" w:w="2160"/>
          </w:tcPr>
          <w:p>
            <w:r>
              <w:t>How do you document the quality assessment of inputs received for pear cultivation?</w:t>
              <w:br/>
              <w:t>Answer type: Open-ended</w:t>
              <w:br/>
              <w:t>Trigger: None</w:t>
              <w:br/>
              <w:t>Required: Yes</w:t>
              <w:br/>
              <w:t>Risk: Medium</w:t>
            </w:r>
          </w:p>
        </w:tc>
        <w:tc>
          <w:tcPr>
            <w:tcW w:type="dxa" w:w="2160"/>
          </w:tcPr>
          <w:p>
            <w:r>
              <w:t>Primary authority: Operational Procedures</w:t>
              <w:br/>
              <w:t>Response: ___________________________</w:t>
              <w:br/>
              <w:t>Evidence: ___________________________</w:t>
              <w:br/>
              <w:t>Reviewer conclusion: ___________________________</w:t>
            </w:r>
          </w:p>
        </w:tc>
      </w:tr>
    </w:tbl>
    <w:p/>
    <w:p>
      <w:pPr>
        <w:pStyle w:val="Heading2"/>
      </w:pPr>
      <w:r>
        <w:t>PRE-PROCESSING-CLEANING-TECHNIQUES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1071-0158</w:t>
            </w:r>
          </w:p>
        </w:tc>
        <w:tc>
          <w:tcPr>
            <w:tcW w:type="dxa" w:w="2160"/>
          </w:tcPr>
          <w:p>
            <w:r>
              <w:t>Washing Methods</w:t>
            </w:r>
          </w:p>
        </w:tc>
        <w:tc>
          <w:tcPr>
            <w:tcW w:type="dxa" w:w="2160"/>
          </w:tcPr>
          <w:p>
            <w:r>
              <w:t>What specific washing methods do you employ for cleaning pears, and how do you determine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1071-0159</w:t>
            </w:r>
          </w:p>
        </w:tc>
        <w:tc>
          <w:tcPr>
            <w:tcW w:type="dxa" w:w="2160"/>
          </w:tcPr>
          <w:p>
            <w:r>
              <w:t>Sanitation Protocols</w:t>
            </w:r>
          </w:p>
        </w:tc>
        <w:tc>
          <w:tcPr>
            <w:tcW w:type="dxa" w:w="2160"/>
          </w:tcPr>
          <w:p>
            <w:r>
              <w:t>Describe the sanitation protocols in place for equipment used in the cleaning of pears. How often are these protocols reviewed and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1071-0160</w:t>
            </w:r>
          </w:p>
        </w:tc>
        <w:tc>
          <w:tcPr>
            <w:tcW w:type="dxa" w:w="2160"/>
          </w:tcPr>
          <w:p>
            <w:r>
              <w:t>Chemical Use</w:t>
            </w:r>
          </w:p>
        </w:tc>
        <w:tc>
          <w:tcPr>
            <w:tcW w:type="dxa" w:w="2160"/>
          </w:tcPr>
          <w:p>
            <w:r>
              <w:t>What chemicals are used in the cleaning process of pears, and how do you ensure they comply with safety and regulatory standards?</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1071-0161</w:t>
            </w:r>
          </w:p>
        </w:tc>
        <w:tc>
          <w:tcPr>
            <w:tcW w:type="dxa" w:w="2160"/>
          </w:tcPr>
          <w:p>
            <w:r>
              <w:t>Water Quality</w:t>
            </w:r>
          </w:p>
        </w:tc>
        <w:tc>
          <w:tcPr>
            <w:tcW w:type="dxa" w:w="2160"/>
          </w:tcPr>
          <w:p>
            <w:r>
              <w:t>What measures do you take to monitor and maintain the quality of water used in the cleaning process of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1071-0162</w:t>
            </w:r>
          </w:p>
        </w:tc>
        <w:tc>
          <w:tcPr>
            <w:tcW w:type="dxa" w:w="2160"/>
          </w:tcPr>
          <w:p>
            <w:r>
              <w:t>Equipment Used</w:t>
            </w:r>
          </w:p>
        </w:tc>
        <w:tc>
          <w:tcPr>
            <w:tcW w:type="dxa" w:w="2160"/>
          </w:tcPr>
          <w:p>
            <w:r>
              <w:t>List the equipment used for cleaning pears, including any innovative technologies or processes that have been implemented recently. How do these innovations impact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1071-0163</w:t>
            </w:r>
          </w:p>
        </w:tc>
        <w:tc>
          <w:tcPr>
            <w:tcW w:type="dxa" w:w="2160"/>
          </w:tcPr>
          <w:p>
            <w:r>
              <w:t>Process Validation</w:t>
            </w:r>
          </w:p>
        </w:tc>
        <w:tc>
          <w:tcPr>
            <w:tcW w:type="dxa" w:w="2160"/>
          </w:tcPr>
          <w:p>
            <w:r>
              <w:t>How do you validate the effectiveness of your cleaning process for pears? What metrics or tests do you employ?</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1071-0164</w:t>
            </w:r>
          </w:p>
        </w:tc>
        <w:tc>
          <w:tcPr>
            <w:tcW w:type="dxa" w:w="2160"/>
          </w:tcPr>
          <w:p>
            <w:r>
              <w:t>Waste Management</w:t>
            </w:r>
          </w:p>
        </w:tc>
        <w:tc>
          <w:tcPr>
            <w:tcW w:type="dxa" w:w="2160"/>
          </w:tcPr>
          <w:p>
            <w:r>
              <w:t>What procedures are in place for managing waste generated from the pear cleaning process, and how do you ensure compliance with environmental regulations?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1071-0165</w:t>
            </w:r>
          </w:p>
        </w:tc>
        <w:tc>
          <w:tcPr>
            <w:tcW w:type="dxa" w:w="2160"/>
          </w:tcPr>
          <w:p>
            <w:r>
              <w:t>Washing Methods</w:t>
            </w:r>
          </w:p>
        </w:tc>
        <w:tc>
          <w:tcPr>
            <w:tcW w:type="dxa" w:w="2160"/>
          </w:tcPr>
          <w:p>
            <w:r>
              <w:t>Have you experimented with any new washing methods in the last year? If so, please describe the process and the results of those experiments.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1071-0166</w:t>
            </w:r>
          </w:p>
        </w:tc>
        <w:tc>
          <w:tcPr>
            <w:tcW w:type="dxa" w:w="2160"/>
          </w:tcPr>
          <w:p>
            <w:r>
              <w:t>Sanitation Protocols</w:t>
            </w:r>
          </w:p>
        </w:tc>
        <w:tc>
          <w:tcPr>
            <w:tcW w:type="dxa" w:w="2160"/>
          </w:tcPr>
          <w:p>
            <w:r>
              <w:t>What training do employees receive regarding sanitation protocols for cleaning equipment? How is this training documented?</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1071-0167</w:t>
            </w:r>
          </w:p>
        </w:tc>
        <w:tc>
          <w:tcPr>
            <w:tcW w:type="dxa" w:w="2160"/>
          </w:tcPr>
          <w:p>
            <w:r>
              <w:t>Chemical Use</w:t>
            </w:r>
          </w:p>
        </w:tc>
        <w:tc>
          <w:tcPr>
            <w:tcW w:type="dxa" w:w="2160"/>
          </w:tcPr>
          <w:p>
            <w:r>
              <w:t>How do you document the use of chemicals in the cleaning process, including quantities and application methods?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1071-0168</w:t>
            </w:r>
          </w:p>
        </w:tc>
        <w:tc>
          <w:tcPr>
            <w:tcW w:type="dxa" w:w="2160"/>
          </w:tcPr>
          <w:p>
            <w:r>
              <w:t>Water Quality</w:t>
            </w:r>
          </w:p>
        </w:tc>
        <w:tc>
          <w:tcPr>
            <w:tcW w:type="dxa" w:w="2160"/>
          </w:tcPr>
          <w:p>
            <w:r>
              <w:t>What specific tests do you conduct to assess the quality of water used in the cleaning process? Please provide details on frequency and results.</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1071-0169</w:t>
            </w:r>
          </w:p>
        </w:tc>
        <w:tc>
          <w:tcPr>
            <w:tcW w:type="dxa" w:w="2160"/>
          </w:tcPr>
          <w:p>
            <w:r>
              <w:t>Equipment Used</w:t>
            </w:r>
          </w:p>
        </w:tc>
        <w:tc>
          <w:tcPr>
            <w:tcW w:type="dxa" w:w="2160"/>
          </w:tcPr>
          <w:p>
            <w:r>
              <w:t>What maintenance schedules are in place for the cleaning equipment, and how do you document maintenance activities?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1071-0170</w:t>
            </w:r>
          </w:p>
        </w:tc>
        <w:tc>
          <w:tcPr>
            <w:tcW w:type="dxa" w:w="2160"/>
          </w:tcPr>
          <w:p>
            <w:r>
              <w:t>Process Validation</w:t>
            </w:r>
          </w:p>
        </w:tc>
        <w:tc>
          <w:tcPr>
            <w:tcW w:type="dxa" w:w="2160"/>
          </w:tcPr>
          <w:p>
            <w:r>
              <w:t>Have you faced any challenges in validating your cleaning process? If so, please describe the issues and how they were addressed.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1071-0171</w:t>
            </w:r>
          </w:p>
        </w:tc>
        <w:tc>
          <w:tcPr>
            <w:tcW w:type="dxa" w:w="2160"/>
          </w:tcPr>
          <w:p>
            <w:r>
              <w:t>Waste Management</w:t>
            </w:r>
          </w:p>
        </w:tc>
        <w:tc>
          <w:tcPr>
            <w:tcW w:type="dxa" w:w="2160"/>
          </w:tcPr>
          <w:p>
            <w:r>
              <w:t>What types of waste are generated from the cleaning process, and how do you categorize and track this waste?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1071-0172</w:t>
            </w:r>
          </w:p>
        </w:tc>
        <w:tc>
          <w:tcPr>
            <w:tcW w:type="dxa" w:w="2160"/>
          </w:tcPr>
          <w:p>
            <w:r>
              <w:t>Washing Methods</w:t>
            </w:r>
          </w:p>
        </w:tc>
        <w:tc>
          <w:tcPr>
            <w:tcW w:type="dxa" w:w="2160"/>
          </w:tcPr>
          <w:p>
            <w:r>
              <w:t>How do you assess the effectiveness of different washing methods on the quality of pears? What criteria do you use?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1071-0173</w:t>
            </w:r>
          </w:p>
        </w:tc>
        <w:tc>
          <w:tcPr>
            <w:tcW w:type="dxa" w:w="2160"/>
          </w:tcPr>
          <w:p>
            <w:r>
              <w:t>Sanitation Protocols</w:t>
            </w:r>
          </w:p>
        </w:tc>
        <w:tc>
          <w:tcPr>
            <w:tcW w:type="dxa" w:w="2160"/>
          </w:tcPr>
          <w:p>
            <w:r>
              <w:t>What records do you maintain regarding sanitation checks and compliance during the pear cleaning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1071-0174</w:t>
            </w:r>
          </w:p>
        </w:tc>
        <w:tc>
          <w:tcPr>
            <w:tcW w:type="dxa" w:w="2160"/>
          </w:tcPr>
          <w:p>
            <w:r>
              <w:t>Operational</w:t>
            </w:r>
          </w:p>
        </w:tc>
        <w:tc>
          <w:tcPr>
            <w:tcW w:type="dxa" w:w="2160"/>
          </w:tcPr>
          <w:p>
            <w:r>
              <w:t>What cleaning techniques do you employ to prepare pears for processing?</w:t>
              <w:br/>
              <w:t>Answer type: Open-ended</w:t>
              <w:br/>
              <w:t>Trigger: None</w:t>
              <w:br/>
              <w:t>Required: Yes</w:t>
              <w:br/>
              <w:t>Risk: Medium</w:t>
            </w:r>
          </w:p>
        </w:tc>
        <w:tc>
          <w:tcPr>
            <w:tcW w:type="dxa" w:w="2160"/>
          </w:tcPr>
          <w:p>
            <w:r>
              <w:t>Primary authority: Food Safety Guidelines</w:t>
              <w:br/>
              <w:t>Response: ___________________________</w:t>
              <w:br/>
              <w:t>Evidence: ___________________________</w:t>
              <w:br/>
              <w:t>Reviewer conclusion: ___________________________</w:t>
            </w:r>
          </w:p>
        </w:tc>
      </w:tr>
    </w:tbl>
    <w:p/>
    <w:p>
      <w:pPr>
        <w:pStyle w:val="Heading2"/>
      </w:pPr>
      <w:r>
        <w:t>EXTRACTION-FERMENTATION-PROCESSING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1071-0175</w:t>
            </w:r>
          </w:p>
        </w:tc>
        <w:tc>
          <w:tcPr>
            <w:tcW w:type="dxa" w:w="2160"/>
          </w:tcPr>
          <w:p>
            <w:r>
              <w:t>Juice Extraction Techniques</w:t>
            </w:r>
          </w:p>
        </w:tc>
        <w:tc>
          <w:tcPr>
            <w:tcW w:type="dxa" w:w="2160"/>
          </w:tcPr>
          <w:p>
            <w:r>
              <w:t>What specific methods do you utilize for extracting juice from pears, and how do these methods differ from traditional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1071-0176</w:t>
            </w:r>
          </w:p>
        </w:tc>
        <w:tc>
          <w:tcPr>
            <w:tcW w:type="dxa" w:w="2160"/>
          </w:tcPr>
          <w:p>
            <w:r>
              <w:t>Fermentation Techniques</w:t>
            </w:r>
          </w:p>
        </w:tc>
        <w:tc>
          <w:tcPr>
            <w:tcW w:type="dxa" w:w="2160"/>
          </w:tcPr>
          <w:p>
            <w:r>
              <w:t>Can you describe the fermentation techniques employed in your pear juice production, including any experimental variations you have tested?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1071-0177</w:t>
            </w:r>
          </w:p>
        </w:tc>
        <w:tc>
          <w:tcPr>
            <w:tcW w:type="dxa" w:w="2160"/>
          </w:tcPr>
          <w:p>
            <w:r>
              <w:t>Yeast Strains</w:t>
            </w:r>
          </w:p>
        </w:tc>
        <w:tc>
          <w:tcPr>
            <w:tcW w:type="dxa" w:w="2160"/>
          </w:tcPr>
          <w:p>
            <w:r>
              <w:t>What specific yeast strains have you experimented with for fermentation, and what criteria did you use to select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1071-0178</w:t>
            </w:r>
          </w:p>
        </w:tc>
        <w:tc>
          <w:tcPr>
            <w:tcW w:type="dxa" w:w="2160"/>
          </w:tcPr>
          <w:p>
            <w:r>
              <w:t>Temperature Control</w:t>
            </w:r>
          </w:p>
        </w:tc>
        <w:tc>
          <w:tcPr>
            <w:tcW w:type="dxa" w:w="2160"/>
          </w:tcPr>
          <w:p>
            <w:r>
              <w:t>How do you control the temperature during fermentation, and what experimental adjustments have you made to optimize the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1071-0179</w:t>
            </w:r>
          </w:p>
        </w:tc>
        <w:tc>
          <w:tcPr>
            <w:tcW w:type="dxa" w:w="2160"/>
          </w:tcPr>
          <w:p>
            <w:r>
              <w:t>pH Adjustments</w:t>
            </w:r>
          </w:p>
        </w:tc>
        <w:tc>
          <w:tcPr>
            <w:tcW w:type="dxa" w:w="2160"/>
          </w:tcPr>
          <w:p>
            <w:r>
              <w:t>What pH levels do you target during fermentation, and what adjustments have you made based on experimental results?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1071-0180</w:t>
            </w:r>
          </w:p>
        </w:tc>
        <w:tc>
          <w:tcPr>
            <w:tcW w:type="dxa" w:w="2160"/>
          </w:tcPr>
          <w:p>
            <w:r>
              <w:t>Process Optimization</w:t>
            </w:r>
          </w:p>
        </w:tc>
        <w:tc>
          <w:tcPr>
            <w:tcW w:type="dxa" w:w="2160"/>
          </w:tcPr>
          <w:p>
            <w:r>
              <w:t>Can you detail any process optimization experiments you have conducted to improve juice yield or quality?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1071-0181</w:t>
            </w:r>
          </w:p>
        </w:tc>
        <w:tc>
          <w:tcPr>
            <w:tcW w:type="dxa" w:w="2160"/>
          </w:tcPr>
          <w:p>
            <w:r>
              <w:t>Product Yield</w:t>
            </w:r>
          </w:p>
        </w:tc>
        <w:tc>
          <w:tcPr>
            <w:tcW w:type="dxa" w:w="2160"/>
          </w:tcPr>
          <w:p>
            <w:r>
              <w:t>What is the average yield of juice per ton of pears processed, and how has this yield changed with different extraction or fermentation techniques?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1071-0182</w:t>
            </w:r>
          </w:p>
        </w:tc>
        <w:tc>
          <w:tcPr>
            <w:tcW w:type="dxa" w:w="2160"/>
          </w:tcPr>
          <w:p>
            <w:r>
              <w:t>Experimental Techniques</w:t>
            </w:r>
          </w:p>
        </w:tc>
        <w:tc>
          <w:tcPr>
            <w:tcW w:type="dxa" w:w="2160"/>
          </w:tcPr>
          <w:p>
            <w:r>
              <w:t xml:space="preserve">Have you implemented any new extraction or fermentation technologies in the past year? If so, please describe the technology and its impact on production. </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1071-0183</w:t>
            </w:r>
          </w:p>
        </w:tc>
        <w:tc>
          <w:tcPr>
            <w:tcW w:type="dxa" w:w="2160"/>
          </w:tcPr>
          <w:p>
            <w:r>
              <w:t>Quality Control</w:t>
            </w:r>
          </w:p>
        </w:tc>
        <w:tc>
          <w:tcPr>
            <w:tcW w:type="dxa" w:w="2160"/>
          </w:tcPr>
          <w:p>
            <w:r>
              <w:t>What quality control measures do you have in place during the extraction and fermentation processes, and how do you document these measures?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1071-0184</w:t>
            </w:r>
          </w:p>
        </w:tc>
        <w:tc>
          <w:tcPr>
            <w:tcW w:type="dxa" w:w="2160"/>
          </w:tcPr>
          <w:p>
            <w:r>
              <w:t>Fermentation Duration</w:t>
            </w:r>
          </w:p>
        </w:tc>
        <w:tc>
          <w:tcPr>
            <w:tcW w:type="dxa" w:w="2160"/>
          </w:tcPr>
          <w:p>
            <w:r>
              <w:t>What is the typical duration of the fermentation process for your pear juice, and how have you experimented with this duration?</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1071-0185</w:t>
            </w:r>
          </w:p>
        </w:tc>
        <w:tc>
          <w:tcPr>
            <w:tcW w:type="dxa" w:w="2160"/>
          </w:tcPr>
          <w:p>
            <w:r>
              <w:t>Nutrient Additions</w:t>
            </w:r>
          </w:p>
        </w:tc>
        <w:tc>
          <w:tcPr>
            <w:tcW w:type="dxa" w:w="2160"/>
          </w:tcPr>
          <w:p>
            <w:r>
              <w:t>Do you add any nutrients to the fermentation process? If so, what are they and what experimental outcomes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1071-0186</w:t>
            </w:r>
          </w:p>
        </w:tc>
        <w:tc>
          <w:tcPr>
            <w:tcW w:type="dxa" w:w="2160"/>
          </w:tcPr>
          <w:p>
            <w:r>
              <w:t>Batch Variability</w:t>
            </w:r>
          </w:p>
        </w:tc>
        <w:tc>
          <w:tcPr>
            <w:tcW w:type="dxa" w:w="2160"/>
          </w:tcPr>
          <w:p>
            <w:r>
              <w:t>How do you handle variability in batch quality during extraction and fermentation, and what adjustments have you made based on this variability?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1071-0187</w:t>
            </w:r>
          </w:p>
        </w:tc>
        <w:tc>
          <w:tcPr>
            <w:tcW w:type="dxa" w:w="2160"/>
          </w:tcPr>
          <w:p>
            <w:r>
              <w:t>Historical Data</w:t>
            </w:r>
          </w:p>
        </w:tc>
        <w:tc>
          <w:tcPr>
            <w:tcW w:type="dxa" w:w="2160"/>
          </w:tcPr>
          <w:p>
            <w:r>
              <w:t>What historical data do you maintain regarding extraction and fermentation processes, and how is this data used to inform future experiments?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1071-0188</w:t>
            </w:r>
          </w:p>
        </w:tc>
        <w:tc>
          <w:tcPr>
            <w:tcW w:type="dxa" w:w="2160"/>
          </w:tcPr>
          <w:p>
            <w:r>
              <w:t>Process Documentation</w:t>
            </w:r>
          </w:p>
        </w:tc>
        <w:tc>
          <w:tcPr>
            <w:tcW w:type="dxa" w:w="2160"/>
          </w:tcPr>
          <w:p>
            <w:r>
              <w:t>How do you document changes made to extraction and fermentation processes for compliance and R&amp;D purposes?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1071-0189</w:t>
            </w:r>
          </w:p>
        </w:tc>
        <w:tc>
          <w:tcPr>
            <w:tcW w:type="dxa" w:w="2160"/>
          </w:tcPr>
          <w:p>
            <w:r>
              <w:t>Regulatory Compliance</w:t>
            </w:r>
          </w:p>
        </w:tc>
        <w:tc>
          <w:tcPr>
            <w:tcW w:type="dxa" w:w="2160"/>
          </w:tcPr>
          <w:p>
            <w:r>
              <w:t>What regulations do you adhere to during extraction and fermentation, and how do you ensure compliance?</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1071-0190</w:t>
            </w:r>
          </w:p>
        </w:tc>
        <w:tc>
          <w:tcPr>
            <w:tcW w:type="dxa" w:w="2160"/>
          </w:tcPr>
          <w:p>
            <w:r>
              <w:t>Waste Management</w:t>
            </w:r>
          </w:p>
        </w:tc>
        <w:tc>
          <w:tcPr>
            <w:tcW w:type="dxa" w:w="2160"/>
          </w:tcPr>
          <w:p>
            <w:r>
              <w:t>How do you manage waste generated during the extraction and fermentation processes, and what innovations have you implemented in waste reduction?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1071-0191</w:t>
            </w:r>
          </w:p>
        </w:tc>
        <w:tc>
          <w:tcPr>
            <w:tcW w:type="dxa" w:w="2160"/>
          </w:tcPr>
          <w:p>
            <w:r>
              <w:t>Consumer Feedback</w:t>
            </w:r>
          </w:p>
        </w:tc>
        <w:tc>
          <w:tcPr>
            <w:tcW w:type="dxa" w:w="2160"/>
          </w:tcPr>
          <w:p>
            <w:r>
              <w:t>How do you incorporate consumer feedback into your extraction and fermentation processes, and what changes have resulted from this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1071-0192</w:t>
            </w:r>
          </w:p>
        </w:tc>
        <w:tc>
          <w:tcPr>
            <w:tcW w:type="dxa" w:w="2160"/>
          </w:tcPr>
          <w:p>
            <w:r>
              <w:t>Innovation Tracking</w:t>
            </w:r>
          </w:p>
        </w:tc>
        <w:tc>
          <w:tcPr>
            <w:tcW w:type="dxa" w:w="2160"/>
          </w:tcPr>
          <w:p>
            <w:r>
              <w:t>What methods do you use to track innovations in extraction and fermentation processes, and how do you evaluate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1071-0193</w:t>
            </w:r>
          </w:p>
        </w:tc>
        <w:tc>
          <w:tcPr>
            <w:tcW w:type="dxa" w:w="2160"/>
          </w:tcPr>
          <w:p>
            <w:r>
              <w:t>Collaboration</w:t>
            </w:r>
          </w:p>
        </w:tc>
        <w:tc>
          <w:tcPr>
            <w:tcW w:type="dxa" w:w="2160"/>
          </w:tcPr>
          <w:p>
            <w:r>
              <w:t>Have you collaborated with any external research institutions or consultants on your extraction and fermentation processes? If so, what was the focus of that collaboration?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1071-0194</w:t>
            </w:r>
          </w:p>
        </w:tc>
        <w:tc>
          <w:tcPr>
            <w:tcW w:type="dxa" w:w="2160"/>
          </w:tcPr>
          <w:p>
            <w:r>
              <w:t>Product Testing</w:t>
            </w:r>
          </w:p>
        </w:tc>
        <w:tc>
          <w:tcPr>
            <w:tcW w:type="dxa" w:w="2160"/>
          </w:tcPr>
          <w:p>
            <w:r>
              <w:t>What types of product testing do you conduct on your pear juice, and how do the results influence your extraction and fermentation methods?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1071-0195</w:t>
            </w:r>
          </w:p>
        </w:tc>
        <w:tc>
          <w:tcPr>
            <w:tcW w:type="dxa" w:w="2160"/>
          </w:tcPr>
          <w:p>
            <w:r>
              <w:t>Process Optimization</w:t>
            </w:r>
          </w:p>
        </w:tc>
        <w:tc>
          <w:tcPr>
            <w:tcW w:type="dxa" w:w="2160"/>
          </w:tcPr>
          <w:p>
            <w:r>
              <w:t>What innovative fermentation techniques have you tested in your pear processing operations?</w:t>
              <w:br/>
              <w:t>Answer type: Open-ended</w:t>
              <w:br/>
              <w:t>Trigger: None</w:t>
              <w:br/>
              <w:t>Required: Yes</w:t>
              <w:br/>
              <w:t>Risk: High</w:t>
            </w:r>
          </w:p>
        </w:tc>
        <w:tc>
          <w:tcPr>
            <w:tcW w:type="dxa" w:w="2160"/>
          </w:tcPr>
          <w:p>
            <w:r>
              <w:t>Primary authority: Food Processing Standards</w:t>
              <w:br/>
              <w:t>Response: ___________________________</w:t>
              <w:br/>
              <w:t>Evidence: ___________________________</w:t>
              <w:br/>
              <w:t>Reviewer conclusion: ___________________________</w:t>
            </w:r>
          </w:p>
        </w:tc>
      </w:tr>
      <w:tr>
        <w:tc>
          <w:tcPr>
            <w:tcW w:type="dxa" w:w="2160"/>
          </w:tcPr>
          <w:p>
            <w:r>
              <w:t>1071-0196</w:t>
            </w:r>
          </w:p>
        </w:tc>
        <w:tc>
          <w:tcPr>
            <w:tcW w:type="dxa" w:w="2160"/>
          </w:tcPr>
          <w:p>
            <w:r>
              <w:t>Research and Development</w:t>
            </w:r>
          </w:p>
        </w:tc>
        <w:tc>
          <w:tcPr>
            <w:tcW w:type="dxa" w:w="2160"/>
          </w:tcPr>
          <w:p>
            <w:r>
              <w:t>Can you describe any challenges faced during the extraction process of pear juice and how you addressed them?</w:t>
              <w:br/>
              <w:t>Answer type: Open-ended</w:t>
              <w:br/>
              <w:t>Trigger: None</w:t>
              <w:br/>
              <w:t>Required: Yes</w:t>
              <w:br/>
              <w:t>Risk: Medium</w:t>
            </w:r>
          </w:p>
        </w:tc>
        <w:tc>
          <w:tcPr>
            <w:tcW w:type="dxa" w:w="2160"/>
          </w:tcPr>
          <w:p>
            <w:r>
              <w:t>Primary authority: Research Development</w:t>
              <w:br/>
              <w:t>Response: ___________________________</w:t>
              <w:br/>
              <w:t>Evidence: ___________________________</w:t>
              <w:br/>
              <w:t>Reviewer conclusion: ___________________________</w:t>
            </w:r>
          </w:p>
        </w:tc>
      </w:tr>
      <w:tr>
        <w:tc>
          <w:tcPr>
            <w:tcW w:type="dxa" w:w="2160"/>
          </w:tcPr>
          <w:p>
            <w:r>
              <w:t>1071-0197</w:t>
            </w:r>
          </w:p>
        </w:tc>
        <w:tc>
          <w:tcPr>
            <w:tcW w:type="dxa" w:w="2160"/>
          </w:tcPr>
          <w:p>
            <w:r>
              <w:t>Quality Control</w:t>
            </w:r>
          </w:p>
        </w:tc>
        <w:tc>
          <w:tcPr>
            <w:tcW w:type="dxa" w:w="2160"/>
          </w:tcPr>
          <w:p>
            <w:r>
              <w:t>What measures do you take to ensure the quality of the fermentation process in pear production?</w:t>
              <w:br/>
              <w:t>Answer type: Open-ended</w:t>
              <w:br/>
              <w:t>Trigger: None</w:t>
              <w:br/>
              <w:t>Required: Yes</w:t>
              <w:br/>
              <w:t>Risk: High</w:t>
            </w:r>
          </w:p>
        </w:tc>
        <w:tc>
          <w:tcPr>
            <w:tcW w:type="dxa" w:w="2160"/>
          </w:tcPr>
          <w:p>
            <w:r>
              <w:t>Primary authority: Quality Assurance Standards</w:t>
              <w:br/>
              <w:t>Response: ___________________________</w:t>
              <w:br/>
              <w:t>Evidence: ___________________________</w:t>
              <w:br/>
              <w:t>Reviewer conclusion: ___________________________</w:t>
            </w:r>
          </w:p>
        </w:tc>
      </w:tr>
    </w:tbl>
    <w:p/>
    <w:p>
      <w:pPr>
        <w:pStyle w:val="Heading2"/>
      </w:pPr>
      <w:r>
        <w:t>CONCENTRATION-CLARIFICATION-TECHNOLOGIES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1071-0198</w:t>
            </w:r>
          </w:p>
        </w:tc>
        <w:tc>
          <w:tcPr>
            <w:tcW w:type="dxa" w:w="2160"/>
          </w:tcPr>
          <w:p>
            <w:r>
              <w:t>Evaporation Methods</w:t>
            </w:r>
          </w:p>
        </w:tc>
        <w:tc>
          <w:tcPr>
            <w:tcW w:type="dxa" w:w="2160"/>
          </w:tcPr>
          <w:p>
            <w:r>
              <w:t>What specific evaporation methods are employed in your juice processing, and how do they differ from traditional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1071-0199</w:t>
            </w:r>
          </w:p>
        </w:tc>
        <w:tc>
          <w:tcPr>
            <w:tcW w:type="dxa" w:w="2160"/>
          </w:tcPr>
          <w:p>
            <w:r>
              <w:t>Centrifugation</w:t>
            </w:r>
          </w:p>
        </w:tc>
        <w:tc>
          <w:tcPr>
            <w:tcW w:type="dxa" w:w="2160"/>
          </w:tcPr>
          <w:p>
            <w:r>
              <w:t>Describe the centrifugation techniques used in your juice processing and any experimental modifications made to improve efficiency or quality. What results did these modifications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1071-0200</w:t>
            </w:r>
          </w:p>
        </w:tc>
        <w:tc>
          <w:tcPr>
            <w:tcW w:type="dxa" w:w="2160"/>
          </w:tcPr>
          <w:p>
            <w:r>
              <w:t>Filtration Techniques</w:t>
            </w:r>
          </w:p>
        </w:tc>
        <w:tc>
          <w:tcPr>
            <w:tcW w:type="dxa" w:w="2160"/>
          </w:tcPr>
          <w:p>
            <w:r>
              <w:t>What types of filtration techniques are utilized in your juice processing, and how do you determine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1071-0201</w:t>
            </w:r>
          </w:p>
        </w:tc>
        <w:tc>
          <w:tcPr>
            <w:tcW w:type="dxa" w:w="2160"/>
          </w:tcPr>
          <w:p>
            <w:r>
              <w:t>Enzyme Applications</w:t>
            </w:r>
          </w:p>
        </w:tc>
        <w:tc>
          <w:tcPr>
            <w:tcW w:type="dxa" w:w="2160"/>
          </w:tcPr>
          <w:p>
            <w:r>
              <w:t>What specific enzymes are applied in your juice processing, and what experimental results have you observed regarding their impact on juice quality and yield?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1071-0202</w:t>
            </w:r>
          </w:p>
        </w:tc>
        <w:tc>
          <w:tcPr>
            <w:tcW w:type="dxa" w:w="2160"/>
          </w:tcPr>
          <w:p>
            <w:r>
              <w:t>Color Removal</w:t>
            </w:r>
          </w:p>
        </w:tc>
        <w:tc>
          <w:tcPr>
            <w:tcW w:type="dxa" w:w="2160"/>
          </w:tcPr>
          <w:p>
            <w:r>
              <w:t>What techniques do you employ for color removal in juice processing, and how do you evaluate their effectiveness in maintaining product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1071-0203</w:t>
            </w:r>
          </w:p>
        </w:tc>
        <w:tc>
          <w:tcPr>
            <w:tcW w:type="dxa" w:w="2160"/>
          </w:tcPr>
          <w:p>
            <w:r>
              <w:t>Cloud Stability</w:t>
            </w:r>
          </w:p>
        </w:tc>
        <w:tc>
          <w:tcPr>
            <w:tcW w:type="dxa" w:w="2160"/>
          </w:tcPr>
          <w:p>
            <w:r>
              <w:t>How do you assess cloud stability in your juice products, and what innovative methods have you tested to enhance it?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1071-0204</w:t>
            </w:r>
          </w:p>
        </w:tc>
        <w:tc>
          <w:tcPr>
            <w:tcW w:type="dxa" w:w="2160"/>
          </w:tcPr>
          <w:p>
            <w:r>
              <w:t>Quality Retention</w:t>
            </w:r>
          </w:p>
        </w:tc>
        <w:tc>
          <w:tcPr>
            <w:tcW w:type="dxa" w:w="2160"/>
          </w:tcPr>
          <w:p>
            <w:r>
              <w:t>What processes are in place to ensure quality retention during concentration and clarification, and what experimental adjustments have you made to improve these processes?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1071-0205</w:t>
            </w:r>
          </w:p>
        </w:tc>
        <w:tc>
          <w:tcPr>
            <w:tcW w:type="dxa" w:w="2160"/>
          </w:tcPr>
          <w:p>
            <w:r>
              <w:t>Evaporation Methods</w:t>
            </w:r>
          </w:p>
        </w:tc>
        <w:tc>
          <w:tcPr>
            <w:tcW w:type="dxa" w:w="2160"/>
          </w:tcPr>
          <w:p>
            <w:r>
              <w:t>Can you provide data on the energy consumption of your evaporation methods compared to industry standards?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1071-0206</w:t>
            </w:r>
          </w:p>
        </w:tc>
        <w:tc>
          <w:tcPr>
            <w:tcW w:type="dxa" w:w="2160"/>
          </w:tcPr>
          <w:p>
            <w:r>
              <w:t>Centrifugation</w:t>
            </w:r>
          </w:p>
        </w:tc>
        <w:tc>
          <w:tcPr>
            <w:tcW w:type="dxa" w:w="2160"/>
          </w:tcPr>
          <w:p>
            <w:r>
              <w:t>What parameters do you monitor during centrifugation, and how do these parameters influence your operational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1071-0207</w:t>
            </w:r>
          </w:p>
        </w:tc>
        <w:tc>
          <w:tcPr>
            <w:tcW w:type="dxa" w:w="2160"/>
          </w:tcPr>
          <w:p>
            <w:r>
              <w:t>Filtration Techniques</w:t>
            </w:r>
          </w:p>
        </w:tc>
        <w:tc>
          <w:tcPr>
            <w:tcW w:type="dxa" w:w="2160"/>
          </w:tcPr>
          <w:p>
            <w:r>
              <w:t>Have you experimented with any new filtration technologies or materials? If so, what were the outcomes?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1071-0208</w:t>
            </w:r>
          </w:p>
        </w:tc>
        <w:tc>
          <w:tcPr>
            <w:tcW w:type="dxa" w:w="2160"/>
          </w:tcPr>
          <w:p>
            <w:r>
              <w:t>Enzyme Applications</w:t>
            </w:r>
          </w:p>
        </w:tc>
        <w:tc>
          <w:tcPr>
            <w:tcW w:type="dxa" w:w="2160"/>
          </w:tcPr>
          <w:p>
            <w:r>
              <w:t>What specific challenges have you faced in enzyme application during juice processing, and how have you addressed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1071-0209</w:t>
            </w:r>
          </w:p>
        </w:tc>
        <w:tc>
          <w:tcPr>
            <w:tcW w:type="dxa" w:w="2160"/>
          </w:tcPr>
          <w:p>
            <w:r>
              <w:t>Color Removal</w:t>
            </w:r>
          </w:p>
        </w:tc>
        <w:tc>
          <w:tcPr>
            <w:tcW w:type="dxa" w:w="2160"/>
          </w:tcPr>
          <w:p>
            <w:r>
              <w:t>What are the key performance indicators you track for color removal processes, and how do you use this data to refine your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1071-0210</w:t>
            </w:r>
          </w:p>
        </w:tc>
        <w:tc>
          <w:tcPr>
            <w:tcW w:type="dxa" w:w="2160"/>
          </w:tcPr>
          <w:p>
            <w:r>
              <w:t>Cloud Stability</w:t>
            </w:r>
          </w:p>
        </w:tc>
        <w:tc>
          <w:tcPr>
            <w:tcW w:type="dxa" w:w="2160"/>
          </w:tcPr>
          <w:p>
            <w:r>
              <w:t>What experimental techniques do you use to measure cloud stability in your juices, and what have been your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1071-0211</w:t>
            </w:r>
          </w:p>
        </w:tc>
        <w:tc>
          <w:tcPr>
            <w:tcW w:type="dxa" w:w="2160"/>
          </w:tcPr>
          <w:p>
            <w:r>
              <w:t>Quality Retention</w:t>
            </w:r>
          </w:p>
        </w:tc>
        <w:tc>
          <w:tcPr>
            <w:tcW w:type="dxa" w:w="2160"/>
          </w:tcPr>
          <w:p>
            <w:r>
              <w:t>How do you document and analyze the impact of concentration and clarification on the sensory attributes of your juice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1071-0212</w:t>
            </w:r>
          </w:p>
        </w:tc>
        <w:tc>
          <w:tcPr>
            <w:tcW w:type="dxa" w:w="2160"/>
          </w:tcPr>
          <w:p>
            <w:r>
              <w:t>Evaporation Methods</w:t>
            </w:r>
          </w:p>
        </w:tc>
        <w:tc>
          <w:tcPr>
            <w:tcW w:type="dxa" w:w="2160"/>
          </w:tcPr>
          <w:p>
            <w:r>
              <w:t>What specific challenges have you encountered with your evaporation methods, and what innovative solutions have you implemented?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1071-0213</w:t>
            </w:r>
          </w:p>
        </w:tc>
        <w:tc>
          <w:tcPr>
            <w:tcW w:type="dxa" w:w="2160"/>
          </w:tcPr>
          <w:p>
            <w:r>
              <w:t>Centrifugation</w:t>
            </w:r>
          </w:p>
        </w:tc>
        <w:tc>
          <w:tcPr>
            <w:tcW w:type="dxa" w:w="2160"/>
          </w:tcPr>
          <w:p>
            <w:r>
              <w:t>What experimental data do you collect during centrifugation, and how does this data influence your operational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1071-0214</w:t>
            </w:r>
          </w:p>
        </w:tc>
        <w:tc>
          <w:tcPr>
            <w:tcW w:type="dxa" w:w="2160"/>
          </w:tcPr>
          <w:p>
            <w:r>
              <w:t>Filtration Techniques</w:t>
            </w:r>
          </w:p>
        </w:tc>
        <w:tc>
          <w:tcPr>
            <w:tcW w:type="dxa" w:w="2160"/>
          </w:tcPr>
          <w:p>
            <w:r>
              <w:t>How do you evaluate the cost-effectiveness of your filtration techniques compared to traditional methods?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1071-0215</w:t>
            </w:r>
          </w:p>
        </w:tc>
        <w:tc>
          <w:tcPr>
            <w:tcW w:type="dxa" w:w="2160"/>
          </w:tcPr>
          <w:p>
            <w:r>
              <w:t>Enzyme Applications</w:t>
            </w:r>
          </w:p>
        </w:tc>
        <w:tc>
          <w:tcPr>
            <w:tcW w:type="dxa" w:w="2160"/>
          </w:tcPr>
          <w:p>
            <w:r>
              <w:t>What documentation do you maintain regarding enzyme application experiments, and how do you use this documentation for quality assurance?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1071-0216</w:t>
            </w:r>
          </w:p>
        </w:tc>
        <w:tc>
          <w:tcPr>
            <w:tcW w:type="dxa" w:w="2160"/>
          </w:tcPr>
          <w:p>
            <w:r>
              <w:t>Technology</w:t>
            </w:r>
          </w:p>
        </w:tc>
        <w:tc>
          <w:tcPr>
            <w:tcW w:type="dxa" w:w="2160"/>
          </w:tcPr>
          <w:p>
            <w:r>
              <w:t>What concentration technologies are currently utilized in your pear processing operations?</w:t>
              <w:br/>
              <w:t>Answer type: Open-ended</w:t>
              <w:br/>
              <w:t>Trigger: None</w:t>
              <w:br/>
              <w:t>Required: Yes</w:t>
              <w:br/>
              <w:t>Risk: Medium</w:t>
            </w:r>
          </w:p>
        </w:tc>
        <w:tc>
          <w:tcPr>
            <w:tcW w:type="dxa" w:w="2160"/>
          </w:tcPr>
          <w:p>
            <w:r>
              <w:t>Primary authority: Food Processing Technology</w:t>
              <w:br/>
              <w:t>Response: ___________________________</w:t>
              <w:br/>
              <w:t>Evidence: ___________________________</w:t>
              <w:br/>
              <w:t>Reviewer conclusion: ___________________________</w:t>
            </w:r>
          </w:p>
        </w:tc>
      </w:tr>
    </w:tbl>
    <w:p/>
    <w:p>
      <w:pPr>
        <w:pStyle w:val="Heading2"/>
      </w:pPr>
      <w:r>
        <w:t>PACKAGING-TRACEABILITY-SYSTEMS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1071-0217</w:t>
            </w:r>
          </w:p>
        </w:tc>
        <w:tc>
          <w:tcPr>
            <w:tcW w:type="dxa" w:w="2160"/>
          </w:tcPr>
          <w:p>
            <w:r>
              <w:t>Packaging Materials</w:t>
            </w:r>
          </w:p>
        </w:tc>
        <w:tc>
          <w:tcPr>
            <w:tcW w:type="dxa" w:w="2160"/>
          </w:tcPr>
          <w:p>
            <w:r>
              <w:t>What specific materials are used in the packaging of your finished pear products, and how do you evaluate their effectiveness in preserving product quality?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1071-0218</w:t>
            </w:r>
          </w:p>
        </w:tc>
        <w:tc>
          <w:tcPr>
            <w:tcW w:type="dxa" w:w="2160"/>
          </w:tcPr>
          <w:p>
            <w:r>
              <w:t>Labeling Requirements</w:t>
            </w:r>
          </w:p>
        </w:tc>
        <w:tc>
          <w:tcPr>
            <w:tcW w:type="dxa" w:w="2160"/>
          </w:tcPr>
          <w:p>
            <w:r>
              <w:t>Can you detail the labeling requirements you adhere to for your pear products, including any specific claims made on the labels?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1071-0219</w:t>
            </w:r>
          </w:p>
        </w:tc>
        <w:tc>
          <w:tcPr>
            <w:tcW w:type="dxa" w:w="2160"/>
          </w:tcPr>
          <w:p>
            <w:r>
              <w:t>Barcoding Systems</w:t>
            </w:r>
          </w:p>
        </w:tc>
        <w:tc>
          <w:tcPr>
            <w:tcW w:type="dxa" w:w="2160"/>
          </w:tcPr>
          <w:p>
            <w:r>
              <w:t>What barcoding systems do you implement for tracking your pear products, and how do they integrate with your inventory management systems?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1071-0220</w:t>
            </w:r>
          </w:p>
        </w:tc>
        <w:tc>
          <w:tcPr>
            <w:tcW w:type="dxa" w:w="2160"/>
          </w:tcPr>
          <w:p>
            <w:r>
              <w:t>Lot Tracking</w:t>
            </w:r>
          </w:p>
        </w:tc>
        <w:tc>
          <w:tcPr>
            <w:tcW w:type="dxa" w:w="2160"/>
          </w:tcPr>
          <w:p>
            <w:r>
              <w:t>How do you implement lot tracking for your pear products, and what challenges have you faced in maintaining accurate records?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1071-0221</w:t>
            </w:r>
          </w:p>
        </w:tc>
        <w:tc>
          <w:tcPr>
            <w:tcW w:type="dxa" w:w="2160"/>
          </w:tcPr>
          <w:p>
            <w:r>
              <w:t>Shelf-life Studies</w:t>
            </w:r>
          </w:p>
        </w:tc>
        <w:tc>
          <w:tcPr>
            <w:tcW w:type="dxa" w:w="2160"/>
          </w:tcPr>
          <w:p>
            <w:r>
              <w:t>What procedures do you follow to conduct shelf-life studies on your packaged pear products, and what results have you documented?</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1071-0222</w:t>
            </w:r>
          </w:p>
        </w:tc>
        <w:tc>
          <w:tcPr>
            <w:tcW w:type="dxa" w:w="2160"/>
          </w:tcPr>
          <w:p>
            <w:r>
              <w:t>Consumer Safety</w:t>
            </w:r>
          </w:p>
        </w:tc>
        <w:tc>
          <w:tcPr>
            <w:tcW w:type="dxa" w:w="2160"/>
          </w:tcPr>
          <w:p>
            <w:r>
              <w:t>What measures do you take to ensure consumer safety in your packaging processes, particularly concerning allergen labeling and contamination prevention?</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1071-0223</w:t>
            </w:r>
          </w:p>
        </w:tc>
        <w:tc>
          <w:tcPr>
            <w:tcW w:type="dxa" w:w="2160"/>
          </w:tcPr>
          <w:p>
            <w:r>
              <w:t>Regulatory Compliance</w:t>
            </w:r>
          </w:p>
        </w:tc>
        <w:tc>
          <w:tcPr>
            <w:tcW w:type="dxa" w:w="2160"/>
          </w:tcPr>
          <w:p>
            <w:r>
              <w:t>What specific regulatory compliance standards do you follow in your packaging and traceability systems for pear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1071-0224</w:t>
            </w:r>
          </w:p>
        </w:tc>
        <w:tc>
          <w:tcPr>
            <w:tcW w:type="dxa" w:w="2160"/>
          </w:tcPr>
          <w:p>
            <w:r>
              <w:t>Packaging Innovation</w:t>
            </w:r>
          </w:p>
        </w:tc>
        <w:tc>
          <w:tcPr>
            <w:tcW w:type="dxa" w:w="2160"/>
          </w:tcPr>
          <w:p>
            <w:r>
              <w:t xml:space="preserve">Have you undertaken any experimental projects to innovate your packaging methods for pears? If so, please describe the objectives and outcomes.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1071-0225</w:t>
            </w:r>
          </w:p>
        </w:tc>
        <w:tc>
          <w:tcPr>
            <w:tcW w:type="dxa" w:w="2160"/>
          </w:tcPr>
          <w:p>
            <w:r>
              <w:t>Cost Analysis</w:t>
            </w:r>
          </w:p>
        </w:tc>
        <w:tc>
          <w:tcPr>
            <w:tcW w:type="dxa" w:w="2160"/>
          </w:tcPr>
          <w:p>
            <w:r>
              <w:t>What is the average cost associated with the packaging materials used for your pear products, and how do you assess their cost-effectiveness?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1071-0226</w:t>
            </w:r>
          </w:p>
        </w:tc>
        <w:tc>
          <w:tcPr>
            <w:tcW w:type="dxa" w:w="2160"/>
          </w:tcPr>
          <w:p>
            <w:r>
              <w:t>Traceability Systems</w:t>
            </w:r>
          </w:p>
        </w:tc>
        <w:tc>
          <w:tcPr>
            <w:tcW w:type="dxa" w:w="2160"/>
          </w:tcPr>
          <w:p>
            <w:r>
              <w:t>What technology do you use to enhance traceability in your packaging systems, and how effective has it been in addressing recalls?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1071-0227</w:t>
            </w:r>
          </w:p>
        </w:tc>
        <w:tc>
          <w:tcPr>
            <w:tcW w:type="dxa" w:w="2160"/>
          </w:tcPr>
          <w:p>
            <w:r>
              <w:t>Environmental Impact</w:t>
            </w:r>
          </w:p>
        </w:tc>
        <w:tc>
          <w:tcPr>
            <w:tcW w:type="dxa" w:w="2160"/>
          </w:tcPr>
          <w:p>
            <w:r>
              <w:t>How do you evaluate the environmental impact of your packaging materials, and what steps have you taken to minimize it?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1071-0228</w:t>
            </w:r>
          </w:p>
        </w:tc>
        <w:tc>
          <w:tcPr>
            <w:tcW w:type="dxa" w:w="2160"/>
          </w:tcPr>
          <w:p>
            <w:r>
              <w:t>State Compliance</w:t>
            </w:r>
          </w:p>
        </w:tc>
        <w:tc>
          <w:tcPr>
            <w:tcW w:type="dxa" w:w="2160"/>
          </w:tcPr>
          <w:p>
            <w:r>
              <w:t>What specific California state regulations do you comply with regarding packaging and labeling of pear products?</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1071-0229</w:t>
            </w:r>
          </w:p>
        </w:tc>
        <w:tc>
          <w:tcPr>
            <w:tcW w:type="dxa" w:w="2160"/>
          </w:tcPr>
          <w:p>
            <w:r>
              <w:t>Consumer Feedback</w:t>
            </w:r>
          </w:p>
        </w:tc>
        <w:tc>
          <w:tcPr>
            <w:tcW w:type="dxa" w:w="2160"/>
          </w:tcPr>
          <w:p>
            <w:r>
              <w:t>How do you gather and analyze consumer feedback regarding your packaging, and what changes have resulted from this feedback?</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1071-0230</w:t>
            </w:r>
          </w:p>
        </w:tc>
        <w:tc>
          <w:tcPr>
            <w:tcW w:type="dxa" w:w="2160"/>
          </w:tcPr>
          <w:p>
            <w:r>
              <w:t>Training and Compliance</w:t>
            </w:r>
          </w:p>
        </w:tc>
        <w:tc>
          <w:tcPr>
            <w:tcW w:type="dxa" w:w="2160"/>
          </w:tcPr>
          <w:p>
            <w:r>
              <w:t>What training do your employees receive regarding packaging compliance and traceability systems, and how often is this training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1071-0231</w:t>
            </w:r>
          </w:p>
        </w:tc>
        <w:tc>
          <w:tcPr>
            <w:tcW w:type="dxa" w:w="2160"/>
          </w:tcPr>
          <w:p>
            <w:r>
              <w:t>Operational</w:t>
            </w:r>
          </w:p>
        </w:tc>
        <w:tc>
          <w:tcPr>
            <w:tcW w:type="dxa" w:w="2160"/>
          </w:tcPr>
          <w:p>
            <w:r>
              <w:t>How do you ensure traceability in the packaging of your pear products?</w:t>
              <w:br/>
              <w:t>Answer type: Open-ended</w:t>
              <w:br/>
              <w:t>Trigger: None</w:t>
              <w:br/>
              <w:t>Required: Yes</w:t>
              <w:br/>
              <w:t>Risk: Medium</w:t>
            </w:r>
          </w:p>
        </w:tc>
        <w:tc>
          <w:tcPr>
            <w:tcW w:type="dxa" w:w="2160"/>
          </w:tcPr>
          <w:p>
            <w:r>
              <w:t>Primary authority: Packaging Standards</w:t>
              <w:br/>
              <w:t>Response: ___________________________</w:t>
              <w:br/>
              <w:t>Evidence: ___________________________</w:t>
              <w:br/>
              <w:t>Reviewer conclusion: ___________________________</w:t>
            </w:r>
          </w:p>
        </w:tc>
      </w:tr>
    </w:tbl>
    <w:p/>
    <w:p>
      <w:pPr>
        <w:pStyle w:val="Heading2"/>
      </w:pPr>
      <w:r>
        <w:t>LAB-TESTING-QUALITY-ASSURANCE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1071-0232</w:t>
            </w:r>
          </w:p>
        </w:tc>
        <w:tc>
          <w:tcPr>
            <w:tcW w:type="dxa" w:w="2160"/>
          </w:tcPr>
          <w:p>
            <w:r>
              <w:t>Microbial Testing</w:t>
            </w:r>
          </w:p>
        </w:tc>
        <w:tc>
          <w:tcPr>
            <w:tcW w:type="dxa" w:w="2160"/>
          </w:tcPr>
          <w:p>
            <w:r>
              <w:t>What specific microbial tests do you conduct on your pear products, and how do you determine the frequency of these tests?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1071-0233</w:t>
            </w:r>
          </w:p>
        </w:tc>
        <w:tc>
          <w:tcPr>
            <w:tcW w:type="dxa" w:w="2160"/>
          </w:tcPr>
          <w:p>
            <w:r>
              <w:t>Microbial Testing</w:t>
            </w:r>
          </w:p>
        </w:tc>
        <w:tc>
          <w:tcPr>
            <w:tcW w:type="dxa" w:w="2160"/>
          </w:tcPr>
          <w:p>
            <w:r>
              <w:t>Can you provide the results of your last microbial test for pear products, including the date and any actions taken based on the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1071-0234</w:t>
            </w:r>
          </w:p>
        </w:tc>
        <w:tc>
          <w:tcPr>
            <w:tcW w:type="dxa" w:w="2160"/>
          </w:tcPr>
          <w:p>
            <w:r>
              <w:t>Chemical Analysis</w:t>
            </w:r>
          </w:p>
        </w:tc>
        <w:tc>
          <w:tcPr>
            <w:tcW w:type="dxa" w:w="2160"/>
          </w:tcPr>
          <w:p>
            <w:r>
              <w:t>What chemical analyses are performed on your pear products, and what specific compounds are you testing for?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1071-0235</w:t>
            </w:r>
          </w:p>
        </w:tc>
        <w:tc>
          <w:tcPr>
            <w:tcW w:type="dxa" w:w="2160"/>
          </w:tcPr>
          <w:p>
            <w:r>
              <w:t>Chemical Analysis</w:t>
            </w:r>
          </w:p>
        </w:tc>
        <w:tc>
          <w:tcPr>
            <w:tcW w:type="dxa" w:w="2160"/>
          </w:tcPr>
          <w:p>
            <w:r>
              <w:t>How do you document the results of chemical analyses, and what actions are taken if results exceed acceptable limits?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1071-0236</w:t>
            </w:r>
          </w:p>
        </w:tc>
        <w:tc>
          <w:tcPr>
            <w:tcW w:type="dxa" w:w="2160"/>
          </w:tcPr>
          <w:p>
            <w:r>
              <w:t>Sensor Technologies</w:t>
            </w:r>
          </w:p>
        </w:tc>
        <w:tc>
          <w:tcPr>
            <w:tcW w:type="dxa" w:w="2160"/>
          </w:tcPr>
          <w:p>
            <w:r>
              <w:t>What sensor technologies do you utilize for monitoring the quality of your pear products during storage and transport?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1071-0237</w:t>
            </w:r>
          </w:p>
        </w:tc>
        <w:tc>
          <w:tcPr>
            <w:tcW w:type="dxa" w:w="2160"/>
          </w:tcPr>
          <w:p>
            <w:r>
              <w:t>Quality Metrics</w:t>
            </w:r>
          </w:p>
        </w:tc>
        <w:tc>
          <w:tcPr>
            <w:tcW w:type="dxa" w:w="2160"/>
          </w:tcPr>
          <w:p>
            <w:r>
              <w:t>What specific quality metrics do you track for your pear products, and how do you use these metrics to improve your processes?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1071-0238</w:t>
            </w:r>
          </w:p>
        </w:tc>
        <w:tc>
          <w:tcPr>
            <w:tcW w:type="dxa" w:w="2160"/>
          </w:tcPr>
          <w:p>
            <w:r>
              <w:t>Standard Operating Procedures</w:t>
            </w:r>
          </w:p>
        </w:tc>
        <w:tc>
          <w:tcPr>
            <w:tcW w:type="dxa" w:w="2160"/>
          </w:tcPr>
          <w:p>
            <w:r>
              <w:t>Can you describe your standard operating procedures (SOPs) for conducting lab tests on pear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1071-0239</w:t>
            </w:r>
          </w:p>
        </w:tc>
        <w:tc>
          <w:tcPr>
            <w:tcW w:type="dxa" w:w="2160"/>
          </w:tcPr>
          <w:p>
            <w:r>
              <w:t>Regulatory Standards</w:t>
            </w:r>
          </w:p>
        </w:tc>
        <w:tc>
          <w:tcPr>
            <w:tcW w:type="dxa" w:w="2160"/>
          </w:tcPr>
          <w:p>
            <w:r>
              <w:t>What regulatory standards do you comply with regarding lab testing and quality assurance for pear products?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1071-0240</w:t>
            </w:r>
          </w:p>
        </w:tc>
        <w:tc>
          <w:tcPr>
            <w:tcW w:type="dxa" w:w="2160"/>
          </w:tcPr>
          <w:p>
            <w:r>
              <w:t>Certifications</w:t>
            </w:r>
          </w:p>
        </w:tc>
        <w:tc>
          <w:tcPr>
            <w:tcW w:type="dxa" w:w="2160"/>
          </w:tcPr>
          <w:p>
            <w:r>
              <w:t>What certifications related to quality assurance do you hold for your pear products, and how often are these certifications renewed?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1071-0241</w:t>
            </w:r>
          </w:p>
        </w:tc>
        <w:tc>
          <w:tcPr>
            <w:tcW w:type="dxa" w:w="2160"/>
          </w:tcPr>
          <w:p>
            <w:r>
              <w:t>Microbial Testing</w:t>
            </w:r>
          </w:p>
        </w:tc>
        <w:tc>
          <w:tcPr>
            <w:tcW w:type="dxa" w:w="2160"/>
          </w:tcPr>
          <w:p>
            <w:r>
              <w:t>How do you ensure that your microbial testing methods are in line with industry best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1071-0242</w:t>
            </w:r>
          </w:p>
        </w:tc>
        <w:tc>
          <w:tcPr>
            <w:tcW w:type="dxa" w:w="2160"/>
          </w:tcPr>
          <w:p>
            <w:r>
              <w:t>Chemical Analysis</w:t>
            </w:r>
          </w:p>
        </w:tc>
        <w:tc>
          <w:tcPr>
            <w:tcW w:type="dxa" w:w="2160"/>
          </w:tcPr>
          <w:p>
            <w:r>
              <w:t>What specific equipment do you use for chemical analysis of pear products, and how is this equipment maintained?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1071-0243</w:t>
            </w:r>
          </w:p>
        </w:tc>
        <w:tc>
          <w:tcPr>
            <w:tcW w:type="dxa" w:w="2160"/>
          </w:tcPr>
          <w:p>
            <w:r>
              <w:t>Sensor Technologies</w:t>
            </w:r>
          </w:p>
        </w:tc>
        <w:tc>
          <w:tcPr>
            <w:tcW w:type="dxa" w:w="2160"/>
          </w:tcPr>
          <w:p>
            <w:r>
              <w:t>How do you integrate sensor technology data into your quality assurance processes for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1071-0244</w:t>
            </w:r>
          </w:p>
        </w:tc>
        <w:tc>
          <w:tcPr>
            <w:tcW w:type="dxa" w:w="2160"/>
          </w:tcPr>
          <w:p>
            <w:r>
              <w:t>Quality Metrics</w:t>
            </w:r>
          </w:p>
        </w:tc>
        <w:tc>
          <w:tcPr>
            <w:tcW w:type="dxa" w:w="2160"/>
          </w:tcPr>
          <w:p>
            <w:r>
              <w:t>What thresholds have you established for key quality metrics, and how do you respond to deviations from these thresholds?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1071-0245</w:t>
            </w:r>
          </w:p>
        </w:tc>
        <w:tc>
          <w:tcPr>
            <w:tcW w:type="dxa" w:w="2160"/>
          </w:tcPr>
          <w:p>
            <w:r>
              <w:t>Standard Operating Procedures</w:t>
            </w:r>
          </w:p>
        </w:tc>
        <w:tc>
          <w:tcPr>
            <w:tcW w:type="dxa" w:w="2160"/>
          </w:tcPr>
          <w:p>
            <w:r>
              <w:t>How often do you review and update your SOPs for lab testing and quality assurance?</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1071-0246</w:t>
            </w:r>
          </w:p>
        </w:tc>
        <w:tc>
          <w:tcPr>
            <w:tcW w:type="dxa" w:w="2160"/>
          </w:tcPr>
          <w:p>
            <w:r>
              <w:t>Regulatory Standards</w:t>
            </w:r>
          </w:p>
        </w:tc>
        <w:tc>
          <w:tcPr>
            <w:tcW w:type="dxa" w:w="2160"/>
          </w:tcPr>
          <w:p>
            <w:r>
              <w:t>What procedures do you have in place to ensure compliance with regulatory standards for lab testing?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1071-0247</w:t>
            </w:r>
          </w:p>
        </w:tc>
        <w:tc>
          <w:tcPr>
            <w:tcW w:type="dxa" w:w="2160"/>
          </w:tcPr>
          <w:p>
            <w:r>
              <w:t>Certifications</w:t>
            </w:r>
          </w:p>
        </w:tc>
        <w:tc>
          <w:tcPr>
            <w:tcW w:type="dxa" w:w="2160"/>
          </w:tcPr>
          <w:p>
            <w:r>
              <w:t xml:space="preserve">Have you ever faced issues with maintaining your quality assurance certifications? If so, please describe the circumstances. </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1071-0248</w:t>
            </w:r>
          </w:p>
        </w:tc>
        <w:tc>
          <w:tcPr>
            <w:tcW w:type="dxa" w:w="2160"/>
          </w:tcPr>
          <w:p>
            <w:r>
              <w:t>Microbial Testing</w:t>
            </w:r>
          </w:p>
        </w:tc>
        <w:tc>
          <w:tcPr>
            <w:tcW w:type="dxa" w:w="2160"/>
          </w:tcPr>
          <w:p>
            <w:r>
              <w:t>What training do your staff receive regarding microbial testing protocols for pear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1071-0249</w:t>
            </w:r>
          </w:p>
        </w:tc>
        <w:tc>
          <w:tcPr>
            <w:tcW w:type="dxa" w:w="2160"/>
          </w:tcPr>
          <w:p>
            <w:r>
              <w:t>Chemical Analysis</w:t>
            </w:r>
          </w:p>
        </w:tc>
        <w:tc>
          <w:tcPr>
            <w:tcW w:type="dxa" w:w="2160"/>
          </w:tcPr>
          <w:p>
            <w:r>
              <w:t>How do you validate the accuracy of your chemical analysis results for pear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1071-0250</w:t>
            </w:r>
          </w:p>
        </w:tc>
        <w:tc>
          <w:tcPr>
            <w:tcW w:type="dxa" w:w="2160"/>
          </w:tcPr>
          <w:p>
            <w:r>
              <w:t>Sensor Technologies</w:t>
            </w:r>
          </w:p>
        </w:tc>
        <w:tc>
          <w:tcPr>
            <w:tcW w:type="dxa" w:w="2160"/>
          </w:tcPr>
          <w:p>
            <w:r>
              <w:t>What challenges have you encountered in implementing sensor technologies for quality assurance in pear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1071-0251</w:t>
            </w:r>
          </w:p>
        </w:tc>
        <w:tc>
          <w:tcPr>
            <w:tcW w:type="dxa" w:w="2160"/>
          </w:tcPr>
          <w:p>
            <w:r>
              <w:t>Quality Control</w:t>
            </w:r>
          </w:p>
        </w:tc>
        <w:tc>
          <w:tcPr>
            <w:tcW w:type="dxa" w:w="2160"/>
          </w:tcPr>
          <w:p>
            <w:r>
              <w:t>What types of lab tests do you conduct to ensure the quality of your pear products?</w:t>
              <w:br/>
              <w:t>Answer type: Open-ended</w:t>
              <w:br/>
              <w:t>Trigger: None</w:t>
              <w:br/>
              <w:t>Required: Yes</w:t>
              <w:br/>
              <w:t>Risk: High</w:t>
            </w:r>
          </w:p>
        </w:tc>
        <w:tc>
          <w:tcPr>
            <w:tcW w:type="dxa" w:w="2160"/>
          </w:tcPr>
          <w:p>
            <w:r>
              <w:t>Primary authority: Quality Assurance Standards</w:t>
              <w:br/>
              <w:t>Response: ___________________________</w:t>
              <w:br/>
              <w:t>Evidence: ___________________________</w:t>
              <w:br/>
              <w:t>Reviewer conclusion: ___________________________</w:t>
            </w:r>
          </w:p>
        </w:tc>
      </w:tr>
      <w:tr>
        <w:tc>
          <w:tcPr>
            <w:tcW w:type="dxa" w:w="2160"/>
          </w:tcPr>
          <w:p>
            <w:r>
              <w:t>1071-0252</w:t>
            </w:r>
          </w:p>
        </w:tc>
        <w:tc>
          <w:tcPr>
            <w:tcW w:type="dxa" w:w="2160"/>
          </w:tcPr>
          <w:p>
            <w:r>
              <w:t>Operational</w:t>
            </w:r>
          </w:p>
        </w:tc>
        <w:tc>
          <w:tcPr>
            <w:tcW w:type="dxa" w:w="2160"/>
          </w:tcPr>
          <w:p>
            <w:r>
              <w:t>How frequently do you perform quality assurance testing on your pear products?</w:t>
              <w:br/>
              <w:t>Answer type: Open-ended</w:t>
              <w:br/>
              <w:t>Trigger: None</w:t>
              <w:br/>
              <w:t>Required: Yes</w:t>
              <w:br/>
              <w:t>Risk: Medium</w:t>
            </w:r>
          </w:p>
        </w:tc>
        <w:tc>
          <w:tcPr>
            <w:tcW w:type="dxa" w:w="2160"/>
          </w:tcPr>
          <w:p>
            <w:r>
              <w:t>Primary authority: Operational Procedures</w:t>
              <w:br/>
              <w:t>Response: ___________________________</w:t>
              <w:br/>
              <w:t>Evidence: ___________________________</w:t>
              <w:br/>
              <w:t>Reviewer conclusion: ___________________________</w:t>
            </w:r>
          </w:p>
        </w:tc>
      </w:tr>
    </w:tbl>
    <w:p/>
    <w:p>
      <w:pPr>
        <w:pStyle w:val="Heading2"/>
      </w:pPr>
      <w:r>
        <w:t>REGULATORY-COMPLIANCE-FOOD-SAFETY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1071-0253</w:t>
            </w:r>
          </w:p>
        </w:tc>
        <w:tc>
          <w:tcPr>
            <w:tcW w:type="dxa" w:w="2160"/>
          </w:tcPr>
          <w:p>
            <w:r>
              <w:t>FDA Regulations</w:t>
            </w:r>
          </w:p>
        </w:tc>
        <w:tc>
          <w:tcPr>
            <w:tcW w:type="dxa" w:w="2160"/>
          </w:tcPr>
          <w:p>
            <w:r>
              <w:t>What specific FDA regulations do you follow in your pear production process, and how do you ensure compliance with these regulations?</w:t>
              <w:br/>
              <w:t>Answer type: Long text</w:t>
              <w:br/>
              <w:t>Trigger: Always</w:t>
              <w:br/>
              <w:t>Required: Yes</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1071-0254</w:t>
            </w:r>
          </w:p>
        </w:tc>
        <w:tc>
          <w:tcPr>
            <w:tcW w:type="dxa" w:w="2160"/>
          </w:tcPr>
          <w:p>
            <w:r>
              <w:t>California Food Safety Laws</w:t>
            </w:r>
          </w:p>
        </w:tc>
        <w:tc>
          <w:tcPr>
            <w:tcW w:type="dxa" w:w="2160"/>
          </w:tcPr>
          <w:p>
            <w:r>
              <w:t>Can you describe the California food safety laws that directly impact your pear growing operations?</w:t>
              <w:br/>
              <w:t>Answer type: Long text</w:t>
              <w:br/>
              <w:t>Trigger: Always</w:t>
              <w:br/>
              <w:t>Required: Yes</w:t>
              <w:br/>
              <w:t>Risk: Medium</w:t>
            </w:r>
          </w:p>
        </w:tc>
        <w:tc>
          <w:tcPr>
            <w:tcW w:type="dxa" w:w="2160"/>
          </w:tcPr>
          <w:p>
            <w:r>
              <w:t>Primary authority: California Food and Agricultural Code</w:t>
              <w:br/>
              <w:t>Response: ___________________________</w:t>
              <w:br/>
              <w:t>Evidence: ___________________________</w:t>
              <w:br/>
              <w:t>Reviewer conclusion: ___________________________</w:t>
            </w:r>
          </w:p>
        </w:tc>
      </w:tr>
      <w:tr>
        <w:tc>
          <w:tcPr>
            <w:tcW w:type="dxa" w:w="2160"/>
          </w:tcPr>
          <w:p>
            <w:r>
              <w:t>1071-0255</w:t>
            </w:r>
          </w:p>
        </w:tc>
        <w:tc>
          <w:tcPr>
            <w:tcW w:type="dxa" w:w="2160"/>
          </w:tcPr>
          <w:p>
            <w:r>
              <w:t>HACCP Plans</w:t>
            </w:r>
          </w:p>
        </w:tc>
        <w:tc>
          <w:tcPr>
            <w:tcW w:type="dxa" w:w="2160"/>
          </w:tcPr>
          <w:p>
            <w:r>
              <w:t>Do you have a Hazard Analysis Critical Control Point (HACCP) plan in place for your pear production? If yes, please provide details on how it is implemented.</w:t>
              <w:br/>
              <w:t>Answer type: Yes-No + details</w:t>
              <w:br/>
              <w:t>Trigger: Always</w:t>
              <w:br/>
              <w:t>Required: Yes</w:t>
              <w:br/>
              <w:t>Risk: High</w:t>
            </w:r>
          </w:p>
        </w:tc>
        <w:tc>
          <w:tcPr>
            <w:tcW w:type="dxa" w:w="2160"/>
          </w:tcPr>
          <w:p>
            <w:r>
              <w:t>Primary authority: FDA HACCP Guidelines</w:t>
              <w:br/>
              <w:t>Response: ___________________________</w:t>
              <w:br/>
              <w:t>Evidence: ___________________________</w:t>
              <w:br/>
              <w:t>Reviewer conclusion: ___________________________</w:t>
            </w:r>
          </w:p>
        </w:tc>
      </w:tr>
      <w:tr>
        <w:tc>
          <w:tcPr>
            <w:tcW w:type="dxa" w:w="2160"/>
          </w:tcPr>
          <w:p>
            <w:r>
              <w:t>1071-0256</w:t>
            </w:r>
          </w:p>
        </w:tc>
        <w:tc>
          <w:tcPr>
            <w:tcW w:type="dxa" w:w="2160"/>
          </w:tcPr>
          <w:p>
            <w:r>
              <w:t>GMP Practices</w:t>
            </w:r>
          </w:p>
        </w:tc>
        <w:tc>
          <w:tcPr>
            <w:tcW w:type="dxa" w:w="2160"/>
          </w:tcPr>
          <w:p>
            <w:r>
              <w:t>What Good Manufacturing Practices (GMP) do you implement in your pear production to ensure food safety?</w:t>
              <w:br/>
              <w:t>Answer type: Long text</w:t>
              <w:br/>
              <w:t>Trigger: Always</w:t>
              <w:br/>
              <w:t>Required: Yes</w:t>
              <w:br/>
              <w:t>Risk: Medium</w:t>
            </w:r>
          </w:p>
        </w:tc>
        <w:tc>
          <w:tcPr>
            <w:tcW w:type="dxa" w:w="2160"/>
          </w:tcPr>
          <w:p>
            <w:r>
              <w:t>Primary authority: FDA GMP Regulations</w:t>
              <w:br/>
              <w:t>Response: ___________________________</w:t>
              <w:br/>
              <w:t>Evidence: ___________________________</w:t>
              <w:br/>
              <w:t>Reviewer conclusion: ___________________________</w:t>
            </w:r>
          </w:p>
        </w:tc>
      </w:tr>
      <w:tr>
        <w:tc>
          <w:tcPr>
            <w:tcW w:type="dxa" w:w="2160"/>
          </w:tcPr>
          <w:p>
            <w:r>
              <w:t>1071-0257</w:t>
            </w:r>
          </w:p>
        </w:tc>
        <w:tc>
          <w:tcPr>
            <w:tcW w:type="dxa" w:w="2160"/>
          </w:tcPr>
          <w:p>
            <w:r>
              <w:t>Audit Processes</w:t>
            </w:r>
          </w:p>
        </w:tc>
        <w:tc>
          <w:tcPr>
            <w:tcW w:type="dxa" w:w="2160"/>
          </w:tcPr>
          <w:p>
            <w:r>
              <w:t>How often do you conduct internal audits of your food safety practices in pear production, and what do these audits typically assess?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1071-0258</w:t>
            </w:r>
          </w:p>
        </w:tc>
        <w:tc>
          <w:tcPr>
            <w:tcW w:type="dxa" w:w="2160"/>
          </w:tcPr>
          <w:p>
            <w:r>
              <w:t>Record Keeping</w:t>
            </w:r>
          </w:p>
        </w:tc>
        <w:tc>
          <w:tcPr>
            <w:tcW w:type="dxa" w:w="2160"/>
          </w:tcPr>
          <w:p>
            <w:r>
              <w:t>What types of records do you maintain related to food safety and compliance in your pear production, and how long do you retain these records?</w:t>
              <w:br/>
              <w:t>Answer type: Long text</w:t>
              <w:br/>
              <w:t>Trigger: Always</w:t>
              <w:br/>
              <w:t>Required: Yes</w:t>
              <w:br/>
              <w:t>Risk: Medium</w:t>
            </w:r>
          </w:p>
        </w:tc>
        <w:tc>
          <w:tcPr>
            <w:tcW w:type="dxa" w:w="2160"/>
          </w:tcPr>
          <w:p>
            <w:r>
              <w:t>Primary authority: FDA Record Keeping Requirements</w:t>
              <w:br/>
              <w:t>Response: ___________________________</w:t>
              <w:br/>
              <w:t>Evidence: ___________________________</w:t>
              <w:br/>
              <w:t>Reviewer conclusion: ___________________________</w:t>
            </w:r>
          </w:p>
        </w:tc>
      </w:tr>
      <w:tr>
        <w:tc>
          <w:tcPr>
            <w:tcW w:type="dxa" w:w="2160"/>
          </w:tcPr>
          <w:p>
            <w:r>
              <w:t>1071-0259</w:t>
            </w:r>
          </w:p>
        </w:tc>
        <w:tc>
          <w:tcPr>
            <w:tcW w:type="dxa" w:w="2160"/>
          </w:tcPr>
          <w:p>
            <w:r>
              <w:t>Training Programs</w:t>
            </w:r>
          </w:p>
        </w:tc>
        <w:tc>
          <w:tcPr>
            <w:tcW w:type="dxa" w:w="2160"/>
          </w:tcPr>
          <w:p>
            <w:r>
              <w:t>What training programs do you have in place for your staff regarding food safety and compliance in pear production? Please detail the frequency and content of these trainings.</w:t>
              <w:br/>
              <w:t>Answer type: Long text</w:t>
              <w:br/>
              <w:t>Trigger: Always</w:t>
              <w:br/>
              <w:t>Required: Yes</w:t>
              <w:br/>
              <w:t>Risk: Medium</w:t>
            </w:r>
          </w:p>
        </w:tc>
        <w:tc>
          <w:tcPr>
            <w:tcW w:type="dxa" w:w="2160"/>
          </w:tcPr>
          <w:p>
            <w:r>
              <w:t>Primary authority: FDA Training Requirements</w:t>
              <w:br/>
              <w:t>Response: ___________________________</w:t>
              <w:br/>
              <w:t>Evidence: ___________________________</w:t>
              <w:br/>
              <w:t>Reviewer conclusion: ___________________________</w:t>
            </w:r>
          </w:p>
        </w:tc>
      </w:tr>
      <w:tr>
        <w:tc>
          <w:tcPr>
            <w:tcW w:type="dxa" w:w="2160"/>
          </w:tcPr>
          <w:p>
            <w:r>
              <w:t>1071-0260</w:t>
            </w:r>
          </w:p>
        </w:tc>
        <w:tc>
          <w:tcPr>
            <w:tcW w:type="dxa" w:w="2160"/>
          </w:tcPr>
          <w:p>
            <w:r>
              <w:t>Pesticide Use</w:t>
            </w:r>
          </w:p>
        </w:tc>
        <w:tc>
          <w:tcPr>
            <w:tcW w:type="dxa" w:w="2160"/>
          </w:tcPr>
          <w:p>
            <w:r>
              <w:t>What regulations do you follow regarding pesticide use in your pear orchards, and how do you monitor compliance with these regulations?</w:t>
              <w:br/>
              <w:t>Answer type: Long text</w:t>
              <w:br/>
              <w:t>Trigger: Always</w:t>
              <w:br/>
              <w:t>Required: Yes</w:t>
              <w:br/>
              <w:t>Risk: High</w:t>
            </w:r>
          </w:p>
        </w:tc>
        <w:tc>
          <w:tcPr>
            <w:tcW w:type="dxa" w:w="2160"/>
          </w:tcPr>
          <w:p>
            <w:r>
              <w:t>Primary authority: California Department of Pesticide Regulation</w:t>
              <w:br/>
              <w:t>Response: ___________________________</w:t>
              <w:br/>
              <w:t>Evidence: ___________________________</w:t>
              <w:br/>
              <w:t>Reviewer conclusion: ___________________________</w:t>
            </w:r>
          </w:p>
        </w:tc>
      </w:tr>
      <w:tr>
        <w:tc>
          <w:tcPr>
            <w:tcW w:type="dxa" w:w="2160"/>
          </w:tcPr>
          <w:p>
            <w:r>
              <w:t>1071-0261</w:t>
            </w:r>
          </w:p>
        </w:tc>
        <w:tc>
          <w:tcPr>
            <w:tcW w:type="dxa" w:w="2160"/>
          </w:tcPr>
          <w:p>
            <w:r>
              <w:t>Water Quality</w:t>
            </w:r>
          </w:p>
        </w:tc>
        <w:tc>
          <w:tcPr>
            <w:tcW w:type="dxa" w:w="2160"/>
          </w:tcPr>
          <w:p>
            <w:r>
              <w:t>How do you ensure that the water used in your pear production meets safety standards set by regulatory authorities?</w:t>
              <w:br/>
              <w:t>Answer type: Long text</w:t>
              <w:br/>
              <w:t>Trigger: Always</w:t>
              <w:br/>
              <w:t>Required: Yes</w:t>
              <w:br/>
              <w:t>Risk: Medium</w:t>
            </w:r>
          </w:p>
        </w:tc>
        <w:tc>
          <w:tcPr>
            <w:tcW w:type="dxa" w:w="2160"/>
          </w:tcPr>
          <w:p>
            <w:r>
              <w:t>Primary authority: FDA Water Quality Standards</w:t>
              <w:br/>
              <w:t>Response: ___________________________</w:t>
              <w:br/>
              <w:t>Evidence: ___________________________</w:t>
              <w:br/>
              <w:t>Reviewer conclusion: ___________________________</w:t>
            </w:r>
          </w:p>
        </w:tc>
      </w:tr>
      <w:tr>
        <w:tc>
          <w:tcPr>
            <w:tcW w:type="dxa" w:w="2160"/>
          </w:tcPr>
          <w:p>
            <w:r>
              <w:t>1071-0262</w:t>
            </w:r>
          </w:p>
        </w:tc>
        <w:tc>
          <w:tcPr>
            <w:tcW w:type="dxa" w:w="2160"/>
          </w:tcPr>
          <w:p>
            <w:r>
              <w:t>Traceability</w:t>
            </w:r>
          </w:p>
        </w:tc>
        <w:tc>
          <w:tcPr>
            <w:tcW w:type="dxa" w:w="2160"/>
          </w:tcPr>
          <w:p>
            <w:r>
              <w:t>What traceability measures do you have in place to track your pears from the orchard to the consumer?</w:t>
              <w:br/>
              <w:t>Answer type: Long text</w:t>
              <w:br/>
              <w:t>Trigger: Always</w:t>
              <w:br/>
              <w:t>Required: Yes</w:t>
              <w:br/>
              <w:t>Risk: High</w:t>
            </w:r>
          </w:p>
        </w:tc>
        <w:tc>
          <w:tcPr>
            <w:tcW w:type="dxa" w:w="2160"/>
          </w:tcPr>
          <w:p>
            <w:r>
              <w:t>Primary authority: FDA Traceability Regulations</w:t>
              <w:br/>
              <w:t>Response: ___________________________</w:t>
              <w:br/>
              <w:t>Evidence: ___________________________</w:t>
              <w:br/>
              <w:t>Reviewer conclusion: ___________________________</w:t>
            </w:r>
          </w:p>
        </w:tc>
      </w:tr>
      <w:tr>
        <w:tc>
          <w:tcPr>
            <w:tcW w:type="dxa" w:w="2160"/>
          </w:tcPr>
          <w:p>
            <w:r>
              <w:t>1071-0263</w:t>
            </w:r>
          </w:p>
        </w:tc>
        <w:tc>
          <w:tcPr>
            <w:tcW w:type="dxa" w:w="2160"/>
          </w:tcPr>
          <w:p>
            <w:r>
              <w:t>Contamination Prevention</w:t>
            </w:r>
          </w:p>
        </w:tc>
        <w:tc>
          <w:tcPr>
            <w:tcW w:type="dxa" w:w="2160"/>
          </w:tcPr>
          <w:p>
            <w:r>
              <w:t>What specific steps do you take to prevent contamination of pears during harvesting and processing?</w:t>
              <w:br/>
              <w:t>Answer type: Long text</w:t>
              <w:br/>
              <w:t>Trigger: Always</w:t>
              <w:br/>
              <w:t>Required: Yes</w:t>
              <w:br/>
              <w:t>Risk: High</w:t>
            </w:r>
          </w:p>
        </w:tc>
        <w:tc>
          <w:tcPr>
            <w:tcW w:type="dxa" w:w="2160"/>
          </w:tcPr>
          <w:p>
            <w:r>
              <w:t>Primary authority: FDA Contamination Prevention Guidelines</w:t>
              <w:br/>
              <w:t>Response: ___________________________</w:t>
              <w:br/>
              <w:t>Evidence: ___________________________</w:t>
              <w:br/>
              <w:t>Reviewer conclusion: ___________________________</w:t>
            </w:r>
          </w:p>
        </w:tc>
      </w:tr>
      <w:tr>
        <w:tc>
          <w:tcPr>
            <w:tcW w:type="dxa" w:w="2160"/>
          </w:tcPr>
          <w:p>
            <w:r>
              <w:t>1071-0264</w:t>
            </w:r>
          </w:p>
        </w:tc>
        <w:tc>
          <w:tcPr>
            <w:tcW w:type="dxa" w:w="2160"/>
          </w:tcPr>
          <w:p>
            <w:r>
              <w:t>Supplier Compliance</w:t>
            </w:r>
          </w:p>
        </w:tc>
        <w:tc>
          <w:tcPr>
            <w:tcW w:type="dxa" w:w="2160"/>
          </w:tcPr>
          <w:p>
            <w:r>
              <w:t>How do you evaluate and ensure that your suppliers comply with food safety regulations related to pear production?</w:t>
              <w:br/>
              <w:t>Answer type: Long text</w:t>
              <w:br/>
              <w:t>Trigger: Always</w:t>
              <w:br/>
              <w:t>Required: Yes</w:t>
              <w:br/>
              <w:t>Risk: Medium</w:t>
            </w:r>
          </w:p>
        </w:tc>
        <w:tc>
          <w:tcPr>
            <w:tcW w:type="dxa" w:w="2160"/>
          </w:tcPr>
          <w:p>
            <w:r>
              <w:t>Primary authority: FDA Supplier Verification Requirements</w:t>
              <w:br/>
              <w:t>Response: ___________________________</w:t>
              <w:br/>
              <w:t>Evidence: ___________________________</w:t>
              <w:br/>
              <w:t>Reviewer conclusion: ___________________________</w:t>
            </w:r>
          </w:p>
        </w:tc>
      </w:tr>
      <w:tr>
        <w:tc>
          <w:tcPr>
            <w:tcW w:type="dxa" w:w="2160"/>
          </w:tcPr>
          <w:p>
            <w:r>
              <w:t>1071-0265</w:t>
            </w:r>
          </w:p>
        </w:tc>
        <w:tc>
          <w:tcPr>
            <w:tcW w:type="dxa" w:w="2160"/>
          </w:tcPr>
          <w:p>
            <w:r>
              <w:t>Recall Procedures</w:t>
            </w:r>
          </w:p>
        </w:tc>
        <w:tc>
          <w:tcPr>
            <w:tcW w:type="dxa" w:w="2160"/>
          </w:tcPr>
          <w:p>
            <w:r>
              <w:t>What procedures do you have in place for recalling pears in the event of a food safety issue?</w:t>
              <w:br/>
              <w:t>Answer type: Long text</w:t>
              <w:br/>
              <w:t>Trigger: Always</w:t>
              <w:br/>
              <w:t>Required: Yes</w:t>
              <w:br/>
              <w:t>Risk: High</w:t>
            </w:r>
          </w:p>
        </w:tc>
        <w:tc>
          <w:tcPr>
            <w:tcW w:type="dxa" w:w="2160"/>
          </w:tcPr>
          <w:p>
            <w:r>
              <w:t>Primary authority: FDA Recall Regulations</w:t>
              <w:br/>
              <w:t>Response: ___________________________</w:t>
              <w:br/>
              <w:t>Evidence: ___________________________</w:t>
              <w:br/>
              <w:t>Reviewer conclusion: ___________________________</w:t>
            </w:r>
          </w:p>
        </w:tc>
      </w:tr>
      <w:tr>
        <w:tc>
          <w:tcPr>
            <w:tcW w:type="dxa" w:w="2160"/>
          </w:tcPr>
          <w:p>
            <w:r>
              <w:t>1071-0266</w:t>
            </w:r>
          </w:p>
        </w:tc>
        <w:tc>
          <w:tcPr>
            <w:tcW w:type="dxa" w:w="2160"/>
          </w:tcPr>
          <w:p>
            <w:r>
              <w:t>Environmental Monitoring</w:t>
            </w:r>
          </w:p>
        </w:tc>
        <w:tc>
          <w:tcPr>
            <w:tcW w:type="dxa" w:w="2160"/>
          </w:tcPr>
          <w:p>
            <w:r>
              <w:t>Do you conduct environmental monitoring in your pear production facilities? If so, what parameters do you monitor?</w:t>
              <w:br/>
              <w:t>Answer type: Yes-No + details</w:t>
              <w:br/>
              <w:t>Trigger: Always</w:t>
              <w:br/>
              <w:t>Required: Yes</w:t>
              <w:br/>
              <w:t>Risk: Medium</w:t>
            </w:r>
          </w:p>
        </w:tc>
        <w:tc>
          <w:tcPr>
            <w:tcW w:type="dxa" w:w="2160"/>
          </w:tcPr>
          <w:p>
            <w:r>
              <w:t>Primary authority: FDA Environmental Monitoring Guidelines</w:t>
              <w:br/>
              <w:t>Response: ___________________________</w:t>
              <w:br/>
              <w:t>Evidence: ___________________________</w:t>
              <w:br/>
              <w:t>Reviewer conclusion: ___________________________</w:t>
            </w:r>
          </w:p>
        </w:tc>
      </w:tr>
      <w:tr>
        <w:tc>
          <w:tcPr>
            <w:tcW w:type="dxa" w:w="2160"/>
          </w:tcPr>
          <w:p>
            <w:r>
              <w:t>1071-0267</w:t>
            </w:r>
          </w:p>
        </w:tc>
        <w:tc>
          <w:tcPr>
            <w:tcW w:type="dxa" w:w="2160"/>
          </w:tcPr>
          <w:p>
            <w:r>
              <w:t>Quality Control</w:t>
            </w:r>
          </w:p>
        </w:tc>
        <w:tc>
          <w:tcPr>
            <w:tcW w:type="dxa" w:w="2160"/>
          </w:tcPr>
          <w:p>
            <w:r>
              <w:t>What quality control measures do you have in place to ensure the safety and quality of your pears?</w:t>
              <w:br/>
              <w:t>Answer type: Long text</w:t>
              <w:br/>
              <w:t>Trigger: Always</w:t>
              <w:br/>
              <w:t>Required: Yes</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1071-0268</w:t>
            </w:r>
          </w:p>
        </w:tc>
        <w:tc>
          <w:tcPr>
            <w:tcW w:type="dxa" w:w="2160"/>
          </w:tcPr>
          <w:p>
            <w:r>
              <w:t>Compliance</w:t>
            </w:r>
          </w:p>
        </w:tc>
        <w:tc>
          <w:tcPr>
            <w:tcW w:type="dxa" w:w="2160"/>
          </w:tcPr>
          <w:p>
            <w:r>
              <w:t>What regulatory standards do you follow for food safety in pear production?</w:t>
              <w:br/>
              <w:t>Answer type: Open-ended</w:t>
              <w:br/>
              <w:t>Trigger: None</w:t>
              <w:br/>
              <w:t>Required: Yes</w:t>
              <w:br/>
              <w:t>Risk: High</w:t>
            </w:r>
          </w:p>
        </w:tc>
        <w:tc>
          <w:tcPr>
            <w:tcW w:type="dxa" w:w="2160"/>
          </w:tcPr>
          <w:p>
            <w:r>
              <w:t>Primary authority: Food Safety Regulations</w:t>
              <w:br/>
              <w:t>Response: ___________________________</w:t>
              <w:br/>
              <w:t>Evidence: ___________________________</w:t>
              <w:br/>
              <w:t>Reviewer conclusion: ___________________________</w:t>
            </w:r>
          </w:p>
        </w:tc>
      </w:tr>
      <w:tr>
        <w:tc>
          <w:tcPr>
            <w:tcW w:type="dxa" w:w="2160"/>
          </w:tcPr>
          <w:p>
            <w:r>
              <w:t>1071-0269</w:t>
            </w:r>
          </w:p>
        </w:tc>
        <w:tc>
          <w:tcPr>
            <w:tcW w:type="dxa" w:w="2160"/>
          </w:tcPr>
          <w:p>
            <w:r>
              <w:t>Operational</w:t>
            </w:r>
          </w:p>
        </w:tc>
        <w:tc>
          <w:tcPr>
            <w:tcW w:type="dxa" w:w="2160"/>
          </w:tcPr>
          <w:p>
            <w:r>
              <w:t>Can you describe your process for ensuring compliance with local food safety regulations?</w:t>
              <w:br/>
              <w:t>Answer type: Open-ended</w:t>
              <w:br/>
              <w:t>Trigger: None</w:t>
              <w:br/>
              <w:t>Required: Yes</w:t>
              <w:br/>
              <w:t>Risk: Medium</w:t>
            </w:r>
          </w:p>
        </w:tc>
        <w:tc>
          <w:tcPr>
            <w:tcW w:type="dxa" w:w="2160"/>
          </w:tcPr>
          <w:p>
            <w:r>
              <w:t>Primary authority: Regulatory Compliance</w:t>
              <w:br/>
              <w:t>Response: ___________________________</w:t>
              <w:br/>
              <w:t>Evidence: ___________________________</w:t>
              <w:br/>
              <w:t>Reviewer conclusion: ___________________________</w:t>
            </w:r>
          </w:p>
        </w:tc>
      </w:tr>
    </w:tbl>
    <w:p/>
    <w:p>
      <w:pPr>
        <w:pStyle w:val="Heading2"/>
      </w:pPr>
      <w:r>
        <w:t>SUSTAINABILITY-PRACTICES-ENVIRONMENTAL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1071-0270</w:t>
            </w:r>
          </w:p>
        </w:tc>
        <w:tc>
          <w:tcPr>
            <w:tcW w:type="dxa" w:w="2160"/>
          </w:tcPr>
          <w:p>
            <w:r>
              <w:t>Water Conservation</w:t>
            </w:r>
          </w:p>
        </w:tc>
        <w:tc>
          <w:tcPr>
            <w:tcW w:type="dxa" w:w="2160"/>
          </w:tcPr>
          <w:p>
            <w:r>
              <w:t>What specific methods or technologies have you implemented to reduce water usage in your pear growing operations,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1071-0271</w:t>
            </w:r>
          </w:p>
        </w:tc>
        <w:tc>
          <w:tcPr>
            <w:tcW w:type="dxa" w:w="2160"/>
          </w:tcPr>
          <w:p>
            <w:r>
              <w:t>Soil Health</w:t>
            </w:r>
          </w:p>
        </w:tc>
        <w:tc>
          <w:tcPr>
            <w:tcW w:type="dxa" w:w="2160"/>
          </w:tcPr>
          <w:p>
            <w:r>
              <w:t>Can you describe any experimental practices you have adopted to enhance soil health, such as cover cropping or reduced tillage, and what results have you observed?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1071-0272</w:t>
            </w:r>
          </w:p>
        </w:tc>
        <w:tc>
          <w:tcPr>
            <w:tcW w:type="dxa" w:w="2160"/>
          </w:tcPr>
          <w:p>
            <w:r>
              <w:t>Fertilizer Management</w:t>
            </w:r>
          </w:p>
        </w:tc>
        <w:tc>
          <w:tcPr>
            <w:tcW w:type="dxa" w:w="2160"/>
          </w:tcPr>
          <w:p>
            <w:r>
              <w:t>What innovative approaches have you tested for fertilizer application that differ from standard practices, and how do you assess their impact on crop yield and environmental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1071-0273</w:t>
            </w:r>
          </w:p>
        </w:tc>
        <w:tc>
          <w:tcPr>
            <w:tcW w:type="dxa" w:w="2160"/>
          </w:tcPr>
          <w:p>
            <w:r>
              <w:t>Pesticide Use</w:t>
            </w:r>
          </w:p>
        </w:tc>
        <w:tc>
          <w:tcPr>
            <w:tcW w:type="dxa" w:w="2160"/>
          </w:tcPr>
          <w:p>
            <w:r>
              <w:t>What alternative pest management strategies have you trialed that reduce reliance on chemical pesticides, and what metrics do you use to evaluate their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1071-0274</w:t>
            </w:r>
          </w:p>
        </w:tc>
        <w:tc>
          <w:tcPr>
            <w:tcW w:type="dxa" w:w="2160"/>
          </w:tcPr>
          <w:p>
            <w:r>
              <w:t>Carbon Footprint</w:t>
            </w:r>
          </w:p>
        </w:tc>
        <w:tc>
          <w:tcPr>
            <w:tcW w:type="dxa" w:w="2160"/>
          </w:tcPr>
          <w:p>
            <w:r>
              <w:t>Have you conducted any experiments to quantify the carbon footprint of your pear growing practices, and what methodologies did you use to gather that data?</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1071-0275</w:t>
            </w:r>
          </w:p>
        </w:tc>
        <w:tc>
          <w:tcPr>
            <w:tcW w:type="dxa" w:w="2160"/>
          </w:tcPr>
          <w:p>
            <w:r>
              <w:t>Waste Reduction</w:t>
            </w:r>
          </w:p>
        </w:tc>
        <w:tc>
          <w:tcPr>
            <w:tcW w:type="dxa" w:w="2160"/>
          </w:tcPr>
          <w:p>
            <w:r>
              <w:t>What specific waste reduction initiatives have you implemented in your operations, and how do you track their effectiveness in minimizing waste?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1071-0276</w:t>
            </w:r>
          </w:p>
        </w:tc>
        <w:tc>
          <w:tcPr>
            <w:tcW w:type="dxa" w:w="2160"/>
          </w:tcPr>
          <w:p>
            <w:r>
              <w:t>Biodiversity</w:t>
            </w:r>
          </w:p>
        </w:tc>
        <w:tc>
          <w:tcPr>
            <w:tcW w:type="dxa" w:w="2160"/>
          </w:tcPr>
          <w:p>
            <w:r>
              <w:t>What measures have you taken to enhance biodiversity on your pear farm, such as planting cover crops or creating habitats, and how do you evaluate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1071-0277</w:t>
            </w:r>
          </w:p>
        </w:tc>
        <w:tc>
          <w:tcPr>
            <w:tcW w:type="dxa" w:w="2160"/>
          </w:tcPr>
          <w:p>
            <w:r>
              <w:t>Water Conservation</w:t>
            </w:r>
          </w:p>
        </w:tc>
        <w:tc>
          <w:tcPr>
            <w:tcW w:type="dxa" w:w="2160"/>
          </w:tcPr>
          <w:p>
            <w:r>
              <w:t>In compliance with California water regulations, what innovative practices have you implemented to optimize irrigation efficiency, and how do you document their effectiveness?</w:t>
              <w:br/>
              <w:t>Answer type: Long text + evidence</w:t>
              <w:br/>
              <w:t>Trigger: Always</w:t>
              <w:br/>
              <w:t>Required: No</w:t>
              <w:br/>
              <w:t>Risk: High</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1071-0278</w:t>
            </w:r>
          </w:p>
        </w:tc>
        <w:tc>
          <w:tcPr>
            <w:tcW w:type="dxa" w:w="2160"/>
          </w:tcPr>
          <w:p>
            <w:r>
              <w:t>Soil Health</w:t>
            </w:r>
          </w:p>
        </w:tc>
        <w:tc>
          <w:tcPr>
            <w:tcW w:type="dxa" w:w="2160"/>
          </w:tcPr>
          <w:p>
            <w:r>
              <w:t>What experimental soil amendments have you tested to improve soil fertility, and what outcomes have you measured to assess their impact?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1071-0279</w:t>
            </w:r>
          </w:p>
        </w:tc>
        <w:tc>
          <w:tcPr>
            <w:tcW w:type="dxa" w:w="2160"/>
          </w:tcPr>
          <w:p>
            <w:r>
              <w:t>Fertilizer Management</w:t>
            </w:r>
          </w:p>
        </w:tc>
        <w:tc>
          <w:tcPr>
            <w:tcW w:type="dxa" w:w="2160"/>
          </w:tcPr>
          <w:p>
            <w:r>
              <w:t>What data do you collect to analyze the effectiveness of your fertilizer management practices, and how do you adjust based on your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1071-0280</w:t>
            </w:r>
          </w:p>
        </w:tc>
        <w:tc>
          <w:tcPr>
            <w:tcW w:type="dxa" w:w="2160"/>
          </w:tcPr>
          <w:p>
            <w:r>
              <w:t>Pesticide Use</w:t>
            </w:r>
          </w:p>
        </w:tc>
        <w:tc>
          <w:tcPr>
            <w:tcW w:type="dxa" w:w="2160"/>
          </w:tcPr>
          <w:p>
            <w:r>
              <w:t>What specific criteria do you use to evaluate the effectiveness of integrated pest management (IPM) strategies you have implemented, and what results have you documented?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1071-0281</w:t>
            </w:r>
          </w:p>
        </w:tc>
        <w:tc>
          <w:tcPr>
            <w:tcW w:type="dxa" w:w="2160"/>
          </w:tcPr>
          <w:p>
            <w:r>
              <w:t>Carbon Footprint</w:t>
            </w:r>
          </w:p>
        </w:tc>
        <w:tc>
          <w:tcPr>
            <w:tcW w:type="dxa" w:w="2160"/>
          </w:tcPr>
          <w:p>
            <w:r>
              <w:t>What carbon offset projects have you explored or implemented as part of your sustainability practices, and how do you measure their impact on your overall carbon footprint?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1071-0282</w:t>
            </w:r>
          </w:p>
        </w:tc>
        <w:tc>
          <w:tcPr>
            <w:tcW w:type="dxa" w:w="2160"/>
          </w:tcPr>
          <w:p>
            <w:r>
              <w:t>Waste Reduction</w:t>
            </w:r>
          </w:p>
        </w:tc>
        <w:tc>
          <w:tcPr>
            <w:tcW w:type="dxa" w:w="2160"/>
          </w:tcPr>
          <w:p>
            <w:r>
              <w:t>What innovative recycling or composting practices have you tested in your operations, and what metrics do you use to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AUTOMATION-TECHNOLOGIES-IMPLEMENTATION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1071-0283</w:t>
            </w:r>
          </w:p>
        </w:tc>
        <w:tc>
          <w:tcPr>
            <w:tcW w:type="dxa" w:w="2160"/>
          </w:tcPr>
          <w:p>
            <w:r>
              <w:t>Robotics</w:t>
            </w:r>
          </w:p>
        </w:tc>
        <w:tc>
          <w:tcPr>
            <w:tcW w:type="dxa" w:w="2160"/>
          </w:tcPr>
          <w:p>
            <w:r>
              <w:t>What specific robotic systems have been implemented in your pear processing and packaging operations, and what tasks do they perform?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1071-0284</w:t>
            </w:r>
          </w:p>
        </w:tc>
        <w:tc>
          <w:tcPr>
            <w:tcW w:type="dxa" w:w="2160"/>
          </w:tcPr>
          <w:p>
            <w:r>
              <w:t>Robotics</w:t>
            </w:r>
          </w:p>
        </w:tc>
        <w:tc>
          <w:tcPr>
            <w:tcW w:type="dxa" w:w="2160"/>
          </w:tcPr>
          <w:p>
            <w:r>
              <w:t>How did you determine the need for robotic automation in your processing line? Please describe any trials or tests conducted prior to implementation.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1071-0285</w:t>
            </w:r>
          </w:p>
        </w:tc>
        <w:tc>
          <w:tcPr>
            <w:tcW w:type="dxa" w:w="2160"/>
          </w:tcPr>
          <w:p>
            <w:r>
              <w:t>Conveyor Systems</w:t>
            </w:r>
          </w:p>
        </w:tc>
        <w:tc>
          <w:tcPr>
            <w:tcW w:type="dxa" w:w="2160"/>
          </w:tcPr>
          <w:p>
            <w:r>
              <w:t>What types of conveyor systems have you integrated into your pear processing workflow, and what specific improvements in efficiency have you observed?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1071-0286</w:t>
            </w:r>
          </w:p>
        </w:tc>
        <w:tc>
          <w:tcPr>
            <w:tcW w:type="dxa" w:w="2160"/>
          </w:tcPr>
          <w:p>
            <w:r>
              <w:t>Conveyor Systems</w:t>
            </w:r>
          </w:p>
        </w:tc>
        <w:tc>
          <w:tcPr>
            <w:tcW w:type="dxa" w:w="2160"/>
          </w:tcPr>
          <w:p>
            <w:r>
              <w:t>Can you provide details on the design and installation process of your conveyor systems, including any challenges faced and how they were addressed?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1071-0287</w:t>
            </w:r>
          </w:p>
        </w:tc>
        <w:tc>
          <w:tcPr>
            <w:tcW w:type="dxa" w:w="2160"/>
          </w:tcPr>
          <w:p>
            <w:r>
              <w:t>Sensor Integration</w:t>
            </w:r>
          </w:p>
        </w:tc>
        <w:tc>
          <w:tcPr>
            <w:tcW w:type="dxa" w:w="2160"/>
          </w:tcPr>
          <w:p>
            <w:r>
              <w:t>What types of sensors have been integrated into your processing systems, and what specific data do they collect?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1071-0288</w:t>
            </w:r>
          </w:p>
        </w:tc>
        <w:tc>
          <w:tcPr>
            <w:tcW w:type="dxa" w:w="2160"/>
          </w:tcPr>
          <w:p>
            <w:r>
              <w:t>Sensor Integration</w:t>
            </w:r>
          </w:p>
        </w:tc>
        <w:tc>
          <w:tcPr>
            <w:tcW w:type="dxa" w:w="2160"/>
          </w:tcPr>
          <w:p>
            <w:r>
              <w:t>How do you utilize the data collected from sensors to improve operational efficiency or quality control in pear processing?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1071-0289</w:t>
            </w:r>
          </w:p>
        </w:tc>
        <w:tc>
          <w:tcPr>
            <w:tcW w:type="dxa" w:w="2160"/>
          </w:tcPr>
          <w:p>
            <w:r>
              <w:t>Data Collection</w:t>
            </w:r>
          </w:p>
        </w:tc>
        <w:tc>
          <w:tcPr>
            <w:tcW w:type="dxa" w:w="2160"/>
          </w:tcPr>
          <w:p>
            <w:r>
              <w:t>What data collection methods have you implemented to track the performance of your automation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1071-0290</w:t>
            </w:r>
          </w:p>
        </w:tc>
        <w:tc>
          <w:tcPr>
            <w:tcW w:type="dxa" w:w="2160"/>
          </w:tcPr>
          <w:p>
            <w:r>
              <w:t>Data Collection</w:t>
            </w:r>
          </w:p>
        </w:tc>
        <w:tc>
          <w:tcPr>
            <w:tcW w:type="dxa" w:w="2160"/>
          </w:tcPr>
          <w:p>
            <w:r>
              <w:t>Can you describe any specific metrics you monitor to assess the impact of automation on your production processes?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1071-0291</w:t>
            </w:r>
          </w:p>
        </w:tc>
        <w:tc>
          <w:tcPr>
            <w:tcW w:type="dxa" w:w="2160"/>
          </w:tcPr>
          <w:p>
            <w:r>
              <w:t>Efficiency Improvements</w:t>
            </w:r>
          </w:p>
        </w:tc>
        <w:tc>
          <w:tcPr>
            <w:tcW w:type="dxa" w:w="2160"/>
          </w:tcPr>
          <w:p>
            <w:r>
              <w:t>What specific efficiency improvements have been achieved through the implementation of automation technologies in your pear processing?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1071-0292</w:t>
            </w:r>
          </w:p>
        </w:tc>
        <w:tc>
          <w:tcPr>
            <w:tcW w:type="dxa" w:w="2160"/>
          </w:tcPr>
          <w:p>
            <w:r>
              <w:t>Efficiency Improvements</w:t>
            </w:r>
          </w:p>
        </w:tc>
        <w:tc>
          <w:tcPr>
            <w:tcW w:type="dxa" w:w="2160"/>
          </w:tcPr>
          <w:p>
            <w:r>
              <w:t>Can you quantify the percentage increase in processing speed or reduction in labor hours due to automation?</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1071-0293</w:t>
            </w:r>
          </w:p>
        </w:tc>
        <w:tc>
          <w:tcPr>
            <w:tcW w:type="dxa" w:w="2160"/>
          </w:tcPr>
          <w:p>
            <w:r>
              <w:t>Cost Reduction</w:t>
            </w:r>
          </w:p>
        </w:tc>
        <w:tc>
          <w:tcPr>
            <w:tcW w:type="dxa" w:w="2160"/>
          </w:tcPr>
          <w:p>
            <w:r>
              <w:t>What specific cost reductions have you experienced as a result of implementing automation technologies?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1071-0294</w:t>
            </w:r>
          </w:p>
        </w:tc>
        <w:tc>
          <w:tcPr>
            <w:tcW w:type="dxa" w:w="2160"/>
          </w:tcPr>
          <w:p>
            <w:r>
              <w:t>Cost Reduction</w:t>
            </w:r>
          </w:p>
        </w:tc>
        <w:tc>
          <w:tcPr>
            <w:tcW w:type="dxa" w:w="2160"/>
          </w:tcPr>
          <w:p>
            <w:r>
              <w:t>How do you calculate the return on investment (ROI) for the automation technologies implemented in your operations?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1071-0295</w:t>
            </w:r>
          </w:p>
        </w:tc>
        <w:tc>
          <w:tcPr>
            <w:tcW w:type="dxa" w:w="2160"/>
          </w:tcPr>
          <w:p>
            <w:r>
              <w:t>System Integration</w:t>
            </w:r>
          </w:p>
        </w:tc>
        <w:tc>
          <w:tcPr>
            <w:tcW w:type="dxa" w:w="2160"/>
          </w:tcPr>
          <w:p>
            <w:r>
              <w:t>Describe the integration process of your automation technologies with existing systems in your pear processing operations. What challenges did you face?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1071-0296</w:t>
            </w:r>
          </w:p>
        </w:tc>
        <w:tc>
          <w:tcPr>
            <w:tcW w:type="dxa" w:w="2160"/>
          </w:tcPr>
          <w:p>
            <w:r>
              <w:t>System Integration</w:t>
            </w:r>
          </w:p>
        </w:tc>
        <w:tc>
          <w:tcPr>
            <w:tcW w:type="dxa" w:w="2160"/>
          </w:tcPr>
          <w:p>
            <w:r>
              <w:t>What specific software or platforms are used to manage and monitor your automation systems?</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1071-0297</w:t>
            </w:r>
          </w:p>
        </w:tc>
        <w:tc>
          <w:tcPr>
            <w:tcW w:type="dxa" w:w="2160"/>
          </w:tcPr>
          <w:p>
            <w:r>
              <w:t>Robotics</w:t>
            </w:r>
          </w:p>
        </w:tc>
        <w:tc>
          <w:tcPr>
            <w:tcW w:type="dxa" w:w="2160"/>
          </w:tcPr>
          <w:p>
            <w:r>
              <w:t>Have you conducted any experimental trials with different robotic systems before selecting the ones currently in use? If so, please detail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1071-0298</w:t>
            </w:r>
          </w:p>
        </w:tc>
        <w:tc>
          <w:tcPr>
            <w:tcW w:type="dxa" w:w="2160"/>
          </w:tcPr>
          <w:p>
            <w:r>
              <w:t>Sensor Integration</w:t>
            </w:r>
          </w:p>
        </w:tc>
        <w:tc>
          <w:tcPr>
            <w:tcW w:type="dxa" w:w="2160"/>
          </w:tcPr>
          <w:p>
            <w:r>
              <w:t>What types of real-time monitoring capabilities have you implemented through sensor integration, and how do they impact decision-making?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1071-0299</w:t>
            </w:r>
          </w:p>
        </w:tc>
        <w:tc>
          <w:tcPr>
            <w:tcW w:type="dxa" w:w="2160"/>
          </w:tcPr>
          <w:p>
            <w:r>
              <w:t>Data Collection</w:t>
            </w:r>
          </w:p>
        </w:tc>
        <w:tc>
          <w:tcPr>
            <w:tcW w:type="dxa" w:w="2160"/>
          </w:tcPr>
          <w:p>
            <w:r>
              <w:t>How frequently is data collected from your automation systems, and who is responsible for analyzing this data?</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1071-0300</w:t>
            </w:r>
          </w:p>
        </w:tc>
        <w:tc>
          <w:tcPr>
            <w:tcW w:type="dxa" w:w="2160"/>
          </w:tcPr>
          <w:p>
            <w:r>
              <w:t>Efficiency Improvements</w:t>
            </w:r>
          </w:p>
        </w:tc>
        <w:tc>
          <w:tcPr>
            <w:tcW w:type="dxa" w:w="2160"/>
          </w:tcPr>
          <w:p>
            <w:r>
              <w:t>What specific changes have you made to your workflow as a result of insights gained from automation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1071-0301</w:t>
            </w:r>
          </w:p>
        </w:tc>
        <w:tc>
          <w:tcPr>
            <w:tcW w:type="dxa" w:w="2160"/>
          </w:tcPr>
          <w:p>
            <w:r>
              <w:t>Cost Reduction</w:t>
            </w:r>
          </w:p>
        </w:tc>
        <w:tc>
          <w:tcPr>
            <w:tcW w:type="dxa" w:w="2160"/>
          </w:tcPr>
          <w:p>
            <w:r>
              <w:t>Can you provide a breakdown of the costs associated with implementing automation technologies versus the savings achieved?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1071-0302</w:t>
            </w:r>
          </w:p>
        </w:tc>
        <w:tc>
          <w:tcPr>
            <w:tcW w:type="dxa" w:w="2160"/>
          </w:tcPr>
          <w:p>
            <w:r>
              <w:t>System Integration</w:t>
            </w:r>
          </w:p>
        </w:tc>
        <w:tc>
          <w:tcPr>
            <w:tcW w:type="dxa" w:w="2160"/>
          </w:tcPr>
          <w:p>
            <w:r>
              <w:t>What future automation technologies are you considering for your pear processing operations, and what criteria will you use to evaluate their potential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1071-0303</w:t>
            </w:r>
          </w:p>
        </w:tc>
        <w:tc>
          <w:tcPr>
            <w:tcW w:type="dxa" w:w="2160"/>
          </w:tcPr>
          <w:p>
            <w:r>
              <w:t>Technology</w:t>
            </w:r>
          </w:p>
        </w:tc>
        <w:tc>
          <w:tcPr>
            <w:tcW w:type="dxa" w:w="2160"/>
          </w:tcPr>
          <w:p>
            <w:r>
              <w:t>What automation technologies have you implemented in your pear production process?</w:t>
              <w:br/>
              <w:t>Answer type: Open-ended</w:t>
              <w:br/>
              <w:t>Trigger: None</w:t>
              <w:br/>
              <w:t>Required: Yes</w:t>
              <w:br/>
              <w:t>Risk: High</w:t>
            </w:r>
          </w:p>
        </w:tc>
        <w:tc>
          <w:tcPr>
            <w:tcW w:type="dxa" w:w="2160"/>
          </w:tcPr>
          <w:p>
            <w:r>
              <w:t>Primary authority: Technology Implementation</w:t>
              <w:br/>
              <w:t>Response: ___________________________</w:t>
              <w:br/>
              <w:t>Evidence: ___________________________</w:t>
              <w:br/>
              <w:t>Reviewer conclusion: ___________________________</w:t>
            </w:r>
          </w:p>
        </w:tc>
      </w:tr>
      <w:tr>
        <w:tc>
          <w:tcPr>
            <w:tcW w:type="dxa" w:w="2160"/>
          </w:tcPr>
          <w:p>
            <w:r>
              <w:t>1071-0304</w:t>
            </w:r>
          </w:p>
        </w:tc>
        <w:tc>
          <w:tcPr>
            <w:tcW w:type="dxa" w:w="2160"/>
          </w:tcPr>
          <w:p>
            <w:r>
              <w:t>Operational Efficiency</w:t>
            </w:r>
          </w:p>
        </w:tc>
        <w:tc>
          <w:tcPr>
            <w:tcW w:type="dxa" w:w="2160"/>
          </w:tcPr>
          <w:p>
            <w:r>
              <w:t>How has automation improved operational efficiency in your pear processing?</w:t>
              <w:br/>
              <w:t>Answer type: Open-ended</w:t>
              <w:br/>
              <w:t>Trigger: None</w:t>
              <w:br/>
              <w:t>Required: Yes</w:t>
              <w:br/>
              <w:t>Risk: Medium</w:t>
            </w:r>
          </w:p>
        </w:tc>
        <w:tc>
          <w:tcPr>
            <w:tcW w:type="dxa" w:w="2160"/>
          </w:tcPr>
          <w:p>
            <w:r>
              <w:t>Primary authority: Operational Analysis</w:t>
              <w:br/>
              <w:t>Response: ___________________________</w:t>
              <w:br/>
              <w:t>Evidence: ___________________________</w:t>
              <w:br/>
              <w:t>Reviewer conclusion: ___________________________</w:t>
            </w:r>
          </w:p>
        </w:tc>
      </w:tr>
      <w:tr>
        <w:tc>
          <w:tcPr>
            <w:tcW w:type="dxa" w:w="2160"/>
          </w:tcPr>
          <w:p>
            <w:r>
              <w:t>1071-0305</w:t>
            </w:r>
          </w:p>
        </w:tc>
        <w:tc>
          <w:tcPr>
            <w:tcW w:type="dxa" w:w="2160"/>
          </w:tcPr>
          <w:p>
            <w:r>
              <w:t>Research and Development</w:t>
            </w:r>
          </w:p>
        </w:tc>
        <w:tc>
          <w:tcPr>
            <w:tcW w:type="dxa" w:w="2160"/>
          </w:tcPr>
          <w:p>
            <w:r>
              <w:t>What challenges have you encountered while integrating automation technologies in your operations?</w:t>
              <w:br/>
              <w:t>Answer type: Open-ended</w:t>
              <w:br/>
              <w:t>Trigger: None</w:t>
              <w:br/>
              <w:t>Required: Yes</w:t>
              <w:br/>
              <w:t>Risk: High</w:t>
            </w:r>
          </w:p>
        </w:tc>
        <w:tc>
          <w:tcPr>
            <w:tcW w:type="dxa" w:w="2160"/>
          </w:tcPr>
          <w:p>
            <w:r>
              <w:t>Primary authority: Research Development</w:t>
              <w:br/>
              <w:t>Response: ___________________________</w:t>
              <w:br/>
              <w:t>Evidence: ___________________________</w:t>
              <w:br/>
              <w:t>Reviewer conclusion: ___________________________</w:t>
            </w:r>
          </w:p>
        </w:tc>
      </w:tr>
    </w:tbl>
    <w:p/>
    <w:p>
      <w:pPr>
        <w:pStyle w:val="Heading2"/>
      </w:pPr>
      <w:r>
        <w:t>DATA-SOFTWARE-MANAGEMENT-SYSTEMS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1071-0306</w:t>
            </w:r>
          </w:p>
        </w:tc>
        <w:tc>
          <w:tcPr>
            <w:tcW w:type="dxa" w:w="2160"/>
          </w:tcPr>
          <w:p>
            <w:r>
              <w:t>ERP Systems</w:t>
            </w:r>
          </w:p>
        </w:tc>
        <w:tc>
          <w:tcPr>
            <w:tcW w:type="dxa" w:w="2160"/>
          </w:tcPr>
          <w:p>
            <w:r>
              <w:t>What specific ERP system do you use for managing your pear production operations, and how does it integrate with your other software solutions?</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1071-0307</w:t>
            </w:r>
          </w:p>
        </w:tc>
        <w:tc>
          <w:tcPr>
            <w:tcW w:type="dxa" w:w="2160"/>
          </w:tcPr>
          <w:p>
            <w:r>
              <w:t>Data Analytics</w:t>
            </w:r>
          </w:p>
        </w:tc>
        <w:tc>
          <w:tcPr>
            <w:tcW w:type="dxa" w:w="2160"/>
          </w:tcPr>
          <w:p>
            <w:r>
              <w:t>Can you describe any data analytics tools you employ to analyze yield data from your pear orchards? Please provide examples of insights gained from these analyses.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1071-0308</w:t>
            </w:r>
          </w:p>
        </w:tc>
        <w:tc>
          <w:tcPr>
            <w:tcW w:type="dxa" w:w="2160"/>
          </w:tcPr>
          <w:p>
            <w:r>
              <w:t>Traceability Software</w:t>
            </w:r>
          </w:p>
        </w:tc>
        <w:tc>
          <w:tcPr>
            <w:tcW w:type="dxa" w:w="2160"/>
          </w:tcPr>
          <w:p>
            <w:r>
              <w:t>What traceability software do you utilize to track the movement of pears from harvest to market, and how does it ensure compliance with food safety regulations?</w:t>
              <w:br/>
              <w:t>Answer type: Short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1071-0309</w:t>
            </w:r>
          </w:p>
        </w:tc>
        <w:tc>
          <w:tcPr>
            <w:tcW w:type="dxa" w:w="2160"/>
          </w:tcPr>
          <w:p>
            <w:r>
              <w:t>Inventory Management</w:t>
            </w:r>
          </w:p>
        </w:tc>
        <w:tc>
          <w:tcPr>
            <w:tcW w:type="dxa" w:w="2160"/>
          </w:tcPr>
          <w:p>
            <w:r>
              <w:t>How do you manage inventory levels for your pear products, and what software solutions are in place to monitor stock levels and prevent spoilage?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1071-0310</w:t>
            </w:r>
          </w:p>
        </w:tc>
        <w:tc>
          <w:tcPr>
            <w:tcW w:type="dxa" w:w="2160"/>
          </w:tcPr>
          <w:p>
            <w:r>
              <w:t>Production Scheduling</w:t>
            </w:r>
          </w:p>
        </w:tc>
        <w:tc>
          <w:tcPr>
            <w:tcW w:type="dxa" w:w="2160"/>
          </w:tcPr>
          <w:p>
            <w:r>
              <w:t>What software do you use for production scheduling of your pear harvest, and how does it account for factors such as weather and labor availability?</w:t>
              <w:br/>
              <w:t>Answer type: Short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1071-0311</w:t>
            </w:r>
          </w:p>
        </w:tc>
        <w:tc>
          <w:tcPr>
            <w:tcW w:type="dxa" w:w="2160"/>
          </w:tcPr>
          <w:p>
            <w:r>
              <w:t>Cloud Solutions</w:t>
            </w:r>
          </w:p>
        </w:tc>
        <w:tc>
          <w:tcPr>
            <w:tcW w:type="dxa" w:w="2160"/>
          </w:tcPr>
          <w:p>
            <w:r>
              <w:t>Are your data management systems hosted on cloud solutions? If so, which provider do you use and what benefits have you observed from this setup?</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1071-0312</w:t>
            </w:r>
          </w:p>
        </w:tc>
        <w:tc>
          <w:tcPr>
            <w:tcW w:type="dxa" w:w="2160"/>
          </w:tcPr>
          <w:p>
            <w:r>
              <w:t>Cybersecurity</w:t>
            </w:r>
          </w:p>
        </w:tc>
        <w:tc>
          <w:tcPr>
            <w:tcW w:type="dxa" w:w="2160"/>
          </w:tcPr>
          <w:p>
            <w:r>
              <w:t>What cybersecurity measures are implemented to protect the data within your pear production management systems?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1071-0313</w:t>
            </w:r>
          </w:p>
        </w:tc>
        <w:tc>
          <w:tcPr>
            <w:tcW w:type="dxa" w:w="2160"/>
          </w:tcPr>
          <w:p>
            <w:r>
              <w:t>ERP Systems</w:t>
            </w:r>
          </w:p>
        </w:tc>
        <w:tc>
          <w:tcPr>
            <w:tcW w:type="dxa" w:w="2160"/>
          </w:tcPr>
          <w:p>
            <w:r>
              <w:t>How frequently do you update your ERP system, and what processes do you have in place to test these updates for potential impacts on production?</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1071-0314</w:t>
            </w:r>
          </w:p>
        </w:tc>
        <w:tc>
          <w:tcPr>
            <w:tcW w:type="dxa" w:w="2160"/>
          </w:tcPr>
          <w:p>
            <w:r>
              <w:t>Data Analytics</w:t>
            </w:r>
          </w:p>
        </w:tc>
        <w:tc>
          <w:tcPr>
            <w:tcW w:type="dxa" w:w="2160"/>
          </w:tcPr>
          <w:p>
            <w:r>
              <w:t>What specific metrics do you track using your data analytics tools to evaluate the performance of your pear production?</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1071-0315</w:t>
            </w:r>
          </w:p>
        </w:tc>
        <w:tc>
          <w:tcPr>
            <w:tcW w:type="dxa" w:w="2160"/>
          </w:tcPr>
          <w:p>
            <w:r>
              <w:t>Traceability Software</w:t>
            </w:r>
          </w:p>
        </w:tc>
        <w:tc>
          <w:tcPr>
            <w:tcW w:type="dxa" w:w="2160"/>
          </w:tcPr>
          <w:p>
            <w:r>
              <w:t>How do you ensure that your traceability software remains compliant with evolving food safety standards?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1071-0316</w:t>
            </w:r>
          </w:p>
        </w:tc>
        <w:tc>
          <w:tcPr>
            <w:tcW w:type="dxa" w:w="2160"/>
          </w:tcPr>
          <w:p>
            <w:r>
              <w:t>Inventory Management</w:t>
            </w:r>
          </w:p>
        </w:tc>
        <w:tc>
          <w:tcPr>
            <w:tcW w:type="dxa" w:w="2160"/>
          </w:tcPr>
          <w:p>
            <w:r>
              <w:t>What challenges have you faced in managing inventory for your pear products, and how has your software addressed these issues?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1071-0317</w:t>
            </w:r>
          </w:p>
        </w:tc>
        <w:tc>
          <w:tcPr>
            <w:tcW w:type="dxa" w:w="2160"/>
          </w:tcPr>
          <w:p>
            <w:r>
              <w:t>Production Scheduling</w:t>
            </w:r>
          </w:p>
        </w:tc>
        <w:tc>
          <w:tcPr>
            <w:tcW w:type="dxa" w:w="2160"/>
          </w:tcPr>
          <w:p>
            <w:r>
              <w:t>Can you provide an example of how your production scheduling software has improved efficiency in your pear harvesting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1071-0318</w:t>
            </w:r>
          </w:p>
        </w:tc>
        <w:tc>
          <w:tcPr>
            <w:tcW w:type="dxa" w:w="2160"/>
          </w:tcPr>
          <w:p>
            <w:r>
              <w:t>Cloud Solutions</w:t>
            </w:r>
          </w:p>
        </w:tc>
        <w:tc>
          <w:tcPr>
            <w:tcW w:type="dxa" w:w="2160"/>
          </w:tcPr>
          <w:p>
            <w:r>
              <w:t>What specific cloud-based tools do you utilize for data management, and how do they enhance collaboration among your team members?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1071-0319</w:t>
            </w:r>
          </w:p>
        </w:tc>
        <w:tc>
          <w:tcPr>
            <w:tcW w:type="dxa" w:w="2160"/>
          </w:tcPr>
          <w:p>
            <w:r>
              <w:t>Cybersecurity</w:t>
            </w:r>
          </w:p>
        </w:tc>
        <w:tc>
          <w:tcPr>
            <w:tcW w:type="dxa" w:w="2160"/>
          </w:tcPr>
          <w:p>
            <w:r>
              <w:t>Have you experienced any data breaches in the past year, and what steps were taken to mitigate such risks in your data management systems?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1071-0320</w:t>
            </w:r>
          </w:p>
        </w:tc>
        <w:tc>
          <w:tcPr>
            <w:tcW w:type="dxa" w:w="2160"/>
          </w:tcPr>
          <w:p>
            <w:r>
              <w:t>ERP Systems</w:t>
            </w:r>
          </w:p>
        </w:tc>
        <w:tc>
          <w:tcPr>
            <w:tcW w:type="dxa" w:w="2160"/>
          </w:tcPr>
          <w:p>
            <w:r>
              <w:t>What customizations have you made to your ERP system to better fit the unique needs of pear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1071-0321</w:t>
            </w:r>
          </w:p>
        </w:tc>
        <w:tc>
          <w:tcPr>
            <w:tcW w:type="dxa" w:w="2160"/>
          </w:tcPr>
          <w:p>
            <w:r>
              <w:t>Data Analytics</w:t>
            </w:r>
          </w:p>
        </w:tc>
        <w:tc>
          <w:tcPr>
            <w:tcW w:type="dxa" w:w="2160"/>
          </w:tcPr>
          <w:p>
            <w:r>
              <w:t>How do you validate the accuracy of the data collected through your analytics tools in relation to pear production?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1071-0322</w:t>
            </w:r>
          </w:p>
        </w:tc>
        <w:tc>
          <w:tcPr>
            <w:tcW w:type="dxa" w:w="2160"/>
          </w:tcPr>
          <w:p>
            <w:r>
              <w:t>Traceability Software</w:t>
            </w:r>
          </w:p>
        </w:tc>
        <w:tc>
          <w:tcPr>
            <w:tcW w:type="dxa" w:w="2160"/>
          </w:tcPr>
          <w:p>
            <w:r>
              <w:t>What specific features of your traceability software are critical for tracking organic certification of your pears?</w:t>
              <w:br/>
              <w:t>Answer type: Short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1071-0323</w:t>
            </w:r>
          </w:p>
        </w:tc>
        <w:tc>
          <w:tcPr>
            <w:tcW w:type="dxa" w:w="2160"/>
          </w:tcPr>
          <w:p>
            <w:r>
              <w:t>Inventory Management</w:t>
            </w:r>
          </w:p>
        </w:tc>
        <w:tc>
          <w:tcPr>
            <w:tcW w:type="dxa" w:w="2160"/>
          </w:tcPr>
          <w:p>
            <w:r>
              <w:t>What inventory management software do you use to forecast demand for your pear products, and how accurate have these forecasts been historically?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1071-0324</w:t>
            </w:r>
          </w:p>
        </w:tc>
        <w:tc>
          <w:tcPr>
            <w:tcW w:type="dxa" w:w="2160"/>
          </w:tcPr>
          <w:p>
            <w:r>
              <w:t>Technology</w:t>
            </w:r>
          </w:p>
        </w:tc>
        <w:tc>
          <w:tcPr>
            <w:tcW w:type="dxa" w:w="2160"/>
          </w:tcPr>
          <w:p>
            <w:r>
              <w:t>What data management systems do you use to track pear production metrics?</w:t>
              <w:br/>
              <w:t>Answer type: Open-ended</w:t>
              <w:br/>
              <w:t>Trigger: None</w:t>
              <w:br/>
              <w:t>Required: Yes</w:t>
              <w:br/>
              <w:t>Risk: Medium</w:t>
            </w:r>
          </w:p>
        </w:tc>
        <w:tc>
          <w:tcPr>
            <w:tcW w:type="dxa" w:w="2160"/>
          </w:tcPr>
          <w:p>
            <w:r>
              <w:t>Primary authority: Data Management Standards</w:t>
              <w:br/>
              <w:t>Response: ___________________________</w:t>
              <w:br/>
              <w:t>Evidence: ___________________________</w:t>
              <w:br/>
              <w:t>Reviewer conclusion: ___________________________</w:t>
            </w:r>
          </w:p>
        </w:tc>
      </w:tr>
    </w:tbl>
    <w:p/>
    <w:p>
      <w:pPr>
        <w:pStyle w:val="Heading2"/>
      </w:pPr>
      <w:r>
        <w:t>BYPRODUCTS-UTILIZATION-SUSTAINABILITY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1071-0325</w:t>
            </w:r>
          </w:p>
        </w:tc>
        <w:tc>
          <w:tcPr>
            <w:tcW w:type="dxa" w:w="2160"/>
          </w:tcPr>
          <w:p>
            <w:r>
              <w:t>Composting</w:t>
            </w:r>
          </w:p>
        </w:tc>
        <w:tc>
          <w:tcPr>
            <w:tcW w:type="dxa" w:w="2160"/>
          </w:tcPr>
          <w:p>
            <w:r>
              <w:t>What specific methods do you employ for composting pear byproducts, and how do you measure the effectiveness of these methods in reducing waste?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1071-0326</w:t>
            </w:r>
          </w:p>
        </w:tc>
        <w:tc>
          <w:tcPr>
            <w:tcW w:type="dxa" w:w="2160"/>
          </w:tcPr>
          <w:p>
            <w:r>
              <w:t>Animal Feed</w:t>
            </w:r>
          </w:p>
        </w:tc>
        <w:tc>
          <w:tcPr>
            <w:tcW w:type="dxa" w:w="2160"/>
          </w:tcPr>
          <w:p>
            <w:r>
              <w:t>Have you developed any animal feed products from pear byproducts? If so, please describe the formulation process and any testing conducted to ensure nutritional adequacy.</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1071-0327</w:t>
            </w:r>
          </w:p>
        </w:tc>
        <w:tc>
          <w:tcPr>
            <w:tcW w:type="dxa" w:w="2160"/>
          </w:tcPr>
          <w:p>
            <w:r>
              <w:t>Bioenergy</w:t>
            </w:r>
          </w:p>
        </w:tc>
        <w:tc>
          <w:tcPr>
            <w:tcW w:type="dxa" w:w="2160"/>
          </w:tcPr>
          <w:p>
            <w:r>
              <w:t>What processes are in place to convert pear byproducts into bioenergy, and what metrics do you use to evaluate the energy output relative to input costs?</w:t>
              <w:br/>
              <w:t>Answer type: Calculation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1071-0328</w:t>
            </w:r>
          </w:p>
        </w:tc>
        <w:tc>
          <w:tcPr>
            <w:tcW w:type="dxa" w:w="2160"/>
          </w:tcPr>
          <w:p>
            <w:r>
              <w:t>Waste Minimization</w:t>
            </w:r>
          </w:p>
        </w:tc>
        <w:tc>
          <w:tcPr>
            <w:tcW w:type="dxa" w:w="2160"/>
          </w:tcPr>
          <w:p>
            <w:r>
              <w:t>Can you quantify the percentage reduction in waste generated from pear processing over the past year? Please provide the calculation method used.</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1071-0329</w:t>
            </w:r>
          </w:p>
        </w:tc>
        <w:tc>
          <w:tcPr>
            <w:tcW w:type="dxa" w:w="2160"/>
          </w:tcPr>
          <w:p>
            <w:r>
              <w:t>Value-Added Products</w:t>
            </w:r>
          </w:p>
        </w:tc>
        <w:tc>
          <w:tcPr>
            <w:tcW w:type="dxa" w:w="2160"/>
          </w:tcPr>
          <w:p>
            <w:r>
              <w:t>What value-added products have you developed from pear byproducts, and how do you assess their market viability?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1071-0330</w:t>
            </w:r>
          </w:p>
        </w:tc>
        <w:tc>
          <w:tcPr>
            <w:tcW w:type="dxa" w:w="2160"/>
          </w:tcPr>
          <w:p>
            <w:r>
              <w:t>Market Opportunities</w:t>
            </w:r>
          </w:p>
        </w:tc>
        <w:tc>
          <w:tcPr>
            <w:tcW w:type="dxa" w:w="2160"/>
          </w:tcPr>
          <w:p>
            <w:r>
              <w:t>What market opportunities have you identified for pear byproducts, and what research or analysis supports these opportunities?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1071-0331</w:t>
            </w:r>
          </w:p>
        </w:tc>
        <w:tc>
          <w:tcPr>
            <w:tcW w:type="dxa" w:w="2160"/>
          </w:tcPr>
          <w:p>
            <w:r>
              <w:t>Regulatory Considerations</w:t>
            </w:r>
          </w:p>
        </w:tc>
        <w:tc>
          <w:tcPr>
            <w:tcW w:type="dxa" w:w="2160"/>
          </w:tcPr>
          <w:p>
            <w:r>
              <w:t>What regulatory requirements must you comply with when utilizing pear byproducts for composting or animal feed, and how do you ensure compliance?</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1071-0332</w:t>
            </w:r>
          </w:p>
        </w:tc>
        <w:tc>
          <w:tcPr>
            <w:tcW w:type="dxa" w:w="2160"/>
          </w:tcPr>
          <w:p>
            <w:r>
              <w:t>Composting</w:t>
            </w:r>
          </w:p>
        </w:tc>
        <w:tc>
          <w:tcPr>
            <w:tcW w:type="dxa" w:w="2160"/>
          </w:tcPr>
          <w:p>
            <w:r>
              <w:t>How do you track the carbon-to-nitrogen ratio in your composting process, and what adjustments have you made based on your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1071-0333</w:t>
            </w:r>
          </w:p>
        </w:tc>
        <w:tc>
          <w:tcPr>
            <w:tcW w:type="dxa" w:w="2160"/>
          </w:tcPr>
          <w:p>
            <w:r>
              <w:t>Animal Feed</w:t>
            </w:r>
          </w:p>
        </w:tc>
        <w:tc>
          <w:tcPr>
            <w:tcW w:type="dxa" w:w="2160"/>
          </w:tcPr>
          <w:p>
            <w:r>
              <w:t>What specific regulatory approvals have you obtained for animal feed products derived from pear byproducts, and what was the process for obtaining them?</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1071-0334</w:t>
            </w:r>
          </w:p>
        </w:tc>
        <w:tc>
          <w:tcPr>
            <w:tcW w:type="dxa" w:w="2160"/>
          </w:tcPr>
          <w:p>
            <w:r>
              <w:t>Bioenergy</w:t>
            </w:r>
          </w:p>
        </w:tc>
        <w:tc>
          <w:tcPr>
            <w:tcW w:type="dxa" w:w="2160"/>
          </w:tcPr>
          <w:p>
            <w:r>
              <w:t>What technologies are you utilizing for bioenergy production from pear byproducts, and what challenges have you faced in the implementation?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1071-0335</w:t>
            </w:r>
          </w:p>
        </w:tc>
        <w:tc>
          <w:tcPr>
            <w:tcW w:type="dxa" w:w="2160"/>
          </w:tcPr>
          <w:p>
            <w:r>
              <w:t>Waste Minimization</w:t>
            </w:r>
          </w:p>
        </w:tc>
        <w:tc>
          <w:tcPr>
            <w:tcW w:type="dxa" w:w="2160"/>
          </w:tcPr>
          <w:p>
            <w:r>
              <w:t>What specific strategies have you implemented to minimize waste during the pear processing phase,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1071-0336</w:t>
            </w:r>
          </w:p>
        </w:tc>
        <w:tc>
          <w:tcPr>
            <w:tcW w:type="dxa" w:w="2160"/>
          </w:tcPr>
          <w:p>
            <w:r>
              <w:t>Value-Added Products</w:t>
            </w:r>
          </w:p>
        </w:tc>
        <w:tc>
          <w:tcPr>
            <w:tcW w:type="dxa" w:w="2160"/>
          </w:tcPr>
          <w:p>
            <w:r>
              <w:t>What financial metrics do you use to evaluate the profitability of value-added products made from pear byproducts?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1071-0337</w:t>
            </w:r>
          </w:p>
        </w:tc>
        <w:tc>
          <w:tcPr>
            <w:tcW w:type="dxa" w:w="2160"/>
          </w:tcPr>
          <w:p>
            <w:r>
              <w:t>Market Opportunities</w:t>
            </w:r>
          </w:p>
        </w:tc>
        <w:tc>
          <w:tcPr>
            <w:tcW w:type="dxa" w:w="2160"/>
          </w:tcPr>
          <w:p>
            <w:r>
              <w:t>How do you analyze consumer trends related to pear byproducts, and what data sources do you rely on for this analysis?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1071-0338</w:t>
            </w:r>
          </w:p>
        </w:tc>
        <w:tc>
          <w:tcPr>
            <w:tcW w:type="dxa" w:w="2160"/>
          </w:tcPr>
          <w:p>
            <w:r>
              <w:t>Regulatory Considerations</w:t>
            </w:r>
          </w:p>
        </w:tc>
        <w:tc>
          <w:tcPr>
            <w:tcW w:type="dxa" w:w="2160"/>
          </w:tcPr>
          <w:p>
            <w:r>
              <w:t>What documentation do you maintain to demonstrate compliance with environmental regulations related to the utilization of pear byproducts?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1071-0339</w:t>
            </w:r>
          </w:p>
        </w:tc>
        <w:tc>
          <w:tcPr>
            <w:tcW w:type="dxa" w:w="2160"/>
          </w:tcPr>
          <w:p>
            <w:r>
              <w:t>Composting</w:t>
            </w:r>
          </w:p>
        </w:tc>
        <w:tc>
          <w:tcPr>
            <w:tcW w:type="dxa" w:w="2160"/>
          </w:tcPr>
          <w:p>
            <w:r>
              <w:t>What innovations have you implemented in your composting process to enhance sustainability, and how do you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CROP-MANAGEMENT-TECHNIQUES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1071-0340</w:t>
            </w:r>
          </w:p>
        </w:tc>
        <w:tc>
          <w:tcPr>
            <w:tcW w:type="dxa" w:w="2160"/>
          </w:tcPr>
          <w:p>
            <w:r>
              <w:t>Varietal Selection</w:t>
            </w:r>
          </w:p>
        </w:tc>
        <w:tc>
          <w:tcPr>
            <w:tcW w:type="dxa" w:w="2160"/>
          </w:tcPr>
          <w:p>
            <w:r>
              <w:t>What specific pear varieties are you currently cultivating, and what experimental criteria did you use to select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1071-0341</w:t>
            </w:r>
          </w:p>
        </w:tc>
        <w:tc>
          <w:tcPr>
            <w:tcW w:type="dxa" w:w="2160"/>
          </w:tcPr>
          <w:p>
            <w:r>
              <w:t>Irrigation Practices</w:t>
            </w:r>
          </w:p>
        </w:tc>
        <w:tc>
          <w:tcPr>
            <w:tcW w:type="dxa" w:w="2160"/>
          </w:tcPr>
          <w:p>
            <w:r>
              <w:t>Describe the irrigation methods employed in your pear orchards and any new techniques you are testing for efficiency or yield improvement.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1071-0342</w:t>
            </w:r>
          </w:p>
        </w:tc>
        <w:tc>
          <w:tcPr>
            <w:tcW w:type="dxa" w:w="2160"/>
          </w:tcPr>
          <w:p>
            <w:r>
              <w:t>Pest Management</w:t>
            </w:r>
          </w:p>
        </w:tc>
        <w:tc>
          <w:tcPr>
            <w:tcW w:type="dxa" w:w="2160"/>
          </w:tcPr>
          <w:p>
            <w:r>
              <w:t>What integrated pest management strategies are you currently implementing, and how do you evaluate their effectiveness?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1071-0343</w:t>
            </w:r>
          </w:p>
        </w:tc>
        <w:tc>
          <w:tcPr>
            <w:tcW w:type="dxa" w:w="2160"/>
          </w:tcPr>
          <w:p>
            <w:r>
              <w:t>Fertility Programs</w:t>
            </w:r>
          </w:p>
        </w:tc>
        <w:tc>
          <w:tcPr>
            <w:tcW w:type="dxa" w:w="2160"/>
          </w:tcPr>
          <w:p>
            <w:r>
              <w:t>Detail your fertility program for pear cultivation, including any experimental fertilizers or application methods you are testing.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1071-0344</w:t>
            </w:r>
          </w:p>
        </w:tc>
        <w:tc>
          <w:tcPr>
            <w:tcW w:type="dxa" w:w="2160"/>
          </w:tcPr>
          <w:p>
            <w:r>
              <w:t>Pruning Techniques</w:t>
            </w:r>
          </w:p>
        </w:tc>
        <w:tc>
          <w:tcPr>
            <w:tcW w:type="dxa" w:w="2160"/>
          </w:tcPr>
          <w:p>
            <w:r>
              <w:t>What pruning techniques do you employ, and have you conducted any trials to assess their impact on fruit quality and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1071-0345</w:t>
            </w:r>
          </w:p>
        </w:tc>
        <w:tc>
          <w:tcPr>
            <w:tcW w:type="dxa" w:w="2160"/>
          </w:tcPr>
          <w:p>
            <w:r>
              <w:t>Harvest Timing</w:t>
            </w:r>
          </w:p>
        </w:tc>
        <w:tc>
          <w:tcPr>
            <w:tcW w:type="dxa" w:w="2160"/>
          </w:tcPr>
          <w:p>
            <w:r>
              <w:t>How do you determine the optimal harvest timing for your pear crops, and what experimental methods are you using to refine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1071-0346</w:t>
            </w:r>
          </w:p>
        </w:tc>
        <w:tc>
          <w:tcPr>
            <w:tcW w:type="dxa" w:w="2160"/>
          </w:tcPr>
          <w:p>
            <w:r>
              <w:t>Yield Optimization</w:t>
            </w:r>
          </w:p>
        </w:tc>
        <w:tc>
          <w:tcPr>
            <w:tcW w:type="dxa" w:w="2160"/>
          </w:tcPr>
          <w:p>
            <w:r>
              <w:t>What specific practices are you implementing to optimize yield, and how do you measure the success of these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1071-0347</w:t>
            </w:r>
          </w:p>
        </w:tc>
        <w:tc>
          <w:tcPr>
            <w:tcW w:type="dxa" w:w="2160"/>
          </w:tcPr>
          <w:p>
            <w:r>
              <w:t>Varietal Selection</w:t>
            </w:r>
          </w:p>
        </w:tc>
        <w:tc>
          <w:tcPr>
            <w:tcW w:type="dxa" w:w="2160"/>
          </w:tcPr>
          <w:p>
            <w:r>
              <w:t>Have you conducted any trials comparing the performance of different pear varieties under varying environmental conditions? Please describe.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1071-0348</w:t>
            </w:r>
          </w:p>
        </w:tc>
        <w:tc>
          <w:tcPr>
            <w:tcW w:type="dxa" w:w="2160"/>
          </w:tcPr>
          <w:p>
            <w:r>
              <w:t>Irrigation Practices</w:t>
            </w:r>
          </w:p>
        </w:tc>
        <w:tc>
          <w:tcPr>
            <w:tcW w:type="dxa" w:w="2160"/>
          </w:tcPr>
          <w:p>
            <w:r>
              <w:t>What metrics do you use to evaluate the effectiveness of your irrigation practices, and have you experimented with any new technologies?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1071-0349</w:t>
            </w:r>
          </w:p>
        </w:tc>
        <w:tc>
          <w:tcPr>
            <w:tcW w:type="dxa" w:w="2160"/>
          </w:tcPr>
          <w:p>
            <w:r>
              <w:t>Pest Management</w:t>
            </w:r>
          </w:p>
        </w:tc>
        <w:tc>
          <w:tcPr>
            <w:tcW w:type="dxa" w:w="2160"/>
          </w:tcPr>
          <w:p>
            <w:r>
              <w:t>What new pest management products or techniques are you currently trialing, and what results have you observed so far?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1071-0350</w:t>
            </w:r>
          </w:p>
        </w:tc>
        <w:tc>
          <w:tcPr>
            <w:tcW w:type="dxa" w:w="2160"/>
          </w:tcPr>
          <w:p>
            <w:r>
              <w:t>Fertility Programs</w:t>
            </w:r>
          </w:p>
        </w:tc>
        <w:tc>
          <w:tcPr>
            <w:tcW w:type="dxa" w:w="2160"/>
          </w:tcPr>
          <w:p>
            <w:r>
              <w:t>How do you assess the nutrient needs of your pear trees, and what innovative approaches are you testing to meet those needs?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1071-0351</w:t>
            </w:r>
          </w:p>
        </w:tc>
        <w:tc>
          <w:tcPr>
            <w:tcW w:type="dxa" w:w="2160"/>
          </w:tcPr>
          <w:p>
            <w:r>
              <w:t>Pruning Techniques</w:t>
            </w:r>
          </w:p>
        </w:tc>
        <w:tc>
          <w:tcPr>
            <w:tcW w:type="dxa" w:w="2160"/>
          </w:tcPr>
          <w:p>
            <w:r>
              <w:t>What innovative pruning techniques have you developed or adapted, and how do you evaluate their impact on crop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1071-0352</w:t>
            </w:r>
          </w:p>
        </w:tc>
        <w:tc>
          <w:tcPr>
            <w:tcW w:type="dxa" w:w="2160"/>
          </w:tcPr>
          <w:p>
            <w:r>
              <w:t>Harvest Timing</w:t>
            </w:r>
          </w:p>
        </w:tc>
        <w:tc>
          <w:tcPr>
            <w:tcW w:type="dxa" w:w="2160"/>
          </w:tcPr>
          <w:p>
            <w:r>
              <w:t>What factors influence your harvest timing decisions, and have you conducted any experiments to optimize this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1071-0353</w:t>
            </w:r>
          </w:p>
        </w:tc>
        <w:tc>
          <w:tcPr>
            <w:tcW w:type="dxa" w:w="2160"/>
          </w:tcPr>
          <w:p>
            <w:r>
              <w:t>Yield Optimization</w:t>
            </w:r>
          </w:p>
        </w:tc>
        <w:tc>
          <w:tcPr>
            <w:tcW w:type="dxa" w:w="2160"/>
          </w:tcPr>
          <w:p>
            <w:r>
              <w:t>What specific yield optimization techniques have you implemented in the past year, and how do you document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1071-0354</w:t>
            </w:r>
          </w:p>
        </w:tc>
        <w:tc>
          <w:tcPr>
            <w:tcW w:type="dxa" w:w="2160"/>
          </w:tcPr>
          <w:p>
            <w:r>
              <w:t>Varietal Selection</w:t>
            </w:r>
          </w:p>
        </w:tc>
        <w:tc>
          <w:tcPr>
            <w:tcW w:type="dxa" w:w="2160"/>
          </w:tcPr>
          <w:p>
            <w:r>
              <w:t>Have you faced any challenges with specific pear varieties, and what experimental approaches are you using to address these challenges?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1071-0355</w:t>
            </w:r>
          </w:p>
        </w:tc>
        <w:tc>
          <w:tcPr>
            <w:tcW w:type="dxa" w:w="2160"/>
          </w:tcPr>
          <w:p>
            <w:r>
              <w:t>General Practices</w:t>
            </w:r>
          </w:p>
        </w:tc>
        <w:tc>
          <w:tcPr>
            <w:tcW w:type="dxa" w:w="2160"/>
          </w:tcPr>
          <w:p>
            <w:r>
              <w:t>What overall strategies do you employ to integrate all aspects of crop management in your pear cultivation, and how do you measure their success?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1071-0356</w:t>
            </w:r>
          </w:p>
        </w:tc>
        <w:tc>
          <w:tcPr>
            <w:tcW w:type="dxa" w:w="2160"/>
          </w:tcPr>
          <w:p>
            <w:r>
              <w:t>Agricultural Practices</w:t>
            </w:r>
          </w:p>
        </w:tc>
        <w:tc>
          <w:tcPr>
            <w:tcW w:type="dxa" w:w="2160"/>
          </w:tcPr>
          <w:p>
            <w:r>
              <w:t>What crop management techniques do you implement to enhance pear growth?</w:t>
              <w:br/>
              <w:t>Answer type: Open-ended</w:t>
              <w:br/>
              <w:t>Trigger: None</w:t>
              <w:br/>
              <w:t>Required: Yes</w:t>
              <w:br/>
              <w:t>Risk: Medium</w:t>
            </w:r>
          </w:p>
        </w:tc>
        <w:tc>
          <w:tcPr>
            <w:tcW w:type="dxa" w:w="2160"/>
          </w:tcPr>
          <w:p>
            <w:r>
              <w:t>Primary authority: Agricultural Practices</w:t>
              <w:br/>
              <w:t>Response: ___________________________</w:t>
              <w:br/>
              <w:t>Evidence: ___________________________</w:t>
              <w:br/>
              <w:t>Reviewer conclusion: ___________________________</w:t>
            </w:r>
          </w:p>
        </w:tc>
      </w:tr>
    </w:tbl>
    <w:p/>
    <w:p>
      <w:pPr>
        <w:pStyle w:val="Heading2"/>
      </w:pPr>
      <w:r>
        <w:t>POST-HARVEST-HANDLING-PROCESSES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1071-0357</w:t>
            </w:r>
          </w:p>
        </w:tc>
        <w:tc>
          <w:tcPr>
            <w:tcW w:type="dxa" w:w="2160"/>
          </w:tcPr>
          <w:p>
            <w:r>
              <w:t>Cooling Methods</w:t>
            </w:r>
          </w:p>
        </w:tc>
        <w:tc>
          <w:tcPr>
            <w:tcW w:type="dxa" w:w="2160"/>
          </w:tcPr>
          <w:p>
            <w:r>
              <w:t>What specific cooling methods do you utilize immediately after harvest to reduce the temperature of pears, and how do you determine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1071-0358</w:t>
            </w:r>
          </w:p>
        </w:tc>
        <w:tc>
          <w:tcPr>
            <w:tcW w:type="dxa" w:w="2160"/>
          </w:tcPr>
          <w:p>
            <w:r>
              <w:t>Storage Conditions</w:t>
            </w:r>
          </w:p>
        </w:tc>
        <w:tc>
          <w:tcPr>
            <w:tcW w:type="dxa" w:w="2160"/>
          </w:tcPr>
          <w:p>
            <w:r>
              <w:t>Can you describe the specific environmental conditions (temperature, humidity, and air circulation) maintained in your storage facilities for pears, and how these conditions are monitored?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1071-0359</w:t>
            </w:r>
          </w:p>
        </w:tc>
        <w:tc>
          <w:tcPr>
            <w:tcW w:type="dxa" w:w="2160"/>
          </w:tcPr>
          <w:p>
            <w:r>
              <w:t>Transport Logistics</w:t>
            </w:r>
          </w:p>
        </w:tc>
        <w:tc>
          <w:tcPr>
            <w:tcW w:type="dxa" w:w="2160"/>
          </w:tcPr>
          <w:p>
            <w:r>
              <w:t>What protocols do you follow for transporting pears post-harvest to ensure quality preservation, and how do you evaluate their impact on fruit condition upon arrival?</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1071-0360</w:t>
            </w:r>
          </w:p>
        </w:tc>
        <w:tc>
          <w:tcPr>
            <w:tcW w:type="dxa" w:w="2160"/>
          </w:tcPr>
          <w:p>
            <w:r>
              <w:t>Ripening Control</w:t>
            </w:r>
          </w:p>
        </w:tc>
        <w:tc>
          <w:tcPr>
            <w:tcW w:type="dxa" w:w="2160"/>
          </w:tcPr>
          <w:p>
            <w:r>
              <w:t>What methods do you employ to control the ripening process of pears during storage, and what criteria do you use to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1071-0361</w:t>
            </w:r>
          </w:p>
        </w:tc>
        <w:tc>
          <w:tcPr>
            <w:tcW w:type="dxa" w:w="2160"/>
          </w:tcPr>
          <w:p>
            <w:r>
              <w:t>Shelf-Life Extension</w:t>
            </w:r>
          </w:p>
        </w:tc>
        <w:tc>
          <w:tcPr>
            <w:tcW w:type="dxa" w:w="2160"/>
          </w:tcPr>
          <w:p>
            <w:r>
              <w:t>What specific techniques or technologies do you implement to extend the shelf life of pears, and how do you measure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1071-0362</w:t>
            </w:r>
          </w:p>
        </w:tc>
        <w:tc>
          <w:tcPr>
            <w:tcW w:type="dxa" w:w="2160"/>
          </w:tcPr>
          <w:p>
            <w:r>
              <w:t>Quality Monitoring</w:t>
            </w:r>
          </w:p>
        </w:tc>
        <w:tc>
          <w:tcPr>
            <w:tcW w:type="dxa" w:w="2160"/>
          </w:tcPr>
          <w:p>
            <w:r>
              <w:t>How do you monitor the quality of pears throughout the post-harvest handling process, and what metrics do you track to identify potential issues?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1071-0363</w:t>
            </w:r>
          </w:p>
        </w:tc>
        <w:tc>
          <w:tcPr>
            <w:tcW w:type="dxa" w:w="2160"/>
          </w:tcPr>
          <w:p>
            <w:r>
              <w:t>Damage Prevention</w:t>
            </w:r>
          </w:p>
        </w:tc>
        <w:tc>
          <w:tcPr>
            <w:tcW w:type="dxa" w:w="2160"/>
          </w:tcPr>
          <w:p>
            <w:r>
              <w:t>What specific measures do you take to prevent physical damage to pears during post-harvest handling, and how do you assess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1071-0364</w:t>
            </w:r>
          </w:p>
        </w:tc>
        <w:tc>
          <w:tcPr>
            <w:tcW w:type="dxa" w:w="2160"/>
          </w:tcPr>
          <w:p>
            <w:r>
              <w:t>Cooling Methods</w:t>
            </w:r>
          </w:p>
        </w:tc>
        <w:tc>
          <w:tcPr>
            <w:tcW w:type="dxa" w:w="2160"/>
          </w:tcPr>
          <w:p>
            <w:r>
              <w:t>How often do you review and update your cooling methods based on new research or technology advancements in post-harvest handling?</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1071-0365</w:t>
            </w:r>
          </w:p>
        </w:tc>
        <w:tc>
          <w:tcPr>
            <w:tcW w:type="dxa" w:w="2160"/>
          </w:tcPr>
          <w:p>
            <w:r>
              <w:t>Storage Conditions</w:t>
            </w:r>
          </w:p>
        </w:tc>
        <w:tc>
          <w:tcPr>
            <w:tcW w:type="dxa" w:w="2160"/>
          </w:tcPr>
          <w:p>
            <w:r>
              <w:t>What specific types of packaging materials do you use for pears during storage, and how do they contribute to maintaining optimal storage conditions?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1071-0366</w:t>
            </w:r>
          </w:p>
        </w:tc>
        <w:tc>
          <w:tcPr>
            <w:tcW w:type="dxa" w:w="2160"/>
          </w:tcPr>
          <w:p>
            <w:r>
              <w:t>Transport Logistics</w:t>
            </w:r>
          </w:p>
        </w:tc>
        <w:tc>
          <w:tcPr>
            <w:tcW w:type="dxa" w:w="2160"/>
          </w:tcPr>
          <w:p>
            <w:r>
              <w:t>What transportation methods do you utilize for pears, and how do you ensure that they maintain optimal temperature and humidity during transit?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1071-0367</w:t>
            </w:r>
          </w:p>
        </w:tc>
        <w:tc>
          <w:tcPr>
            <w:tcW w:type="dxa" w:w="2160"/>
          </w:tcPr>
          <w:p>
            <w:r>
              <w:t>Ripening Control</w:t>
            </w:r>
          </w:p>
        </w:tc>
        <w:tc>
          <w:tcPr>
            <w:tcW w:type="dxa" w:w="2160"/>
          </w:tcPr>
          <w:p>
            <w:r>
              <w:t>What specific indicators do you monitor to determine the optimal ripeness of pears before they are sent to market?</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1071-0368</w:t>
            </w:r>
          </w:p>
        </w:tc>
        <w:tc>
          <w:tcPr>
            <w:tcW w:type="dxa" w:w="2160"/>
          </w:tcPr>
          <w:p>
            <w:r>
              <w:t>Shelf-Life Extension</w:t>
            </w:r>
          </w:p>
        </w:tc>
        <w:tc>
          <w:tcPr>
            <w:tcW w:type="dxa" w:w="2160"/>
          </w:tcPr>
          <w:p>
            <w:r>
              <w:t>Can you provide data on the average shelf life of pears under your current handling techniques compared to previous methods?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1071-0369</w:t>
            </w:r>
          </w:p>
        </w:tc>
        <w:tc>
          <w:tcPr>
            <w:tcW w:type="dxa" w:w="2160"/>
          </w:tcPr>
          <w:p>
            <w:r>
              <w:t>Quality Monitoring</w:t>
            </w:r>
          </w:p>
        </w:tc>
        <w:tc>
          <w:tcPr>
            <w:tcW w:type="dxa" w:w="2160"/>
          </w:tcPr>
          <w:p>
            <w:r>
              <w:t>How frequently do you conduct quality assessments on stored pears, and what are the main factors you evaluate during these assessments?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MARKETING-STRATEGIES-REGULATORY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1071-0370</w:t>
            </w:r>
          </w:p>
        </w:tc>
        <w:tc>
          <w:tcPr>
            <w:tcW w:type="dxa" w:w="2160"/>
          </w:tcPr>
          <w:p>
            <w:r>
              <w:t>Labeling Laws</w:t>
            </w:r>
          </w:p>
        </w:tc>
        <w:tc>
          <w:tcPr>
            <w:tcW w:type="dxa" w:w="2160"/>
          </w:tcPr>
          <w:p>
            <w:r>
              <w:t>What specific labeling requirements do you follow for your pear products to comply with state and federal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1071-0371</w:t>
            </w:r>
          </w:p>
        </w:tc>
        <w:tc>
          <w:tcPr>
            <w:tcW w:type="dxa" w:w="2160"/>
          </w:tcPr>
          <w:p>
            <w:r>
              <w:t>Advertising Standards</w:t>
            </w:r>
          </w:p>
        </w:tc>
        <w:tc>
          <w:tcPr>
            <w:tcW w:type="dxa" w:w="2160"/>
          </w:tcPr>
          <w:p>
            <w:r>
              <w:t>Can you detail any advertising claims made about your pears, and how do you ensure these claims align with industry standards and regulations?</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1071-0372</w:t>
            </w:r>
          </w:p>
        </w:tc>
        <w:tc>
          <w:tcPr>
            <w:tcW w:type="dxa" w:w="2160"/>
          </w:tcPr>
          <w:p>
            <w:r>
              <w:t>Consumer Education</w:t>
            </w:r>
          </w:p>
        </w:tc>
        <w:tc>
          <w:tcPr>
            <w:tcW w:type="dxa" w:w="2160"/>
          </w:tcPr>
          <w:p>
            <w:r>
              <w:t>What consumer education initiatives do you have in place to inform customers about the health benefits and uses of pears?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1071-0373</w:t>
            </w:r>
          </w:p>
        </w:tc>
        <w:tc>
          <w:tcPr>
            <w:tcW w:type="dxa" w:w="2160"/>
          </w:tcPr>
          <w:p>
            <w:r>
              <w:t>Market Trends</w:t>
            </w:r>
          </w:p>
        </w:tc>
        <w:tc>
          <w:tcPr>
            <w:tcW w:type="dxa" w:w="2160"/>
          </w:tcPr>
          <w:p>
            <w:r>
              <w:t>How do you monitor and respond to market trends affecting pear consumption and sales?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1071-0374</w:t>
            </w:r>
          </w:p>
        </w:tc>
        <w:tc>
          <w:tcPr>
            <w:tcW w:type="dxa" w:w="2160"/>
          </w:tcPr>
          <w:p>
            <w:r>
              <w:t>Brand Development</w:t>
            </w:r>
          </w:p>
        </w:tc>
        <w:tc>
          <w:tcPr>
            <w:tcW w:type="dxa" w:w="2160"/>
          </w:tcPr>
          <w:p>
            <w:r>
              <w:t>What strategies do you implement for brand development in the pear market,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1071-0375</w:t>
            </w:r>
          </w:p>
        </w:tc>
        <w:tc>
          <w:tcPr>
            <w:tcW w:type="dxa" w:w="2160"/>
          </w:tcPr>
          <w:p>
            <w:r>
              <w:t>Sustainability Claims</w:t>
            </w:r>
          </w:p>
        </w:tc>
        <w:tc>
          <w:tcPr>
            <w:tcW w:type="dxa" w:w="2160"/>
          </w:tcPr>
          <w:p>
            <w:r>
              <w:t>What sustainability claims do you make regarding your pear production, and how do you substantiate these claims?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1071-0376</w:t>
            </w:r>
          </w:p>
        </w:tc>
        <w:tc>
          <w:tcPr>
            <w:tcW w:type="dxa" w:w="2160"/>
          </w:tcPr>
          <w:p>
            <w:r>
              <w:t>Certification Programs</w:t>
            </w:r>
          </w:p>
        </w:tc>
        <w:tc>
          <w:tcPr>
            <w:tcW w:type="dxa" w:w="2160"/>
          </w:tcPr>
          <w:p>
            <w:r>
              <w:t>Are your pear products certified by any industry-specific programs (e.g., organic, fair trade)? Please provide details on these certifications.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1071-0377</w:t>
            </w:r>
          </w:p>
        </w:tc>
        <w:tc>
          <w:tcPr>
            <w:tcW w:type="dxa" w:w="2160"/>
          </w:tcPr>
          <w:p>
            <w:r>
              <w:t>Labeling Laws</w:t>
            </w:r>
          </w:p>
        </w:tc>
        <w:tc>
          <w:tcPr>
            <w:tcW w:type="dxa" w:w="2160"/>
          </w:tcPr>
          <w:p>
            <w:r>
              <w:t>What steps do you take to ensure compliance with allergen labeling requirements for your pear products?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1071-0378</w:t>
            </w:r>
          </w:p>
        </w:tc>
        <w:tc>
          <w:tcPr>
            <w:tcW w:type="dxa" w:w="2160"/>
          </w:tcPr>
          <w:p>
            <w:r>
              <w:t>Advertising Standards</w:t>
            </w:r>
          </w:p>
        </w:tc>
        <w:tc>
          <w:tcPr>
            <w:tcW w:type="dxa" w:w="2160"/>
          </w:tcPr>
          <w:p>
            <w:r>
              <w:t>Do you use any third-party endorsements or certifications in your advertising? If yes, please describe the process for obtaining these endorsements.</w:t>
              <w:br/>
              <w:t>Answer type: Yes-No + details</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1071-0379</w:t>
            </w:r>
          </w:p>
        </w:tc>
        <w:tc>
          <w:tcPr>
            <w:tcW w:type="dxa" w:w="2160"/>
          </w:tcPr>
          <w:p>
            <w:r>
              <w:t>Consumer Education</w:t>
            </w:r>
          </w:p>
        </w:tc>
        <w:tc>
          <w:tcPr>
            <w:tcW w:type="dxa" w:w="2160"/>
          </w:tcPr>
          <w:p>
            <w:r>
              <w:t>How do you evaluate the effectiveness of your consumer education programs regarding pear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1071-0380</w:t>
            </w:r>
          </w:p>
        </w:tc>
        <w:tc>
          <w:tcPr>
            <w:tcW w:type="dxa" w:w="2160"/>
          </w:tcPr>
          <w:p>
            <w:r>
              <w:t>Market Trends</w:t>
            </w:r>
          </w:p>
        </w:tc>
        <w:tc>
          <w:tcPr>
            <w:tcW w:type="dxa" w:w="2160"/>
          </w:tcPr>
          <w:p>
            <w:r>
              <w:t>What data sources do you use to analyze consumer preferences and trends in the pear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1071-0381</w:t>
            </w:r>
          </w:p>
        </w:tc>
        <w:tc>
          <w:tcPr>
            <w:tcW w:type="dxa" w:w="2160"/>
          </w:tcPr>
          <w:p>
            <w:r>
              <w:t>Brand Development</w:t>
            </w:r>
          </w:p>
        </w:tc>
        <w:tc>
          <w:tcPr>
            <w:tcW w:type="dxa" w:w="2160"/>
          </w:tcPr>
          <w:p>
            <w:r>
              <w:t>How do you differentiate your pear brand from competitors in marketing campaigns?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1071-0382</w:t>
            </w:r>
          </w:p>
        </w:tc>
        <w:tc>
          <w:tcPr>
            <w:tcW w:type="dxa" w:w="2160"/>
          </w:tcPr>
          <w:p>
            <w:r>
              <w:t>Marketing</w:t>
            </w:r>
          </w:p>
        </w:tc>
        <w:tc>
          <w:tcPr>
            <w:tcW w:type="dxa" w:w="2160"/>
          </w:tcPr>
          <w:p>
            <w:r>
              <w:t>How do you ensure your marketing strategies comply with agricultural regulations?</w:t>
              <w:br/>
              <w:t>Answer type: Open-ended</w:t>
              <w:br/>
              <w:t>Trigger: None</w:t>
              <w:br/>
              <w:t>Required: Yes</w:t>
              <w:br/>
              <w:t>Risk: Medium</w:t>
            </w:r>
          </w:p>
        </w:tc>
        <w:tc>
          <w:tcPr>
            <w:tcW w:type="dxa" w:w="2160"/>
          </w:tcPr>
          <w:p>
            <w:r>
              <w:t>Primary authority: Marketing Compliance</w:t>
              <w:br/>
              <w:t>Response: ___________________________</w:t>
              <w:br/>
              <w:t>Evidence: ___________________________</w:t>
              <w:br/>
              <w:t>Reviewer conclusion: ___________________________</w:t>
            </w:r>
          </w:p>
        </w:tc>
      </w:tr>
    </w:tbl>
    <w:p/>
    <w:p>
      <w:pPr>
        <w:pStyle w:val="Heading2"/>
      </w:pPr>
      <w:r>
        <w:t>RESEARCH-DEVELOPMENT-NEW-PRODUCTS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1071-0383</w:t>
            </w:r>
          </w:p>
        </w:tc>
        <w:tc>
          <w:tcPr>
            <w:tcW w:type="dxa" w:w="2160"/>
          </w:tcPr>
          <w:p>
            <w:r>
              <w:t>Product Development</w:t>
            </w:r>
          </w:p>
        </w:tc>
        <w:tc>
          <w:tcPr>
            <w:tcW w:type="dxa" w:w="2160"/>
          </w:tcPr>
          <w:p>
            <w:r>
              <w:t>What specific new pear products were developed during the tax year 2025, and what unique features differentiate them from existing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1071-0384</w:t>
            </w:r>
          </w:p>
        </w:tc>
        <w:tc>
          <w:tcPr>
            <w:tcW w:type="dxa" w:w="2160"/>
          </w:tcPr>
          <w:p>
            <w:r>
              <w:t>Consumer Testing</w:t>
            </w:r>
          </w:p>
        </w:tc>
        <w:tc>
          <w:tcPr>
            <w:tcW w:type="dxa" w:w="2160"/>
          </w:tcPr>
          <w:p>
            <w:r>
              <w:t>Describe the consumer testing processes utilized for the new pear products. What metrics were used to evaluate consumer feedback?</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1071-0385</w:t>
            </w:r>
          </w:p>
        </w:tc>
        <w:tc>
          <w:tcPr>
            <w:tcW w:type="dxa" w:w="2160"/>
          </w:tcPr>
          <w:p>
            <w:r>
              <w:t>Market Research</w:t>
            </w:r>
          </w:p>
        </w:tc>
        <w:tc>
          <w:tcPr>
            <w:tcW w:type="dxa" w:w="2160"/>
          </w:tcPr>
          <w:p>
            <w:r>
              <w:t>What specific market research was conducted to identify consumer preferences for new pear products in 2025? Please provide details on methodologies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1071-0386</w:t>
            </w:r>
          </w:p>
        </w:tc>
        <w:tc>
          <w:tcPr>
            <w:tcW w:type="dxa" w:w="2160"/>
          </w:tcPr>
          <w:p>
            <w:r>
              <w:t>Innovation Strategies</w:t>
            </w:r>
          </w:p>
        </w:tc>
        <w:tc>
          <w:tcPr>
            <w:tcW w:type="dxa" w:w="2160"/>
          </w:tcPr>
          <w:p>
            <w:r>
              <w:t>What innovative strategies were employed to enhance the quality or yield of new pear varieties developed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1071-0387</w:t>
            </w:r>
          </w:p>
        </w:tc>
        <w:tc>
          <w:tcPr>
            <w:tcW w:type="dxa" w:w="2160"/>
          </w:tcPr>
          <w:p>
            <w:r>
              <w:t>Collaborations</w:t>
            </w:r>
          </w:p>
        </w:tc>
        <w:tc>
          <w:tcPr>
            <w:tcW w:type="dxa" w:w="2160"/>
          </w:tcPr>
          <w:p>
            <w:r>
              <w:t>Were there any collaborations with research institutions or other companies in the development of new pear products? If so, please detail the nature and outcomes of these collaborations.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1071-0388</w:t>
            </w:r>
          </w:p>
        </w:tc>
        <w:tc>
          <w:tcPr>
            <w:tcW w:type="dxa" w:w="2160"/>
          </w:tcPr>
          <w:p>
            <w:r>
              <w:t>Intellectual Property</w:t>
            </w:r>
          </w:p>
        </w:tc>
        <w:tc>
          <w:tcPr>
            <w:tcW w:type="dxa" w:w="2160"/>
          </w:tcPr>
          <w:p>
            <w:r>
              <w:t>What intellectual property was generated as a result of the R&amp;D efforts for new pear products in 2025? Please specify any patents filed or trademarks registered.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1071-0389</w:t>
            </w:r>
          </w:p>
        </w:tc>
        <w:tc>
          <w:tcPr>
            <w:tcW w:type="dxa" w:w="2160"/>
          </w:tcPr>
          <w:p>
            <w:r>
              <w:t>Regulatory Hurdles</w:t>
            </w:r>
          </w:p>
        </w:tc>
        <w:tc>
          <w:tcPr>
            <w:tcW w:type="dxa" w:w="2160"/>
          </w:tcPr>
          <w:p>
            <w:r>
              <w:t>What regulatory hurdles were encountered during the development of new pear products, and how were they addressed?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1071-0390</w:t>
            </w:r>
          </w:p>
        </w:tc>
        <w:tc>
          <w:tcPr>
            <w:tcW w:type="dxa" w:w="2160"/>
          </w:tcPr>
          <w:p>
            <w:r>
              <w:t>Product Development</w:t>
            </w:r>
          </w:p>
        </w:tc>
        <w:tc>
          <w:tcPr>
            <w:tcW w:type="dxa" w:w="2160"/>
          </w:tcPr>
          <w:p>
            <w:r>
              <w:t>How did the development of new pear products in 2025 incorporate feedback from previous consumer testing?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1071-0391</w:t>
            </w:r>
          </w:p>
        </w:tc>
        <w:tc>
          <w:tcPr>
            <w:tcW w:type="dxa" w:w="2160"/>
          </w:tcPr>
          <w:p>
            <w:r>
              <w:t>Market Research</w:t>
            </w:r>
          </w:p>
        </w:tc>
        <w:tc>
          <w:tcPr>
            <w:tcW w:type="dxa" w:w="2160"/>
          </w:tcPr>
          <w:p>
            <w:r>
              <w:t>What specific demographic data was analyzed during the market research for new pear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1071-0392</w:t>
            </w:r>
          </w:p>
        </w:tc>
        <w:tc>
          <w:tcPr>
            <w:tcW w:type="dxa" w:w="2160"/>
          </w:tcPr>
          <w:p>
            <w:r>
              <w:t>Innovation Strategies</w:t>
            </w:r>
          </w:p>
        </w:tc>
        <w:tc>
          <w:tcPr>
            <w:tcW w:type="dxa" w:w="2160"/>
          </w:tcPr>
          <w:p>
            <w:r>
              <w:t>What experimental techniques were employed to test new pear varieties for disease resistance or climate adaptability?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1071-0393</w:t>
            </w:r>
          </w:p>
        </w:tc>
        <w:tc>
          <w:tcPr>
            <w:tcW w:type="dxa" w:w="2160"/>
          </w:tcPr>
          <w:p>
            <w:r>
              <w:t>Collaborations</w:t>
            </w:r>
          </w:p>
        </w:tc>
        <w:tc>
          <w:tcPr>
            <w:tcW w:type="dxa" w:w="2160"/>
          </w:tcPr>
          <w:p>
            <w:r>
              <w:t>List any partnerships formed with universities or agricultural research centers for the purpose of developing new pear products. What were the key contributions from these partners?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1071-0394</w:t>
            </w:r>
          </w:p>
        </w:tc>
        <w:tc>
          <w:tcPr>
            <w:tcW w:type="dxa" w:w="2160"/>
          </w:tcPr>
          <w:p>
            <w:r>
              <w:t>Intellectual Property</w:t>
            </w:r>
          </w:p>
        </w:tc>
        <w:tc>
          <w:tcPr>
            <w:tcW w:type="dxa" w:w="2160"/>
          </w:tcPr>
          <w:p>
            <w:r>
              <w:t>What steps were taken to protect the intellectual property related to new pear products developed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1071-0395</w:t>
            </w:r>
          </w:p>
        </w:tc>
        <w:tc>
          <w:tcPr>
            <w:tcW w:type="dxa" w:w="2160"/>
          </w:tcPr>
          <w:p>
            <w:r>
              <w:t>Regulatory Hurdles</w:t>
            </w:r>
          </w:p>
        </w:tc>
        <w:tc>
          <w:tcPr>
            <w:tcW w:type="dxa" w:w="2160"/>
          </w:tcPr>
          <w:p>
            <w:r>
              <w:t>What specific regulations impacted the development of new pear products, and how did the company ensure compliance?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1071-0396</w:t>
            </w:r>
          </w:p>
        </w:tc>
        <w:tc>
          <w:tcPr>
            <w:tcW w:type="dxa" w:w="2160"/>
          </w:tcPr>
          <w:p>
            <w:r>
              <w:t>Product Development</w:t>
            </w:r>
          </w:p>
        </w:tc>
        <w:tc>
          <w:tcPr>
            <w:tcW w:type="dxa" w:w="2160"/>
          </w:tcPr>
          <w:p>
            <w:r>
              <w:t>What challenges were faced during the product development phase of new pear varieties, and how were these challenges overcome?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1071-0397</w:t>
            </w:r>
          </w:p>
        </w:tc>
        <w:tc>
          <w:tcPr>
            <w:tcW w:type="dxa" w:w="2160"/>
          </w:tcPr>
          <w:p>
            <w:r>
              <w:t>Consumer Testing</w:t>
            </w:r>
          </w:p>
        </w:tc>
        <w:tc>
          <w:tcPr>
            <w:tcW w:type="dxa" w:w="2160"/>
          </w:tcPr>
          <w:p>
            <w:r>
              <w:t>What changes were made to new pear products based on consumer testing results, and what was the rationale behind these changes?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1071-0398</w:t>
            </w:r>
          </w:p>
        </w:tc>
        <w:tc>
          <w:tcPr>
            <w:tcW w:type="dxa" w:w="2160"/>
          </w:tcPr>
          <w:p>
            <w:r>
              <w:t>Market Research</w:t>
            </w:r>
          </w:p>
        </w:tc>
        <w:tc>
          <w:tcPr>
            <w:tcW w:type="dxa" w:w="2160"/>
          </w:tcPr>
          <w:p>
            <w:r>
              <w:t>How did the findings from market research influence the final design and features of the new pear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1071-0399</w:t>
            </w:r>
          </w:p>
        </w:tc>
        <w:tc>
          <w:tcPr>
            <w:tcW w:type="dxa" w:w="2160"/>
          </w:tcPr>
          <w:p>
            <w:r>
              <w:t>Innovation Strategies</w:t>
            </w:r>
          </w:p>
        </w:tc>
        <w:tc>
          <w:tcPr>
            <w:tcW w:type="dxa" w:w="2160"/>
          </w:tcPr>
          <w:p>
            <w:r>
              <w:t>What new technologies or methodologies were adopted in the R&amp;D process for developing new pear products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1071-0400</w:t>
            </w:r>
          </w:p>
        </w:tc>
        <w:tc>
          <w:tcPr>
            <w:tcW w:type="dxa" w:w="2160"/>
          </w:tcPr>
          <w:p>
            <w:r>
              <w:t>Product Development</w:t>
            </w:r>
          </w:p>
        </w:tc>
        <w:tc>
          <w:tcPr>
            <w:tcW w:type="dxa" w:w="2160"/>
          </w:tcPr>
          <w:p>
            <w:r>
              <w:t>What new pear-based products are you currently developing?</w:t>
              <w:br/>
              <w:t>Answer type: Open-ended</w:t>
              <w:br/>
              <w:t>Trigger: None</w:t>
              <w:br/>
              <w:t>Required: Yes</w:t>
              <w:br/>
              <w:t>Risk: High</w:t>
            </w:r>
          </w:p>
        </w:tc>
        <w:tc>
          <w:tcPr>
            <w:tcW w:type="dxa" w:w="2160"/>
          </w:tcPr>
          <w:p>
            <w:r>
              <w:t>Primary authority: Product Development</w:t>
              <w:br/>
              <w:t>Response: ___________________________</w:t>
              <w:br/>
              <w:t>Evidence: ___________________________</w:t>
              <w:br/>
              <w:t>Reviewer conclusion: ___________________________</w:t>
            </w:r>
          </w:p>
        </w:tc>
      </w:tr>
      <w:tr>
        <w:tc>
          <w:tcPr>
            <w:tcW w:type="dxa" w:w="2160"/>
          </w:tcPr>
          <w:p>
            <w:r>
              <w:t>1071-0401</w:t>
            </w:r>
          </w:p>
        </w:tc>
        <w:tc>
          <w:tcPr>
            <w:tcW w:type="dxa" w:w="2160"/>
          </w:tcPr>
          <w:p>
            <w:r>
              <w:t>Innovation</w:t>
            </w:r>
          </w:p>
        </w:tc>
        <w:tc>
          <w:tcPr>
            <w:tcW w:type="dxa" w:w="2160"/>
          </w:tcPr>
          <w:p>
            <w:r>
              <w:t>Can you describe a recent innovation in your pear product line?</w:t>
              <w:br/>
              <w:t>Answer type: Open-ended</w:t>
              <w:br/>
              <w:t>Trigger: None</w:t>
              <w:br/>
              <w:t>Required: Yes</w:t>
              <w:br/>
              <w:t>Risk: Medium</w:t>
            </w:r>
          </w:p>
        </w:tc>
        <w:tc>
          <w:tcPr>
            <w:tcW w:type="dxa" w:w="2160"/>
          </w:tcPr>
          <w:p>
            <w:r>
              <w:t>Primary authority: Innovation Standards</w:t>
              <w:br/>
              <w:t>Response: ___________________________</w:t>
              <w:br/>
              <w:t>Evidence: ___________________________</w:t>
              <w:br/>
              <w:t>Reviewer conclusion: ___________________________</w:t>
            </w:r>
          </w:p>
        </w:tc>
      </w:tr>
    </w:tbl>
    <w:p/>
    <w:p>
      <w:pPr>
        <w:pStyle w:val="Heading2"/>
      </w:pPr>
      <w:r>
        <w:t>EQUIPMENT-MAINTENANCE-OPTIMIZATION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1071-0402</w:t>
            </w:r>
          </w:p>
        </w:tc>
        <w:tc>
          <w:tcPr>
            <w:tcW w:type="dxa" w:w="2160"/>
          </w:tcPr>
          <w:p>
            <w:r>
              <w:t>Preventive Maintenance</w:t>
            </w:r>
          </w:p>
        </w:tc>
        <w:tc>
          <w:tcPr>
            <w:tcW w:type="dxa" w:w="2160"/>
          </w:tcPr>
          <w:p>
            <w:r>
              <w:t>What specific preventive maintenance practices do you implement for your pear processing equipment, and how do you document these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1071-0403</w:t>
            </w:r>
          </w:p>
        </w:tc>
        <w:tc>
          <w:tcPr>
            <w:tcW w:type="dxa" w:w="2160"/>
          </w:tcPr>
          <w:p>
            <w:r>
              <w:t>Downtime Reduction</w:t>
            </w:r>
          </w:p>
        </w:tc>
        <w:tc>
          <w:tcPr>
            <w:tcW w:type="dxa" w:w="2160"/>
          </w:tcPr>
          <w:p>
            <w:r>
              <w:t>Can you provide data on the average downtime experienced in your pear processing operations over the past year, and the main causes of this downtime?</w:t>
              <w:br/>
              <w:t>Answer type: Integer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1071-0404</w:t>
            </w:r>
          </w:p>
        </w:tc>
        <w:tc>
          <w:tcPr>
            <w:tcW w:type="dxa" w:w="2160"/>
          </w:tcPr>
          <w:p>
            <w:r>
              <w:t>Equipment Upgrades</w:t>
            </w:r>
          </w:p>
        </w:tc>
        <w:tc>
          <w:tcPr>
            <w:tcW w:type="dxa" w:w="2160"/>
          </w:tcPr>
          <w:p>
            <w:r>
              <w:t>What recent upgrades have you made to your processing equipment, and what was the rationale behind each upgrade?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1071-0405</w:t>
            </w:r>
          </w:p>
        </w:tc>
        <w:tc>
          <w:tcPr>
            <w:tcW w:type="dxa" w:w="2160"/>
          </w:tcPr>
          <w:p>
            <w:r>
              <w:t>Performance Metrics</w:t>
            </w:r>
          </w:p>
        </w:tc>
        <w:tc>
          <w:tcPr>
            <w:tcW w:type="dxa" w:w="2160"/>
          </w:tcPr>
          <w:p>
            <w:r>
              <w:t>What key performance indicators (KPIs) do you track to assess the efficiency of your pear processing equipment?</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1071-0406</w:t>
            </w:r>
          </w:p>
        </w:tc>
        <w:tc>
          <w:tcPr>
            <w:tcW w:type="dxa" w:w="2160"/>
          </w:tcPr>
          <w:p>
            <w:r>
              <w:t>Supplier Relationships</w:t>
            </w:r>
          </w:p>
        </w:tc>
        <w:tc>
          <w:tcPr>
            <w:tcW w:type="dxa" w:w="2160"/>
          </w:tcPr>
          <w:p>
            <w:r>
              <w:t>How do you evaluate the performance of your equipment suppliers, and what criteria do you use to select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1071-0407</w:t>
            </w:r>
          </w:p>
        </w:tc>
        <w:tc>
          <w:tcPr>
            <w:tcW w:type="dxa" w:w="2160"/>
          </w:tcPr>
          <w:p>
            <w:r>
              <w:t>Cost-Benefit Analysis</w:t>
            </w:r>
          </w:p>
        </w:tc>
        <w:tc>
          <w:tcPr>
            <w:tcW w:type="dxa" w:w="2160"/>
          </w:tcPr>
          <w:p>
            <w:r>
              <w:t>Have you conducted any cost-benefit analyses for maintenance versus replacement of key equipment? If so, what were the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1071-0408</w:t>
            </w:r>
          </w:p>
        </w:tc>
        <w:tc>
          <w:tcPr>
            <w:tcW w:type="dxa" w:w="2160"/>
          </w:tcPr>
          <w:p>
            <w:r>
              <w:t>Training Programs</w:t>
            </w:r>
          </w:p>
        </w:tc>
        <w:tc>
          <w:tcPr>
            <w:tcW w:type="dxa" w:w="2160"/>
          </w:tcPr>
          <w:p>
            <w:r>
              <w:t>What training programs do you have in place for staff regarding equipment maintenance and optimization, and how often are these programs updated?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1071-0409</w:t>
            </w:r>
          </w:p>
        </w:tc>
        <w:tc>
          <w:tcPr>
            <w:tcW w:type="dxa" w:w="2160"/>
          </w:tcPr>
          <w:p>
            <w:r>
              <w:t>Preventive Maintenance</w:t>
            </w:r>
          </w:p>
        </w:tc>
        <w:tc>
          <w:tcPr>
            <w:tcW w:type="dxa" w:w="2160"/>
          </w:tcPr>
          <w:p>
            <w:r>
              <w:t>How do you schedule and prioritize preventive maintenance tasks for your equipment in the pear processing facility?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1071-0410</w:t>
            </w:r>
          </w:p>
        </w:tc>
        <w:tc>
          <w:tcPr>
            <w:tcW w:type="dxa" w:w="2160"/>
          </w:tcPr>
          <w:p>
            <w:r>
              <w:t>Downtime Reduction</w:t>
            </w:r>
          </w:p>
        </w:tc>
        <w:tc>
          <w:tcPr>
            <w:tcW w:type="dxa" w:w="2160"/>
          </w:tcPr>
          <w:p>
            <w:r>
              <w:t>What specific measures have you implemented to reduce downtime during peak processing seasons?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1071-0411</w:t>
            </w:r>
          </w:p>
        </w:tc>
        <w:tc>
          <w:tcPr>
            <w:tcW w:type="dxa" w:w="2160"/>
          </w:tcPr>
          <w:p>
            <w:r>
              <w:t>Equipment Upgrades</w:t>
            </w:r>
          </w:p>
        </w:tc>
        <w:tc>
          <w:tcPr>
            <w:tcW w:type="dxa" w:w="2160"/>
          </w:tcPr>
          <w:p>
            <w:r>
              <w:t>What is the estimated cost of the most significant equipment upgrade you have made in the last year, and what impact has it had on processing efficiency?</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1071-0412</w:t>
            </w:r>
          </w:p>
        </w:tc>
        <w:tc>
          <w:tcPr>
            <w:tcW w:type="dxa" w:w="2160"/>
          </w:tcPr>
          <w:p>
            <w:r>
              <w:t>Performance Metrics</w:t>
            </w:r>
          </w:p>
        </w:tc>
        <w:tc>
          <w:tcPr>
            <w:tcW w:type="dxa" w:w="2160"/>
          </w:tcPr>
          <w:p>
            <w:r>
              <w:t>How frequently do you review the performance metrics of your equipment, and who is responsible for this review?</w:t>
              <w:br/>
              <w:t>Answer type: Short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1071-0413</w:t>
            </w:r>
          </w:p>
        </w:tc>
        <w:tc>
          <w:tcPr>
            <w:tcW w:type="dxa" w:w="2160"/>
          </w:tcPr>
          <w:p>
            <w:r>
              <w:t>Supplier Relationships</w:t>
            </w:r>
          </w:p>
        </w:tc>
        <w:tc>
          <w:tcPr>
            <w:tcW w:type="dxa" w:w="2160"/>
          </w:tcPr>
          <w:p>
            <w:r>
              <w:t>What feedback mechanisms do you have in place to communicate with your equipment suppliers about performance issues?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1071-0414</w:t>
            </w:r>
          </w:p>
        </w:tc>
        <w:tc>
          <w:tcPr>
            <w:tcW w:type="dxa" w:w="2160"/>
          </w:tcPr>
          <w:p>
            <w:r>
              <w:t>Cost-Benefit Analysis</w:t>
            </w:r>
          </w:p>
        </w:tc>
        <w:tc>
          <w:tcPr>
            <w:tcW w:type="dxa" w:w="2160"/>
          </w:tcPr>
          <w:p>
            <w:r>
              <w:t>Can you provide examples of how cost-benefit analyses have influenced your maintenance strategies in the past?</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1071-0415</w:t>
            </w:r>
          </w:p>
        </w:tc>
        <w:tc>
          <w:tcPr>
            <w:tcW w:type="dxa" w:w="2160"/>
          </w:tcPr>
          <w:p>
            <w:r>
              <w:t>Training Programs</w:t>
            </w:r>
          </w:p>
        </w:tc>
        <w:tc>
          <w:tcPr>
            <w:tcW w:type="dxa" w:w="2160"/>
          </w:tcPr>
          <w:p>
            <w:r>
              <w:t>How do you assess the effectiveness of your training programs on equipment maintenance for your staff?</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1071-0416</w:t>
            </w:r>
          </w:p>
        </w:tc>
        <w:tc>
          <w:tcPr>
            <w:tcW w:type="dxa" w:w="2160"/>
          </w:tcPr>
          <w:p>
            <w:r>
              <w:t>Operational</w:t>
            </w:r>
          </w:p>
        </w:tc>
        <w:tc>
          <w:tcPr>
            <w:tcW w:type="dxa" w:w="2160"/>
          </w:tcPr>
          <w:p>
            <w:r>
              <w:t>What routine maintenance practices do you follow for your processing equipment?</w:t>
              <w:br/>
              <w:t>Answer type: Open-ended</w:t>
              <w:br/>
              <w:t>Trigger: None</w:t>
              <w:br/>
              <w:t>Required: Yes</w:t>
              <w:br/>
              <w:t>Risk: Medium</w:t>
            </w:r>
          </w:p>
        </w:tc>
        <w:tc>
          <w:tcPr>
            <w:tcW w:type="dxa" w:w="2160"/>
          </w:tcPr>
          <w:p>
            <w:r>
              <w:t>Primary authority: Equipment Maintenance Standards</w:t>
              <w:br/>
              <w:t>Response: ___________________________</w:t>
              <w:br/>
              <w:t>Evidence: ___________________________</w:t>
              <w:br/>
              <w:t>Reviewer conclusion: ___________________________</w:t>
            </w:r>
          </w:p>
        </w:tc>
      </w:tr>
    </w:tbl>
    <w:p/>
    <w:p>
      <w:pPr>
        <w:pStyle w:val="Heading2"/>
      </w:pPr>
      <w:r>
        <w:t>CLIMATE-CHANGE-ADAPTATION-STRATEGIES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1071-0417</w:t>
            </w:r>
          </w:p>
        </w:tc>
        <w:tc>
          <w:tcPr>
            <w:tcW w:type="dxa" w:w="2160"/>
          </w:tcPr>
          <w:p>
            <w:r>
              <w:t>Resilience Planning</w:t>
            </w:r>
          </w:p>
        </w:tc>
        <w:tc>
          <w:tcPr>
            <w:tcW w:type="dxa" w:w="2160"/>
          </w:tcPr>
          <w:p>
            <w:r>
              <w:t>What specific resilience strategies have you implemented to address climate change impacts on pear production, and how do you measure their effectiveness?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1071-0418</w:t>
            </w:r>
          </w:p>
        </w:tc>
        <w:tc>
          <w:tcPr>
            <w:tcW w:type="dxa" w:w="2160"/>
          </w:tcPr>
          <w:p>
            <w:r>
              <w:t>Water Management</w:t>
            </w:r>
          </w:p>
        </w:tc>
        <w:tc>
          <w:tcPr>
            <w:tcW w:type="dxa" w:w="2160"/>
          </w:tcPr>
          <w:p>
            <w:r>
              <w:t>What new water management techniques have you adopted to enhance water efficiency in pear growing, and what metrics do you use to evaluate their success?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1071-0419</w:t>
            </w:r>
          </w:p>
        </w:tc>
        <w:tc>
          <w:tcPr>
            <w:tcW w:type="dxa" w:w="2160"/>
          </w:tcPr>
          <w:p>
            <w:r>
              <w:t>Crop Diversification</w:t>
            </w:r>
          </w:p>
        </w:tc>
        <w:tc>
          <w:tcPr>
            <w:tcW w:type="dxa" w:w="2160"/>
          </w:tcPr>
          <w:p>
            <w:r>
              <w:t>Have you introduced any new pear varieties or alternative crops as part of your diversification strategy to mitigate climate risks? If so,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1071-0420</w:t>
            </w:r>
          </w:p>
        </w:tc>
        <w:tc>
          <w:tcPr>
            <w:tcW w:type="dxa" w:w="2160"/>
          </w:tcPr>
          <w:p>
            <w:r>
              <w:t>Risk Assessment</w:t>
            </w:r>
          </w:p>
        </w:tc>
        <w:tc>
          <w:tcPr>
            <w:tcW w:type="dxa" w:w="2160"/>
          </w:tcPr>
          <w:p>
            <w:r>
              <w:t>What specific climate-related risks have you identified for your pear production, and how have you quantified their potential impact?</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1071-0421</w:t>
            </w:r>
          </w:p>
        </w:tc>
        <w:tc>
          <w:tcPr>
            <w:tcW w:type="dxa" w:w="2160"/>
          </w:tcPr>
          <w:p>
            <w:r>
              <w:t>Sustainability Initiatives</w:t>
            </w:r>
          </w:p>
        </w:tc>
        <w:tc>
          <w:tcPr>
            <w:tcW w:type="dxa" w:w="2160"/>
          </w:tcPr>
          <w:p>
            <w:r>
              <w:t>What sustainability initiatives have you implemented to reduce your carbon footprint in pear production, and how do you track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1071-0422</w:t>
            </w:r>
          </w:p>
        </w:tc>
        <w:tc>
          <w:tcPr>
            <w:tcW w:type="dxa" w:w="2160"/>
          </w:tcPr>
          <w:p>
            <w:r>
              <w:t>Community Engagement</w:t>
            </w:r>
          </w:p>
        </w:tc>
        <w:tc>
          <w:tcPr>
            <w:tcW w:type="dxa" w:w="2160"/>
          </w:tcPr>
          <w:p>
            <w:r>
              <w:t>How do you engage with the local community regarding climate change impacts on pear production, and what feedback mechanisms do you have in place?</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1071-0423</w:t>
            </w:r>
          </w:p>
        </w:tc>
        <w:tc>
          <w:tcPr>
            <w:tcW w:type="dxa" w:w="2160"/>
          </w:tcPr>
          <w:p>
            <w:r>
              <w:t>Research Collaborations</w:t>
            </w:r>
          </w:p>
        </w:tc>
        <w:tc>
          <w:tcPr>
            <w:tcW w:type="dxa" w:w="2160"/>
          </w:tcPr>
          <w:p>
            <w:r>
              <w:t>What partnerships or collaborations have you established with research institutions to develop adaptive strategies for pear production under climate change?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1071-0424</w:t>
            </w:r>
          </w:p>
        </w:tc>
        <w:tc>
          <w:tcPr>
            <w:tcW w:type="dxa" w:w="2160"/>
          </w:tcPr>
          <w:p>
            <w:r>
              <w:t>Resilience Planning</w:t>
            </w:r>
          </w:p>
        </w:tc>
        <w:tc>
          <w:tcPr>
            <w:tcW w:type="dxa" w:w="2160"/>
          </w:tcPr>
          <w:p>
            <w:r>
              <w:t>What are the key performance indicators (KPIs) you use to evaluate the resilience of your pear production system against climate variability?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1071-0425</w:t>
            </w:r>
          </w:p>
        </w:tc>
        <w:tc>
          <w:tcPr>
            <w:tcW w:type="dxa" w:w="2160"/>
          </w:tcPr>
          <w:p>
            <w:r>
              <w:t>Water Management</w:t>
            </w:r>
          </w:p>
        </w:tc>
        <w:tc>
          <w:tcPr>
            <w:tcW w:type="dxa" w:w="2160"/>
          </w:tcPr>
          <w:p>
            <w:r>
              <w:t>What percentage of your irrigation system has been upgraded to more efficient technologies in the past year, and what impact has this had on water usage?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1071-0426</w:t>
            </w:r>
          </w:p>
        </w:tc>
        <w:tc>
          <w:tcPr>
            <w:tcW w:type="dxa" w:w="2160"/>
          </w:tcPr>
          <w:p>
            <w:r>
              <w:t>Crop Diversification</w:t>
            </w:r>
          </w:p>
        </w:tc>
        <w:tc>
          <w:tcPr>
            <w:tcW w:type="dxa" w:w="2160"/>
          </w:tcPr>
          <w:p>
            <w:r>
              <w:t>What percentage of your total pear acreage is now dedicated to climate-resilient varieties or alternative crops?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1071-0427</w:t>
            </w:r>
          </w:p>
        </w:tc>
        <w:tc>
          <w:tcPr>
            <w:tcW w:type="dxa" w:w="2160"/>
          </w:tcPr>
          <w:p>
            <w:r>
              <w:t>Risk Assessment</w:t>
            </w:r>
          </w:p>
        </w:tc>
        <w:tc>
          <w:tcPr>
            <w:tcW w:type="dxa" w:w="2160"/>
          </w:tcPr>
          <w:p>
            <w:r>
              <w:t>What specific climate scenarios have you modeled to assess risks to your pear production, and what were the key findings?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1071-0428</w:t>
            </w:r>
          </w:p>
        </w:tc>
        <w:tc>
          <w:tcPr>
            <w:tcW w:type="dxa" w:w="2160"/>
          </w:tcPr>
          <w:p>
            <w:r>
              <w:t>Sustainability Initiatives</w:t>
            </w:r>
          </w:p>
        </w:tc>
        <w:tc>
          <w:tcPr>
            <w:tcW w:type="dxa" w:w="2160"/>
          </w:tcPr>
          <w:p>
            <w:r>
              <w:t>What is the estimated cost of implementing your sustainability initiatives for pear production over the past year?</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1071-0429</w:t>
            </w:r>
          </w:p>
        </w:tc>
        <w:tc>
          <w:tcPr>
            <w:tcW w:type="dxa" w:w="2160"/>
          </w:tcPr>
          <w:p>
            <w:r>
              <w:t>Community Engagement</w:t>
            </w:r>
          </w:p>
        </w:tc>
        <w:tc>
          <w:tcPr>
            <w:tcW w:type="dxa" w:w="2160"/>
          </w:tcPr>
          <w:p>
            <w:r>
              <w:t>How many community engagement events have you hosted in the past year focused on climate change and pear production?</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1071-0430</w:t>
            </w:r>
          </w:p>
        </w:tc>
        <w:tc>
          <w:tcPr>
            <w:tcW w:type="dxa" w:w="2160"/>
          </w:tcPr>
          <w:p>
            <w:r>
              <w:t>Research Collaborations</w:t>
            </w:r>
          </w:p>
        </w:tc>
        <w:tc>
          <w:tcPr>
            <w:tcW w:type="dxa" w:w="2160"/>
          </w:tcPr>
          <w:p>
            <w:r>
              <w:t>What research projects have been initiated as a result of your collaborations, and what outcomes have been achieved?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INNOVATION-TECHNOLOGY-ADOPTION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1071-0431</w:t>
            </w:r>
          </w:p>
        </w:tc>
        <w:tc>
          <w:tcPr>
            <w:tcW w:type="dxa" w:w="2160"/>
          </w:tcPr>
          <w:p>
            <w:r>
              <w:t>Precision Agriculture</w:t>
            </w:r>
          </w:p>
        </w:tc>
        <w:tc>
          <w:tcPr>
            <w:tcW w:type="dxa" w:w="2160"/>
          </w:tcPr>
          <w:p>
            <w:r>
              <w:t>What precision agriculture technologies have you implemented in your pear production process, and how have they changed your cultivation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1071-0432</w:t>
            </w:r>
          </w:p>
        </w:tc>
        <w:tc>
          <w:tcPr>
            <w:tcW w:type="dxa" w:w="2160"/>
          </w:tcPr>
          <w:p>
            <w:r>
              <w:t>Data-Driven Decisions</w:t>
            </w:r>
          </w:p>
        </w:tc>
        <w:tc>
          <w:tcPr>
            <w:tcW w:type="dxa" w:w="2160"/>
          </w:tcPr>
          <w:p>
            <w:r>
              <w:t>Can you provide specific examples of how data analytics have influenced your decision-making in pear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1071-0433</w:t>
            </w:r>
          </w:p>
        </w:tc>
        <w:tc>
          <w:tcPr>
            <w:tcW w:type="dxa" w:w="2160"/>
          </w:tcPr>
          <w:p>
            <w:r>
              <w:t>Smart Farming</w:t>
            </w:r>
          </w:p>
        </w:tc>
        <w:tc>
          <w:tcPr>
            <w:tcW w:type="dxa" w:w="2160"/>
          </w:tcPr>
          <w:p>
            <w:r>
              <w:t>What smart farming solutions (e.g., IoT devices, automated systems) have you integrated into your operations, and what challenges did you face during implementation?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1071-0434</w:t>
            </w:r>
          </w:p>
        </w:tc>
        <w:tc>
          <w:tcPr>
            <w:tcW w:type="dxa" w:w="2160"/>
          </w:tcPr>
          <w:p>
            <w:r>
              <w:t>Technology Partnerships</w:t>
            </w:r>
          </w:p>
        </w:tc>
        <w:tc>
          <w:tcPr>
            <w:tcW w:type="dxa" w:w="2160"/>
          </w:tcPr>
          <w:p>
            <w:r>
              <w:t>Have you partnered with technology providers or research institutions to enhance your pear farming practices? If so, please describe the nature of these partnerships.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1071-0435</w:t>
            </w:r>
          </w:p>
        </w:tc>
        <w:tc>
          <w:tcPr>
            <w:tcW w:type="dxa" w:w="2160"/>
          </w:tcPr>
          <w:p>
            <w:r>
              <w:t>Investment Strategies</w:t>
            </w:r>
          </w:p>
        </w:tc>
        <w:tc>
          <w:tcPr>
            <w:tcW w:type="dxa" w:w="2160"/>
          </w:tcPr>
          <w:p>
            <w:r>
              <w:t>What percentage of your annual budget is allocated to adopting new technologies in your pear production, and how do you assess the return on this investment?</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1071-0436</w:t>
            </w:r>
          </w:p>
        </w:tc>
        <w:tc>
          <w:tcPr>
            <w:tcW w:type="dxa" w:w="2160"/>
          </w:tcPr>
          <w:p>
            <w:r>
              <w:t>Training and Support</w:t>
            </w:r>
          </w:p>
        </w:tc>
        <w:tc>
          <w:tcPr>
            <w:tcW w:type="dxa" w:w="2160"/>
          </w:tcPr>
          <w:p>
            <w:r>
              <w:t>What training programs do you have in place for your staff to effectively utilize new technologies in pear production?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1071-0437</w:t>
            </w:r>
          </w:p>
        </w:tc>
        <w:tc>
          <w:tcPr>
            <w:tcW w:type="dxa" w:w="2160"/>
          </w:tcPr>
          <w:p>
            <w:r>
              <w:t>Impact Assessment</w:t>
            </w:r>
          </w:p>
        </w:tc>
        <w:tc>
          <w:tcPr>
            <w:tcW w:type="dxa" w:w="2160"/>
          </w:tcPr>
          <w:p>
            <w:r>
              <w:t>How do you measure the impact of new technologies on your pear yield and quality? Please provide specific metrics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1071-0438</w:t>
            </w:r>
          </w:p>
        </w:tc>
        <w:tc>
          <w:tcPr>
            <w:tcW w:type="dxa" w:w="2160"/>
          </w:tcPr>
          <w:p>
            <w:r>
              <w:t>Precision Agriculture</w:t>
            </w:r>
          </w:p>
        </w:tc>
        <w:tc>
          <w:tcPr>
            <w:tcW w:type="dxa" w:w="2160"/>
          </w:tcPr>
          <w:p>
            <w:r>
              <w:t>What specific precision agriculture tools (e.g., GPS, drones) have you utilized, and how have they improved your operational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1071-0439</w:t>
            </w:r>
          </w:p>
        </w:tc>
        <w:tc>
          <w:tcPr>
            <w:tcW w:type="dxa" w:w="2160"/>
          </w:tcPr>
          <w:p>
            <w:r>
              <w:t>Data-Driven Decisions</w:t>
            </w:r>
          </w:p>
        </w:tc>
        <w:tc>
          <w:tcPr>
            <w:tcW w:type="dxa" w:w="2160"/>
          </w:tcPr>
          <w:p>
            <w:r>
              <w:t>What data sources do you rely on for making informed decisions in your pear production, and how are these sources integrated into your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1071-0440</w:t>
            </w:r>
          </w:p>
        </w:tc>
        <w:tc>
          <w:tcPr>
            <w:tcW w:type="dxa" w:w="2160"/>
          </w:tcPr>
          <w:p>
            <w:r>
              <w:t>Smart Farming</w:t>
            </w:r>
          </w:p>
        </w:tc>
        <w:tc>
          <w:tcPr>
            <w:tcW w:type="dxa" w:w="2160"/>
          </w:tcPr>
          <w:p>
            <w:r>
              <w:t>Can you describe any automated systems you have implemented in your pear processing, and what specific improvements have they brought?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1071-0441</w:t>
            </w:r>
          </w:p>
        </w:tc>
        <w:tc>
          <w:tcPr>
            <w:tcW w:type="dxa" w:w="2160"/>
          </w:tcPr>
          <w:p>
            <w:r>
              <w:t>Technology Partnerships</w:t>
            </w:r>
          </w:p>
        </w:tc>
        <w:tc>
          <w:tcPr>
            <w:tcW w:type="dxa" w:w="2160"/>
          </w:tcPr>
          <w:p>
            <w:r>
              <w:t>What role do technology partnerships play in your innovation strategy for pear farming, and can you provide examples of successful collaborations?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1071-0442</w:t>
            </w:r>
          </w:p>
        </w:tc>
        <w:tc>
          <w:tcPr>
            <w:tcW w:type="dxa" w:w="2160"/>
          </w:tcPr>
          <w:p>
            <w:r>
              <w:t>Investment Strategies</w:t>
            </w:r>
          </w:p>
        </w:tc>
        <w:tc>
          <w:tcPr>
            <w:tcW w:type="dxa" w:w="2160"/>
          </w:tcPr>
          <w:p>
            <w:r>
              <w:t>What specific technologies have you invested in over the past three years, and what were the driving factors behind these investments?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1071-0443</w:t>
            </w:r>
          </w:p>
        </w:tc>
        <w:tc>
          <w:tcPr>
            <w:tcW w:type="dxa" w:w="2160"/>
          </w:tcPr>
          <w:p>
            <w:r>
              <w:t>Training and Support</w:t>
            </w:r>
          </w:p>
        </w:tc>
        <w:tc>
          <w:tcPr>
            <w:tcW w:type="dxa" w:w="2160"/>
          </w:tcPr>
          <w:p>
            <w:r>
              <w:t>How do you evaluate the effectiveness of your training programs for new technology adoption in pear production?</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1071-0444</w:t>
            </w:r>
          </w:p>
        </w:tc>
        <w:tc>
          <w:tcPr>
            <w:tcW w:type="dxa" w:w="2160"/>
          </w:tcPr>
          <w:p>
            <w:r>
              <w:t>Impact Assessment</w:t>
            </w:r>
          </w:p>
        </w:tc>
        <w:tc>
          <w:tcPr>
            <w:tcW w:type="dxa" w:w="2160"/>
          </w:tcPr>
          <w:p>
            <w:r>
              <w:t>What specific KPIs do you track to assess the impact of technology on your pear production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1071-0445</w:t>
            </w:r>
          </w:p>
        </w:tc>
        <w:tc>
          <w:tcPr>
            <w:tcW w:type="dxa" w:w="2160"/>
          </w:tcPr>
          <w:p>
            <w:r>
              <w:t>Precision Agriculture</w:t>
            </w:r>
          </w:p>
        </w:tc>
        <w:tc>
          <w:tcPr>
            <w:tcW w:type="dxa" w:w="2160"/>
          </w:tcPr>
          <w:p>
            <w:r>
              <w:t>How do you ensure that the precision agriculture technologies you adopt are compliant with industry standards and regulations?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1071-0446</w:t>
            </w:r>
          </w:p>
        </w:tc>
        <w:tc>
          <w:tcPr>
            <w:tcW w:type="dxa" w:w="2160"/>
          </w:tcPr>
          <w:p>
            <w:r>
              <w:t>Data-Driven Decisions</w:t>
            </w:r>
          </w:p>
        </w:tc>
        <w:tc>
          <w:tcPr>
            <w:tcW w:type="dxa" w:w="2160"/>
          </w:tcPr>
          <w:p>
            <w:r>
              <w:t>What challenges have you encountered in collecting and analyzing data for your pear production,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1071-0447</w:t>
            </w:r>
          </w:p>
        </w:tc>
        <w:tc>
          <w:tcPr>
            <w:tcW w:type="dxa" w:w="2160"/>
          </w:tcPr>
          <w:p>
            <w:r>
              <w:t>Smart Farming</w:t>
            </w:r>
          </w:p>
        </w:tc>
        <w:tc>
          <w:tcPr>
            <w:tcW w:type="dxa" w:w="2160"/>
          </w:tcPr>
          <w:p>
            <w:r>
              <w:t>What future smart farming technologies are you considering for your pear production, and what factors influence these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1071-0448</w:t>
            </w:r>
          </w:p>
        </w:tc>
        <w:tc>
          <w:tcPr>
            <w:tcW w:type="dxa" w:w="2160"/>
          </w:tcPr>
          <w:p>
            <w:r>
              <w:t>Technology Partnerships</w:t>
            </w:r>
          </w:p>
        </w:tc>
        <w:tc>
          <w:tcPr>
            <w:tcW w:type="dxa" w:w="2160"/>
          </w:tcPr>
          <w:p>
            <w:r>
              <w:t>How do you select technology partners for your pear farming operations, and what criteria do you use to evaluate their effectiveness?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1071-0449</w:t>
            </w:r>
          </w:p>
        </w:tc>
        <w:tc>
          <w:tcPr>
            <w:tcW w:type="dxa" w:w="2160"/>
          </w:tcPr>
          <w:p>
            <w:r>
              <w:t>Investment Strategies</w:t>
            </w:r>
          </w:p>
        </w:tc>
        <w:tc>
          <w:tcPr>
            <w:tcW w:type="dxa" w:w="2160"/>
          </w:tcPr>
          <w:p>
            <w:r>
              <w:t>What specific criteria do you use to assess the potential ROI of new technologies before making investment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SOIL-HEALTH-MANAGEMENT-PRACTICES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1071-0450</w:t>
            </w:r>
          </w:p>
        </w:tc>
        <w:tc>
          <w:tcPr>
            <w:tcW w:type="dxa" w:w="2160"/>
          </w:tcPr>
          <w:p>
            <w:r>
              <w:t>Soil Testing</w:t>
            </w:r>
          </w:p>
        </w:tc>
        <w:tc>
          <w:tcPr>
            <w:tcW w:type="dxa" w:w="2160"/>
          </w:tcPr>
          <w:p>
            <w:r>
              <w:t>What specific soil tests have you conducted in your pear orchards over the past year, and what were the objectives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1071-0451</w:t>
            </w:r>
          </w:p>
        </w:tc>
        <w:tc>
          <w:tcPr>
            <w:tcW w:type="dxa" w:w="2160"/>
          </w:tcPr>
          <w:p>
            <w:r>
              <w:t>Cover Cropping</w:t>
            </w:r>
          </w:p>
        </w:tc>
        <w:tc>
          <w:tcPr>
            <w:tcW w:type="dxa" w:w="2160"/>
          </w:tcPr>
          <w:p>
            <w:r>
              <w:t>Which cover crops have you implemented in your pear orchards, and how have they contributed to soil health and pest management?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1071-0452</w:t>
            </w:r>
          </w:p>
        </w:tc>
        <w:tc>
          <w:tcPr>
            <w:tcW w:type="dxa" w:w="2160"/>
          </w:tcPr>
          <w:p>
            <w:r>
              <w:t>Organic Amendments</w:t>
            </w:r>
          </w:p>
        </w:tc>
        <w:tc>
          <w:tcPr>
            <w:tcW w:type="dxa" w:w="2160"/>
          </w:tcPr>
          <w:p>
            <w:r>
              <w:t>What types of organic amendments have you applied to your soil, and what specific outcomes were you aiming to achieve with these amendments?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1071-0453</w:t>
            </w:r>
          </w:p>
        </w:tc>
        <w:tc>
          <w:tcPr>
            <w:tcW w:type="dxa" w:w="2160"/>
          </w:tcPr>
          <w:p>
            <w:r>
              <w:t>Erosion Control</w:t>
            </w:r>
          </w:p>
        </w:tc>
        <w:tc>
          <w:tcPr>
            <w:tcW w:type="dxa" w:w="2160"/>
          </w:tcPr>
          <w:p>
            <w:r>
              <w:t>What erosion control practices have you implemented in your pear orchards,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1071-0454</w:t>
            </w:r>
          </w:p>
        </w:tc>
        <w:tc>
          <w:tcPr>
            <w:tcW w:type="dxa" w:w="2160"/>
          </w:tcPr>
          <w:p>
            <w:r>
              <w:t>Nutrient Management</w:t>
            </w:r>
          </w:p>
        </w:tc>
        <w:tc>
          <w:tcPr>
            <w:tcW w:type="dxa" w:w="2160"/>
          </w:tcPr>
          <w:p>
            <w:r>
              <w:t>How do you monitor and manage nutrient levels in your pear orchards, and what specific practices do you employ to optimize nutrient availability?</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1071-0455</w:t>
            </w:r>
          </w:p>
        </w:tc>
        <w:tc>
          <w:tcPr>
            <w:tcW w:type="dxa" w:w="2160"/>
          </w:tcPr>
          <w:p>
            <w:r>
              <w:t>Microbial Activity</w:t>
            </w:r>
          </w:p>
        </w:tc>
        <w:tc>
          <w:tcPr>
            <w:tcW w:type="dxa" w:w="2160"/>
          </w:tcPr>
          <w:p>
            <w:r>
              <w:t>What methods do you use to assess microbial activity in your soils, and what findings have influenced your management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1071-0456</w:t>
            </w:r>
          </w:p>
        </w:tc>
        <w:tc>
          <w:tcPr>
            <w:tcW w:type="dxa" w:w="2160"/>
          </w:tcPr>
          <w:p>
            <w:r>
              <w:t>Sustainability Assessments</w:t>
            </w:r>
          </w:p>
        </w:tc>
        <w:tc>
          <w:tcPr>
            <w:tcW w:type="dxa" w:w="2160"/>
          </w:tcPr>
          <w:p>
            <w:r>
              <w:t>Have you conducted any sustainability assessments related to soil health in your pear orchards? If so, what were the key findings and actions taken?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1071-0457</w:t>
            </w:r>
          </w:p>
        </w:tc>
        <w:tc>
          <w:tcPr>
            <w:tcW w:type="dxa" w:w="2160"/>
          </w:tcPr>
          <w:p>
            <w:r>
              <w:t>Soil Testing Frequency</w:t>
            </w:r>
          </w:p>
        </w:tc>
        <w:tc>
          <w:tcPr>
            <w:tcW w:type="dxa" w:w="2160"/>
          </w:tcPr>
          <w:p>
            <w:r>
              <w:t>How frequently do you conduct soil testing in your orchards, and what factors influence this frequency?</w:t>
              <w:br/>
              <w:t>Answer type: Integer + details</w:t>
              <w:br/>
              <w:t>Trigger: Always</w:t>
              <w:br/>
              <w:t>Required: No</w:t>
              <w:br/>
              <w:t>Risk: Low</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1071-0458</w:t>
            </w:r>
          </w:p>
        </w:tc>
        <w:tc>
          <w:tcPr>
            <w:tcW w:type="dxa" w:w="2160"/>
          </w:tcPr>
          <w:p>
            <w:r>
              <w:t>Cover Crop Selection</w:t>
            </w:r>
          </w:p>
        </w:tc>
        <w:tc>
          <w:tcPr>
            <w:tcW w:type="dxa" w:w="2160"/>
          </w:tcPr>
          <w:p>
            <w:r>
              <w:t>What criteria do you use to select cover crops for your pear orchards, and how do these criteria align with your overall soil health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1071-0459</w:t>
            </w:r>
          </w:p>
        </w:tc>
        <w:tc>
          <w:tcPr>
            <w:tcW w:type="dxa" w:w="2160"/>
          </w:tcPr>
          <w:p>
            <w:r>
              <w:t>Organic Amendment Sources</w:t>
            </w:r>
          </w:p>
        </w:tc>
        <w:tc>
          <w:tcPr>
            <w:tcW w:type="dxa" w:w="2160"/>
          </w:tcPr>
          <w:p>
            <w:r>
              <w:t>Where do you source your organic amendments, and how do you ensure their quality and suitability for your pear orchards?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1071-0460</w:t>
            </w:r>
          </w:p>
        </w:tc>
        <w:tc>
          <w:tcPr>
            <w:tcW w:type="dxa" w:w="2160"/>
          </w:tcPr>
          <w:p>
            <w:r>
              <w:t>Erosion Control Techniques</w:t>
            </w:r>
          </w:p>
        </w:tc>
        <w:tc>
          <w:tcPr>
            <w:tcW w:type="dxa" w:w="2160"/>
          </w:tcPr>
          <w:p>
            <w:r>
              <w:t>What specific erosion control techniques have you found most effective in your pear orchards, and how do you evaluate their success?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1071-0461</w:t>
            </w:r>
          </w:p>
        </w:tc>
        <w:tc>
          <w:tcPr>
            <w:tcW w:type="dxa" w:w="2160"/>
          </w:tcPr>
          <w:p>
            <w:r>
              <w:t>Nutrient Management Strategies</w:t>
            </w:r>
          </w:p>
        </w:tc>
        <w:tc>
          <w:tcPr>
            <w:tcW w:type="dxa" w:w="2160"/>
          </w:tcPr>
          <w:p>
            <w:r>
              <w:t>What specific nutrient management strategies do you implement, and how do you assess their impact on pear yield and soil health?</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1071-0462</w:t>
            </w:r>
          </w:p>
        </w:tc>
        <w:tc>
          <w:tcPr>
            <w:tcW w:type="dxa" w:w="2160"/>
          </w:tcPr>
          <w:p>
            <w:r>
              <w:t>Microbial Additives</w:t>
            </w:r>
          </w:p>
        </w:tc>
        <w:tc>
          <w:tcPr>
            <w:tcW w:type="dxa" w:w="2160"/>
          </w:tcPr>
          <w:p>
            <w:r>
              <w:t>Have you used any microbial additives in your soil management practices? If so, what were the intended benefits and observed results?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1071-0463</w:t>
            </w:r>
          </w:p>
        </w:tc>
        <w:tc>
          <w:tcPr>
            <w:tcW w:type="dxa" w:w="2160"/>
          </w:tcPr>
          <w:p>
            <w:r>
              <w:t>Sustainability Goals</w:t>
            </w:r>
          </w:p>
        </w:tc>
        <w:tc>
          <w:tcPr>
            <w:tcW w:type="dxa" w:w="2160"/>
          </w:tcPr>
          <w:p>
            <w:r>
              <w:t>What specific sustainability goals do you have related to soil health in your pear orchards, and how do you plan to achieve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CONSUMER-TRENDS-HEALTH-FOOD (15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1071-0464</w:t>
            </w:r>
          </w:p>
        </w:tc>
        <w:tc>
          <w:tcPr>
            <w:tcW w:type="dxa" w:w="2160"/>
          </w:tcPr>
          <w:p>
            <w:r>
              <w:t>Health Benefits</w:t>
            </w:r>
          </w:p>
        </w:tc>
        <w:tc>
          <w:tcPr>
            <w:tcW w:type="dxa" w:w="2160"/>
          </w:tcPr>
          <w:p>
            <w:r>
              <w:t>What specific health benefits of pears have you communicated to consumers in your marketing materials, and how do you substantiate these claims?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1071-0465</w:t>
            </w:r>
          </w:p>
        </w:tc>
        <w:tc>
          <w:tcPr>
            <w:tcW w:type="dxa" w:w="2160"/>
          </w:tcPr>
          <w:p>
            <w:r>
              <w:t>Organic vs Conventional</w:t>
            </w:r>
          </w:p>
        </w:tc>
        <w:tc>
          <w:tcPr>
            <w:tcW w:type="dxa" w:w="2160"/>
          </w:tcPr>
          <w:p>
            <w:r>
              <w:t>What percentage of your pear production is organic versus conventional, and what factors influenced your decision to grow organic pears?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1071-0466</w:t>
            </w:r>
          </w:p>
        </w:tc>
        <w:tc>
          <w:tcPr>
            <w:tcW w:type="dxa" w:w="2160"/>
          </w:tcPr>
          <w:p>
            <w:r>
              <w:t>Sustainability Preferences</w:t>
            </w:r>
          </w:p>
        </w:tc>
        <w:tc>
          <w:tcPr>
            <w:tcW w:type="dxa" w:w="2160"/>
          </w:tcPr>
          <w:p>
            <w:r>
              <w:t>Can you detail any sustainable farming practices you have adopted in your pear cultivation, and how do these practices align with consumer preferences?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1071-0467</w:t>
            </w:r>
          </w:p>
        </w:tc>
        <w:tc>
          <w:tcPr>
            <w:tcW w:type="dxa" w:w="2160"/>
          </w:tcPr>
          <w:p>
            <w:r>
              <w:t>Packaging Choices</w:t>
            </w:r>
          </w:p>
        </w:tc>
        <w:tc>
          <w:tcPr>
            <w:tcW w:type="dxa" w:w="2160"/>
          </w:tcPr>
          <w:p>
            <w:r>
              <w:t>What innovative packaging solutions are you using for your pear products, and what consumer feedback have you received regarding these choices?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1071-0468</w:t>
            </w:r>
          </w:p>
        </w:tc>
        <w:tc>
          <w:tcPr>
            <w:tcW w:type="dxa" w:w="2160"/>
          </w:tcPr>
          <w:p>
            <w:r>
              <w:t>Product Labeling</w:t>
            </w:r>
          </w:p>
        </w:tc>
        <w:tc>
          <w:tcPr>
            <w:tcW w:type="dxa" w:w="2160"/>
          </w:tcPr>
          <w:p>
            <w:r>
              <w:t>What information do you include on your pear product labels to meet consumer demand for transparency, and how do you ensure compliance with labeling regulations?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1071-0469</w:t>
            </w:r>
          </w:p>
        </w:tc>
        <w:tc>
          <w:tcPr>
            <w:tcW w:type="dxa" w:w="2160"/>
          </w:tcPr>
          <w:p>
            <w:r>
              <w:t>Market Demand</w:t>
            </w:r>
          </w:p>
        </w:tc>
        <w:tc>
          <w:tcPr>
            <w:tcW w:type="dxa" w:w="2160"/>
          </w:tcPr>
          <w:p>
            <w:r>
              <w:t>How do you assess market demand for your pear products, and what data sources do you rely on for this analysis?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1071-0470</w:t>
            </w:r>
          </w:p>
        </w:tc>
        <w:tc>
          <w:tcPr>
            <w:tcW w:type="dxa" w:w="2160"/>
          </w:tcPr>
          <w:p>
            <w:r>
              <w:t>Education Initiatives</w:t>
            </w:r>
          </w:p>
        </w:tc>
        <w:tc>
          <w:tcPr>
            <w:tcW w:type="dxa" w:w="2160"/>
          </w:tcPr>
          <w:p>
            <w:r>
              <w:t>What educational initiatives have you implemented to inform consumers about the health benefits of pears, and how do you measure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1071-0471</w:t>
            </w:r>
          </w:p>
        </w:tc>
        <w:tc>
          <w:tcPr>
            <w:tcW w:type="dxa" w:w="2160"/>
          </w:tcPr>
          <w:p>
            <w:r>
              <w:t>Health Benefits</w:t>
            </w:r>
          </w:p>
        </w:tc>
        <w:tc>
          <w:tcPr>
            <w:tcW w:type="dxa" w:w="2160"/>
          </w:tcPr>
          <w:p>
            <w:r>
              <w:t>Have you conducted any consumer surveys regarding the perceived health benefits of pears? If so, what were the key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1071-0472</w:t>
            </w:r>
          </w:p>
        </w:tc>
        <w:tc>
          <w:tcPr>
            <w:tcW w:type="dxa" w:w="2160"/>
          </w:tcPr>
          <w:p>
            <w:r>
              <w:t>Organic vs Conventional</w:t>
            </w:r>
          </w:p>
        </w:tc>
        <w:tc>
          <w:tcPr>
            <w:tcW w:type="dxa" w:w="2160"/>
          </w:tcPr>
          <w:p>
            <w:r>
              <w:t>What challenges have you faced in marketing organic pears compared to conventional pears, and how have you addressed these challenges?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1071-0473</w:t>
            </w:r>
          </w:p>
        </w:tc>
        <w:tc>
          <w:tcPr>
            <w:tcW w:type="dxa" w:w="2160"/>
          </w:tcPr>
          <w:p>
            <w:r>
              <w:t>Sustainability Preferences</w:t>
            </w:r>
          </w:p>
        </w:tc>
        <w:tc>
          <w:tcPr>
            <w:tcW w:type="dxa" w:w="2160"/>
          </w:tcPr>
          <w:p>
            <w:r>
              <w:t>What consumer feedback have you received regarding your sustainability practices in pear farming, and how has this influenced your operations?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1071-0474</w:t>
            </w:r>
          </w:p>
        </w:tc>
        <w:tc>
          <w:tcPr>
            <w:tcW w:type="dxa" w:w="2160"/>
          </w:tcPr>
          <w:p>
            <w:r>
              <w:t>Packaging Choices</w:t>
            </w:r>
          </w:p>
        </w:tc>
        <w:tc>
          <w:tcPr>
            <w:tcW w:type="dxa" w:w="2160"/>
          </w:tcPr>
          <w:p>
            <w:r>
              <w:t>What are the key features of your packaging that appeal to health-conscious consumers, and how do you validate these features?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1071-0475</w:t>
            </w:r>
          </w:p>
        </w:tc>
        <w:tc>
          <w:tcPr>
            <w:tcW w:type="dxa" w:w="2160"/>
          </w:tcPr>
          <w:p>
            <w:r>
              <w:t>Product Labeling</w:t>
            </w:r>
          </w:p>
        </w:tc>
        <w:tc>
          <w:tcPr>
            <w:tcW w:type="dxa" w:w="2160"/>
          </w:tcPr>
          <w:p>
            <w:r>
              <w:t>How do you ensure that your product labeling accurately reflects the nutritional content of your pears, and what processes do you have in place for updates?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1071-0476</w:t>
            </w:r>
          </w:p>
        </w:tc>
        <w:tc>
          <w:tcPr>
            <w:tcW w:type="dxa" w:w="2160"/>
          </w:tcPr>
          <w:p>
            <w:r>
              <w:t>Market Demand</w:t>
            </w:r>
          </w:p>
        </w:tc>
        <w:tc>
          <w:tcPr>
            <w:tcW w:type="dxa" w:w="2160"/>
          </w:tcPr>
          <w:p>
            <w:r>
              <w:t>What trends have you observed in consumer preferences for pear products over the past few years, and how have you adapted your product offerings accordingly?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1071-0477</w:t>
            </w:r>
          </w:p>
        </w:tc>
        <w:tc>
          <w:tcPr>
            <w:tcW w:type="dxa" w:w="2160"/>
          </w:tcPr>
          <w:p>
            <w:r>
              <w:t>Education Initiatives</w:t>
            </w:r>
          </w:p>
        </w:tc>
        <w:tc>
          <w:tcPr>
            <w:tcW w:type="dxa" w:w="2160"/>
          </w:tcPr>
          <w:p>
            <w:r>
              <w:t>What partnerships or collaborations have you engaged in to promote pear health benefits, and what outcomes have resulted from these efforts?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1071-0478</w:t>
            </w:r>
          </w:p>
        </w:tc>
        <w:tc>
          <w:tcPr>
            <w:tcW w:type="dxa" w:w="2160"/>
          </w:tcPr>
          <w:p>
            <w:r>
              <w:t>Market Research</w:t>
            </w:r>
          </w:p>
        </w:tc>
        <w:tc>
          <w:tcPr>
            <w:tcW w:type="dxa" w:w="2160"/>
          </w:tcPr>
          <w:p>
            <w:r>
              <w:t>How do you stay informed about consumer trends related to health and food preferences?</w:t>
              <w:br/>
              <w:t>Answer type: Open-ended</w:t>
              <w:br/>
              <w:t>Trigger: None</w:t>
              <w:br/>
              <w:t>Required: Yes</w:t>
              <w:br/>
              <w:t>Risk: Medium</w:t>
            </w:r>
          </w:p>
        </w:tc>
        <w:tc>
          <w:tcPr>
            <w:tcW w:type="dxa" w:w="2160"/>
          </w:tcPr>
          <w:p>
            <w:r>
              <w:t>Primary authority: Market Research Standards</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1071 (Pear growers).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